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会计助理个人年终总结报告（34篇）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会计助理个人年终总结报告（精选34篇）</w:t>
      </w:r>
      <w:r>
        <w:rPr>
          <w:lang w:eastAsia="zh-CN"/>
        </w:rPr>
        <w:br/>
      </w:r>
      <w:r>
        <w:rPr>
          <w:lang w:eastAsia="zh-CN"/>
        </w:rPr>
        <w:t xml:space="preserve">    会计助理个人年终总结报告 篇1 </w:t>
      </w:r>
      <w:r>
        <w:rPr>
          <w:lang w:eastAsia="zh-CN"/>
        </w:rPr>
        <w:br/>
      </w:r>
      <w:r>
        <w:rPr>
          <w:lang w:eastAsia="zh-CN"/>
        </w:rPr>
        <w:t>　　一、关于会计报告：会计报告所披露的信息应充分反映企业特定时期财务状况和经营成果及其相关信息，以满足信息使用者的需要。按照现行《企业基本会计准则》体系所报告的会计信息已不能适应知识经济时代对信息的要求，(1)现行会计报告的形式单一，通过表格数字化反映，文字说明的内容较少;(2)现行会计报告的计量标准是以历史价值为主，而对现行价值和未来价值反映不足;(3)现行会计报告的内容是以历史成本和权责发生制原则为基础，反映历史的和现在的信息，而缺乏具有预测性、前瞻性及不确定性的信息，另外，报告所强调的是整体内容，而对某些专项内容披露不够充分;(4)现行会计报告的结果是以内部经济活动影响为主，未能充分揭示外部环境因素对企业的影响程度;(5)现行会计报告报送的时间是以会计分期假设为前提，定期报告，时效性较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二、会计实务工作的改革思考：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r>
        <w:rPr>
          <w:lang w:eastAsia="zh-CN"/>
        </w:rPr>
        <w:br/>
      </w:r>
      <w:r>
        <w:rPr>
          <w:lang w:eastAsia="zh-CN"/>
        </w:rPr>
        <w:t>　　1、不断扩大会计职业范围。</w:t>
      </w:r>
      <w:r>
        <w:rPr>
          <w:lang w:eastAsia="zh-CN"/>
        </w:rPr>
        <w:br/>
      </w:r>
      <w:r>
        <w:rPr>
          <w:lang w:eastAsia="zh-CN"/>
        </w:rPr>
        <w:t>　　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r>
        <w:rPr>
          <w:lang w:eastAsia="zh-CN"/>
        </w:rPr>
        <w:br/>
      </w:r>
      <w:r>
        <w:rPr>
          <w:lang w:eastAsia="zh-CN"/>
        </w:rPr>
        <w:t>　　2、不断更新会计知识体系。</w:t>
      </w:r>
      <w:r>
        <w:rPr>
          <w:lang w:eastAsia="zh-CN"/>
        </w:rPr>
        <w:br/>
      </w:r>
      <w:r>
        <w:rPr>
          <w:lang w:eastAsia="zh-CN"/>
        </w:rPr>
        <w:t>　　在知识经济时代，企业组织结构将出现较大的变革;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r>
        <w:rPr>
          <w:lang w:eastAsia="zh-CN"/>
        </w:rPr>
        <w:br/>
      </w:r>
      <w:r>
        <w:rPr>
          <w:lang w:eastAsia="zh-CN"/>
        </w:rPr>
        <w:t>　　3、不断普及与深入信息技术的应用。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r>
        <w:rPr>
          <w:lang w:eastAsia="zh-CN"/>
        </w:rPr>
        <w:br/>
      </w:r>
      <w:r>
        <w:rPr>
          <w:lang w:eastAsia="zh-CN"/>
        </w:rPr>
        <w:t>　　三、会计教育的改革思考：知识经济时代将以“知识型、智慧型”人才为主体，而人才的培养源自于教育，教育是知识经济发展的关键，它能不断地进行高素质人才的生产和再生产，为经济发展和科技进步培养源源不断的后备力量。就会计而言，会计教育的改革势在必行。会计教育工作应不断转变教育观念，适应知识经济时代经济发展需要。</w:t>
      </w:r>
      <w:r>
        <w:rPr>
          <w:lang w:eastAsia="zh-CN"/>
        </w:rPr>
        <w:br/>
      </w:r>
      <w:r>
        <w:rPr>
          <w:lang w:eastAsia="zh-CN"/>
        </w:rPr>
        <w:t>　　1、21世纪的会计教育是素质教育。</w:t>
      </w:r>
      <w:r>
        <w:rPr>
          <w:lang w:eastAsia="zh-CN"/>
        </w:rPr>
        <w:br/>
      </w:r>
      <w:r>
        <w:rPr>
          <w:lang w:eastAsia="zh-CN"/>
        </w:rPr>
        <w:t>　　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w:t>
      </w:r>
      <w:r>
        <w:rPr>
          <w:lang w:eastAsia="zh-CN"/>
        </w:rPr>
        <w:br/>
      </w:r>
      <w:r>
        <w:rPr>
          <w:lang w:eastAsia="zh-CN"/>
        </w:rPr>
        <w:t>　　2、21世纪的会计教育是终身教育。</w:t>
      </w:r>
      <w:r>
        <w:rPr>
          <w:lang w:eastAsia="zh-CN"/>
        </w:rPr>
        <w:br/>
      </w:r>
      <w:r>
        <w:rPr>
          <w:lang w:eastAsia="zh-CN"/>
        </w:rPr>
        <w:t>　　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r>
        <w:rPr>
          <w:lang w:eastAsia="zh-CN"/>
        </w:rPr>
        <w:br/>
      </w:r>
      <w:r>
        <w:rPr>
          <w:lang w:eastAsia="zh-CN"/>
        </w:rPr>
        <w:t>　　3、21世纪的会计教育是创新教育。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在知识经济时代，知识将不断创新，“不创新，就灭亡”，就会计教育而言，一方面，它要求培养的人才有独立思维的能力、分析和解决问题的能力、自我认识和评价的能力等;另一方面，它要求会计教育不断进行课程设置、教学内容、教学方法和师资队伍建设等方面的改革。</w:t>
      </w:r>
      <w:r>
        <w:rPr>
          <w:lang w:eastAsia="zh-CN"/>
        </w:rPr>
        <w:br/>
      </w:r>
      <w:r>
        <w:rPr>
          <w:lang w:eastAsia="zh-CN"/>
        </w:rPr>
        <w:t xml:space="preserve">    会计助理个人年终总结报告 篇2 </w:t>
      </w:r>
      <w:r>
        <w:rPr>
          <w:lang w:eastAsia="zh-CN"/>
        </w:rPr>
        <w:br/>
      </w:r>
      <w:r>
        <w:rPr>
          <w:lang w:eastAsia="zh-CN"/>
        </w:rPr>
        <w:t>　　现将本年度工作小结如下:</w:t>
      </w:r>
      <w:r>
        <w:rPr>
          <w:lang w:eastAsia="zh-CN"/>
        </w:rPr>
        <w:br/>
      </w:r>
      <w:r>
        <w:rPr>
          <w:lang w:eastAsia="zh-CN"/>
        </w:rPr>
        <w:t>　　一、会计基础工作学习及理解</w:t>
      </w:r>
      <w:r>
        <w:rPr>
          <w:lang w:eastAsia="zh-CN"/>
        </w:rPr>
        <w:br/>
      </w:r>
      <w:r>
        <w:rPr>
          <w:lang w:eastAsia="zh-CN"/>
        </w:rPr>
        <w:t>　　认真学习执行，进一步加强财务基础工作的学习，规范和学习记账凭证的编制，特别是对财务软件的学习和利用，掌握了帐套的设置和基础数据的转化，以及系统管-理-员的基本操作，固定资产模块的设置及基础的录入。全面掌握了该财务软件的基本操作。</w:t>
      </w:r>
      <w:r>
        <w:rPr>
          <w:lang w:eastAsia="zh-CN"/>
        </w:rPr>
        <w:br/>
      </w:r>
      <w:r>
        <w:rPr>
          <w:lang w:eastAsia="zh-CN"/>
        </w:rPr>
        <w:t>　　学习了局里及矿上的财务发展和核算的内部制度，重点了解我局的内部银行的设置，和局往来账户的管理，对局和我矿的承包财务结算有了很好的认识和理解，为自己在以后的发展有了很好的基矗</w:t>
      </w:r>
      <w:r>
        <w:rPr>
          <w:lang w:eastAsia="zh-CN"/>
        </w:rPr>
        <w:br/>
      </w:r>
      <w:r>
        <w:rPr>
          <w:lang w:eastAsia="zh-CN"/>
        </w:rPr>
        <w:t>　　学习了编制矿上需要的各种类型的财务报表及申报各项税金。由于我单位是以采矿为主，材料品种多，成本项目多，并且涉及到很多，所以需要编制很多的财务报表，这点也是我们财务工作的难点。重点是报表的准确性和及时性，随时为上级单位提供准确的财务资料。</w:t>
      </w:r>
      <w:r>
        <w:rPr>
          <w:lang w:eastAsia="zh-CN"/>
        </w:rPr>
        <w:br/>
      </w:r>
      <w:r>
        <w:rPr>
          <w:lang w:eastAsia="zh-CN"/>
        </w:rPr>
        <w:t>　　二、费用成本、在建工程方面的学习。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学习了的材料核算的管理，明确了成本费用的分类，项目管理，分部门项目管理，真实反映当期的成本，为绩效管理提供参考依据。我矿也算是一个比较大的煤矿，每月的材料不但数量多，而且品种多，这也给财务成本和材料的管理带来了很大的不便，虽然我们试用过存货材料的软件管理，但是就因为材料品种多，出入平凡，所以存货管理软件不适合我们的矿的材料的管理。因此我矿就用人工分工的管理方法，取得了很好的效果。但材料管理好了，到结转成本的时候又遇到了很大的问题，我们成本项目共十三类，还要按各个部门分类，而且又要符合我们矿上的内部考核，这样我们的工作量很大。通过认真的学习和探讨，我们把部门核算和内部考试实质性的结合在一起，再结合我们的财务总账，很明显的减少了我们的工作量，使得工作更简化和明了。通过这件事我明白了，干财务工作只有你自己经历过，你才能明白它说明了什么问题，更能好好的改进和完善财务核算办法。</w:t>
      </w:r>
      <w:r>
        <w:rPr>
          <w:lang w:eastAsia="zh-CN"/>
        </w:rPr>
        <w:br/>
      </w:r>
      <w:r>
        <w:rPr>
          <w:lang w:eastAsia="zh-CN"/>
        </w:rPr>
        <w:t>　　学习了成本核算管理，全面地掌握了材料成本差异管理。从材料采购到材料入库再到材料分配的管理都得到了很好的学习。但是材料会计学习中最重要的要说材料成本差异，这是干好这项工作的关键。我们单位是采用计划成本核算，也就是每月的入库就是按照我矿预订好的材料单价入库，但我们实际的单价还是和我的计划有一定的差异，这就是材料成本差异，但在实际做中会遇到很多的问题，比如说正负差异的处理，差异率的计算等。从这点我学习到理论和实际结合得运用，使我更好地掌握了差异的核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学习在建工程的管理，及资金来源的核算管理。由于我矿刚刚起步，需要的设备在不断的增加，以供生产的需要。所以每年的在建工程也在不断的上升。学好工程的管理其实是资金来源的管理。你把资金来源弄清楚，工程也就弄清楚，这是我们在课本没有学到的，只有在实际中才能学习。</w:t>
      </w:r>
      <w:r>
        <w:rPr>
          <w:lang w:eastAsia="zh-CN"/>
        </w:rPr>
        <w:br/>
      </w:r>
      <w:r>
        <w:rPr>
          <w:lang w:eastAsia="zh-CN"/>
        </w:rPr>
        <w:t xml:space="preserve">    会计助理个人年终总结报告 篇3 </w:t>
      </w:r>
      <w:r>
        <w:rPr>
          <w:lang w:eastAsia="zh-CN"/>
        </w:rPr>
        <w:br/>
      </w:r>
      <w:r>
        <w:rPr>
          <w:lang w:eastAsia="zh-CN"/>
        </w:rPr>
        <w:t>　　一、主要工作</w:t>
      </w:r>
      <w:r>
        <w:rPr>
          <w:lang w:eastAsia="zh-CN"/>
        </w:rPr>
        <w:br/>
      </w:r>
      <w:r>
        <w:rPr>
          <w:lang w:eastAsia="zh-CN"/>
        </w:rPr>
        <w:t>　　本人将工作重点放在财务服务、规范上，我感到只有搞好服务才能做好工作，只有坚持规范才能减少风险与差错。此后，以优质服务为先导，以规范制度为理念，立足做好常规工作，着眼推进重点工作。取得了一定进展，收到了一定成效，做了大量事务性的工作。</w:t>
      </w:r>
      <w:r>
        <w:rPr>
          <w:lang w:eastAsia="zh-CN"/>
        </w:rPr>
        <w:br/>
      </w:r>
      <w:r>
        <w:rPr>
          <w:lang w:eastAsia="zh-CN"/>
        </w:rPr>
        <w:t>　　工作方面：踏实工作，履行职责，认真执行《会计法》，规范记账凭证的编制，严格对原始凭证的合理性进行审核，强化会计档案的管理等。按规定时间完成每个季度单位存款账户的对账工作，另外按时完成市行布置的补发信用机构代码证得工作，及时申报各项税金。在各类年中审计、年终预审及财政税务检查中，积极配合相关人员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r>
        <w:rPr>
          <w:lang w:eastAsia="zh-CN"/>
        </w:rPr>
        <w:br/>
      </w:r>
      <w:r>
        <w:rPr>
          <w:lang w:eastAsia="zh-CN"/>
        </w:rPr>
        <w:t>　　思想方面：积极上进，团结协作，充分发挥主观能动性和工作积极性，不断提高团队整体素质，营造和谐氛围，树立开拓创新、务实高效的形象。不断加强财务人员之间的相互学习、相互交流、互帮互助、互相补台，打造和谐高效工作团队，达到在工作中相互认同、相互理解、相互支持、共同提高。</w:t>
      </w:r>
      <w:r>
        <w:rPr>
          <w:lang w:eastAsia="zh-CN"/>
        </w:rPr>
        <w:br/>
      </w:r>
      <w:r>
        <w:rPr>
          <w:lang w:eastAsia="zh-CN"/>
        </w:rPr>
        <w:t>　　二、存在不足</w:t>
      </w:r>
      <w:r>
        <w:rPr>
          <w:lang w:eastAsia="zh-CN"/>
        </w:rPr>
        <w:br/>
      </w:r>
      <w:r>
        <w:rPr>
          <w:lang w:eastAsia="zh-CN"/>
        </w:rPr>
        <w:t>　　1、自身学习抓的不紧，理论学习不够认真，学得不深不透，忙于事务，创新不足。</w:t>
      </w:r>
      <w:r>
        <w:rPr>
          <w:lang w:eastAsia="zh-CN"/>
        </w:rPr>
        <w:br/>
      </w:r>
      <w:r>
        <w:rPr>
          <w:lang w:eastAsia="zh-CN"/>
        </w:rPr>
        <w:t>　　2、疲于应付日常事务，前瞻性、系统性研究较为欠缺。</w:t>
      </w:r>
      <w:r>
        <w:rPr>
          <w:lang w:eastAsia="zh-CN"/>
        </w:rPr>
        <w:br/>
      </w:r>
      <w:r>
        <w:rPr>
          <w:lang w:eastAsia="zh-CN"/>
        </w:rPr>
        <w:t>　　3、财务分析、预测水平有待提高，财务信息的决策能力有待增强。</w:t>
      </w:r>
      <w:r>
        <w:rPr>
          <w:lang w:eastAsia="zh-CN"/>
        </w:rPr>
        <w:br/>
      </w:r>
      <w:r>
        <w:rPr>
          <w:lang w:eastAsia="zh-CN"/>
        </w:rPr>
        <w:t>　　4、工作中有时缺乏耐心有点急躁的现象，以后有待加以克服。</w:t>
      </w:r>
      <w:r>
        <w:rPr>
          <w:lang w:eastAsia="zh-CN"/>
        </w:rPr>
        <w:br/>
      </w:r>
      <w:r>
        <w:rPr>
          <w:lang w:eastAsia="zh-CN"/>
        </w:rPr>
        <w:t>　　三、下步工作思路</w:t>
      </w:r>
      <w:r>
        <w:rPr>
          <w:lang w:eastAsia="zh-CN"/>
        </w:rPr>
        <w:br/>
      </w:r>
      <w:r>
        <w:rPr>
          <w:lang w:eastAsia="zh-CN"/>
        </w:rPr>
        <w:t>　　20__年我国的社会经济形势将发生更加深刻的变化，将蕴藏着巨大的机遇，也包含着严峻的挑战。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把财务做精做细，搞好成本归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拓展财务管理与服务职能，实现财务管理“零”死角，挖掘财务活动的潜在价值，充分发挥支撑服务职能，合理有效配置有限资源，切实防范财务风险，限度降低成本，促进单位全面健康发展。</w:t>
      </w:r>
      <w:r>
        <w:rPr>
          <w:lang w:eastAsia="zh-CN"/>
        </w:rPr>
        <w:br/>
      </w:r>
      <w:r>
        <w:rPr>
          <w:lang w:eastAsia="zh-CN"/>
        </w:rPr>
        <w:t>　　在提高企业竞争力方面尽更大的义务与责任，不断鞭策自己，加强学习，以适应时代与企业的发展，和大家共同进步，与公司共同成长。</w:t>
      </w:r>
      <w:r>
        <w:rPr>
          <w:lang w:eastAsia="zh-CN"/>
        </w:rPr>
        <w:br/>
      </w:r>
      <w:r>
        <w:rPr>
          <w:lang w:eastAsia="zh-CN"/>
        </w:rPr>
        <w:t xml:space="preserve">    会计助理个人年终总结报告 篇4 </w:t>
      </w:r>
      <w:r>
        <w:rPr>
          <w:lang w:eastAsia="zh-CN"/>
        </w:rPr>
        <w:br/>
      </w:r>
      <w:r>
        <w:rPr>
          <w:lang w:eastAsia="zh-CN"/>
        </w:rPr>
        <w:t>　　20__年在企业各领导干部的带领下和各位同仁的幫助下，我成功的完成了企业的财务工作，获得了一定的考试成绩，现将关键工作汇报如下所示：</w:t>
      </w:r>
      <w:r>
        <w:rPr>
          <w:lang w:eastAsia="zh-CN"/>
        </w:rPr>
        <w:br/>
      </w:r>
      <w:r>
        <w:rPr>
          <w:lang w:eastAsia="zh-CN"/>
        </w:rPr>
        <w:t>　　1、恰当执行会计职责和行驶管理权限，努力学习我国金融现行政策、法案，了解金融规章制度;积极主动刻苦钻研财务会计业务流程，熟练专业技能，把握财务会计技术性方式;喜爱做好本职工作，恪尽职守，克己奉公，严格遵守职业操守;严格遵守法纪，守住底线，实行相关的财务法规。在局财务工作规范性查验评定规范中喜获第一名。</w:t>
      </w:r>
      <w:r>
        <w:rPr>
          <w:lang w:eastAsia="zh-CN"/>
        </w:rPr>
        <w:br/>
      </w:r>
      <w:r>
        <w:rPr>
          <w:lang w:eastAsia="zh-CN"/>
        </w:rPr>
        <w:t>　　2、依照上级领导要求的财务管理制度和支出规范，常常掌握各单位的费用必须状况和运用状况，积极协助各相关部门合理使用好各类资产。企业上半年度曾一度发生资金不足，会计室根据勤奋，确保了员工工资准时全额派发以及他各类急需贷款的贯彻落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3、工作上审批一切支出凭据，立即清算做账，保证各类支出都符合要求，一切账务都清晰精确。对经费预算的运用状况和存在的问题，常常向有关领导请示汇报。</w:t>
      </w:r>
      <w:r>
        <w:rPr>
          <w:lang w:eastAsia="zh-CN"/>
        </w:rPr>
        <w:br/>
      </w:r>
      <w:r>
        <w:rPr>
          <w:lang w:eastAsia="zh-CN"/>
        </w:rPr>
        <w:t>　　4、按规定虚构全年度、每季度、每月的各种各样预算报表统计数据和月度清算，保证准确，并立即汇报上级领导。会计助理年度总结(3篇)工作汇报。</w:t>
      </w:r>
      <w:r>
        <w:rPr>
          <w:lang w:eastAsia="zh-CN"/>
        </w:rPr>
        <w:br/>
      </w:r>
      <w:r>
        <w:rPr>
          <w:lang w:eastAsia="zh-CN"/>
        </w:rPr>
        <w:t>　　5、全部财务凭证，立即梳理、订装和储存。</w:t>
      </w:r>
      <w:r>
        <w:rPr>
          <w:lang w:eastAsia="zh-CN"/>
        </w:rPr>
        <w:br/>
      </w:r>
      <w:r>
        <w:rPr>
          <w:lang w:eastAsia="zh-CN"/>
        </w:rPr>
        <w:t>　　6、常常与各单位管资产的朋友联络，创建需要的办理手续，保证各企业的'财物和学校的总分类账相一致。</w:t>
      </w:r>
      <w:r>
        <w:rPr>
          <w:lang w:eastAsia="zh-CN"/>
        </w:rPr>
        <w:br/>
      </w:r>
      <w:r>
        <w:rPr>
          <w:lang w:eastAsia="zh-CN"/>
        </w:rPr>
        <w:t>　　7、相互配合、催促各有关单位，妥善处理一切暂收、暂付账款。</w:t>
      </w:r>
      <w:r>
        <w:rPr>
          <w:lang w:eastAsia="zh-CN"/>
        </w:rPr>
        <w:br/>
      </w:r>
      <w:r>
        <w:rPr>
          <w:lang w:eastAsia="zh-CN"/>
        </w:rPr>
        <w:t>　　8、具体指导和协助出纳工作。</w:t>
      </w:r>
      <w:r>
        <w:rPr>
          <w:lang w:eastAsia="zh-CN"/>
        </w:rPr>
        <w:br/>
      </w:r>
      <w:r>
        <w:rPr>
          <w:lang w:eastAsia="zh-CN"/>
        </w:rPr>
        <w:t>　　在过去的一年里，勤勤恳恳，完满的完成了企业的工作目标，并获得各领导干部毫无疑问和很多朋友的称赞，这对于我是一种勉励，在新的一年，将以更为圆润的工作热情资金投入到工作上去。</w:t>
      </w:r>
      <w:r>
        <w:rPr>
          <w:lang w:eastAsia="zh-CN"/>
        </w:rPr>
        <w:br/>
      </w:r>
      <w:r>
        <w:rPr>
          <w:lang w:eastAsia="zh-CN"/>
        </w:rPr>
        <w:t xml:space="preserve">    会计助理个人年终总结报告 篇5 </w:t>
      </w:r>
      <w:r>
        <w:rPr>
          <w:lang w:eastAsia="zh-CN"/>
        </w:rPr>
        <w:br/>
      </w:r>
      <w:r>
        <w:rPr>
          <w:lang w:eastAsia="zh-CN"/>
        </w:rPr>
        <w:t>　　时间过的很快，转眼20__年已经过去了，今年在原商场财务正常处理的情况下增加了培训中心和专卖店的财务工作，刚开始面对出现过忙乱，但是我们没有退缩，在领导的正确引导和各部门的协调支持下，我们逐步成熟起来，到现在一切都已井然有序。为了进一步的发展和提高，我对这一年的工作做一下简单的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首先，在客观、严谨、细致的原则下，截止到20__年_月底，我们审核各类单据6000多份，制作凭证2800多份，编制各类报表百余份，处理现金结算金额9400多万，银行结算金额10600多万，准确率均达99%以上。并且在不断完善的财务制度下，全力处理好日常财务工作，做到现金银行日清月结，往来款项清晰明了及时处理，严格。还有全力配合同事，查询各类数据，编制各类报表。</w:t>
      </w:r>
      <w:r>
        <w:rPr>
          <w:lang w:eastAsia="zh-CN"/>
        </w:rPr>
        <w:br/>
      </w:r>
      <w:r>
        <w:rPr>
          <w:lang w:eastAsia="zh-CN"/>
        </w:rPr>
        <w:t>　　其次，在公司的支持下，财务部与外部建立并保持了良好的关系，友好妥善的处理了各单位的'往来款项的收支，同时与银行建立了优良的银企关系，与税务机构建立了良好的税企关系，并很好的完成了对统计、税务等各部门有关资料的申报工作，为公司下一步更好的完成财务工作，打下了良好的基础。</w:t>
      </w:r>
      <w:r>
        <w:rPr>
          <w:lang w:eastAsia="zh-CN"/>
        </w:rPr>
        <w:br/>
      </w:r>
      <w:r>
        <w:rPr>
          <w:lang w:eastAsia="zh-CN"/>
        </w:rPr>
        <w:t>　　尤其今年完成了几项重要的工作：</w:t>
      </w:r>
      <w:r>
        <w:rPr>
          <w:lang w:eastAsia="zh-CN"/>
        </w:rPr>
        <w:br/>
      </w:r>
      <w:r>
        <w:rPr>
          <w:lang w:eastAsia="zh-CN"/>
        </w:rPr>
        <w:t>　　第二，在商场财务处理顺畅的情况下，同时接纳了专卖店和培训中心的财务处理工作。从专卖店开业各类执照的办理到现在专卖店培训中心各类费用收取、销售账目核对以及货款支付等工作都在各部门的协调配合下正常运作了。</w:t>
      </w:r>
      <w:r>
        <w:rPr>
          <w:lang w:eastAsia="zh-CN"/>
        </w:rPr>
        <w:br/>
      </w:r>
      <w:r>
        <w:rPr>
          <w:lang w:eastAsia="zh-CN"/>
        </w:rPr>
        <w:t>　　第三，在政策变更的趋势下，完成了商场活动从“买送”到“买减”转变的系统处理。</w:t>
      </w:r>
      <w:r>
        <w:rPr>
          <w:lang w:eastAsia="zh-CN"/>
        </w:rPr>
        <w:br/>
      </w:r>
      <w:r>
        <w:rPr>
          <w:lang w:eastAsia="zh-CN"/>
        </w:rPr>
        <w:t>　　第四，年末，从银联争取到了三层楼层信用卡手续费个点的优惠，大大减少了财务费用。在这一年中，有成绩和喜悦，也有不足之处，我确信财务部是一个团结高效的团体，每一位成员都能独挡一面。在新的年度中，财务部工作还有很多地方有待改进，财务制度要逐步完善，执行力也需要进一步加强。我们会虚心向同事同行学习工作和管理经验，借鉴好的工作方法，并努力提高业务理论知识，不断提高自身素质，使财务部的全面素质有一个新的提高，以适应公司的发展和需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xml:space="preserve">    会计助理个人年终总结报告 篇6 </w:t>
      </w:r>
      <w:r>
        <w:rPr>
          <w:lang w:eastAsia="zh-CN"/>
        </w:rPr>
        <w:br/>
      </w:r>
      <w:r>
        <w:rPr>
          <w:lang w:eastAsia="zh-CN"/>
        </w:rPr>
        <w:t>　　一、主要工作</w:t>
      </w:r>
      <w:r>
        <w:rPr>
          <w:lang w:eastAsia="zh-CN"/>
        </w:rPr>
        <w:br/>
      </w:r>
      <w:r>
        <w:rPr>
          <w:lang w:eastAsia="zh-CN"/>
        </w:rPr>
        <w:t>　　本人将工作重点放在财务服务、规范上，我感到只有搞好服务才能做好工作，只有坚持规范才能减少风险与差错。此后，以优质服务为先导，以规范制度为理念，立足做好常规工作，着眼推进重点工作。取得了一定进展，收到了一定成效，做了大量事务性的工作。</w:t>
      </w:r>
      <w:r>
        <w:rPr>
          <w:lang w:eastAsia="zh-CN"/>
        </w:rPr>
        <w:br/>
      </w:r>
      <w:r>
        <w:rPr>
          <w:lang w:eastAsia="zh-CN"/>
        </w:rPr>
        <w:t>　　工作方面：踏实工作，履行职责，认真执行《会计法》，规范记账凭证的编制，严格对原始凭证的合理性进行审核，强化会计档案的管理等。按规定时间完成每个季度单位存款账户的对账工作，另外按时完成市行布置的补发信用机构代码证得工作，及时申报各项税金。在各类年中审计、年终预审及财政税务检查中，积极配合相关人员工作。</w:t>
      </w:r>
      <w:r>
        <w:rPr>
          <w:lang w:eastAsia="zh-CN"/>
        </w:rPr>
        <w:br/>
      </w:r>
      <w:r>
        <w:rPr>
          <w:lang w:eastAsia="zh-CN"/>
        </w:rPr>
        <w:t>　　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思想方面：积极上进，团结协作，充分发挥主观能动性和工作积极性，不断提高团队整体素质，营造和谐氛围，树立开拓创新、务实高效的形象。不断加强财务人员之间的相互学习、相互交流、互帮互助、互相补台，打造和谐高效工作团队，达到在工作中相互认同、相互理解、相互支持、共同提高。</w:t>
      </w:r>
      <w:r>
        <w:rPr>
          <w:lang w:eastAsia="zh-CN"/>
        </w:rPr>
        <w:br/>
      </w:r>
      <w:r>
        <w:rPr>
          <w:lang w:eastAsia="zh-CN"/>
        </w:rPr>
        <w:t>　　二、存在不足</w:t>
      </w:r>
      <w:r>
        <w:rPr>
          <w:lang w:eastAsia="zh-CN"/>
        </w:rPr>
        <w:br/>
      </w:r>
      <w:r>
        <w:rPr>
          <w:lang w:eastAsia="zh-CN"/>
        </w:rPr>
        <w:t>　　自身学习抓的不紧，理论学习不够认真，学得不深不透，忙于事务，创新不足；</w:t>
      </w:r>
      <w:r>
        <w:rPr>
          <w:lang w:eastAsia="zh-CN"/>
        </w:rPr>
        <w:br/>
      </w:r>
      <w:r>
        <w:rPr>
          <w:lang w:eastAsia="zh-CN"/>
        </w:rPr>
        <w:t>　　疲于应付日常事务，前瞻性、系统性研究较为欠缺；</w:t>
      </w:r>
      <w:r>
        <w:rPr>
          <w:lang w:eastAsia="zh-CN"/>
        </w:rPr>
        <w:br/>
      </w:r>
      <w:r>
        <w:rPr>
          <w:lang w:eastAsia="zh-CN"/>
        </w:rPr>
        <w:t>　　财务分析、预测水平有待提高，财务信息的决策能力有待增强；</w:t>
      </w:r>
      <w:r>
        <w:rPr>
          <w:lang w:eastAsia="zh-CN"/>
        </w:rPr>
        <w:br/>
      </w:r>
      <w:r>
        <w:rPr>
          <w:lang w:eastAsia="zh-CN"/>
        </w:rPr>
        <w:t>　　工作中有时缺乏耐心有点急躁的现象，以后有待加以克服。</w:t>
      </w:r>
      <w:r>
        <w:rPr>
          <w:lang w:eastAsia="zh-CN"/>
        </w:rPr>
        <w:br/>
      </w:r>
      <w:r>
        <w:rPr>
          <w:lang w:eastAsia="zh-CN"/>
        </w:rPr>
        <w:t xml:space="preserve">    会计助理个人年终总结报告 篇7 </w:t>
      </w:r>
      <w:r>
        <w:rPr>
          <w:lang w:eastAsia="zh-CN"/>
        </w:rPr>
        <w:br/>
      </w:r>
      <w:r>
        <w:rPr>
          <w:lang w:eastAsia="zh-CN"/>
        </w:rPr>
        <w:t>　　20__年是机关单位服务站实行项目风险管理第一年，做为会计工作员应紧密配合局领导干部及处领导做好各项任务，自己于20__年5月份由交通出行核心财务岗位加入局会计工作科工作中，关键承担餐厅会计的账务处理，我终服从安排、团结一致朋友、努力学习、扎扎实实工作中为规则，一直坚持标准化，严格要求，努力完成领导干部分配的各类工作目标;在上级领导及同志们的帮助和支持下，本身的思想政治素质、工作能力和综合能力等都是有了非常大提升，但也存有众多不够。现将上年的思想观念和工作情况，及其将来的勤奋方位报告如下所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在过去的一年中，自己不断提升自己素养，抓基础知识的学习培训;基础知识的学习是言行合一，在工作中繁杂、问题复杂的情形下，仅有通过学习、提高思想认识才可以掌握重要，提高科学研究问题和处理问题的工作能力。在日常的工作上坚持不懈融会贯通的标准，积极主动提升自己的.基础理论水准、具体业务流程专业技能等专业知识。工作上，可以遵规守纪，努力学习，勤奋刻苦钻研，扎扎实实工作中，以兢兢业业、勤勤恳恳的心态看待做好本职工作，使自身在实际的工作上飞速发展与发展。</w:t>
      </w:r>
      <w:r>
        <w:rPr>
          <w:lang w:eastAsia="zh-CN"/>
        </w:rPr>
        <w:br/>
      </w:r>
      <w:r>
        <w:rPr>
          <w:lang w:eastAsia="zh-CN"/>
        </w:rPr>
        <w:t>　　思想观念、行動上与核心领导干部维持高度一致;保证大局为重，服从命令，团结互助，用心探寻，把一切事儿都保证精确、立即。对工作中认真细致、细腻，迅速融入了新的岗位及办公环境，了解了报帐业务流程，努力完成了核心会计(含餐厅)日常费用报销审批工作中，并与同行业同志们一起搞好会计审批和监督工作。</w:t>
      </w:r>
      <w:r>
        <w:rPr>
          <w:lang w:eastAsia="zh-CN"/>
        </w:rPr>
        <w:br/>
      </w:r>
      <w:r>
        <w:rPr>
          <w:lang w:eastAsia="zh-CN"/>
        </w:rPr>
        <w:t>　　敬业爱岗，提高工作效率，真情服务，在会计前线上自己自始至终以爱岗敬业，激情、细心的心态资金投入到做好本职工作中，几十年的工作中实践活动，使我经常感受到：作为一名财务人员，要搞好会计工作中，除务必守住底线，主动维护保养组织纪律外，还应坚持不懈坚持学习，以提升自己的业务水平和工作中水准，能够更好地做好后勤服务。每月末立即将餐厅财务数字备案在新项目账中，并与计算工作人员核查数据，保证数据准确，勤奋提高工作能力和服务质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一年来，局会计的进步与大家每一个人密切相关。自己虽获得了一定的考试成绩，但也具有着一些问题和不够，具体表现在：有一些工作中做得还不够细腻，一部分工作中融洽不足立即及时，与此同时自身的基础理论水准还需要进一步提高。我明白了，仅有坚持学习不断发展，才可以尽快进行领导干部督办的工作中，路漫漫其修远兮，吾欲上下而求索，我信心在以后的工作上，严格自律，勤奋好学，在本职工作职位上作出更高的奉献。</w:t>
      </w:r>
      <w:r>
        <w:rPr>
          <w:lang w:eastAsia="zh-CN"/>
        </w:rPr>
        <w:br/>
      </w:r>
      <w:r>
        <w:rPr>
          <w:lang w:eastAsia="zh-CN"/>
        </w:rPr>
        <w:t>　　在新的一年里，自己信心用心提升业务工作水准，进一步学习，扩宽知识层面，加强对核心的发展趋势主脉、迈向的掌握;加强周边环境、同业竞争发展趋势的掌握。要对核心的统筹协调，当前状况保证心里有数;团结一致，工作勤奋，产生较好的团队氛围，遵循计划财务处內部管理制度，维护保养计划财务处权益，积极主动为计划财务处造就更高一些使用价值，为核心经济发展跨越式发展，奉献自身的一份能量。</w:t>
      </w:r>
      <w:r>
        <w:rPr>
          <w:lang w:eastAsia="zh-CN"/>
        </w:rPr>
        <w:br/>
      </w:r>
      <w:r>
        <w:rPr>
          <w:lang w:eastAsia="zh-CN"/>
        </w:rPr>
        <w:t xml:space="preserve">    会计助理个人年终总结报告 篇8 </w:t>
      </w:r>
      <w:r>
        <w:rPr>
          <w:lang w:eastAsia="zh-CN"/>
        </w:rPr>
        <w:br/>
      </w:r>
      <w:r>
        <w:rPr>
          <w:lang w:eastAsia="zh-CN"/>
        </w:rPr>
        <w:t>　　一、前期工作总结：</w:t>
      </w:r>
      <w:r>
        <w:rPr>
          <w:lang w:eastAsia="zh-CN"/>
        </w:rPr>
        <w:br/>
      </w:r>
      <w:r>
        <w:rPr>
          <w:lang w:eastAsia="zh-CN"/>
        </w:rPr>
        <w:t>　　对于企业来说，能力往往是超越知识的，物业管理公司对于人才的要求，同样也是能力第一。物业管理公司对于人才的要求是多方面的，它包括：组织指挥能力、决策能力、创新能力、社会活动能力、技术能力、协调与沟通能力等。</w:t>
      </w:r>
      <w:r>
        <w:rPr>
          <w:lang w:eastAsia="zh-CN"/>
        </w:rPr>
        <w:br/>
      </w:r>
      <w:r>
        <w:rPr>
          <w:lang w:eastAsia="zh-CN"/>
        </w:rPr>
        <w:t>　　第一阶段（__年—__年）：初学阶段；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_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孝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r>
        <w:rPr>
          <w:lang w:eastAsia="zh-CN"/>
        </w:rPr>
        <w:br/>
      </w:r>
      <w:r>
        <w:rPr>
          <w:lang w:eastAsia="zh-CN"/>
        </w:rPr>
        <w:t>　　第二阶段（__年—__年）：职业发展阶段：</w:t>
      </w:r>
      <w:r>
        <w:rPr>
          <w:lang w:eastAsia="zh-CN"/>
        </w:rPr>
        <w:br/>
      </w:r>
      <w:r>
        <w:rPr>
          <w:lang w:eastAsia="zh-CN"/>
        </w:rPr>
        <w:t>　　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_年底我又被调往公司新接管的“亲爱的villa”管理处担任财务助理，此时正逢财务部改革，我努力学习专业知识，积极配合制度改革，并在工作中小有成就，得到了领导的肯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第三阶段（__年—现在），职场提升阶段：</w:t>
      </w:r>
      <w:r>
        <w:rPr>
          <w:lang w:eastAsia="zh-CN"/>
        </w:rPr>
        <w:br/>
      </w:r>
      <w:r>
        <w:rPr>
          <w:lang w:eastAsia="zh-CN"/>
        </w:rPr>
        <w:t>　　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r>
        <w:rPr>
          <w:lang w:eastAsia="zh-CN"/>
        </w:rPr>
        <w:br/>
      </w:r>
      <w:r>
        <w:rPr>
          <w:lang w:eastAsia="zh-CN"/>
        </w:rPr>
        <w:t>　　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r>
        <w:rPr>
          <w:lang w:eastAsia="zh-CN"/>
        </w:rPr>
        <w:br/>
      </w:r>
      <w:r>
        <w:rPr>
          <w:lang w:eastAsia="zh-CN"/>
        </w:rPr>
        <w:t>　　二、主要经验和收获：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在网络工作的六年多时间里，积累了许多工作经验，尤其是管理处基层财务工作经验，同时也取得了一定的成绩，总结起来有以下几个方面的经验和收获：</w:t>
      </w:r>
      <w:r>
        <w:rPr>
          <w:lang w:eastAsia="zh-CN"/>
        </w:rPr>
        <w:br/>
      </w:r>
      <w:r>
        <w:rPr>
          <w:lang w:eastAsia="zh-CN"/>
        </w:rPr>
        <w:t>　　（一）只有摆正自己的.位置，下功夫熟悉基本业务，才能尽快适应新的工作岗位；</w:t>
      </w:r>
      <w:r>
        <w:rPr>
          <w:lang w:eastAsia="zh-CN"/>
        </w:rPr>
        <w:br/>
      </w:r>
      <w:r>
        <w:rPr>
          <w:lang w:eastAsia="zh-CN"/>
        </w:rPr>
        <w:t>　　（二）只有主动融入集体，处理好各方面的关系，才能在新的环境中保持好的工作状态；</w:t>
      </w:r>
      <w:r>
        <w:rPr>
          <w:lang w:eastAsia="zh-CN"/>
        </w:rPr>
        <w:br/>
      </w:r>
      <w:r>
        <w:rPr>
          <w:lang w:eastAsia="zh-CN"/>
        </w:rPr>
        <w:t>　　（三）只有坚持原则落实制度，认真理财管账，才能履行好财务职责；</w:t>
      </w:r>
      <w:r>
        <w:rPr>
          <w:lang w:eastAsia="zh-CN"/>
        </w:rPr>
        <w:br/>
      </w:r>
      <w:r>
        <w:rPr>
          <w:lang w:eastAsia="zh-CN"/>
        </w:rPr>
        <w:t>　　（四）只有树立服务意识，加强沟通协调，才能把分内的工作做好；</w:t>
      </w:r>
      <w:r>
        <w:rPr>
          <w:lang w:eastAsia="zh-CN"/>
        </w:rPr>
        <w:br/>
      </w:r>
      <w:r>
        <w:rPr>
          <w:lang w:eastAsia="zh-CN"/>
        </w:rPr>
        <w:t>　　（五）只有保持心态平和，“取人之长、补己之短”，才能不断提高、取得进步。</w:t>
      </w:r>
      <w:r>
        <w:rPr>
          <w:lang w:eastAsia="zh-CN"/>
        </w:rPr>
        <w:br/>
      </w:r>
      <w:r>
        <w:rPr>
          <w:lang w:eastAsia="zh-CN"/>
        </w:rPr>
        <w:t>　　三、确立职业目标，加强协作。</w:t>
      </w:r>
      <w:r>
        <w:rPr>
          <w:lang w:eastAsia="zh-CN"/>
        </w:rPr>
        <w:br/>
      </w:r>
      <w:r>
        <w:rPr>
          <w:lang w:eastAsia="zh-CN"/>
        </w:rPr>
        <w:t>　　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r>
        <w:rPr>
          <w:lang w:eastAsia="zh-CN"/>
        </w:rPr>
        <w:br/>
      </w:r>
      <w:r>
        <w:rPr>
          <w:lang w:eastAsia="zh-CN"/>
        </w:rPr>
        <w:t>　　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2、实抓应收帐款的管理，预防呆账，减少坏账，保全管理处的经营成果。</w:t>
      </w:r>
      <w:r>
        <w:rPr>
          <w:lang w:eastAsia="zh-CN"/>
        </w:rPr>
        <w:br/>
      </w:r>
      <w:r>
        <w:rPr>
          <w:lang w:eastAsia="zh-CN"/>
        </w:rPr>
        <w:t>　　3、积极参预，配合管理处开拓新的经济增长点。</w:t>
      </w:r>
      <w:r>
        <w:rPr>
          <w:lang w:eastAsia="zh-CN"/>
        </w:rPr>
        <w:br/>
      </w:r>
      <w:r>
        <w:rPr>
          <w:lang w:eastAsia="zh-CN"/>
        </w:rPr>
        <w:t xml:space="preserve">    会计助理个人年终总结报告 篇9 </w:t>
      </w:r>
      <w:r>
        <w:rPr>
          <w:lang w:eastAsia="zh-CN"/>
        </w:rPr>
        <w:br/>
      </w:r>
      <w:r>
        <w:rPr>
          <w:lang w:eastAsia="zh-CN"/>
        </w:rPr>
        <w:t>　　一、爱岗敬业，坚持原则，树立良好的职业道德</w:t>
      </w:r>
      <w:r>
        <w:rPr>
          <w:lang w:eastAsia="zh-CN"/>
        </w:rPr>
        <w:br/>
      </w:r>
      <w:r>
        <w:rPr>
          <w:lang w:eastAsia="zh-CN"/>
        </w:rPr>
        <w:t>　　在工作过程中，我们严格执行了公司的各项规章制度，秉公办事，顾全大局，以新《会计法》为依据。遵纪守法，遵守财经纪律。认真履行会计岗位职责，一丝不苟，忠于职守尽职尽责的工作以，做到有令即行、有禁即止。</w:t>
      </w:r>
      <w:r>
        <w:rPr>
          <w:lang w:eastAsia="zh-CN"/>
        </w:rPr>
        <w:br/>
      </w:r>
      <w:r>
        <w:rPr>
          <w:lang w:eastAsia="zh-CN"/>
        </w:rPr>
        <w:t>　　二、加强学习努力提高自身素质</w:t>
      </w:r>
      <w:r>
        <w:rPr>
          <w:lang w:eastAsia="zh-CN"/>
        </w:rPr>
        <w:br/>
      </w:r>
      <w:r>
        <w:rPr>
          <w:lang w:eastAsia="zh-CN"/>
        </w:rPr>
        <w:t>　　我深知作为财务工作人员，肩负的任务繁重，职责重大，为了不辜负领导的重托和大家的信任，更好的履行职责，就务必不断的学习，因此把学习放在重要位置，认真学习物业业务知识，尽快熟悉公司制定的各项规章制度和相关的业务知识和各项业务技能。结合实际进行学习和实践，用心参加各项培训和学习。</w:t>
      </w:r>
      <w:r>
        <w:rPr>
          <w:lang w:eastAsia="zh-CN"/>
        </w:rPr>
        <w:br/>
      </w:r>
      <w:r>
        <w:rPr>
          <w:lang w:eastAsia="zh-CN"/>
        </w:rPr>
        <w:t>　　三、加强收入管理</w:t>
      </w:r>
      <w:r>
        <w:rPr>
          <w:lang w:eastAsia="zh-CN"/>
        </w:rPr>
        <w:br/>
      </w:r>
      <w:r>
        <w:rPr>
          <w:lang w:eastAsia="zh-CN"/>
        </w:rPr>
        <w:t>　　定期提醒各部门把应收费用回收，每月协助分公司负责人向房产局提交各种报表，及时向政府收回1—3季度补贴费用42万元。日常工作中，注意与房产局办事员搞好关系，遇到难以收回的住户的管理费主动、用心与房产局办事员沟通，把费用列入应收政府补贴报表中，争取把拖欠费用收回。房产局林办事员曾开玩笑说：“又不是欠你自我的钱，你那么计较紧张干嘛？”</w:t>
      </w:r>
      <w:r>
        <w:rPr>
          <w:lang w:eastAsia="zh-CN"/>
        </w:rPr>
        <w:br/>
      </w:r>
      <w:r>
        <w:rPr>
          <w:lang w:eastAsia="zh-CN"/>
        </w:rPr>
        <w:t>　　四、加强会计核算管理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r>
        <w:rPr>
          <w:lang w:eastAsia="zh-CN"/>
        </w:rPr>
        <w:br/>
      </w:r>
      <w:r>
        <w:rPr>
          <w:lang w:eastAsia="zh-CN"/>
        </w:rPr>
        <w:t>　　五、服从公司安排</w:t>
      </w:r>
      <w:r>
        <w:rPr>
          <w:lang w:eastAsia="zh-CN"/>
        </w:rPr>
        <w:br/>
      </w:r>
      <w:r>
        <w:rPr>
          <w:lang w:eastAsia="zh-CN"/>
        </w:rPr>
        <w:t>　　理解公司的工作安排，毫无怨言，领导交办的工作尽全力去完成。2—5月份兼做了__地产的会计工作，期间努力克服困难，完成了地产的会计工作任务，赢得了双方领导的一致赞赏。9—12月兼做了分公司出纳的部分日常工作，协助客服领班顺利完成了出纳休产假期间的工作任务。</w:t>
      </w:r>
      <w:r>
        <w:rPr>
          <w:lang w:eastAsia="zh-CN"/>
        </w:rPr>
        <w:br/>
      </w:r>
      <w:r>
        <w:rPr>
          <w:lang w:eastAsia="zh-CN"/>
        </w:rPr>
        <w:t>　　总之在20__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r>
        <w:rPr>
          <w:lang w:eastAsia="zh-CN"/>
        </w:rPr>
        <w:br/>
      </w:r>
      <w:r>
        <w:rPr>
          <w:lang w:eastAsia="zh-CN"/>
        </w:rPr>
        <w:t xml:space="preserve">    会计助理个人年终总结报告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经过会计助理转正工作总结1两个月的试用期，我在工作中也取得了一些成绩。会计助理工作看起来很简单，但很难做。以前的工作经验对我从事新工作有一定的帮助，但很多工作需要重新认识和体会，学习和实践相互融合才能取得成果。成绩的取得离不开单位领导的耐心和无形的教导，离不开公司同事的关心和支持。</w:t>
      </w:r>
      <w:r>
        <w:rPr>
          <w:lang w:eastAsia="zh-CN"/>
        </w:rPr>
        <w:br/>
      </w:r>
      <w:r>
        <w:rPr>
          <w:lang w:eastAsia="zh-CN"/>
        </w:rPr>
        <w:t>　　两个月的试用期过去了，我对我从事的会计工作已经比较熟悉，能胜任这项工作。以前在会计师事务所做业务助理工作时，对会计的业务情况比较熟悉。而且，在这两个月里，我在公司总会界的指导下，在公司同事的帮助下，在新的职位上，对我们公司的经营模式和管理制度进行了新的认识和深入的学习。目前，对本行的总结报告如下。</w:t>
      </w:r>
      <w:r>
        <w:rPr>
          <w:lang w:eastAsia="zh-CN"/>
        </w:rPr>
        <w:br/>
      </w:r>
      <w:r>
        <w:rPr>
          <w:lang w:eastAsia="zh-CN"/>
        </w:rPr>
        <w:t>　　一、心态培养</w:t>
      </w:r>
      <w:r>
        <w:rPr>
          <w:lang w:eastAsia="zh-CN"/>
        </w:rPr>
        <w:br/>
      </w:r>
      <w:r>
        <w:rPr>
          <w:lang w:eastAsia="zh-CN"/>
        </w:rPr>
        <w:t>　　一个人面对新的城市，新的事情，一切都将是新的开始。有一个陌生、熟悉、精通的过程。一切都很难开始。良好的心态3354虚心和积极的心态是做好一切工作的根本。前几天是关键，所以我努力适应新环境，应对新的工作挑战。</w:t>
      </w:r>
      <w:r>
        <w:rPr>
          <w:lang w:eastAsia="zh-CN"/>
        </w:rPr>
        <w:br/>
      </w:r>
      <w:r>
        <w:rPr>
          <w:lang w:eastAsia="zh-CN"/>
        </w:rPr>
        <w:t>　　二、具体工作</w:t>
      </w:r>
      <w:r>
        <w:rPr>
          <w:lang w:eastAsia="zh-CN"/>
        </w:rPr>
        <w:br/>
      </w:r>
      <w:r>
        <w:rPr>
          <w:lang w:eastAsia="zh-CN"/>
        </w:rPr>
        <w:t>　　1、严格按照财务制度的要求处理费用偿还、现金、支票的领取业务。</w:t>
      </w:r>
      <w:r>
        <w:rPr>
          <w:lang w:eastAsia="zh-CN"/>
        </w:rPr>
        <w:br/>
      </w:r>
      <w:r>
        <w:rPr>
          <w:lang w:eastAsia="zh-CN"/>
        </w:rPr>
        <w:t>　　2、每月第八个工作日按时支付单位职工工资。</w:t>
      </w:r>
      <w:r>
        <w:rPr>
          <w:lang w:eastAsia="zh-CN"/>
        </w:rPr>
        <w:br/>
      </w:r>
      <w:r>
        <w:rPr>
          <w:lang w:eastAsia="zh-CN"/>
        </w:rPr>
        <w:t>　　3、现金、银行存款日记帐的及时登记。月末写会计报告。</w:t>
      </w:r>
      <w:r>
        <w:rPr>
          <w:lang w:eastAsia="zh-CN"/>
        </w:rPr>
        <w:br/>
      </w:r>
      <w:r>
        <w:rPr>
          <w:lang w:eastAsia="zh-CN"/>
        </w:rPr>
        <w:t>　　4、请填写纳税申报单。</w:t>
      </w:r>
      <w:r>
        <w:rPr>
          <w:lang w:eastAsia="zh-CN"/>
        </w:rPr>
        <w:br/>
      </w:r>
      <w:r>
        <w:rPr>
          <w:lang w:eastAsia="zh-CN"/>
        </w:rPr>
        <w:t>　　5、完成财务负责人让你做的工作。</w:t>
      </w:r>
      <w:r>
        <w:rPr>
          <w:lang w:eastAsia="zh-CN"/>
        </w:rPr>
        <w:br/>
      </w:r>
      <w:r>
        <w:rPr>
          <w:lang w:eastAsia="zh-CN"/>
        </w:rPr>
        <w:t>　　三、工作要求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要做好会计助理工作，决不能用“轻松”来形容。绝对不是“雕虫小技”。作为经济事业的一线、财政收支的关口，在公司的经营管理中占有重要地位。作为一名合格的会计，必须具备以下基本要求：</w:t>
      </w:r>
      <w:r>
        <w:rPr>
          <w:lang w:eastAsia="zh-CN"/>
        </w:rPr>
        <w:br/>
      </w:r>
      <w:r>
        <w:rPr>
          <w:lang w:eastAsia="zh-CN"/>
        </w:rPr>
        <w:t>　　1、熟悉学习、理解及政策规定和公司制度，不断提高自己的工作水平和知识技能。</w:t>
      </w:r>
      <w:r>
        <w:rPr>
          <w:lang w:eastAsia="zh-CN"/>
        </w:rPr>
        <w:br/>
      </w:r>
      <w:r>
        <w:rPr>
          <w:lang w:eastAsia="zh-CN"/>
        </w:rPr>
        <w:t>　　2、学习制定本职工作内部控制制度，发挥财务控制、监督的作用。</w:t>
      </w:r>
      <w:r>
        <w:rPr>
          <w:lang w:eastAsia="zh-CN"/>
        </w:rPr>
        <w:br/>
      </w:r>
      <w:r>
        <w:rPr>
          <w:lang w:eastAsia="zh-CN"/>
        </w:rPr>
        <w:t>　　3、会计人员要遵守良好的职业道德。</w:t>
      </w:r>
      <w:r>
        <w:rPr>
          <w:lang w:eastAsia="zh-CN"/>
        </w:rPr>
        <w:br/>
      </w:r>
      <w:r>
        <w:rPr>
          <w:lang w:eastAsia="zh-CN"/>
        </w:rPr>
        <w:t>　　4、会计人员要有强烈的安全意识、现金、有价证券、票据、各种印章，要有内部保管分工，各负其责，互相牵制。</w:t>
      </w:r>
      <w:r>
        <w:rPr>
          <w:lang w:eastAsia="zh-CN"/>
        </w:rPr>
        <w:br/>
      </w:r>
      <w:r>
        <w:rPr>
          <w:lang w:eastAsia="zh-CN"/>
        </w:rPr>
        <w:t>　　以上是我本人工作两个月的经验和总结。在今后的工作和学习中，我将通过不懈的努力和奋斗，与时俱进，做好本职工作，与公司的发展保持同步。同时，我特别感谢公司领导和各位同事在工作和生活中给予我的支持和关心，这是对我工作最大的肯定和鼓励。我表示衷心的感谢。</w:t>
      </w:r>
      <w:r>
        <w:rPr>
          <w:lang w:eastAsia="zh-CN"/>
        </w:rPr>
        <w:br/>
      </w:r>
      <w:r>
        <w:rPr>
          <w:lang w:eastAsia="zh-CN"/>
        </w:rPr>
        <w:t xml:space="preserve">    会计助理个人年终总结报告 篇11 </w:t>
      </w:r>
      <w:r>
        <w:rPr>
          <w:lang w:eastAsia="zh-CN"/>
        </w:rPr>
        <w:br/>
      </w:r>
      <w:r>
        <w:rPr>
          <w:lang w:eastAsia="zh-CN"/>
        </w:rPr>
        <w:t>　　一、严以律己，严格管理，遵规守纪，团结同事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自到公司上班至今，我可以严于律己，每日准时上下班时间，能妥善处理好企业与家中的关联，从来不因本人缘故耽搁公司的常规工作中;与此同时我就能严格执行企业的各类管理制度，从来不搞独特，也从来不向企业明确提出不科学的规定;对公司的工作人员，无论主管或是职工，我还能与她们搞好团结，不搞毫无原则的纠纷案件，不利团结一致的事不做，不利团结一致得话不用说。</w:t>
      </w:r>
      <w:r>
        <w:rPr>
          <w:lang w:eastAsia="zh-CN"/>
        </w:rPr>
        <w:br/>
      </w:r>
      <w:r>
        <w:rPr>
          <w:lang w:eastAsia="zh-CN"/>
        </w:rPr>
        <w:t>　　二、恪尽职守执行好自身的工作岗位职责</w:t>
      </w:r>
      <w:r>
        <w:rPr>
          <w:lang w:eastAsia="zh-CN"/>
        </w:rPr>
        <w:br/>
      </w:r>
      <w:r>
        <w:rPr>
          <w:lang w:eastAsia="zh-CN"/>
        </w:rPr>
        <w:t>　　我还在企业主要是针对会计工作，因此从下列层面干了一些工作中：</w:t>
      </w:r>
      <w:r>
        <w:rPr>
          <w:lang w:eastAsia="zh-CN"/>
        </w:rPr>
        <w:br/>
      </w:r>
      <w:r>
        <w:rPr>
          <w:lang w:eastAsia="zh-CN"/>
        </w:rPr>
        <w:t>　　1、不断完善公司财务制度。公司成立至今，我是兼职财务，因此只承担一个月的账务解决和财务报告的申报，促使企业财务上的规章制度不太完善。自到企业正式上班后，我将财会人员的工作中有效区划，在企业的会计层面按照规定开展了规定，尤其是发票管理办法层面，严格管理恰当填开和索要，降低没必要的不便。在财务公开层面，严格遵守企业的金融规章制度。</w:t>
      </w:r>
      <w:r>
        <w:rPr>
          <w:lang w:eastAsia="zh-CN"/>
        </w:rPr>
        <w:br/>
      </w:r>
      <w:r>
        <w:rPr>
          <w:lang w:eastAsia="zh-CN"/>
        </w:rPr>
        <w:t>　　2、恰当计算，准时清算，立即申报税收有关表格。在日常会计工作中，我可以严苛按会计要求恰当计算企业的生产经营情况，准时清算相关账务，每个月末立即将财务报告和所得税申报表申报税务局，沒有因本人缘故耽搁申报時间。</w:t>
      </w:r>
      <w:r>
        <w:rPr>
          <w:lang w:eastAsia="zh-CN"/>
        </w:rPr>
        <w:br/>
      </w:r>
      <w:r>
        <w:rPr>
          <w:lang w:eastAsia="zh-CN"/>
        </w:rPr>
        <w:t>　　3、立即将经营情况报告于企业，积极主动为主管当好参谋。每个月我还将公司的会计状况给企业总经理开展报告，使主管能及早掌握、把握企业的经营状况，对运营中产生的问题我可以立即明确提出意见和建议，充分发挥会计在公司经营中的功效，为创建当好参谋和小助手功效。此外，对别的工作人员在市场销售、购置中相关不符合规定的作法，我就能立即提示和强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4、尽职尽责，紧密配合税务机关的监管工作中。10月初，税务部门对于我企业开展监管，在这期间，我可以紧密配合，并加强和稽查员的相互配合，充分发挥自身的优点，多与她们沟通交流，对存在的不足与她们沟通交流，争得她们的包容，使企业的权益获得最大的维护。</w:t>
      </w:r>
      <w:r>
        <w:rPr>
          <w:lang w:eastAsia="zh-CN"/>
        </w:rPr>
        <w:br/>
      </w:r>
      <w:r>
        <w:rPr>
          <w:lang w:eastAsia="zh-CN"/>
        </w:rPr>
        <w:t>　　三、存在的不足</w:t>
      </w:r>
      <w:r>
        <w:rPr>
          <w:lang w:eastAsia="zh-CN"/>
        </w:rPr>
        <w:br/>
      </w:r>
      <w:r>
        <w:rPr>
          <w:lang w:eastAsia="zh-CN"/>
        </w:rPr>
        <w:t>　　一年来，紧紧围绕本身工作岗位职责干了一定的勤奋，获得了一定的成果，但与企业的标准和期待对比还具有一些问题和差别，主要是：自己来企业时间短速度快，一些状况还不了解，尤其是对每一个业务员的.计算，工程项目一部分和零售部分沒有确立区划清晰，给业务员产生了不便，与此同时也给企业对每一个业务员达到目标的状况把握不足精确。对这种问题，我将在以后的工作上仔细加以解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最终，还想说三点：一就是我的述职报告还不全方位，有的具体化的工作中沒有提到，就今天我所谈的，期待大伙儿多提意见与建议。二就是我工作中能成功的进行并获得不错的考试成绩，最先要感激我的小助手张晓莉，她对我工作能积极主动予以相互配合和适用，不辞劳苦，特别是在有人体不方便的情形下，坚持不懈上下班时间，帮我做了很多工作中。与此同时，我要感谢公司别的工作人员，沒有你们的大力支持和相互配合，就沒有大家今日的工作成绩，你们是企业埃及金字塔的基本。特别是在企业生产运营，市场销售赢利层面，你们团结一心，积极主动为公司献计献策，充分体现出大家企业员工是一支能吃苦耐劳、能无私奉献、能作战、有开拓精神的团队。三是期待大伙儿在来年，能一如既往地适用相互配合我工作，我将一如既往地与大伙儿一道，为企业得到更快的经济收益作出勤奋。</w:t>
      </w:r>
      <w:r>
        <w:rPr>
          <w:lang w:eastAsia="zh-CN"/>
        </w:rPr>
        <w:br/>
      </w:r>
      <w:r>
        <w:rPr>
          <w:lang w:eastAsia="zh-CN"/>
        </w:rPr>
        <w:t xml:space="preserve">    会计助理个人年终总结报告 篇12 </w:t>
      </w:r>
      <w:r>
        <w:rPr>
          <w:lang w:eastAsia="zh-CN"/>
        </w:rPr>
        <w:br/>
      </w:r>
      <w:r>
        <w:rPr>
          <w:lang w:eastAsia="zh-CN"/>
        </w:rPr>
        <w:t>　　20__年是机关服务中心执行项目管理第一年，作为财务工作人员应积极配合局领导及处领导搞好此项工作，本人于20__年5月份由交通中心财务岗位调入局财务事业科工作，主要负责食堂财务的账务处理，我以“服从领导、团结同志、认真学习、扎实工作”为准则，始终坚持高标准，严要求，认真完成领导安排的各项工作任务;在领导及同志们的帮助和支持下，自身的政治素养、业务水平和综合能力等都有了很大提高，但也存在诸多不足。现将去年的思想和工作情况，以及今后的`努力方向汇报如下：</w:t>
      </w:r>
      <w:r>
        <w:rPr>
          <w:lang w:eastAsia="zh-CN"/>
        </w:rPr>
        <w:br/>
      </w:r>
      <w:r>
        <w:rPr>
          <w:lang w:eastAsia="zh-CN"/>
        </w:rPr>
        <w:t>　　在过去的一年中，本人不断提高自身素质，抓理论知识的学习;理论知识的学习是立</w:t>
      </w:r>
      <w:r>
        <w:rPr>
          <w:lang w:eastAsia="zh-CN"/>
        </w:rPr>
        <w:br/>
      </w:r>
      <w:r>
        <w:rPr>
          <w:lang w:eastAsia="zh-CN"/>
        </w:rPr>
        <w:t>　　思想上、行动上与中心领导保持高度一致;做到顾全大局，服从安排，团结协作，认真探索，把一切事情都做到准确、及时。对工作严谨、细致，很快适应了新的工作岗位及工作环境，熟悉了报账业务，认真完成了中心财务(含食堂)日常报销审核工作，并与同行同志们一起做好财务审核和监督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爱岗敬业，提高效率，热情服务，在财务战线上本人始终以敬业，热情、耐心的态度投入到本职工作中，几十年的工作实践，使我常常体会到：作为一名财会人员，要做好财务会计工作，除必须坚持原则，自觉维护财经纪律外，还应坚持不断学习，以提高自己的业务能力和工作水平，更好地搞好后勤服务。</w:t>
      </w:r>
      <w:r>
        <w:rPr>
          <w:lang w:eastAsia="zh-CN"/>
        </w:rPr>
        <w:t xml:space="preserve"> 每月底及时将食堂财务数字登记在项目账中，并与核算人员核对数字，做到数字准确无误，努力提高工作效率和服务态度。</w:t>
      </w:r>
      <w:r>
        <w:rPr>
          <w:lang w:eastAsia="zh-CN"/>
        </w:rPr>
        <w:br/>
      </w:r>
      <w:r>
        <w:rPr>
          <w:lang w:eastAsia="zh-CN"/>
        </w:rPr>
        <w:t>　　在新的一年里，本人决心认真提高业务工作水平，加强学习，拓宽知识面，加强对中心的发展脉络、走向的了解;加强周围环境、同行业发展的了解。要对中心的统筹规划，当前情况做到心中有数;团结一致，勤奋工作，形成良好的工作氛围，遵守计划财务处内部规章制度，维护计划财务处利益，积极为计划财务处创造更高价值，为中心经济跨越式发展，贡献自己的一份力量。</w:t>
      </w:r>
      <w:r>
        <w:rPr>
          <w:lang w:eastAsia="zh-CN"/>
        </w:rPr>
        <w:br/>
      </w:r>
      <w:r>
        <w:rPr>
          <w:lang w:eastAsia="zh-CN"/>
        </w:rPr>
        <w:t xml:space="preserve">    会计助理个人年终总结报告 篇13 </w:t>
      </w:r>
      <w:r>
        <w:rPr>
          <w:lang w:eastAsia="zh-CN"/>
        </w:rPr>
        <w:br/>
      </w:r>
      <w:r>
        <w:rPr>
          <w:lang w:eastAsia="zh-CN"/>
        </w:rPr>
        <w:t>　　自20__年7月16日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参加工作以来的情况总结如下：</w:t>
      </w:r>
      <w:r>
        <w:rPr>
          <w:lang w:eastAsia="zh-CN"/>
        </w:rPr>
        <w:br/>
      </w:r>
      <w:r>
        <w:rPr>
          <w:lang w:eastAsia="zh-CN"/>
        </w:rPr>
        <w:t>　　一、前期工作总结</w:t>
      </w:r>
      <w:r>
        <w:rPr>
          <w:lang w:eastAsia="zh-CN"/>
        </w:rPr>
        <w:br/>
      </w:r>
      <w:r>
        <w:rPr>
          <w:lang w:eastAsia="zh-CN"/>
        </w:rPr>
        <w:t>　　对于企业来说，能力往往是超越知识的，物业管理公司对于人才的要求，同样也是能力第一。物业管理公司对于人才的要求是多方面的,它包括：组织指挥能力、决策能力、创新能力、社会活动能力、技术能力、协调与沟通能力等。</w:t>
      </w:r>
      <w:r>
        <w:rPr>
          <w:lang w:eastAsia="zh-CN"/>
        </w:rPr>
        <w:br/>
      </w:r>
      <w:r>
        <w:rPr>
          <w:lang w:eastAsia="zh-CN"/>
        </w:rPr>
        <w:t>　　第一阶段（20__年—20__年）：初学阶段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年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r>
        <w:rPr>
          <w:lang w:eastAsia="zh-CN"/>
        </w:rPr>
        <w:br/>
      </w:r>
      <w:r>
        <w:rPr>
          <w:lang w:eastAsia="zh-CN"/>
        </w:rPr>
        <w:t>　　“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第二阶段（20__年—20__年）：发展阶段</w:t>
      </w:r>
      <w:r>
        <w:rPr>
          <w:lang w:eastAsia="zh-CN"/>
        </w:rPr>
        <w:br/>
      </w:r>
      <w:r>
        <w:rPr>
          <w:lang w:eastAsia="zh-CN"/>
        </w:rPr>
        <w:t>　　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__年底我又被调往公司新接管的VILLA管理处担任财务助理，此时正逢财务部改革，我努力学习专业知识，积极配合制度改革，并在工作中小有成就，得到了领导的肯定。</w:t>
      </w:r>
      <w:r>
        <w:rPr>
          <w:lang w:eastAsia="zh-CN"/>
        </w:rPr>
        <w:br/>
      </w:r>
      <w:r>
        <w:rPr>
          <w:lang w:eastAsia="zh-CN"/>
        </w:rPr>
        <w:t>　　第三阶段（20__年—现在），不断提升阶段</w:t>
      </w:r>
      <w:r>
        <w:rPr>
          <w:lang w:eastAsia="zh-CN"/>
        </w:rPr>
        <w:br/>
      </w:r>
      <w:r>
        <w:rPr>
          <w:lang w:eastAsia="zh-CN"/>
        </w:rPr>
        <w:t>　　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较大，面对新人更需要耐心的去指导她们的工作，细致的讲解公司的一些工作流程，使她们尽快融入金网络这个大家庭。</w:t>
      </w:r>
      <w:r>
        <w:rPr>
          <w:lang w:eastAsia="zh-CN"/>
        </w:rPr>
        <w:br/>
      </w:r>
      <w:r>
        <w:rPr>
          <w:lang w:eastAsia="zh-CN"/>
        </w:rPr>
        <w:t>　　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r>
        <w:rPr>
          <w:lang w:eastAsia="zh-CN"/>
        </w:rPr>
        <w:br/>
      </w:r>
      <w:r>
        <w:rPr>
          <w:lang w:eastAsia="zh-CN"/>
        </w:rPr>
        <w:t>　　二、主要经验和收获</w:t>
      </w:r>
      <w:r>
        <w:rPr>
          <w:lang w:eastAsia="zh-CN"/>
        </w:rPr>
        <w:br/>
      </w:r>
      <w:r>
        <w:rPr>
          <w:lang w:eastAsia="zh-CN"/>
        </w:rPr>
        <w:t>　　在金网络工作的六年多时间里，积累了许多工作经验，尤其是管理处基层财务工作经验，同时也取得了一定的成绩，总结起来有以下几个方面的经验和收获：</w:t>
      </w:r>
      <w:r>
        <w:rPr>
          <w:lang w:eastAsia="zh-CN"/>
        </w:rPr>
        <w:br/>
      </w:r>
      <w:r>
        <w:rPr>
          <w:lang w:eastAsia="zh-CN"/>
        </w:rPr>
        <w:t>　　（一）只有摆正自己的位置，下功夫熟悉基本业务，才能尽快适应新的工作岗位；</w:t>
      </w:r>
      <w:r>
        <w:rPr>
          <w:lang w:eastAsia="zh-CN"/>
        </w:rPr>
        <w:br/>
      </w:r>
      <w:r>
        <w:rPr>
          <w:lang w:eastAsia="zh-CN"/>
        </w:rPr>
        <w:t>　　（二）只有主动融入集体，处理好各方面的关系，才能在新的环境中保持好的工作状态；</w:t>
      </w:r>
      <w:r>
        <w:rPr>
          <w:lang w:eastAsia="zh-CN"/>
        </w:rPr>
        <w:br/>
      </w:r>
      <w:r>
        <w:rPr>
          <w:lang w:eastAsia="zh-CN"/>
        </w:rPr>
        <w:t>　　（三）只有坚持原则落实制度，认真理财管账，才能履行好财务职责；</w:t>
      </w:r>
      <w:r>
        <w:rPr>
          <w:lang w:eastAsia="zh-CN"/>
        </w:rPr>
        <w:br/>
      </w:r>
      <w:r>
        <w:rPr>
          <w:lang w:eastAsia="zh-CN"/>
        </w:rPr>
        <w:t>　　（四）只有树立服务意识，加强沟通协调，才能把分内的工作做好；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（五）只有保持心态平和，“取人之长、补己之短”，才能不断提高、取得进步。</w:t>
      </w:r>
      <w:r>
        <w:rPr>
          <w:lang w:eastAsia="zh-CN"/>
        </w:rPr>
        <w:br/>
      </w:r>
      <w:r>
        <w:rPr>
          <w:lang w:eastAsia="zh-CN"/>
        </w:rPr>
        <w:t>　　三、确立工作目标，加强协作</w:t>
      </w:r>
      <w:r>
        <w:rPr>
          <w:lang w:eastAsia="zh-CN"/>
        </w:rPr>
        <w:br/>
      </w:r>
      <w:r>
        <w:rPr>
          <w:lang w:eastAsia="zh-CN"/>
        </w:rPr>
        <w:t>　　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r>
        <w:rPr>
          <w:lang w:eastAsia="zh-CN"/>
        </w:rPr>
        <w:br/>
      </w:r>
      <w:r>
        <w:rPr>
          <w:lang w:eastAsia="zh-CN"/>
        </w:rPr>
        <w:t>　　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r>
        <w:rPr>
          <w:lang w:eastAsia="zh-CN"/>
        </w:rPr>
        <w:br/>
      </w:r>
      <w:r>
        <w:rPr>
          <w:lang w:eastAsia="zh-CN"/>
        </w:rPr>
        <w:t>　　2.实抓应收账款的管理，预防呆账，减少坏账，保全管理处的经营成果。</w:t>
      </w:r>
      <w:r>
        <w:rPr>
          <w:lang w:eastAsia="zh-CN"/>
        </w:rPr>
        <w:br/>
      </w:r>
      <w:r>
        <w:rPr>
          <w:lang w:eastAsia="zh-CN"/>
        </w:rPr>
        <w:t>　　3.积极参预，配合管理处开拓新的经济增长点。</w:t>
      </w:r>
      <w:r>
        <w:rPr>
          <w:lang w:eastAsia="zh-CN"/>
        </w:rPr>
        <w:br/>
      </w:r>
      <w:r>
        <w:rPr>
          <w:lang w:eastAsia="zh-CN"/>
        </w:rPr>
        <w:t>　　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r>
        <w:rPr>
          <w:lang w:eastAsia="zh-CN"/>
        </w:rPr>
        <w:br/>
      </w:r>
      <w:r>
        <w:rPr>
          <w:lang w:eastAsia="zh-CN"/>
        </w:rPr>
        <w:t xml:space="preserve">    会计助理个人年终总结报告 篇14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作为一名新人，在会计这门行业，三个月来我的思想也变化很大。起初，刚刚进入公司的时候，在感受到会计工作的严格要求后，我一直讲自己当做是一名“门外汉”。尽管我在大学学的也是会计专业，但在面对真正工作的时候，总是对那些基础的问题的一次次的确定和询问。这导致我在工作中不仅效率很低，甚至因为过度紧张，还容易导致问题出现。</w:t>
      </w:r>
      <w:r>
        <w:rPr>
          <w:lang w:eastAsia="zh-CN"/>
        </w:rPr>
        <w:br/>
      </w:r>
      <w:r>
        <w:rPr>
          <w:lang w:eastAsia="zh-CN"/>
        </w:rPr>
        <w:t>　　但后来，在前辈和领导的一次次教导中，通过自己在工作中的大量锻炼和学习，我慢慢的培养了自己的信心！并通过锻炼，将过去自己在学校中的所学积极的融入到了工作当中！这不仅使得我在工作中有了很大的进步，基础方面也更加的牢固了！</w:t>
      </w:r>
      <w:r>
        <w:rPr>
          <w:lang w:eastAsia="zh-CN"/>
        </w:rPr>
        <w:br/>
      </w:r>
      <w:r>
        <w:rPr>
          <w:lang w:eastAsia="zh-CN"/>
        </w:rPr>
        <w:t>　　一、工作情况</w:t>
      </w:r>
      <w:r>
        <w:rPr>
          <w:lang w:eastAsia="zh-CN"/>
        </w:rPr>
        <w:br/>
      </w:r>
      <w:r>
        <w:rPr>
          <w:lang w:eastAsia="zh-CN"/>
        </w:rPr>
        <w:t>　　工作中，我现在负责的还只是比较简单的核对工作，毕竟我在财务部还仅仅只是一名新人。但面对自己的工作，我一直都在努力的改进和严格的要求自己。从起初不时会犯下错误，到后来能自己检查出错误。再到现在，我已经能认真严格的完成自己的工作，而且错误率也大大的下降，甚至已经基本上没有错误了。</w:t>
      </w:r>
      <w:r>
        <w:rPr>
          <w:lang w:eastAsia="zh-CN"/>
        </w:rPr>
        <w:br/>
      </w:r>
      <w:r>
        <w:rPr>
          <w:lang w:eastAsia="zh-CN"/>
        </w:rPr>
        <w:t>　　在工作中，我主要要感谢领导对我的培养。走上工作的岗位，我才明白自己在学校中的那些所学是完全不足的！但是，通过领导的倾力培养，我开始在工作中更加严谨，也能使用更加正确的方式去完成好自己的工作。此外，财务部的各位前辈也同样给了我很多的指点和帮助！他们教导我的经验，不仅大大的改善了我的工作方式，更让我避免了很多的错误！真的让我受益良多！</w:t>
      </w:r>
      <w:r>
        <w:rPr>
          <w:lang w:eastAsia="zh-CN"/>
        </w:rPr>
        <w:br/>
      </w:r>
      <w:r>
        <w:rPr>
          <w:lang w:eastAsia="zh-CN"/>
        </w:rPr>
        <w:t>　　二、个人的体会</w:t>
      </w:r>
      <w:r>
        <w:rPr>
          <w:lang w:eastAsia="zh-CN"/>
        </w:rPr>
        <w:br/>
      </w:r>
    </w:p>
    <w:p w:rsidR="001B1F19" w14:textId="27C3F48A">
      <w:pPr>
        <w:rPr>
          <w:rFonts w:hint="eastAsia"/>
          <w:lang w:eastAsia="zh-CN"/>
        </w:rPr>
      </w:pPr>
      <w:r>
        <w:rPr>
          <w:lang w:eastAsia="zh-CN"/>
        </w:rPr>
        <w:t>　　三个月来，我通过在工作中的磨练，已经有了非常巨大的蜕变！尽管自身现在还算不得完全的独当一面，但我已经具备了完成好基础工作的能力。在这次的转正后，我也会继续努力的学习、锻炼，让自己能将今后的工作完成的更加出色！</w:t>
      </w:r>
      <w:r>
        <w:rPr>
          <w:lang w:eastAsia="zh-CN"/>
        </w:rPr>
        <w:br/>
      </w:r>
      <w:r>
        <w:rPr>
          <w:lang w:eastAsia="zh-CN"/>
        </w:rPr>
        <w:t xml:space="preserve">    会计助理个人年终总结报告 篇15 </w:t>
      </w:r>
      <w:r>
        <w:rPr>
          <w:lang w:eastAsia="zh-CN"/>
        </w:rPr>
        <w:br/>
      </w:r>
      <w:r>
        <w:rPr>
          <w:lang w:eastAsia="zh-CN"/>
        </w:rPr>
        <w:t>　　20__年是机关服务中心执行项目管理第一年，作为财务工作人员应积极配合局领导及处领导搞好此项工作，本人于20__年5月份由交通中心财务岗位调入局财务事业科工作，主要负责食堂财务的账务处理，我以服从领导、团结同志、认真学习、扎实工作为准则，始终坚持高标准，严要求，认真完成领导安排的各项工作任务;在领导及同志们的帮助和支持下，自身的</w:t>
      </w:r>
      <w:r>
        <w:rPr>
          <w:lang w:eastAsia="zh-CN"/>
        </w:rPr>
        <w:br/>
      </w:r>
      <w:r>
        <w:rPr>
          <w:lang w:eastAsia="zh-CN"/>
        </w:rPr>
        <w:t>　　政治素养、业务水平和综合能力等都有了很大提高，但也存在诸多不足。现将去年的思想和工作情况，以及今后的努力方向汇报如下：</w:t>
      </w:r>
      <w:r>
        <w:rPr>
          <w:lang w:eastAsia="zh-CN"/>
        </w:rPr>
        <w:br/>
      </w:r>
      <w:r>
        <w:rPr>
          <w:lang w:eastAsia="zh-CN"/>
        </w:rPr>
        <w:t>　　在过去的一年中，本人不断提高自身素质，抓理论知识的学习;理论知识的学习是立身之本，在工作繁重、问题复杂的情况下，只有通过学习、提高认识才能把握关键，增强研究问题和解决问题的能力。在平时的工作中坚持学以致用的原则，积极提高自己的理论水平、实际业务技能等知识。工作中，能够遵纪守法，认真学习，努力钻研，扎实工作，以勤勤恳恳、兢兢业业的态度对待本职工作，使自己在现实的工作中不断发展与进步。</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https://d.book118.com/266044013050010054</w:t>
        </w:r>
      </w:hyperlink>
    </w:p>
    <w:p w:rsidR="001B1F19">
      <w:pPr>
        <w:rPr>
          <w:rFonts w:hint="eastAsia"/>
          <w:lang w:eastAsia="zh-CN"/>
        </w:rPr>
      </w:pPr>
    </w:p>
    <w:sectPr>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6604401305001005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