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  <w:jc w:val="center"/>
      </w:pPr>
      <w:r>
        <w:rPr>
          <w:rFonts w:ascii="宋体" w:eastAsia="宋体" w:hAnsi="宋体"/>
          <w:sz w:val="36"/>
        </w:rPr>
        <w:t>班级圣诞节活动的策划方案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一、活动时间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20xx年12月25日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二、活动地点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本班教室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三、活动目的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1、通过活动让幼儿初步了解西方的节日和西方文化背景。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2、中班孩子年龄特点在公共场所参加聚会的礼仪，让幼儿充分感受节日的快乐氛围，体验与家长、老师、同伴共庆节日的快乐情绪。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3、幼儿在集体生活中如何与人交流。例如：孩子在参加活动时大方，不扭扭捏捏。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四、活动前期准备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1、教师准备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环境布置：策划大型活动的整个流程，教师手绘玻璃橱窗、为幼儿准备材料进行空间悬挂装饰；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活动宣传：制作节日海报，设计邀请卡，及时把活动流程在博客中落实。</w:t>
      </w:r>
    </w:p>
    <w:p>
      <w:pPr>
        <w:spacing w:before="100" w:after="200" w:line="360" w:lineRule="auto"/>
        <w:ind w:firstLine="576"/>
        <w:jc w:val="left"/>
        <w:sectPr w:rsidSect="00034616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宋体" w:eastAsia="宋体" w:hAnsi="宋体"/>
          <w:sz w:val="28"/>
        </w:rPr>
        <w:t>2、幼儿准备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为幼儿准备节日盛装（女孩子穿最喜欢的公主裙子扮演公主、男孩子穿衬衫马夹、深色裤子，也可以打领结扮演王子），幼儿利用老师准备材料动手制作美工活动，进行装扮教师，让幼儿成为环境中的小主人。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3、家长准备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（1）准备化妆品（当天宝宝都是由家长进行自由发挥式的化妆）；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（2）准备当天聚餐需要的食物，我们按照学号顺序分组进行准备；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（3）家长准备一道自己拿手的菜，带到幼儿园和大家分享。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星期六我们一起共度圣诞节，需要家长们准备以上物品当天带到幼儿园，大家分工不同，让我们一起完成简单的食物制作，最后共享美味！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如果您也想一展厨艺，欢迎您也带一道拿手的菜品与大家分享！肉类、青菜类、炖菜、炝拌菜等，有此想法的家长请提前告知老师，请把菜名在周二早晨写好教给班级老师（避免家长之间菜做有重样）。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注：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1、由于您带来的食品是给孩子食用的`，请保证食品的卫生安全，家长带来的菜一定要用微波炉盒子装好，并且做好记号！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2、为保证家长带来食物的可口，需要微波炉、电磁炉各1台，如果您离幼儿园较近，方便带到班级，请提前告知老师，谢谢！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2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“彩色的雪花，白色的冬天，红色的圣诞，暖色的季节，时光从指尖悄悄溜走，雪花随铃声静静飘落，圣诞的钟声声声响起，我们和宝宝们一起迎来了在机关幼儿园的第一个圣诞节。圣诞是分享快乐的节日，每天看到宝宝们可爱的笑脸，就是我们老师最想和大家分享的快乐！”我们xx班将邀请家长到班级和孩子共同庆祝圣诞节。具体方案如下：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活动主题：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庆圣诞迎新年亲子同乐会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活动目标：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1、通过开展圣诞亲子同乐活动，让幼儿与家长一起体验庆圣诞迎新年的快乐，加强家长与孩子之间的情感交流，增加老师与家长之间的沟通机会。加深家园情、师生情、亲子情。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2、培养幼儿参加体育运动的兴趣，亲身体验体育活动的魅力。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活动时间：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20xx年12月24日下午3点半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活动地点：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xx活动室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活动组织：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xx班教师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活动准备：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1、每班糖果5斤。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2、气球每班50个。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3、布置班级新年环境，准备幼儿新年礼物。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4、化妆品。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3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5、《新年好》、《铃儿响叮当》等音乐。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活动流程：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一、开场白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二、圣诞大联欢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1、亲子大合唱：《新年好》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2、狂欢舞会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播放《铃儿响叮当》、《如果感到高兴你就拍拍手》等音乐，家长和孩子共同跳舞。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3、击鼓传花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游戏方法：幼儿和家长坐成圈，随着鼓声传一样东西，鼓声停，那样东西在谁手中，谁就站起来表演节目。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三、圣诞亲子游戏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1、亲子游戏：踩气球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玩法：把气球拴在家长的脚上，家长要拉着宝宝的手，相互踩气球，谁的气球没被炸掉就获胜。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2、亲子游戏：抢椅子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玩法：家长和孩子手拉手围成圆走，音乐停，抢不到椅子的家长被淘汰。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3、亲子游戏：爸爸妈妈在哪里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4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玩法：同时请出若干组家长和孩子，分成两排站好（间隔3米）。先把孩子和家长的眼睛蒙上，原地转三圈后，凭感觉去找孩子和家长。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4、全班集体游戏：水果蹲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玩法：全班分成几组，每组以一种水果命名，说到哪组蹲，哪组就快速蹲，反应慢的回座位。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四、圣诞大派送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圣诞老人进班级派发糖果等礼物。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五、新年送祝福（播放新年好歌曲）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下面就是我们联欢会的最后一环：温馨赠送。请家长在卡片上写上祝福的话，说给孩子听，然后将卡片挂在新年树上。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准备：彩卡纸、蜡笔、记号笔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玩法：家长纸上画或写新年心愿，布置在新年树上。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活动目标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1、了解圣诞老人、圣诞树的由来，感受圣诞节欢乐的气氛。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2、通过游戏、表演节目等活动体验节日的喜悦。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活动过程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一、活动导入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1、聆听节奏乐《铃儿响叮当》。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2、请幼儿相互交流自己过圣诞节的经验，说说为什么喜欢圣诞节。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3、欣赏PPT《圣诞节的由来》，介绍圣诞节的由来。</w:t>
      </w:r>
    </w:p>
    <w:p>
      <w:pPr>
        <w:spacing w:before="100" w:after="200" w:line="360" w:lineRule="auto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5"/>
          <w:cols w:space="720"/>
          <w:titlePg w:val="0"/>
          <w:docGrid w:linePitch="360"/>
        </w:sectPr>
      </w:pPr>
      <w:r>
        <w:rPr>
          <w:rFonts w:ascii="宋体 (中文正文)" w:eastAsia="宋体" w:hAnsi="宋体 (中文正文)"/>
          <w:b/>
          <w:sz w:val="28"/>
        </w:rPr>
        <w:t>二、游戏：你我同乐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1、雪花飞飞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2、圣诞老人送礼物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3、灌篮高手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4、蹲蹲乐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5、猴子卖桃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三、表演节目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1、圣诞节来了，我们准备了许多好看的节目，一起看看吧！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2、幼儿表演童话节目。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四、祝福送给好朋友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1、圣诞节来了，你想和谁分享这个节日呢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2、每人拿一件小礼物，送给好朋友，说句好听的话。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3、和朋友将圣诞礼物挂在大大的圣诞树上。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设计思想：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随着圣诞节的到来，幼儿园的大厅里摆上了漂亮的圣诞树和许多漂亮的挂饰，幼儿园的院子里还有一位会跳舞的圣诞老人……这引起了孩子们的兴趣，大家站在院子里随着音乐和圣诞老人一起跳舞，久久不愿离去。为了满足幼儿对新事物的渴望，我设计了本次主题活动，使幼儿感受到圣诞节的节日气氛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活动一认识圣诞节</w:t>
      </w:r>
    </w:p>
    <w:p>
      <w:pPr>
        <w:spacing w:before="100" w:after="200" w:line="360" w:lineRule="auto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6"/>
          <w:cols w:space="720"/>
          <w:titlePg w:val="0"/>
          <w:docGrid w:linePitch="360"/>
        </w:sectPr>
      </w:pPr>
      <w:r>
        <w:rPr>
          <w:rFonts w:ascii="宋体 (中文正文)" w:eastAsia="宋体" w:hAnsi="宋体 (中文正文)"/>
          <w:sz w:val="28"/>
        </w:rPr>
        <w:t>活动目标：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1、了解圣诞节，圣诞老人，圣诞树的由来。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2、初步感受圣诞节欢乐的气氛。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活动准备：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多媒体课件，收集有关圣诞节的图片，故事。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活动过程：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一、参观幼儿园迎圣诞节的环境布置。请幼儿认真观察圣诞老人的装扮。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二、幼儿讲一讲对圣诞节的认识。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请幼儿说一说：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1、圣诞老人是什么样子的？（穿着红衣服，背着一个大袋子，带着一顶红帽子……）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2、人们是怎样迎接圣诞节的？（漂亮的圣诞树，还有许多圣诞礼物）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三、请幼儿观看圣诞老人的多媒体课件，了解圣诞节。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小结：圣诞节是西方人的节日，在他们眼里就象我们的春节一样重要。到了圣诞节，人们要装饰漂亮的圣诞树，圣诞老人坐着雪橇给小朋友送礼物。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活动二装饰圣诞树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活动目标：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1、通过装饰圣诞树发展幼儿的动手操作能力。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7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2、进一步感受圣诞节的快乐。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活动准备：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1、各种操作材料（各种颜色的卡纸，皱纹纸），小铃铛，小球球。剪刀，胶水。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2、音乐磁带，圣诞树。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活动过程：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导入：圣诞节到了，我们一起动手把圣诞树打扮的漂漂亮亮的。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一、请幼儿说一说圣诞树上都有什么？你想怎样打扮它？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二、幼儿自由选择材料制作。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引导帮助幼儿用彩色卡纸制作花，用皱纹纸制作蝴蝶结，用彩色亮光纸剪成长带子等等。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三、大家一起装饰圣诞树。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和幼儿一起把制作好的装饰物挂到圣诞树上。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四、跳舞庆祝圣诞节，进一步感受节日的快乐。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随音乐铃儿响叮当，和幼儿一起在圣诞树下跳舞。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活动三香喷喷的汉堡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活动目标：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1、通过制作汉堡让幼儿感受西方的饮食文化。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2、体验动手操作的乐趣。</w:t>
      </w:r>
    </w:p>
    <w:p>
      <w:pPr>
        <w:spacing w:before="100" w:after="200" w:line="360" w:lineRule="auto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8"/>
          <w:cols w:space="720"/>
          <w:titlePg w:val="0"/>
          <w:docGrid w:linePitch="360"/>
        </w:sectPr>
      </w:pPr>
      <w:r>
        <w:rPr>
          <w:rFonts w:ascii="宋体 (中文正文)" w:eastAsia="宋体" w:hAnsi="宋体 (中文正文)"/>
          <w:sz w:val="28"/>
        </w:rPr>
        <w:t>活动准备：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制作汉堡的材料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活动过程：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一、出示汉堡，引出主题。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1、小朋友都吃过汉堡，你在哪里吃过？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2、汉堡里都有什么？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小结：汉堡是西方人吃的食品，现在在肯德基，麦当劳都能吃到，汉堡是两片面包里面夹着肉和蔬菜，是大家都喜欢吃的食物，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二、幼儿制作汉堡，感受动手操作的乐趣。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1、老师示范汉堡的做法。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2、幼儿自己操作，鼓励幼儿根据自己的口味加蔬菜和沙拉酱，教育幼儿既要吃肉又要多吃蔬菜。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三、自己品尝制作的汉堡。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四、说一说自己的感受。请幼儿讲一讲自己制作的汉堡和买来得汉堡有什么不同。愉快的结束活动。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活动评价：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通过本次主题活动，幼儿感受到圣诞节的快乐，体验到自己动手的乐趣，尤其是自己制作的汉堡，大家品尝时都吃得很香，就连平时最挑食的孩子都吃得干干净净，达到了预期的效果。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一、开场白(以新年音乐为背景音乐)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9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亲爱的爸爸妈妈，爷爷奶奶，小宝贝们：大家好！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今天是20xx的最后一天，我们中一班教室里喜气洋洋，热闹非凡，因为我们把爸爸妈妈爷爷奶奶邀请到我们一起，宝宝们知道是为什么吗  (迎新年庆祝活动)。宝宝们，你们开心吗！(开心)那我们一起用掌声欢迎爸爸妈妈奶奶的到来。(大家一起说欢迎爸爸妈妈爷爷奶奶)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今天小朋友还为大家准备精彩的节目和好玩的游戏，宝宝们一定要把自己的本领表演出来，让大家高兴。也请我们的爸爸妈妈们放松心情，参与到我们中间，重新回忆一下童年的温馨，和孩子一起过一个快乐的新年！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二、幼儿节目表演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1、《铃儿响铃铛》圣诞快乐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2、宝宝歌表演连唱：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《我们是中班小朋友》《对不起，没关系》笑一个吧！《买菜》《扮家家》《郊游》《蚂蚁搬豆》十个小矮人。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3、律动表演：新疆舞律动摘果子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4、亲子游戏：《邀请舞》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表演者：全体幼儿和家长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5、亲子游戏：抢尾巴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胜出小组颁发奖品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6、亲子制作：红红的炮竹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(利用红黄蜡光纸粘贴串联进行制作)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0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7、共同悬挂炮竹，布置节日环境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活动目的：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1、了解西方的传统节日，圣诞节。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2、体验与老师、父母在一起欢度节日的幸福和快乐。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3、培养幼儿能勇敢的在集体面前展示和表现自己。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活动地点：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小班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活动时间：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20xx年12月25日上午9点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活动对象：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班级全体学生及家长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整体活动流程：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1、家长签到。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2、主持人开场。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3、小鹿姐姐带队开场舞狂欢。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4、宝宝秀。(所有宝贝秀)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5、游戏。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6、发放心愿卡片，家长带着宝宝在心愿卡片上写上祝福，挂在圣诞树上。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1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7、圣诞老人出场，发礼品。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8、圣诞大拼盘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活动具体内容：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1、家长签到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在签到卡片上写上孩子的名字，给宝宝贴上圣诞签到小卡片，把做好的不同形状的装饰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品放在教室门口，让宝宝自己选择2-3个不同形状的小图片贴在脸上，领取一个圣诞帽。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圣诞老人出场，在门口迎接小朋友，与宝宝互动拍照。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2、主持人开场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圣诞节到啦，我们和家长一起来庆祝圣诞节好不好今天，小鹿姐姐(另一名教师扮演)特意举办了一个圣诞舞会，邀请大家一起去跳舞。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3、小鹿姐姐开场舞狂欢，带动气氛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老师们集体表演一些很符合圣诞氛围的舞蹈，带动气氛，作为圣诞活动的热身舞蹈。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4、宝宝秀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这一轮环节的主要目的是让宝宝展示自己。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家长带宝宝一起随着音乐进入活动场地，拍个照，秀一下，主要是秀一秀宝宝的风采。打个招呼让大家都认识一下。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5、游戏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2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游戏主要是以比赛的形式来进行。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亲子游戏活动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(1)活动名称：袋鼠接力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活动准备：没有五官的人头像挂纸(一男一女)，两根带彩笔的接力棒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活动目的：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①增强幼儿与家长之间的合作能力，增进亲子感情。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②增加幼儿的集体意识，培养幼儿的集体荣誉感。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活动过程：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①把所有家庭分成甲乙两队。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②教师讲解游戏规则：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(1)幼儿面对家长，双手抱住家长的脖子，双腿勾住家长的腰。家长一只手拿接力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棒，另一只手轻抱幼儿。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(2)家长站在起跑线以内，听到哨声后快速跑到对面，用带笔的接力棒在人头像挂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上画出五官(每位家长只能画五官中的一个器官，如一个耳朵一个眼睛)，再跑回来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把接力棒传给另一位家长，直至画出完整的五官为止。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(3)先画完的即为获胜组。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(2)活动名称：看看谁最准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3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物品准备：苹果若干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游戏规则：在同一时间内，用呼啦圈套苹果。谁用的呼啦圈最少，套的苹果最多，谁就是胜利者。(套到的苹果可以带走)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注：(游戏环节不发奖品，这样避免引起没有得到奖品的家长的失落。游戏后，哪组家庭赢了，就给宝宝贴一张小贴纸，最后几个游戏下来，谁的小贴纸最多，获得一个奖品就可以。)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感恩大家的参与，感恩身边的朋友~这是她们带给你的快乐~请轻轻的说一声：“感谢你~让我很快乐。”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6、发放心愿卡片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给宝宝发放心愿卡片，家长带领宝宝把对圣诞的祝福和对新年的期望写在心愿卡片上，挂在圣诞树上。(圣诞树周围摆放一些蜡烛、家长带领宝贝挂完心愿卡片后，所有的家长围观在圣诞树旁边、并许愿)。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7、圣诞老人再次出场，发礼品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叮叮当、铃儿响叮当。最重要的环节来了！之前神秘消失的圣诞老人再次隆重出场啦！圣诞老人的出场将气氛带到了。圣诞老人出场后发礼品，(礼品之前是一小袋一小袋分好的)一次分给大家。(圣诞老人出场的音乐就是：“叮叮当，铃儿响叮当”那首圣诞节专属音乐。)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8、圣诞大拼盘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准备一个大的蛋糕或饼干。分组食用，宝宝和家长一起享用食品，老师也可提前做好蔬菜、水果色拉和宝宝一起分享。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活动准备：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4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1、装饰有节日气氛的活动室，睡眠室及“圣诞节”墙饰。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2、大圣诞树一棵，成人圣诞服装一套，幼儿圣诞帽每人一顶。幼儿礼物每人一份，包装好并编上号。小奖品若干，智锦盒一个，内装若干智力题卡片。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即时贴剪成的“红色圆形”、“黄色半月形”、“绿色小松树形”，幼儿最少每人一套。即时贴剪成的红色三角形、粉色五瓣花、绿色半圆形，家长每人一套。分散地藏放在睡眠室的各个地方。例如：床边上，窗台上，玩具架内……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活动过程：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(一)活动导入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教师：圣诞节到啦，我们和家长一起来庆祝圣诞节好不好今天，小丑姐姐(另一名教师扮演)还特意举办了一个圣诞舞会，想邀请大家一起去跳舞。但小丑姐姐要求你们先做一个“寻宝”的游戏。大家快来听听我要告诉你们这个游戏怎么玩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2、示范讲解“寻宝”玩法：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出示范例，请幼儿观察“娃娃”脸上有什么都是些什么形状什么颜色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老师：老师把这些小卡片都藏在了寝室的各个地方，你们进去后要认真的、轻轻的去翻找。找到后，要快速将它揭下来贴在自己的脸上。然后到舞会门口请“服务员”检查正确后，可领一顶圣诞帽，带上后才能进入舞场去跳舞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3、家长也同幼儿一样去“寻宝”，标志分别是红色三角形、粉色五瓣花、绿色半圆形。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5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4、幼儿、家长一起进行“寻宝”游戏。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(二)圣诞舞会，圣诞快乐(互动舞蹈)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幼儿、家长寻找到“宝”后逐一进入“舞场”。一个跟一个拉在小丑姐姐后边，随着音乐一起跳《圣诞快乐》舞。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(三)智多星游戏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1、教师出示智力锦盒。说：我这个锦盒可神奇了，里面有许多神奇的游戏题卡，请小朋友上来摸一摸。根据题卡内容(如：谜语猜猜看、按数连线、九宫格……)来表演，做对了，教师扮演)会奖励你一个小奖品。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2、“智多星”和幼儿进行摸题智力游戏。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(四)欣赏童话剧，圣诞节的来历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1、教师：小朋友，我们又跳舞又做游戏，来庆祝圣诞节，那你们知道圣诞树是怎么来的圣诞老人是怎么来的吗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2、下面请欣赏由我们班小朋友和家长一起共同表演的童话剧，圣诞节的来历。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(旁白-教师)：很久很久以前，在一个非常寒冷的冬天，有一位可怜的乞丐(家长)，他又冷、又渴、又饿。。他来到了一个村庄，遇到了一位富人(幼儿)和一位穷人(幼儿)。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乞丐(对着富人)说：我又渴又饿，你行行好，给我一点面包吃吧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富人：我是富人，我很富有，我有的是面包、牛奶，就是不给你这个穷光蛋。并踢了乞丐一脚。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6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乞丐(艰难的站起来对穷人)说：我又渴又饿、又冷又累，请你行行好，给我一点面包吃吧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穷人：我很贫穷，只有一片面包，但我愿意分一半给你。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乞丐(脱去破衣，变成一位可爱的圣诞老人)：谢谢你，善良的孩子，幸福、平安会永远伴随你，送你一支松枝，你要记住每天给它浇水、施肥，精心照顾它，它会永远祝福你。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(旁白)慢慢的，松树枝真的发芽了，并长成了一棵圣诞树，而且树上结满了各种各样的礼物，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圣诞老人把这些礼物送给可爱的孩子们。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(五)圣诞老人送礼物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1、教师：我们轻轻的围坐在烛光旁，每个人许个愿。美好的愿望，圣诞老人一定会帮你实现的。来，孩子们，我们许完愿，一起吹灭蜡烛。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2、喷放礼花：彩花从天而降，随着欢乐的音乐和孩子们的欢笑，圣诞老人推着礼物出现在大家面前。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3、圣诞老人：孩子们，你们要说出自己所选择礼物上的号码后，将会得到一份心爱的圣诞礼物。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4、幼儿说号码选礼物。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(六)自助餐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幼儿拿着心爱的礼物，快乐的与家长、老师一起自选水果沙拉及小食品，分享着节日的快乐！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7"/>
          <w:cols w:space="720"/>
          <w:titlePg w:val="0"/>
          <w:docGrid w:linePitch="360"/>
        </w:sectPr>
      </w:pP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圣诞节快到了，为了让小朋友们兴奋的度过这个故意思的节日，我校将会在20xx年12月25日上午9:00组织一场亲子活动，欢迎家长朋友们来参加。家长有甚么有趣的游戏或是想法可以提早告知我们，这次活动我们会努力做得比上次更好。下面我把这次活动的流程告知大家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一、活动主题：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欢庆圣诞，迎接元旦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二、活动时间：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20xx年12月25日上午9:00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三、活动地点：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中班在多功能活动室，小班在舞蹈室，大班在各自班级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四、参加职员：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教师、幼儿、家长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五、活动内容：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1、装潢教室、活动室环境，突出节日气氛。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2、节日亲子演出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要求：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A、小班和中班以年级为单位组织活动，组长负责整体组织和分配任务，大班各自班级组织活动。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B、活动前发家长邀请函（园里同一发放），组织家长观摩互动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C、每组活动要有2-3名幼儿和老师主持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8"/>
          <w:cols w:space="720"/>
          <w:titlePg w:val="0"/>
          <w:docGrid w:linePitch="360"/>
        </w:sectPr>
      </w:pP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D、活动内容可以包括：幼儿小组或个人唱歌、舞蹈、特长表演、故事表演、家长表演、家长与幼儿合作表演、家长亲子游戏活动等，各年级和班级要突出各自特点，让每个孩子都有机会表演展现，活动气氛要活跃、温馨，体现亲情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E、活动时间把握在一小时二十分钟，10:30活动结束，准时午饭。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中、大班圣诞美语月活动时间安排：参加班级(樱桃班、荔枝班、海棠班、草莓班、芒果班、茉莉班、向日葵班、百合班、玫瑰班)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12月10日-12月14日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活动内容：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1、各班学习过于圣诞节的美语歌曲，在美语聊天活动中渗透圣诞节的相关内容。充分体现我园的美语特色。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2、各班教师和幼儿一起收集并相互交流相关圣诞节的各种资料：如故事、歌曲、儿歌等。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3、各班制作圣诞节挂件，请幼儿和家长共同参与制作内容包括：装饰圣诞袜、帽子、手套、卡片、糖果等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4、请各位家长配合幼儿园做好圣诞节前各项准备工作。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12月17日-12月22日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活动内容：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1、各班教师准备好个班幼儿的礼物。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22、将个班制作的挂件收集并对各个层楼道、大厅进行装饰。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3、3、各班教室圣诞温馨环境布置，体现处各班的特色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9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4、每天早晨在传达播放美语圣诞歌曲，让幼儿感受节日前的气氛。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12月25日：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集体庆祝活动：8：30-9：00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主持人：姜黎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负责人：杜红霞、李恒地点：操场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活动过程：1、布置操场周围环境(气球、拉花、挂件)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2、各班准备圣诞集体节目(国际版英语节目)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3、集体舞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4、礼花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5、音乐、音响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活动过程：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1、开场英语互动游戏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2、园长致圣诞节词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3、家长代表发言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4、国际班英语致词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5、各班节目表演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6、跳集体舞、放礼花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美食大赛活动：9：00-10：00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活动准备：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20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1、食堂准备各种材料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2、各班准备活动工具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3、各班准备小食品及水果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活动地点：各班教室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活动过程及内容：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各班回到各教室进行美食制作，以比赛的形式开展活动，胜利者适当的颁发奖品。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美食大赛包括：水果拼盘、饺子、豆沙包、糖包、包子、巧果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2、将做好的食品送到伙房进行加工。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亲子游戏活动：10：00-11：00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活动内容：各班在各教室开展亲子游戏活动，活动准备及活动形式根据各班情况自行开展。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分享美食活动：11：00-11：30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活动内容：各班家长带领自己的孩子，以自助餐的'形式分享美食，品尝自己的劳动成果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2、分享圣诞礼物：活动前每位幼儿收5元钱，集体购买圣诞礼物，每位幼儿一份，活动结束时到本班老师处领取，让幼儿体验到节日的快乐！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一、设计本活动的缘由：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节日是幼儿获得生活经验的渠道之一，圣诞节虽然是一个洋节日，但里面却蕴含了丰富的教育价值,我们的主要目的不是过洋节，而是利用其节日情境，挖掘出丰富的教育资源促进幼儿的发展。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https://d.book118.com/268054027013006036</w:t>
        </w:r>
      </w:hyperlink>
    </w:p>
    <w:p>
      <w:pPr>
        <w:spacing w:before="100" w:after="200" w:line="360" w:lineRule="auto"/>
        <w:ind w:firstLine="576"/>
        <w:jc w:val="left"/>
      </w:pPr>
    </w:p>
    <w:sectPr w:rsidSect="00034616">
      <w:type w:val="nextPage"/>
      <w:pgSz w:w="11906" w:h="16838"/>
      <w:pgMar w:top="1440" w:right="1440" w:bottom="1440" w:left="1440" w:header="720" w:footer="720" w:gutter="0"/>
      <w:pgNumType w:start="21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268054027013006036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