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保安班长个人总结（31篇）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保安班长个人总结（通用31篇）</w:t>
      </w:r>
      <w:r>
        <w:rPr>
          <w:lang w:eastAsia="zh-CN"/>
        </w:rPr>
        <w:br/>
      </w:r>
      <w:r>
        <w:rPr>
          <w:lang w:eastAsia="zh-CN"/>
        </w:rPr>
        <w:t xml:space="preserve">    保安班长个人总结 篇1 </w:t>
      </w:r>
      <w:r>
        <w:rPr>
          <w:lang w:eastAsia="zh-CN"/>
        </w:rPr>
        <w:br/>
      </w:r>
      <w:r>
        <w:rPr>
          <w:lang w:eastAsia="zh-CN"/>
        </w:rPr>
        <w:t>　　光阴似箭时光如梭，转眼间一年又过去。回顾在胡市支行一年来的工作。可以说成绩尚可，但也存在不足。为了更好地做好今后的各项工作，现对一年来保安工作总结如下两点：</w:t>
      </w:r>
      <w:r>
        <w:rPr>
          <w:lang w:eastAsia="zh-CN"/>
        </w:rPr>
        <w:br/>
      </w:r>
      <w:r>
        <w:rPr>
          <w:lang w:eastAsia="zh-CN"/>
        </w:rPr>
        <w:t>　　一、银行安全保卫是一项特殊的、并具有很大危险性的工作，可我没有因此而胆怯、畏惧。我们必须秉承严肃认真的工作态度，干好日常看似平淡的工作，要想得到，做得全。坚决完成上级领导和银行交给我的每一项任务，做到让领导放心，让银行安心，让储户有信心。随着农行胡市支行安全保卫工作的不断开展，我经常思索：如何才能更进一步地做好安全防范工作，如何提高我的自身的素质和工作能力!</w:t>
      </w:r>
      <w:r>
        <w:rPr>
          <w:lang w:eastAsia="zh-CN"/>
        </w:rPr>
        <w:br/>
      </w:r>
      <w:r>
        <w:rPr>
          <w:lang w:eastAsia="zh-CN"/>
        </w:rPr>
        <w:t>　　二、回顾一年来的工作,在取得成绩的同时,我也清楚地看到自身存在的差距和不足。突出表现在:</w:t>
      </w:r>
      <w:r>
        <w:rPr>
          <w:lang w:eastAsia="zh-CN"/>
        </w:rPr>
        <w:br/>
      </w:r>
      <w:r>
        <w:rPr>
          <w:lang w:eastAsia="zh-CN"/>
        </w:rPr>
        <w:t>　　1、思想上依赖组织性较强,关键时刻缺少敢拍板决断的大将风格,显得不够自信与畏怯;</w:t>
      </w:r>
      <w:r>
        <w:rPr>
          <w:lang w:eastAsia="zh-CN"/>
        </w:rPr>
        <w:br/>
      </w:r>
      <w:r>
        <w:rPr>
          <w:lang w:eastAsia="zh-CN"/>
        </w:rPr>
        <w:t>　　2、有时候办事不够机动圆练,太过墨守陈规;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3、洞悉问题,解决问题能力还是不够,对问题的预见性不够,离银行和公司的要求还有一定的距离;</w:t>
      </w:r>
      <w:r>
        <w:rPr>
          <w:lang w:eastAsia="zh-CN"/>
        </w:rPr>
        <w:br/>
      </w:r>
      <w:r>
        <w:rPr>
          <w:lang w:eastAsia="zh-CN"/>
        </w:rPr>
        <w:t>　　4、业务知识方面特别是相关法律法规掌握的还不够扎实;</w:t>
      </w:r>
      <w:r>
        <w:rPr>
          <w:lang w:eastAsia="zh-CN"/>
        </w:rPr>
        <w:br/>
      </w:r>
      <w:r>
        <w:rPr>
          <w:lang w:eastAsia="zh-CN"/>
        </w:rPr>
        <w:t>　　5、我的工作方法还有待进一步的创新和改进;</w:t>
      </w:r>
      <w:r>
        <w:rPr>
          <w:lang w:eastAsia="zh-CN"/>
        </w:rPr>
        <w:br/>
      </w:r>
      <w:r>
        <w:rPr>
          <w:lang w:eastAsia="zh-CN"/>
        </w:rPr>
        <w:t>　　6、工作上还存在一些不如人意的地方。所有这些,我们将在今后的工作中痛下决心,加以克服和改进,全力以赴把今后的工作做得更好、更出色。来年及今后的工作要求篇三：银行保安年终总结</w:t>
      </w:r>
      <w:r>
        <w:rPr>
          <w:lang w:eastAsia="zh-CN"/>
        </w:rPr>
        <w:br/>
      </w:r>
      <w:r>
        <w:rPr>
          <w:lang w:eastAsia="zh-CN"/>
        </w:rPr>
        <w:t>　　个人年终总结</w:t>
      </w:r>
      <w:r>
        <w:rPr>
          <w:lang w:eastAsia="zh-CN"/>
        </w:rPr>
        <w:br/>
      </w:r>
      <w:r>
        <w:rPr>
          <w:lang w:eastAsia="zh-CN"/>
        </w:rPr>
        <w:t>　　一晃我来支行也快一年了，为了更好地做好今后的各项工作，现对一年来保安工作总结如下：</w:t>
      </w:r>
      <w:r>
        <w:rPr>
          <w:lang w:eastAsia="zh-CN"/>
        </w:rPr>
        <w:br/>
      </w:r>
      <w:r>
        <w:rPr>
          <w:lang w:eastAsia="zh-CN"/>
        </w:rPr>
        <w:t>　　一、作为一名保安，我的本职工作永远是安保，不管其他工作在多我也把我的本职工作放在第一位，从不擅自脱岗。配合支行开展各项应急演练，到南岸支行各种学习会议和体能训练。</w:t>
      </w:r>
      <w:r>
        <w:rPr>
          <w:lang w:eastAsia="zh-CN"/>
        </w:rPr>
        <w:br/>
      </w:r>
      <w:r>
        <w:rPr>
          <w:lang w:eastAsia="zh-CN"/>
        </w:rPr>
        <w:t>　　二、因为我们支行人员配置较少，很多事情都需要我们保安一起来做。这个事情一开始让我非常的。不爽，后来转过来想，这也是我一次学习的机会啊!</w:t>
      </w:r>
      <w:r>
        <w:rPr>
          <w:lang w:eastAsia="zh-CN"/>
        </w:rPr>
        <w:br/>
      </w:r>
      <w:r>
        <w:rPr>
          <w:lang w:eastAsia="zh-CN"/>
        </w:rPr>
        <w:t>　　三、回顾一年来的工作，我也看到了一些自身的不足。处事呆板不够圆滑，随机应变能力较差，许多业务不熟悉，工作经验不足。这些都是我需要改进的。虽然工作上还存在一些不如意的地方，但是我相信明年再大家的努力下，一定能做的更好、更出色。今后的工作有做的不好、不对的，还希望领导指正批评，做一个禁得起夸奖，也禁得起批评的人!</w:t>
      </w:r>
      <w:r>
        <w:rPr>
          <w:lang w:eastAsia="zh-CN"/>
        </w:rPr>
        <w:br/>
      </w:r>
      <w:r>
        <w:rPr>
          <w:lang w:eastAsia="zh-CN"/>
        </w:rPr>
        <w:t xml:space="preserve">    保安班长个人总结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是在今年五月份被领导提升为保安班长，在过去的一年里，公司接受了很多的大型接待活动：建党94周年红歌比赛，第一届山煤趣味运动会，还有山煤廉政表彰大会等其他一些大型接待活动，经过一系列的接待保卫工作，充分体现了我的指挥才能，协调性及纪律性，提高了积极性和主动性，也让我意识到了多想领导和同事学习和请教的必要性。</w:t>
      </w:r>
      <w:r>
        <w:rPr>
          <w:lang w:eastAsia="zh-CN"/>
        </w:rPr>
        <w:br/>
      </w:r>
      <w:r>
        <w:rPr>
          <w:lang w:eastAsia="zh-CN"/>
        </w:rPr>
        <w:t>　　一、保卫方面</w:t>
      </w:r>
      <w:r>
        <w:rPr>
          <w:lang w:eastAsia="zh-CN"/>
        </w:rPr>
        <w:br/>
      </w:r>
      <w:r>
        <w:rPr>
          <w:lang w:eastAsia="zh-CN"/>
        </w:rPr>
        <w:t>　　(一)队伍建设及安全礼仪服务</w:t>
      </w:r>
      <w:r>
        <w:rPr>
          <w:lang w:eastAsia="zh-CN"/>
        </w:rPr>
        <w:br/>
      </w:r>
      <w:r>
        <w:rPr>
          <w:lang w:eastAsia="zh-CN"/>
        </w:rPr>
        <w:t>　　1、保安队伍的组建，入职条件必须是政治合格，无犯罪记录，诚实、守信，要具备爱岗敬业精神，服务和服从意识要强。入职前要通过试用期，确保每位保安员符合公司的要求，现有保安14认，7人是退伍军人，7人是有责任心的青年，是一支比较有进取心、有凝聚力的队伍。</w:t>
      </w:r>
      <w:r>
        <w:rPr>
          <w:lang w:eastAsia="zh-CN"/>
        </w:rPr>
        <w:br/>
      </w:r>
      <w:r>
        <w:rPr>
          <w:lang w:eastAsia="zh-CN"/>
        </w:rPr>
        <w:t>　　2、对新入职保安员进行专业知识培训以防火、防盗、防破坏为重点，突发性事件的处理，应急能力的培训。经试用合格后上岗，保证工作正常开展。</w:t>
      </w:r>
      <w:r>
        <w:rPr>
          <w:lang w:eastAsia="zh-CN"/>
        </w:rPr>
        <w:br/>
      </w:r>
      <w:r>
        <w:rPr>
          <w:lang w:eastAsia="zh-CN"/>
        </w:rPr>
        <w:t>　　3、加强工作职责的培训和提升，服务礼仪的培训，礼貌值班、文明接待来访人员。在公司规章制度范围内，尽量为来访人员提供便利，加强语言沟通能力的培训，培养提升服务的价值观，树立良好的服务形象。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在节日、庆典活动中，协作办公室做好了后勤保障工作，会场的布置，和现场保卫工作，礼仪服务善始善终。并受到公司领导的好评，通过在日常巡查工作中，定时定点巡查、消除了安全隐患，确保无损坏和盗窃事件发生。</w:t>
      </w:r>
      <w:r>
        <w:rPr>
          <w:lang w:eastAsia="zh-CN"/>
        </w:rPr>
        <w:br/>
      </w:r>
      <w:r>
        <w:rPr>
          <w:lang w:eastAsia="zh-CN"/>
        </w:rPr>
        <w:t>　　(二)制度的建立与完善</w:t>
      </w:r>
      <w:r>
        <w:rPr>
          <w:lang w:eastAsia="zh-CN"/>
        </w:rPr>
        <w:br/>
      </w:r>
      <w:r>
        <w:rPr>
          <w:lang w:eastAsia="zh-CN"/>
        </w:rPr>
        <w:t>　　1、工作的规范有序、卓有成效的关键是靠科学适用的制度作保证，不以规矩，不成方圆。自升任队长后，我对值班、交接班、学习、训练等方面都出台了一整套严格、实用的制度，对团队实行准军事化管理，用制度来规范大家的行为，用制度来保证工作任务的完成。</w:t>
      </w:r>
      <w:r>
        <w:rPr>
          <w:lang w:eastAsia="zh-CN"/>
        </w:rPr>
        <w:br/>
      </w:r>
      <w:r>
        <w:rPr>
          <w:lang w:eastAsia="zh-CN"/>
        </w:rPr>
        <w:t>　　2、制定、建立健全保安队各项任务、保安工作守则，各岗位职责、会议制度、培训制度、查岗巡查制度、奖罚制度、工作请示汇报制度、人员车辆物品出入检查登记制度，并一一完善存档，以敏捷快速反应来推动安全，通过这些制度进一步完善、落实，使我们提升服务形象，用更专业、更敬业的态度赢得领导及员工对保安工作的支持和信任，并随机抽查保安各岗来保障制度落实。</w:t>
      </w:r>
      <w:r>
        <w:rPr>
          <w:lang w:eastAsia="zh-CN"/>
        </w:rPr>
        <w:br/>
      </w:r>
      <w:r>
        <w:rPr>
          <w:lang w:eastAsia="zh-CN"/>
        </w:rPr>
        <w:t>　　3、并配合公安局制定并完善了有市局统一制定的：名为管辖单位监管系统的一个软件，资料定时更新，通过系统，可以优先的查阅个公司安保人员的一切个人信息，为安保工作提供了很大的帮助。</w:t>
      </w:r>
      <w:r>
        <w:rPr>
          <w:lang w:eastAsia="zh-CN"/>
        </w:rPr>
        <w:br/>
      </w:r>
      <w:r>
        <w:rPr>
          <w:lang w:eastAsia="zh-CN"/>
        </w:rPr>
        <w:t>　　(三)几次大型接待活动的保卫工作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自公司会展中心落成后，首先迎来的是建党94周年红歌比赛，第一届山煤趣味运动会及山煤集团廉政表彰大会，在活动期间，我们既是参赛方，又是主办方，既要参加比赛还不能丢掉接待工作，一共42个兄弟公司，人多，车多，又是第一次举行类似活动，活动前都做了详细的准备工作，保卫，消防，车辆的进出，形式路线，还有一些突发事件的应急准备，可以说是任务繁重。保卫科全体人员在活动期间一直是全员在位，任劳任怨，比赛工作两不误，在确保工作的情况下，并取得了优异的成绩，获得了公司领导的好评。</w:t>
      </w:r>
      <w:r>
        <w:rPr>
          <w:lang w:eastAsia="zh-CN"/>
        </w:rPr>
        <w:br/>
      </w:r>
      <w:r>
        <w:rPr>
          <w:lang w:eastAsia="zh-CN"/>
        </w:rPr>
        <w:t>　　二、消防方面</w:t>
      </w:r>
      <w:r>
        <w:rPr>
          <w:lang w:eastAsia="zh-CN"/>
        </w:rPr>
        <w:br/>
      </w:r>
      <w:r>
        <w:rPr>
          <w:lang w:eastAsia="zh-CN"/>
        </w:rPr>
        <w:t>　　1、消防工作一直是安全工作的重中之重，全公司紧紧围绕安全第一，预防为主的安全生产方针，按照谁主管，谁负责的原则，强化了消防安全工作的管理，加大宣传力度，全面提高了广大干部职工的消防安全意识，使公司的消防安全工作落到了实处。</w:t>
      </w:r>
      <w:r>
        <w:rPr>
          <w:lang w:eastAsia="zh-CN"/>
        </w:rPr>
        <w:br/>
      </w:r>
      <w:r>
        <w:rPr>
          <w:lang w:eastAsia="zh-CN"/>
        </w:rPr>
        <w:t>　　2、自年初起，公司先后两次共五名保安人员参加了有山西省消防总队组织消防管理人培训，回来后对消防工作有了很大的提升，加强了公司的相仿安全工作。并且全体人员都参加了，有经济开发区消防大队在我公司举行的消防知识培训，增加了全体人员的消防意识与实际的操作应急能力。通过培训和演练，有效地提高员工防患意识和应急、自救、逃生的能力，为现实生命安全提供了保障。</w:t>
      </w:r>
      <w:r>
        <w:rPr>
          <w:lang w:eastAsia="zh-CN"/>
        </w:rPr>
        <w:br/>
      </w:r>
      <w:r>
        <w:rPr>
          <w:lang w:eastAsia="zh-CN"/>
        </w:rPr>
        <w:t>　　3、自接到有消防总队下发的建设四个能力的防火墙工程后，积极完善消防资料，健全职责，明确责任，切实从基础抓起，员工培训，学习，值班记录，制度上墙，日常的维护，检测，保养，消防演练，应对消防上级领导的检查，并取得了，消防安全两星级企业的称号，并在由经济开发区消防大队举行的消防知识竞赛和技能大比武中，取得了不错的成绩，得到了上级领导的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回顾过去时为了更好的把握未来，在取得成绩的同事，我也充分认识到了自身的不足和差距。20____年将重点对以下几个方面开展工作;</w:t>
      </w:r>
      <w:r>
        <w:rPr>
          <w:lang w:eastAsia="zh-CN"/>
        </w:rPr>
        <w:br/>
      </w:r>
      <w:r>
        <w:rPr>
          <w:lang w:eastAsia="zh-CN"/>
        </w:rPr>
        <w:t>　　1、加大值班和巡逻检查力度，在重大活动期间，加强值班、对重点部位、敏感部位安排专人值班，发现情况做到第一时间到位，及时处置，把一些不安定因素和苗头消灭在萌芽状态。在加强值班的基础上进一步调整加强巡逻检查密度，保安人员24小时巡逻检查制度，主要抓各岗位值勤时工作质量、仪容仪表、作风纪律等。</w:t>
      </w:r>
      <w:r>
        <w:rPr>
          <w:lang w:eastAsia="zh-CN"/>
        </w:rPr>
        <w:br/>
      </w:r>
      <w:r>
        <w:rPr>
          <w:lang w:eastAsia="zh-CN"/>
        </w:rPr>
        <w:t>　　2、提升个人综合思想素质，以制度为准绳，做好各类制度的培训工作，提升服务礼仪，人性化管理，真正体现出发自于内心的施与受。</w:t>
      </w:r>
      <w:r>
        <w:rPr>
          <w:lang w:eastAsia="zh-CN"/>
        </w:rPr>
        <w:br/>
      </w:r>
      <w:r>
        <w:rPr>
          <w:lang w:eastAsia="zh-CN"/>
        </w:rPr>
        <w:t>　　3、加强各岗位工作责任心，把各项安全防范工作列入新年度的重点，加强对各区域的巡查力度，维护良好的公共秩序，加强厂区各类公共设备、设施的监管，使之保持良好的运作状态</w:t>
      </w:r>
      <w:r>
        <w:rPr>
          <w:lang w:eastAsia="zh-CN"/>
        </w:rPr>
        <w:br/>
      </w:r>
      <w:r>
        <w:rPr>
          <w:lang w:eastAsia="zh-CN"/>
        </w:rPr>
        <w:t>　　4、加强各出入门岗人员的出入询问登记，物品出门的检查制度落实，控制流动闲杂人员进入厂区，确保无盗窃、无损坏事件的发生。确保公司公共财产人员安全5、加强厂区车辆管理工作，确保厂区车辆的有序停放</w:t>
      </w:r>
      <w:r>
        <w:rPr>
          <w:lang w:eastAsia="zh-CN"/>
        </w:rPr>
        <w:br/>
      </w:r>
      <w:r>
        <w:rPr>
          <w:lang w:eastAsia="zh-CN"/>
        </w:rPr>
        <w:t>　　6、加强消防设备的监管与维护。使全体队员会操作使用消防器材。进一步完善消防应急方案，做好厂区的消防防火安全教育宣传。</w:t>
      </w:r>
      <w:r>
        <w:rPr>
          <w:lang w:eastAsia="zh-CN"/>
        </w:rPr>
        <w:br/>
      </w:r>
      <w:r>
        <w:rPr>
          <w:lang w:eastAsia="zh-CN"/>
        </w:rPr>
        <w:t xml:space="preserve">    保安班长个人总结 篇3 </w:t>
      </w:r>
      <w:r>
        <w:rPr>
          <w:lang w:eastAsia="zh-CN"/>
        </w:rPr>
        <w:br/>
      </w:r>
      <w:r>
        <w:rPr>
          <w:lang w:eastAsia="zh-CN"/>
        </w:rPr>
        <w:t>　　20____年，我行安全保卫工作认真贯彻落实总行和区分行安全保卫工</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作会议精神,在区分行安全保卫部的正确领导、关心、支持下，紧紧围绕股份制改造的中心工作,遵循“预防为主，综合治理，谁主管，谁</w:t>
      </w:r>
      <w:r>
        <w:rPr>
          <w:lang w:eastAsia="zh-CN"/>
        </w:rPr>
        <w:t xml:space="preserve"> 负责”的指导原则，坚持从人防、物防、技防、整章建制、加强队伍建设等方面入手筑牢安全保卫工作的基础，通过制度约束和检查督</w:t>
      </w:r>
      <w:r>
        <w:rPr>
          <w:lang w:eastAsia="zh-CN"/>
        </w:rPr>
        <w:t xml:space="preserve"> 促，强化了员工的安全防范意识，使安全管理落到了实处，保证了我行财产和员工、客户的人身安全，为我行业务发展和各项改革措施的</w:t>
      </w:r>
      <w:r>
        <w:rPr>
          <w:lang w:eastAsia="zh-CN"/>
        </w:rPr>
        <w:t xml:space="preserve"> 顺利推进营造了一个安全、稳定的经营环境。</w:t>
      </w:r>
      <w:r>
        <w:rPr>
          <w:lang w:eastAsia="zh-CN"/>
        </w:rPr>
        <w:br/>
      </w:r>
      <w:r>
        <w:rPr>
          <w:lang w:eastAsia="zh-CN"/>
        </w:rPr>
        <w:t>　　一、加强全员安全防范意识教育和技能培训，夯实人防基础</w:t>
      </w:r>
      <w:r>
        <w:rPr>
          <w:lang w:eastAsia="zh-CN"/>
        </w:rPr>
        <w:t xml:space="preserve"> 人是做好安全防范工作的第一要素，今年以来，我行把重视和加强对员工的安全教育，全面提高防范意识，增强防范技能，作为安全防范</w:t>
      </w:r>
      <w:r>
        <w:rPr>
          <w:lang w:eastAsia="zh-CN"/>
        </w:rPr>
        <w:t xml:space="preserve"> 工作的基础工作来抓。支行党总支始终坚持“防范胜于治理”的法则，不管形势如何变化，始终绷紧教育这根弦，做到了警钟长鸣。因为无</w:t>
      </w:r>
      <w:r>
        <w:rPr>
          <w:lang w:eastAsia="zh-CN"/>
        </w:rPr>
        <w:t xml:space="preserve"> 论多么完善的制度、多么坚固的防护设施、多么先进的技防设备，都是要靠人去遵守、去操作、去维护，只有把全行员工调动起来，夯实</w:t>
      </w:r>
      <w:r>
        <w:rPr>
          <w:lang w:eastAsia="zh-CN"/>
        </w:rPr>
        <w:t xml:space="preserve"> 人防基础，制度、设施、设备才能发挥最大的效用。今年以来，我们把增强员工的防范意识放在十分突出的地位，重点围</w:t>
      </w:r>
      <w:r>
        <w:rPr>
          <w:lang w:eastAsia="zh-CN"/>
        </w:rPr>
        <w:t xml:space="preserve"> 绕防抢、防盗、防诈骗的应知应会等内容对网点员工进行预案教育和防范技能教育，收到了较好的效果。预案教育，就是对员工进行案例教育，组织员工熟悉“四防预案”，增</w:t>
      </w:r>
      <w:r>
        <w:rPr>
          <w:lang w:eastAsia="zh-CN"/>
        </w:rPr>
        <w:t xml:space="preserve"> 强防范意识，提高防范能力。针对近年来银行案件日趋频繁的严峻局面，我们及时收集整理转发相关案例，认真组织员工学习上级行下发</w:t>
      </w:r>
      <w:r>
        <w:rPr>
          <w:lang w:eastAsia="zh-CN"/>
        </w:rPr>
        <w:t xml:space="preserve"> 的各种文件、通报、通知、案例剖析，组织员工进行分析，针对我行自身的防范工作查找隐患，完善防范措施。对前台网点的防范技能教育，</w:t>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主要侧重学习相关规章制度和基本防范</w:t>
      </w:r>
      <w:r>
        <w:rPr>
          <w:lang w:eastAsia="zh-CN"/>
        </w:rPr>
        <w:t xml:space="preserve"> 技能，掌握正确的操作规范和程序以及发生紧急情况的应急处置措施</w:t>
      </w:r>
      <w:r>
        <w:rPr>
          <w:lang w:eastAsia="zh-CN"/>
        </w:rPr>
        <w:t xml:space="preserve"> 分工、动作要领，各种自卫武器、报警监控装置的操作使用等。使员工较熟练地掌握了突发性事件及遇险的应急方法，</w:t>
      </w:r>
      <w:r>
        <w:rPr>
          <w:lang w:eastAsia="zh-CN"/>
        </w:rPr>
        <w:t xml:space="preserve"> 有效地提高了全员</w:t>
      </w:r>
      <w:r>
        <w:rPr>
          <w:lang w:eastAsia="zh-CN"/>
        </w:rPr>
        <w:t xml:space="preserve"> 安全防范的能力。</w:t>
      </w:r>
      <w:r>
        <w:rPr>
          <w:lang w:eastAsia="zh-CN"/>
        </w:rPr>
        <w:br/>
      </w:r>
      <w:r>
        <w:rPr>
          <w:lang w:eastAsia="zh-CN"/>
        </w:rPr>
        <w:t>　　二、加强防护设施建设，夯实技防物防基础</w:t>
      </w:r>
      <w:r>
        <w:rPr>
          <w:lang w:eastAsia="zh-CN"/>
        </w:rPr>
        <w:br/>
      </w:r>
      <w:r>
        <w:rPr>
          <w:lang w:eastAsia="zh-CN"/>
        </w:rPr>
        <w:t>　　防护设施建设对抵御盗窃、 抢劫等不法侵害案件的发生起着无法替代 的作用。因此，我行在注重抓全员防范意识教育培训的同时，十分注重抓好防护设施建设，保证所有营业场所有灵敏可靠、严密完善的技 防、物防设施。 近年来，我行对网点防护设施的建设，按照“未达标的网点限期整改，已达标的网点巩固完善”的要求，在区分行的大力支持下，克服费用 紧张等多方面的困难，逐步对 5 个营业场所进行了加固改造，全部安装了防弹玻璃，配足配齐了防盗、防劫、防暴、防火等防卫器械，对 3 个网点的电视监控设备进行了改造更新，更换为硬盘数字式监控设备，保证了监控录像</w:t>
      </w:r>
      <w:r>
        <w:rPr>
          <w:lang w:eastAsia="zh-CN"/>
        </w:rPr>
        <w:br/>
      </w:r>
      <w:r>
        <w:rPr>
          <w:lang w:eastAsia="zh-CN"/>
        </w:rPr>
        <w:t>　　图像的清晰和正常运转，5 个网点全部与公安部 门 110 报警系统实现联网。目前，所有网点防护设施都达到了规定的标准，基本形成了人防、物防、技防相结合的防护体系，为做好安 全保卫工作打下了坚实基矗 在物防、技防设施的管理上，支行明确各网点主任对物防、技防设施的管理负总责，并建立健全了 110 报警系统、电视监控系统的检测 校准台帐，定期进行检测、校准，确保了各种物防、技防设施的正常 运行。</w:t>
      </w:r>
      <w:r>
        <w:rPr>
          <w:lang w:eastAsia="zh-CN"/>
        </w:rPr>
        <w:br/>
      </w:r>
      <w:r>
        <w:rPr>
          <w:lang w:eastAsia="zh-CN"/>
        </w:rPr>
        <w:t>　　三、加强规章制度建设，夯实规范管理基础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加强规章制度建设，</w:t>
      </w:r>
      <w:r>
        <w:rPr>
          <w:lang w:eastAsia="zh-CN"/>
        </w:rPr>
        <w:t xml:space="preserve"> 是一项保障安全防范工作步入规范和有序轨道的</w:t>
      </w:r>
      <w:r>
        <w:rPr>
          <w:lang w:eastAsia="zh-CN"/>
        </w:rPr>
        <w:t xml:space="preserve"> 基础性工作，其目的是通过规范管理和操作程序来抵御犯罪行为。今年以来，我行根据总分行下发的《中国___银行安全保卫工作暂行规</w:t>
      </w:r>
      <w:r>
        <w:rPr>
          <w:lang w:eastAsia="zh-CN"/>
        </w:rPr>
        <w:t xml:space="preserve"> 定》、《中国___银行安全保卫岗位操作规程(试行)》、《中国___</w:t>
      </w:r>
      <w:r>
        <w:rPr>
          <w:lang w:eastAsia="zh-CN"/>
        </w:rPr>
        <w:t xml:space="preserve"> 银行经济______管理暂行规定》、</w:t>
      </w:r>
      <w:r>
        <w:rPr>
          <w:lang w:eastAsia="zh-CN"/>
        </w:rPr>
        <w:t xml:space="preserve"> 《中国___银行守护押运枪支管理规定》</w:t>
      </w:r>
      <w:r>
        <w:rPr>
          <w:lang w:eastAsia="zh-CN"/>
        </w:rPr>
        <w:t xml:space="preserve"> 、</w:t>
      </w:r>
      <w:r>
        <w:rPr>
          <w:lang w:eastAsia="zh-CN"/>
        </w:rPr>
        <w:t xml:space="preserve"> 《关于印发守护押运人员六条禁令的通知》、《中国___银行金库管理办法》、《中国___银行安全防护设施建设及使用管理暂行规定》</w:t>
      </w:r>
      <w:r>
        <w:rPr>
          <w:lang w:eastAsia="zh-CN"/>
        </w:rPr>
        <w:t xml:space="preserve"> 等规章制度的精神，本着在发展中完善，在需要中充实，在变化中调整，在实践中创新的原则，联系我行实际，建立健全了安全防范工作</w:t>
      </w:r>
      <w:r>
        <w:rPr>
          <w:lang w:eastAsia="zh-CN"/>
        </w:rPr>
        <w:t xml:space="preserve"> 规章制度。</w:t>
      </w:r>
      <w:r>
        <w:rPr>
          <w:lang w:eastAsia="zh-CN"/>
        </w:rPr>
        <w:t xml:space="preserve"> 一是建立了“安全保卫岗位责任制”，修订和完善了各项管理制度和规定。针对营业网点、金库守护、运钞车、办公楼消防、特种设备(公</w:t>
      </w:r>
      <w:r>
        <w:rPr>
          <w:lang w:eastAsia="zh-CN"/>
        </w:rPr>
        <w:t xml:space="preserve"> 用车辆、食堂煤气罐)等五个环节制订了</w:t>
      </w:r>
      <w:r>
        <w:rPr>
          <w:lang w:eastAsia="zh-CN"/>
        </w:rPr>
        <w:t xml:space="preserve"> 5套防突发事件处置预案和消防应急处置预案。支行在年初与各部门、营业网点签订了安全防范</w:t>
      </w:r>
      <w:r>
        <w:rPr>
          <w:lang w:eastAsia="zh-CN"/>
        </w:rPr>
        <w:t xml:space="preserve"> 责任书。</w:t>
      </w:r>
      <w:r>
        <w:rPr>
          <w:lang w:eastAsia="zh-CN"/>
        </w:rPr>
        <w:t xml:space="preserve"> 二是注重内部管理的规范化。建立了营业网点、运钞车、______、电视监控等安全防范设施档案资料，逐步建立健全了各类台帐。</w:t>
      </w:r>
      <w:r>
        <w:rPr>
          <w:lang w:eastAsia="zh-CN"/>
        </w:rPr>
        <w:t xml:space="preserve"> 三是把加强检查监督作为落实各项规章制度，及时发现问题，堵塞漏</w:t>
      </w:r>
      <w:r>
        <w:rPr>
          <w:lang w:eastAsia="zh-CN"/>
        </w:rPr>
        <w:t xml:space="preserve"> 洞，防范各类案件和事故发生的最基本的手段。支行坚持每月对所属网点进行全面检查，分五个层次落实检查工作，</w:t>
      </w:r>
      <w:r>
        <w:rPr>
          <w:lang w:eastAsia="zh-CN"/>
        </w:rPr>
        <w:t xml:space="preserve"> 即行长亲自查;分管行长定期查;保卫人员每人承包一个网点，每周对所承包网点进行安全制度和防范设施检查;网点负责人和安全员坚持</w:t>
      </w:r>
      <w:r>
        <w:rPr>
          <w:lang w:eastAsia="zh-CN"/>
        </w:rPr>
        <w:t xml:space="preserve"> 做到每日营业业终了检查;行领导会同业务部门进行阶段性综合检</w:t>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查。支行还建立了节假日、双休日行领导值班岗，公布了值班电话，并实</w:t>
      </w:r>
      <w:r>
        <w:rPr>
          <w:lang w:eastAsia="zh-CN"/>
        </w:rPr>
        <w:t xml:space="preserve"> 行值班行领导跟车押运制度，保证客户投诉“有门”，内部上下联动。</w:t>
      </w:r>
      <w:r>
        <w:rPr>
          <w:lang w:eastAsia="zh-CN"/>
        </w:rPr>
        <w:t xml:space="preserve"> 在平时工作中，突出抓好了对“重点部位、</w:t>
      </w:r>
      <w:r>
        <w:rPr>
          <w:lang w:eastAsia="zh-CN"/>
        </w:rPr>
        <w:t xml:space="preserve"> 重点人员、</w:t>
      </w:r>
      <w:r>
        <w:rPr>
          <w:lang w:eastAsia="zh-CN"/>
        </w:rPr>
        <w:t xml:space="preserve"> 重点岗位”和“早、</w:t>
      </w:r>
      <w:r>
        <w:rPr>
          <w:lang w:eastAsia="zh-CN"/>
        </w:rPr>
        <w:t xml:space="preserve"> 中、晚”三个时段的安全检查，针对网点营业期间员工安防制度是否落实、柜员是否坚守岗位，柜员因故临时离岗是否能做到“两清一</w:t>
      </w:r>
      <w:r>
        <w:rPr>
          <w:lang w:eastAsia="zh-CN"/>
        </w:rPr>
        <w:t xml:space="preserve"> 退”(即印章、现金清理入柜上锁、微机终端退出操作程序)，中午和节</w:t>
      </w:r>
      <w:r>
        <w:rPr>
          <w:lang w:eastAsia="zh-CN"/>
        </w:rPr>
        <w:t xml:space="preserve"> 假日是否确保</w:t>
      </w:r>
      <w:r>
        <w:rPr>
          <w:lang w:eastAsia="zh-CN"/>
        </w:rPr>
        <w:t xml:space="preserve"> 1名网点负责人带班、2</w:t>
      </w:r>
      <w:r>
        <w:rPr>
          <w:lang w:eastAsia="zh-CN"/>
        </w:rPr>
        <w:t xml:space="preserve"> 人以上当班等容易出现问题和</w:t>
      </w:r>
      <w:r>
        <w:rPr>
          <w:lang w:eastAsia="zh-CN"/>
        </w:rPr>
        <w:t xml:space="preserve"> 隐患的薄弱环节进行突击检查;对在安全检查中发现的问题，做到不放过、不迁就、重整改、严处罚。同时加强了网点日常的自查工作。</w:t>
      </w:r>
      <w:r>
        <w:rPr>
          <w:lang w:eastAsia="zh-CN"/>
        </w:rPr>
        <w:t xml:space="preserve"> 明确网点负责人是该网点安全防范</w:t>
      </w:r>
      <w:r>
        <w:rPr>
          <w:lang w:eastAsia="zh-CN"/>
        </w:rPr>
        <w:t xml:space="preserve"> 工作的第一责任人。在安全管理方面推行“一把手”工程，实行一票否决。把“谁主管、谁负责”当作安全保卫工作的最高责任制度。目前，</w:t>
      </w:r>
      <w:r>
        <w:rPr>
          <w:lang w:eastAsia="zh-CN"/>
        </w:rPr>
        <w:t xml:space="preserve"> 全行所有网点都设有安全员协助网点责任人进</w:t>
      </w:r>
      <w:r>
        <w:rPr>
          <w:lang w:eastAsia="zh-CN"/>
        </w:rPr>
        <w:t xml:space="preserve"> 行安全检查，网点每日进行例行安全检查，并作详细记录。检查内容包括业务方面的章、证、押是否入箱上锁，水、电、</w:t>
      </w:r>
      <w:r>
        <w:rPr>
          <w:lang w:eastAsia="zh-CN"/>
        </w:rPr>
        <w:t xml:space="preserve"> 气阀是否关闭;门、</w:t>
      </w:r>
      <w:r>
        <w:rPr>
          <w:lang w:eastAsia="zh-CN"/>
        </w:rPr>
        <w:br/>
      </w:r>
      <w:r>
        <w:rPr>
          <w:lang w:eastAsia="zh-CN"/>
        </w:rPr>
        <w:t>　　窗是否闭锁;110 报警设备是否就位等等。 通过建立健全规章制度以及开展不间断的检查工作， 及时发现了薄弱环节，使一些潜在的事故苗头得到整改，消除了隐患，促进了员工防 范意识的加强和各项规章制度的落实，有效地避免了案件和事故。</w:t>
      </w:r>
      <w:r>
        <w:rPr>
          <w:lang w:eastAsia="zh-CN"/>
        </w:rPr>
        <w:br/>
      </w:r>
      <w:r>
        <w:rPr>
          <w:lang w:eastAsia="zh-CN"/>
        </w:rPr>
        <w:t>　　四、加强了安全生产管理</w:t>
      </w:r>
      <w:r>
        <w:rPr>
          <w:lang w:eastAsia="zh-CN"/>
        </w:rPr>
        <w:t xml:space="preserve"> 根据</w:t>
      </w:r>
      <w:r>
        <w:rPr>
          <w:lang w:eastAsia="zh-CN"/>
        </w:rPr>
        <w:t xml:space="preserve"> 20____</w:t>
      </w:r>
      <w:r>
        <w:rPr>
          <w:lang w:eastAsia="zh-CN"/>
        </w:rPr>
        <w:t xml:space="preserve"> 年总行和区分行安全保卫工作会议精神，我行提高了对安</w:t>
      </w:r>
      <w:r>
        <w:rPr>
          <w:lang w:eastAsia="zh-CN"/>
        </w:rPr>
        <w:t xml:space="preserve"> 全保卫工作职能和任务的重新认识：明确了安全保卫部门是全行治安</w:t>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保卫和安全生产管理的职能部门。一年来，我们按照总分行党委的部</w:t>
      </w:r>
      <w:r>
        <w:rPr>
          <w:lang w:eastAsia="zh-CN"/>
        </w:rPr>
        <w:t xml:space="preserve"> 署，在做好治安保卫工作的前提下，认真履行安全生产管理职能部门的职责，加强了安全生产、突发事件</w:t>
      </w:r>
      <w:r>
        <w:rPr>
          <w:lang w:eastAsia="zh-CN"/>
        </w:rPr>
        <w:t xml:space="preserve"> 处置等方面的工作。围绕防火灾事故、防交通事故、防电气事故、防中毒事故、防坠落事故等方面的工作，做好了特种设备、危险物品、公用车辆、食品、饮用水等的安全管理、指导和监督。基本上做到了治安保卫和安全生产一肩挑，没有出现顾此失彼，偏废任何一方面工</w:t>
      </w:r>
      <w:r>
        <w:rPr>
          <w:lang w:eastAsia="zh-CN"/>
        </w:rPr>
        <w:t xml:space="preserve"> 作的情况。对安全生产管理，支行安全保卫职能部门在进行指导、检查和监督的</w:t>
      </w:r>
      <w:r>
        <w:rPr>
          <w:lang w:eastAsia="zh-CN"/>
        </w:rPr>
        <w:t xml:space="preserve"> 同时，坚持了“谁主管，谁负责”和“谁使用，谁管理，谁负责”的原则，建立、健全了安全生产管理责任制度，坚持了安全第</w:t>
      </w:r>
      <w:r>
        <w:rPr>
          <w:lang w:eastAsia="zh-CN"/>
        </w:rPr>
        <w:br/>
      </w:r>
      <w:r>
        <w:rPr>
          <w:lang w:eastAsia="zh-CN"/>
        </w:rPr>
        <w:t>　　一、预防为主的 方针，主要立足于日常管理和事故预防，加强经常性的教育、检查、 监督及隐患整改。</w:t>
      </w:r>
      <w:r>
        <w:rPr>
          <w:lang w:eastAsia="zh-CN"/>
        </w:rPr>
        <w:br/>
      </w:r>
      <w:r>
        <w:rPr>
          <w:lang w:eastAsia="zh-CN"/>
        </w:rPr>
        <w:t>　　五、关心爱护保卫人员，加强保卫队伍建设</w:t>
      </w:r>
      <w:r>
        <w:rPr>
          <w:lang w:eastAsia="zh-CN"/>
        </w:rPr>
        <w:br/>
      </w:r>
      <w:r>
        <w:rPr>
          <w:lang w:eastAsia="zh-CN"/>
        </w:rPr>
        <w:t>　　六、总结全年的安全保卫工作，还存在以下问题： (一)安全保卫部门对履行治安保卫和安全生产管理的双重职能，因主观或客观的原因，认识上还有差距，对安全生产重视不够，需要在今 后更加认真地把这项工作抓起来。 (二)安全保卫部门工作人员，特别是部门负责人要摒弃怕得罪人的思想，各项检查要认真负责，敢于“挑毛脖;对安全检查中发现的问题， 要敢于处罚，不能心慈手软，搞“下不为例”。(三)在安全检查时要注意采取更加有效的方式，将常规检查、突击检 查、抽查录像等多种形式结合起来。</w:t>
      </w:r>
      <w:r>
        <w:rPr>
          <w:lang w:eastAsia="zh-CN"/>
        </w:rPr>
        <w:br/>
      </w:r>
      <w:r>
        <w:rPr>
          <w:lang w:eastAsia="zh-CN"/>
        </w:rPr>
        <w:t>　　七、20____</w:t>
      </w:r>
      <w:r>
        <w:rPr>
          <w:lang w:eastAsia="zh-CN"/>
        </w:rPr>
        <w:t xml:space="preserve"> 年安全保卫工作初步设想</w:t>
      </w:r>
      <w:r>
        <w:rPr>
          <w:lang w:eastAsia="zh-CN"/>
        </w:rPr>
        <w:t xml:space="preserve"> 20____</w:t>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年我行安全保卫工作，将按照总行和区分行工作会议和安全保卫工作会议的部署，围绕全行中心工作，以确保全行无重大案件和事</w:t>
      </w:r>
      <w:r>
        <w:rPr>
          <w:lang w:eastAsia="zh-CN"/>
        </w:rPr>
        <w:t xml:space="preserve"> 故为目标，以维护支行网点和办公大楼营业(办公)秩序、保障我行资</w:t>
      </w:r>
      <w:r>
        <w:rPr>
          <w:lang w:eastAsia="zh-CN"/>
        </w:rPr>
        <w:t xml:space="preserve"> 金和员工生命安全、防范和减少内部操作及外部事件风险给我行造成</w:t>
      </w:r>
      <w:r>
        <w:rPr>
          <w:lang w:eastAsia="zh-CN"/>
        </w:rPr>
        <w:t xml:space="preserve"> 的损失为主要任务，认真贯彻执行“预防为主、综合治理”方针，进一步完善落实安全责任制，不断增强全行员工的安全保卫意识，提高全行治安防范能力，</w:t>
      </w:r>
      <w:r>
        <w:rPr>
          <w:lang w:eastAsia="zh-CN"/>
        </w:rPr>
        <w:t xml:space="preserve"> 为我行的改革和各项业务健康发展提供强有力的安</w:t>
      </w:r>
      <w:r>
        <w:rPr>
          <w:lang w:eastAsia="zh-CN"/>
        </w:rPr>
        <w:t xml:space="preserve"> 全保障。初步工作设想是：(一)加强治安防范机制建设，进一步增强我行应对和处置外部侵害突</w:t>
      </w:r>
      <w:r>
        <w:rPr>
          <w:lang w:eastAsia="zh-CN"/>
        </w:rPr>
        <w:t xml:space="preserve"> 发事件能力。</w:t>
      </w:r>
      <w:r>
        <w:rPr>
          <w:lang w:eastAsia="zh-CN"/>
        </w:rPr>
        <w:t xml:space="preserve"> 要结合今年机构人员变化情况，</w:t>
      </w:r>
      <w:r>
        <w:rPr>
          <w:lang w:eastAsia="zh-CN"/>
        </w:rPr>
        <w:t xml:space="preserve"> 调整充实我行社会治安综合治理领导小组;调整落实各网点、部室安全责任人和安全员;按照“谁主管，谁负</w:t>
      </w:r>
      <w:r>
        <w:rPr>
          <w:lang w:eastAsia="zh-CN"/>
        </w:rPr>
        <w:t xml:space="preserve"> 责”的原则，完善和落实网点、部室安全保卫工作责任制;充分利用支行网站加强员工安全防范意识教育，认真抓好《中华人民共和国安全</w:t>
      </w:r>
      <w:r>
        <w:rPr>
          <w:lang w:eastAsia="zh-CN"/>
        </w:rPr>
        <w:t xml:space="preserve"> 生产法》的学习贯彻;继续抓好支行网点应急预案演练，帮助员工掌握和提高处置突发事件的技能;加强四大节日安全大检查和专项检查</w:t>
      </w:r>
      <w:r>
        <w:rPr>
          <w:lang w:eastAsia="zh-CN"/>
        </w:rPr>
        <w:t xml:space="preserve"> 以及对支行网点营业终了安全检查等制度的落实。(二)加大打击利用银行卡和自动柜员机诈骗资金犯罪活动的力度，确</w:t>
      </w:r>
      <w:r>
        <w:rPr>
          <w:lang w:eastAsia="zh-CN"/>
        </w:rPr>
        <w:t xml:space="preserve"> 保银行和客户资金安全。</w:t>
      </w:r>
      <w:r>
        <w:rPr>
          <w:lang w:eastAsia="zh-CN"/>
        </w:rPr>
        <w:t xml:space="preserve"> 要联系分析当前不法分子利用</w:t>
      </w:r>
      <w:r>
        <w:rPr>
          <w:lang w:eastAsia="zh-CN"/>
        </w:rPr>
        <w:t xml:space="preserve"> atm</w:t>
      </w:r>
      <w:r>
        <w:rPr>
          <w:lang w:eastAsia="zh-CN"/>
        </w:rPr>
        <w:t xml:space="preserve"> 机和自动存款机作案的新情况，加大防范和打击诈骗活动的力度，</w:t>
      </w:r>
      <w:r>
        <w:rPr>
          <w:lang w:eastAsia="zh-CN"/>
        </w:rPr>
        <w:t xml:space="preserve"> 加强日常值班巡查和夜间应急处警</w:t>
      </w:r>
      <w:r>
        <w:rPr>
          <w:lang w:eastAsia="zh-CN"/>
        </w:rPr>
        <w:t xml:space="preserve"> 等工作，为营造安全优良的营业环境作出努力。</w:t>
      </w:r>
      <w:r>
        <w:rPr>
          <w:lang w:eastAsia="zh-CN"/>
        </w:rPr>
        <w:br/>
      </w:r>
      <w:r>
        <w:rPr>
          <w:lang w:eastAsia="zh-CN"/>
        </w:rPr>
        <w:t>　　(三)加强支行网点和办公大楼技防、消防、物防建设和管理，构筑防</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御外部侵害的牢固阵地。要进一步严格执行我行办公大楼安全管理办法，</w:t>
      </w:r>
      <w:r>
        <w:rPr>
          <w:lang w:eastAsia="zh-CN"/>
        </w:rPr>
        <w:t xml:space="preserve"> 严格进出大楼人员验证登记制度;要适应高新技术发展需要，逐步在所有网点柜台采用数</w:t>
      </w:r>
      <w:r>
        <w:rPr>
          <w:lang w:eastAsia="zh-CN"/>
        </w:rPr>
        <w:t xml:space="preserve"> 字监控产品;要加强网点报警设施的管理，减少和杜绝人为误报现象发生;要规范网点消防物防设施管理，加强监控、报警、消防和物防</w:t>
      </w:r>
      <w:r>
        <w:rPr>
          <w:lang w:eastAsia="zh-CN"/>
        </w:rPr>
        <w:t xml:space="preserve"> 设施建设和管理的安全检查，及时发现问题，消除隐患。(四)加强队伍建设和管理，提高保卫人员综合素质。</w:t>
      </w:r>
      <w:r>
        <w:rPr>
          <w:lang w:eastAsia="zh-CN"/>
        </w:rPr>
        <w:t xml:space="preserve"> 坚持严格训练、严格要求，加强对全行经济______的教育、训练，执勤和日常生活管理;严格执行总行制定的守护押</w:t>
      </w:r>
      <w:r>
        <w:rPr>
          <w:lang w:eastAsia="zh-CN"/>
        </w:rPr>
        <w:br/>
      </w:r>
      <w:r>
        <w:rPr>
          <w:lang w:eastAsia="zh-CN"/>
        </w:rPr>
        <w:t>　　运人员六 条禁令， 切实加强保卫队伍作风纪律建设;认真细致 做好思想行为排查工作，防止个别员工违法违纪事件发生。认真履行安全生产管理职能部门的职责，加强了安全生产、突发事件 处置等方面的工作。围绕防火灾事故、防交通事故、防电气事故、防中毒事故、防坠落事故等方面的工作，做好了特种设备、危险物品、 公用车辆、食品、饮用水等的安全管理、指导和监督。基本上做到了治安保卫和安全生产一肩挑，没有出现顾此失彼，偏废任何一方面工 作的情况。 对安全生产管理，支行安全保卫职能部门在进行指导、检查和监督的同时，坚持了“谁主管，谁负责”和“谁使用，谁管理，谁负责”的原则， 建立、健全了安全生产管理责任制度，坚持了安全第</w:t>
      </w:r>
      <w:r>
        <w:rPr>
          <w:lang w:eastAsia="zh-CN"/>
        </w:rPr>
        <w:br/>
      </w:r>
      <w:r>
        <w:rPr>
          <w:lang w:eastAsia="zh-CN"/>
        </w:rPr>
        <w:t>　　一、预防为主的方针，主要立足于日常管理和事故预防，加强经常性的教育、检查、 监督及隐患整改。</w:t>
      </w:r>
      <w:r>
        <w:rPr>
          <w:lang w:eastAsia="zh-CN"/>
        </w:rPr>
        <w:br/>
      </w:r>
      <w:r>
        <w:rPr>
          <w:lang w:eastAsia="zh-CN"/>
        </w:rPr>
        <w:t xml:space="preserve">    保安班长个人总结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光阴似箭日如梭，转眼间____年已经过去，在领导的带领下，我学到了不少知识和社会经验，让我在工作中基本上能独立完成各项工作，首先感谢领导对我的指导和栽培，在以后的工作中我会刻苦学习;不畏困难;更好的工作来回报上级。____年在领导的带领下，围绕商场的总体目标，认真贯彻安全第</w:t>
      </w:r>
      <w:r>
        <w:rPr>
          <w:lang w:eastAsia="zh-CN"/>
        </w:rPr>
        <w:br/>
      </w:r>
      <w:r>
        <w:rPr>
          <w:lang w:eastAsia="zh-CN"/>
        </w:rPr>
        <w:t>　　一、预防为主和内紧外松的工作方针，始终坚持群防群治和人防技防相结合的工作路线，积极做好商场的消防安全防范工作，维护商场的治安秩序，这次的总结工作如下：</w:t>
      </w:r>
      <w:r>
        <w:rPr>
          <w:lang w:eastAsia="zh-CN"/>
        </w:rPr>
        <w:br/>
      </w:r>
      <w:r>
        <w:rPr>
          <w:lang w:eastAsia="zh-CN"/>
        </w:rPr>
        <w:t>　　一 、工作的职责</w:t>
      </w:r>
      <w:r>
        <w:rPr>
          <w:lang w:eastAsia="zh-CN"/>
        </w:rPr>
        <w:br/>
      </w:r>
      <w:r>
        <w:rPr>
          <w:lang w:eastAsia="zh-CN"/>
        </w:rPr>
        <w:t>　　疏导后院进出货物的车辆，保持后院消防通道的畅通等，登记工作：登记外来人员进入商场施工的检查;巡视工作：白天巡视商场内有无可疑人员;消防通道是否畅通;消防设施是否被占用等;晚上巡视施工区域是否有消防器材，施工证件，施工安全隐患是否存在等等;</w:t>
      </w:r>
      <w:r>
        <w:rPr>
          <w:lang w:eastAsia="zh-CN"/>
        </w:rPr>
        <w:br/>
      </w:r>
      <w:r>
        <w:rPr>
          <w:lang w:eastAsia="zh-CN"/>
        </w:rPr>
        <w:t>　　二、消防知识</w:t>
      </w:r>
      <w:r>
        <w:rPr>
          <w:lang w:eastAsia="zh-CN"/>
        </w:rPr>
        <w:br/>
      </w:r>
      <w:r>
        <w:rPr>
          <w:lang w:eastAsia="zh-CN"/>
        </w:rPr>
        <w:t>　　九月份消防局举行了关于消防安全知识宣传教育四个能力演讲活动，我们去听了别的商场的演讲深受感动，在此之前我们还是三个能力三懂、三会从那以后实行贯彻消防局的意见，从三个能力三懂、三会发展到四个能力，四懂，四会让我们又学到了好多，紧接着每天的出操、消防演习，从中又学了好多知识和问题，在一次消防局的领导来检查我们的工作，我们在商场消防演习了，演习分两组：一组是组织灭火另一组是组织疏散逃生，消防局的领导看了之后很赞同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三、存在的不足和今后的努力方向</w:t>
      </w:r>
      <w:r>
        <w:rPr>
          <w:lang w:eastAsia="zh-CN"/>
        </w:rPr>
        <w:br/>
      </w:r>
      <w:r>
        <w:rPr>
          <w:lang w:eastAsia="zh-CN"/>
        </w:rPr>
        <w:t>　　回顾大半年来的工作，在取得成绩的同时，我们也清楚地看到自身存在的差距和不足。突出表现在：由于队员来自四面八方，综合素质参差不齐;我们的工作方法还有待进一步的创新和改进;工作上还存在一些不如人意的地方。所有这些，我们将在今后的工作中痛下决心，加以克服和改进，全力以赴把今后的工作做得更好、更出色。</w:t>
      </w:r>
      <w:r>
        <w:rPr>
          <w:lang w:eastAsia="zh-CN"/>
        </w:rPr>
        <w:br/>
      </w:r>
      <w:r>
        <w:rPr>
          <w:lang w:eastAsia="zh-CN"/>
        </w:rPr>
        <w:t>　　今后的工作要求将会更高，难度将会更大，这就对我们的工作提出了新的更高的要求。我们一定正视现实，承认困难，但不畏困难。我们将迎难而上，做好工作。具体讲，要做到三个再创新，两个大提升，最后实现三个方面的满意。即：在思想观念上再创新，在工作质量上再创新，在工作方法上再创新;在工作成绩上再大提升，在自身形象上大提升;最后达到让公司领导满意!保安班长年终总结报告</w:t>
      </w:r>
      <w:r>
        <w:rPr>
          <w:lang w:eastAsia="zh-CN"/>
        </w:rPr>
        <w:br/>
      </w:r>
      <w:r>
        <w:rPr>
          <w:lang w:eastAsia="zh-CN"/>
        </w:rPr>
        <w:t>　　____年即将过去，我们将满怀信心地迎来____年，过去一年，是公司提升企业安全、服务品质的一年，也是安全管理部工作贯彻项目部指标完成的较为理想的一年。值此辞旧迎新之际，对一年的工作进行回顾，总结经验、查找不足，以利于在新的一年里扬长避短，再创佳绩。</w:t>
      </w:r>
      <w:r>
        <w:rPr>
          <w:lang w:eastAsia="zh-CN"/>
        </w:rPr>
        <w:br/>
      </w:r>
      <w:r>
        <w:rPr>
          <w:lang w:eastAsia="zh-CN"/>
        </w:rPr>
        <w:t>　　一、发挥优势管理，狠抓基层建设</w:t>
      </w:r>
      <w:r>
        <w:rPr>
          <w:lang w:eastAsia="zh-CN"/>
        </w:rPr>
        <w:br/>
      </w:r>
      <w:r>
        <w:rPr>
          <w:lang w:eastAsia="zh-CN"/>
        </w:rPr>
        <w:t>　　1、优质服务、赢得信赖。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公司通过引进新昌品牌管理，强化管理准则，加强管理人员的现场督导和质量检查，逐步完善安全岗位的窗口形象，不断提高自身的优质服务水准，得到了园区业主好评，赢得了业主的信赖，受业主委托物业安全管理部协助公司完成的接待工作上百次，其中人大代表团2次，全国中宣部领导3次，知名企业合作会6次，由于接待工作完成出色，安全管理部获得业主优质服务的赞誉。</w:t>
      </w:r>
      <w:r>
        <w:rPr>
          <w:lang w:eastAsia="zh-CN"/>
        </w:rPr>
        <w:br/>
      </w:r>
      <w:r>
        <w:rPr>
          <w:lang w:eastAsia="zh-CN"/>
        </w:rPr>
        <w:t>　　2、预防为主、重点布控</w:t>
      </w:r>
      <w:r>
        <w:rPr>
          <w:lang w:eastAsia="zh-CN"/>
        </w:rPr>
        <w:br/>
      </w:r>
      <w:r>
        <w:rPr>
          <w:lang w:eastAsia="zh-CN"/>
        </w:rPr>
        <w:t>　　在公司总部的关心指导下，项目部通过制定各项安全方案等项消防预案，贯彻落实防火、防盗等“六防”措施，全年未发生一件意外安全事故。项目经理每天召开部门经理反馈会，通报情况提出要求。安全部安排干部员工勤于巡查、严密防控，在相关部门的配合下，实行群防、群检、群治，以确保园区万无一失。针对特别区域实行重点监控，在自行车场盗窃高发区实行严密布防，抓获盗窃者3人，为业主挽回直接损失数千元。由于完美时空园区安全管理的出色，因此被海淀区评为社会治安综合治理先进单位。</w:t>
      </w:r>
      <w:r>
        <w:rPr>
          <w:lang w:eastAsia="zh-CN"/>
        </w:rPr>
        <w:br/>
      </w:r>
      <w:r>
        <w:rPr>
          <w:lang w:eastAsia="zh-CN"/>
        </w:rPr>
        <w:t>　　3、完善设施、有备无患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通过公司领导亲临现场指导，安保部将园区消防预案、设备设施、消防器材检查维护等各项工作，进行了不断的完善。制定园区消防设施设备维修保养计划，使园区消防设施设备不但做到正常运行而且延长使用年限。今年已对园区3656个光电探测器，进行了专业性检测，严格检查消防设施设备，提前对烟感系统报警点不准确进行专业性检测。保障线路畅通、正常使用，对大厅内应急疏散灯、安全出口进行补装和更换。同时对消防器材实行分区管理、检查、维护并落实到人。按照北京市政府及公司要求，组织园区业主进行消防演习，消防演习的成功演练，得到了国家相关部门及广大业主的好评。</w:t>
      </w:r>
      <w:r>
        <w:rPr>
          <w:lang w:eastAsia="zh-CN"/>
        </w:rPr>
        <w:br/>
      </w:r>
      <w:r>
        <w:rPr>
          <w:lang w:eastAsia="zh-CN"/>
        </w:rPr>
        <w:t>　　二、严格管理、提升品质，改变观念、创新管理</w:t>
      </w:r>
      <w:r>
        <w:rPr>
          <w:lang w:eastAsia="zh-CN"/>
        </w:rPr>
        <w:br/>
      </w:r>
      <w:r>
        <w:rPr>
          <w:lang w:eastAsia="zh-CN"/>
        </w:rPr>
        <w:t>　　1、按照项目年初制定的安全培训计划，安保部参照行业规范对保安员进行32次专题培训，重点讲解管理素质、服务意识、礼貌待客、专业技能、消防知识、突发事件分析等，通过讲解、点评、交流使保安员在思想认识和日常工作中皆有不同程度的感悟与提升。</w:t>
      </w:r>
      <w:r>
        <w:rPr>
          <w:lang w:eastAsia="zh-CN"/>
        </w:rPr>
        <w:br/>
      </w:r>
      <w:r>
        <w:rPr>
          <w:lang w:eastAsia="zh-CN"/>
        </w:rPr>
        <w:t>　　2、安全管理部按照各月计划对保安员进行岗位培训，对保安一线岗位做好培训工作。做到实际工作培训，分阶段、分内容进行考评，通过培训保安员整体素质提升了、服务水平提高了、业主满意度提高了，通过培训提高了保安员整体思想素质，服务态度和业务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在思想工作是一切工作的生命线的方针指引下，结合项目管理服务特点，按照项目部的要求，针对保安部的实际情况，引导保安员与时俱进、提升素质、转变观念。安保部教育安保人员要有紧迫感、应具有上进心、培养精气神、物业的管理服务不是高科技，没有什么深奥的学问。关键在人的主观能动性和责任心，是对公司的忠诚度和敬业精神、是对管理与服务内涵的真谛的理解及运用。安保部通过树立优秀标兵，激发大家积极进取，在完成项目给的管理工作和服务工作的过程中体现自身价值，并感受人生乐趣。通过思想教育工作，提升了保安员思想道德品质，涌现出多个拾金不昧的好保安，受到了业主的书面赞扬。通过工作实践的摸索，安保部还创作出“物业保安员应知应会”的规范准则并上交公司总部在全公司推广，不但使子海理想的每位一线保安员在为业主和客户服务时品质显著提升，而且使其他兄弟项目受益。</w:t>
      </w:r>
      <w:r>
        <w:rPr>
          <w:lang w:eastAsia="zh-CN"/>
        </w:rPr>
        <w:br/>
      </w:r>
      <w:r>
        <w:rPr>
          <w:lang w:eastAsia="zh-CN"/>
        </w:rPr>
        <w:t>　　安全管理部通过对____年工作进行回顾和总结，总结过去、展望未来，整改不足之处并制定新一年的提升服务目标，以利于____年安全管理部各项工作更好的全面展开。</w:t>
      </w:r>
      <w:r>
        <w:rPr>
          <w:lang w:eastAsia="zh-CN"/>
        </w:rPr>
        <w:br/>
      </w:r>
      <w:r>
        <w:rPr>
          <w:lang w:eastAsia="zh-CN"/>
        </w:rPr>
        <w:t>　　以下几项工作是保安部____年的工作重点及提升项：</w:t>
      </w:r>
      <w:r>
        <w:rPr>
          <w:lang w:eastAsia="zh-CN"/>
        </w:rPr>
        <w:br/>
      </w:r>
      <w:r>
        <w:rPr>
          <w:lang w:eastAsia="zh-CN"/>
        </w:rPr>
        <w:t>　　1、我们将始终贯彻落实“安全第</w:t>
      </w:r>
      <w:r>
        <w:rPr>
          <w:lang w:eastAsia="zh-CN"/>
        </w:rPr>
        <w:br/>
      </w:r>
      <w:r>
        <w:rPr>
          <w:lang w:eastAsia="zh-CN"/>
        </w:rPr>
        <w:t>　　一、预防为主”的方针，在各项预案具体实施还不尽完美的情况下，保安部将继续跟进落实。</w:t>
      </w:r>
      <w:r>
        <w:rPr>
          <w:lang w:eastAsia="zh-CN"/>
        </w:rPr>
        <w:br/>
      </w:r>
      <w:r>
        <w:rPr>
          <w:lang w:eastAsia="zh-CN"/>
        </w:rPr>
        <w:t>　　2、保安员及领导组织管理水平有待提升：表现为骨干人员文化修养、专业知识和管理能力等综合素质高低不</w:t>
      </w:r>
      <w:r>
        <w:rPr>
          <w:lang w:eastAsia="zh-CN"/>
        </w:rPr>
        <w:br/>
      </w:r>
      <w:r>
        <w:rPr>
          <w:lang w:eastAsia="zh-CN"/>
        </w:rPr>
        <w:t>　　一、参差不起，保安部与项目制定的管理规范尚未全部落实，保安部将针对问题加强教育培训。</w:t>
      </w:r>
      <w:r>
        <w:rPr>
          <w:lang w:eastAsia="zh-CN"/>
        </w:rPr>
        <w:br/>
      </w:r>
      <w:r>
        <w:rPr>
          <w:lang w:eastAsia="zh-CN"/>
        </w:rPr>
        <w:t>　　3、服务质量尚需优化和提高：从多次检查和客户投诉中发现，安保部各个岗位保安员的服务质量，横向比较有高有低，纵向比较有优有劣。保安部将强化管理达到白天与夜晚、平时与周末、领导在与不在的一个样的服务标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4、反复出现的问题是有个别岗位保安员仪容仪表不整齐、礼节礼貌不生动、服务不周到、处理应变不灵活，这些问题严重影响着整体的服务质量。在____年的工作中，保安部将重点跟进、狠抓落实。</w:t>
      </w:r>
      <w:r>
        <w:rPr>
          <w:lang w:eastAsia="zh-CN"/>
        </w:rPr>
        <w:br/>
      </w:r>
      <w:r>
        <w:rPr>
          <w:lang w:eastAsia="zh-CN"/>
        </w:rPr>
        <w:t xml:space="preserve">    保安班长个人总结 篇5 </w:t>
      </w:r>
      <w:r>
        <w:rPr>
          <w:lang w:eastAsia="zh-CN"/>
        </w:rPr>
        <w:br/>
      </w:r>
      <w:r>
        <w:rPr>
          <w:lang w:eastAsia="zh-CN"/>
        </w:rPr>
        <w:t>　　一时光飞逝，半年过去了。回顾我们扬州国际珠宝城安保团队半年来的工作，可以说有很多成绩，有很多好处，有很多经验，但也有很多问题。为了今后做得更好，根据领导的要求，保安队半年来的工作总结如下：</w:t>
      </w:r>
      <w:r>
        <w:rPr>
          <w:lang w:eastAsia="zh-CN"/>
        </w:rPr>
        <w:br/>
      </w:r>
      <w:r>
        <w:rPr>
          <w:lang w:eastAsia="zh-CN"/>
        </w:rPr>
        <w:t>　　一、上半年工作</w:t>
      </w:r>
      <w:r>
        <w:rPr>
          <w:lang w:eastAsia="zh-CN"/>
        </w:rPr>
        <w:br/>
      </w:r>
      <w:r>
        <w:rPr>
          <w:lang w:eastAsia="zh-CN"/>
        </w:rPr>
        <w:t>　　我们今年1月9日开始值班。由于我们是新组建的团队，在扬州珠宝城这样的大型国际企业工作，责任重大，压力也很大。为了保质保量完成任务，上半年重点做了三项工作。</w:t>
      </w:r>
      <w:r>
        <w:rPr>
          <w:lang w:eastAsia="zh-CN"/>
        </w:rPr>
        <w:br/>
      </w:r>
      <w:r>
        <w:rPr>
          <w:lang w:eastAsia="zh-CN"/>
        </w:rPr>
        <w:t>　　第一，注重团队建设。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优秀的团队是做好工作的重要保证。安保团队成立以来，我们在团队建设上一直坚持“两手抓”，注重人员配备和质量提升。人员配备方面，我们从江西警官学校招聘了21名学生团队成员；同时也注重从部队老兵中招募优秀球员。经过半年的努力，我们团队的人数从当初的7人增加到现在的39人，是当初的5倍。在团队建设上，我们把“配马”、“赛马”、“训马”、“养马”结合起来。在多渠道引进球员的同时，我们非常重视提高球员的综合素质。新玩家进来后，我们会组织半个月的安全专业素质培训。同时，我们还特别邀请了扬州消防队的专家对队员进行消防知识和技能的传授，让队员尽快掌握基本功，满足上岗要求。队员上岗后，我们还坚持每周两天的技能训练，风雨无阻，不断冷热，不断提高队员的专业素质。</w:t>
      </w:r>
      <w:r>
        <w:rPr>
          <w:lang w:eastAsia="zh-CN"/>
        </w:rPr>
        <w:br/>
      </w:r>
      <w:r>
        <w:rPr>
          <w:lang w:eastAsia="zh-CN"/>
        </w:rPr>
        <w:t>　　半年来，我们的安保团队已经成为一个能拔枪、能大声打、执行力和战斗力强、能很好完成任务的团队。</w:t>
      </w:r>
      <w:r>
        <w:rPr>
          <w:lang w:eastAsia="zh-CN"/>
        </w:rPr>
        <w:br/>
      </w:r>
      <w:r>
        <w:rPr>
          <w:lang w:eastAsia="zh-CN"/>
        </w:rPr>
        <w:t>　　第二，注重制度建设。</w:t>
      </w:r>
      <w:r>
        <w:rPr>
          <w:lang w:eastAsia="zh-CN"/>
        </w:rPr>
        <w:br/>
      </w:r>
      <w:r>
        <w:rPr>
          <w:lang w:eastAsia="zh-CN"/>
        </w:rPr>
        <w:t>　　规范有序的工作和卓有成效的工作，关键在于依靠科学适用的制度作为保障，“没有规则，就没有方圆”。团队组建后，我们在值班、换班、学习、培训等方面引入了一套严格实用的制度。我们对团队实行准军事化管理，用制度规范每个人的行为，用制度保证工作任务的完成。如果值班队员必须提前15分钟到达岗位进行交接；队员上下班一定要排队，充分展现军人的素质和魅力。</w:t>
      </w:r>
      <w:r>
        <w:rPr>
          <w:lang w:eastAsia="zh-CN"/>
        </w:rPr>
        <w:br/>
      </w:r>
      <w:r>
        <w:rPr>
          <w:lang w:eastAsia="zh-CN"/>
        </w:rPr>
        <w:t>　　第三，注重思想建设。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因为我们的团队成员来自不同的地方和岗位，他们的综合素质、性格和爱好都是不同的。更重要的是，他们才20出头，这不仅是我们安保工作的需要，也是我们日常工作生活中需要注意的。年轻人有很大的可塑性，也有很大的可变性。因此，在队伍建设工作中，要把思想道德建设贯穿始终，并予以高度重视。在工作方法上，根据不同的团队成员和不同的情况，在班会和业务会议中灵活插入思想教育，以会议代替培训，与团队成员单独交谈，教育典型案例，举行升旗仪式等形式，灵活多样地实施思想道德教育。比如，我们抓住雷明同志冒雨救伤、募捐的事迹，组织全体队员开展“人的价值在哪里？”在学习“如何成为一名政治合格、业务胜任的保安”的基础上“我觉得一个合格的安全班长应该是……”，每个组员都可以在学习和讨论的基础上写出深刻而有价值的经验文章，大部分组员都可以把自己的学习经验转化为具体的行动。我们要求：不要隐瞒工作中的问题和错误，及时报告，纠正和纠正错误，惩前毖后，加强领导</w:t>
      </w:r>
      <w:r>
        <w:rPr>
          <w:lang w:eastAsia="zh-CN"/>
        </w:rPr>
        <w:br/>
      </w:r>
      <w:r>
        <w:rPr>
          <w:lang w:eastAsia="zh-CN"/>
        </w:rPr>
        <w:t>　　各种形式的思想道德教育取得了明显成效。无论在工作中还是在日常生活中，我们团队都出现了“三更三不”的可喜局面。也就是说，工作更主动，被动更少；做事有很多艰辛，但没有讨价还价；做好事的人多，犯法的人却没有。</w:t>
      </w:r>
      <w:r>
        <w:rPr>
          <w:lang w:eastAsia="zh-CN"/>
        </w:rPr>
        <w:br/>
      </w:r>
      <w:r>
        <w:rPr>
          <w:lang w:eastAsia="zh-CN"/>
        </w:rPr>
        <w:t>　　二、工作半年的经验</w:t>
      </w:r>
      <w:r>
        <w:rPr>
          <w:lang w:eastAsia="zh-CN"/>
        </w:rPr>
        <w:br/>
      </w:r>
      <w:r>
        <w:rPr>
          <w:lang w:eastAsia="zh-CN"/>
        </w:rPr>
        <w:t>　　在这半年的工作、学习和生活中，我们取得了很多成绩，也受到了训练和提高，可以说受益匪浅。主要得益于以下几个方面：</w:t>
      </w:r>
      <w:r>
        <w:rPr>
          <w:lang w:eastAsia="zh-CN"/>
        </w:rPr>
        <w:br/>
      </w:r>
      <w:r>
        <w:rPr>
          <w:lang w:eastAsia="zh-CN"/>
        </w:rPr>
        <w:t>　　首先感谢公司领导的正确领导和关怀。</w:t>
      </w:r>
      <w:r>
        <w:rPr>
          <w:lang w:eastAsia="zh-CN"/>
        </w:rPr>
        <w:br/>
      </w:r>
      <w:r>
        <w:rPr>
          <w:lang w:eastAsia="zh-CN"/>
        </w:rPr>
        <w:t>　　首先，作为领导，张主任在各项工作中都能走在前面，做在前面，为广大队员树立榜样，增添热情和信心；同时，张主任、李主任等领导多次来到安保团队，向团队成员介绍安保业务和物业管理的情况、要求和知识，极大地鼓舞了团队成员；更重要的是每一个重大活动，比如张导演，都能来现场组织指挥。所有这些都是我们的安全团队顺利完成任务的重要保证。</w:t>
      </w:r>
      <w:r>
        <w:rPr>
          <w:lang w:eastAsia="zh-CN"/>
        </w:rPr>
        <w:br/>
      </w:r>
      <w:r>
        <w:rPr>
          <w:lang w:eastAsia="zh-CN"/>
        </w:rPr>
        <w:t>　　第二，感谢工作中的创新。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们在扬州国际珠宝城从事保安工作。扬州国际珠宝城是一个国际珠宝行业平台，定位高端，规模宏大，理念先进，这就要求我们的安保工作要与时俱进，既要跟上，又要走在珠宝城发展的前面，先一步，快一步，否则就会被动，造成问题。所以在工作中，要尽量不被习惯性思维和习惯性经验所干扰，从客观实际出发，批判性地接受新思维，坚持不断创新，把创新作为做好工作的灵魂和动力。首先是工作内容的创新。在我们的工作中，没有停留在枯燥的系统要求和对玩家的说教上，而是从工作层面渗透到生活层面，从外表渗透到内心。当球员生病或者遇到困难的时候，只要我们知道，我们就会尽力去关心和帮助他们。</w:t>
      </w:r>
      <w:r>
        <w:rPr>
          <w:lang w:eastAsia="zh-CN"/>
        </w:rPr>
        <w:br/>
      </w:r>
      <w:r>
        <w:rPr>
          <w:lang w:eastAsia="zh-CN"/>
        </w:rPr>
        <w:t xml:space="preserve">    保安班长个人总结 篇6 </w:t>
      </w:r>
      <w:r>
        <w:rPr>
          <w:lang w:eastAsia="zh-CN"/>
        </w:rPr>
        <w:br/>
      </w:r>
      <w:r>
        <w:rPr>
          <w:lang w:eastAsia="zh-CN"/>
        </w:rPr>
        <w:t>　　物业保安员年终总结</w:t>
      </w:r>
      <w:r>
        <w:rPr>
          <w:lang w:eastAsia="zh-CN"/>
        </w:rPr>
        <w:br/>
      </w:r>
      <w:r>
        <w:rPr>
          <w:lang w:eastAsia="zh-CN"/>
        </w:rPr>
        <w:t>　　一、</w:t>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以人为本，提高保安队伍整体素质保安服务是一项特殊的服务性工作，企业要不断发展，关键是人员素质的高低。为此，公司坚持“以人为本、服务至上”为工作理念，狠抓保安队伍建设，不断提高保安队伍整体素质。一是严把“进人关”，在招聘人员方面，严格面试、政审关，按条件录用，对新招收的保安人员严格按照：岗前培训、班长带班实习，实行传、帮、带制度。二是要求各部门要定期或不定期开展军训与消防演练，以增强队员的体能和应变能力。三是树品牌，公司每半年度评选一次品牌保安员、品牌班组，被评选上的班组及保安员发放证书及奖金，以增强保安员爱岗敬业的意识。四是关心保安员的衣食住行，大家来自全国各地，公司领导始终将解决保安员的衣食往行当作一件大事来抓，公司为各驻点保安配置电视机18台、热水器11台、空调7台，电饭煲33台，有条件的为保安人员租集体宿舍，配专人为保安办理伙食，让大家感受到保安大家庭的温暖，使大家能够安心工作，确保受保单位安全。</w:t>
      </w:r>
      <w:r>
        <w:rPr>
          <w:lang w:eastAsia="zh-CN"/>
        </w:rPr>
        <w:br/>
      </w:r>
      <w:r>
        <w:rPr>
          <w:lang w:eastAsia="zh-CN"/>
        </w:rPr>
        <w:t>　　二、 规范管理，做好各项保安工作</w:t>
      </w:r>
      <w:r>
        <w:rPr>
          <w:lang w:eastAsia="zh-CN"/>
        </w:rPr>
        <w:br/>
      </w:r>
      <w:r>
        <w:rPr>
          <w:lang w:eastAsia="zh-CN"/>
        </w:rPr>
        <w:t>　　为了提高队伍的整体素质，公司将队伍的规范管理放在第一位。公司领导遵循以“三抓三定”为核心的管理模式，三抓为：抓队伍、抓思想、抓工作；三定为：各受保单位的重点要害部位要做到定人、定岗、定职责。公司制定每周一为部门工作汇报例会，各部门汇报上周工作情况及本周工作安排，对在工作中遇到的难题及时在会上提出，公司领导根据实际工作情况做出解决方案。周二为部门保安员例会，由各部门负责对公司的各项工作计划进行传达与部署，使保安员能够做到各项工作目标明确，对公司的任务心中有数，行为有章可循，队伍整体综合素质得到了提高。全体保安员工作认真负责，勤勤恳恳，受到了</w:t>
      </w:r>
      <w:r>
        <w:rPr>
          <w:lang w:eastAsia="zh-CN"/>
        </w:rPr>
        <w:br/>
      </w:r>
      <w:r>
        <w:rPr>
          <w:lang w:eastAsia="zh-CN"/>
        </w:rPr>
        <w:t>　　受保单位领导的一致好评。</w:t>
      </w:r>
      <w:r>
        <w:rPr>
          <w:lang w:eastAsia="zh-CN"/>
        </w:rPr>
        <w:br/>
      </w:r>
      <w:r>
        <w:rPr>
          <w:lang w:eastAsia="zh-CN"/>
        </w:rPr>
        <w:t>　　三、 清理整顿，专项整治工作取得成效。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为了切实有效搞好今年专项整治清理工作，认真落实市委创建“平安福州”战略构想，全方位推动社会治安综合治理，进一步规范保安服务市场，加强我保安队伍建设健康有序发展，我们先后出动督察调查模底15次，参加人员有30人次，调查模底共发现本辖区非法保安组织有22家237人，其中企事业单位7家35人，物业管理公司15家202人。我们在调查模底的同时现场均对单位领导进行有关市“五局”榕公综（）24号文件，市局榕公综（）79号文件等的宣传和做耐心细致的思想动员工作。同时我们还重点进行专项整治，先后专项行动12次，参加人员33人次，先后发出整改通知书14份，并现场再三对单位法人代表进行上级有关文件的宣传和思想教育工作，由此先后纳入联建托管与派驻的共有联建9家78人，派驻1家7人（联建企事业单位2家8人，联建物业公司7家70人。整治查处共有12家单位152人，不再以保安名义称呼。</w:t>
      </w:r>
      <w:r>
        <w:rPr>
          <w:lang w:eastAsia="zh-CN"/>
        </w:rPr>
        <w:t xml:space="preserve"> 专项整治工作取得一定成效。</w:t>
      </w:r>
      <w:r>
        <w:rPr>
          <w:lang w:eastAsia="zh-CN"/>
        </w:rPr>
        <w:br/>
      </w:r>
      <w:r>
        <w:rPr>
          <w:lang w:eastAsia="zh-CN"/>
        </w:rPr>
        <w:t>　　四、 严格督察，落实各项规章制度</w:t>
      </w:r>
      <w:r>
        <w:rPr>
          <w:lang w:eastAsia="zh-CN"/>
        </w:rPr>
        <w:br/>
      </w:r>
      <w:r>
        <w:rPr>
          <w:lang w:eastAsia="zh-CN"/>
        </w:rPr>
        <w:t>　　公司根据保安工作的实际情况，强化以人为本的管理，在严格管理的前提下，不断落实各项规章制度，对各项规章制度进行跟踪督察。公司实行三级查岗制度，不定期不分昼夜抽查各受保单位的保安工作情况。__年公司派出督察600多人次，出动以防火、防盗为重点的安全防范检查100多人次，发现不安全隐患78次，提出整改意见78条，已整改77条，整改率为98%以上。各驻点保安人员都能够自觉遵守各项规章制度，认真做好各项保安工作，确保了受保单位安全，受到了受保单位的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随着社会的进步与经济的发展，保安行业要面对更加激烈的市场竞争，公司将在新的一年里在各级部门的支持下立足本职、努力进取，要不断提高保安人员的生活、福利、待遇。以人为本，做好人性化管理，力争保安队伍稳定，抓好保守队伍建设，提高保安人员素质，创仓山品牌保安公司，努力做到公司的社会效益和经济效益双丰收。我们将在新的一年里更加努力，在抓社区技防和物业保安方面积极探索出一条适应保安业发展的新路，为协助公安机关维护社会治安做出积极贡献。</w:t>
      </w:r>
      <w:r>
        <w:rPr>
          <w:lang w:eastAsia="zh-CN"/>
        </w:rPr>
        <w:br/>
      </w:r>
      <w:r>
        <w:rPr>
          <w:lang w:eastAsia="zh-CN"/>
        </w:rPr>
        <w:t xml:space="preserve">    保安班长个人总结 篇7 </w:t>
      </w:r>
      <w:r>
        <w:rPr>
          <w:lang w:eastAsia="zh-CN"/>
        </w:rPr>
        <w:br/>
      </w:r>
      <w:r>
        <w:rPr>
          <w:lang w:eastAsia="zh-CN"/>
        </w:rPr>
        <w:t>　　审视自己一年来的工作，总结一年的得失，感触良多。一年来，我热衷于本职工作，严格要求自己，摆正自己的工作位置，时刻保持“谦虚”、“谨慎”、“律己”的态度。在领导的关心、栽培和同事们的帮助支持下，始终勤奋学习、积极进取，努力提高自我，始终勤奋工作，认真完成任务，履行好岗位职责。作为一名保安员，但在我心中，__工厂就是我的家，领导就是我的家长，同事就是我的兄弟姐妹，工厂的事就是我自己的事，我要精心守卫我的家，使它在安全的环境中茁壮成长。我明白作为一个家庭成员，一名保安员“守卫工厂、守卫我家”的责任重大。</w:t>
      </w:r>
      <w:r>
        <w:rPr>
          <w:lang w:eastAsia="zh-CN"/>
        </w:rPr>
        <w:br/>
      </w:r>
      <w:r>
        <w:rPr>
          <w:lang w:eastAsia="zh-CN"/>
        </w:rPr>
        <w:t>　　保安是一项特殊的、并具有很大危险性的工作，可我没有因此而胆怯、畏惧。记得有位名人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部门经理的带领下，我们圆满地完成了今年的工作任务，同时也得到了领导的认可。我们今年的工作是比较繁琐的一年，进出的人员多且复杂，加上因当前影响而愈加加剧了当前治安形式的严峻，这都对我们的工作增加了压力，在这种情况下我们加强了对进出人员、施工人员的监管和登记，加强巡楼的力度，把事故彻底消灭在萌芽状态下，确保了工厂的安全。</w:t>
      </w:r>
      <w:r>
        <w:rPr>
          <w:lang w:eastAsia="zh-CN"/>
        </w:rPr>
        <w:br/>
      </w:r>
      <w:r>
        <w:rPr>
          <w:lang w:eastAsia="zh-CN"/>
        </w:rPr>
        <w:t>　　在工作之余，在部门的部署下，我们进行了保安员体能训练，内容包括，队列训练，军体拳等。坚持完成预期目标，保质保量地完成训练计划，我刚开始时也和队员一样有怨言，觉得成天训练这个没什么必要，但最终我明白要想有整体过硬的业务本领和强壮的体能素质，没有刻苦训练关键时刻怎么能发挥出我们“养兵千日、用兵一时”的作用呢？所以我们一直坚持。</w:t>
      </w:r>
      <w:r>
        <w:rPr>
          <w:lang w:eastAsia="zh-CN"/>
        </w:rPr>
        <w:br/>
      </w:r>
      <w:r>
        <w:rPr>
          <w:lang w:eastAsia="zh-CN"/>
        </w:rPr>
        <w:t>　　作为保安还是一名义务的消防员，今年在部门组织的几次消防安全培训和发生火灾时的应急处理方案中，能认真地学习记录，掌握消防知识，结合工厂的消防设备、设施，定期组织人员进行设备的巡查和维护工作，以“预防为主、防消结合”的方针，确保住工厂的生命财产和安全。</w:t>
      </w:r>
      <w:r>
        <w:rPr>
          <w:lang w:eastAsia="zh-CN"/>
        </w:rPr>
        <w:br/>
      </w:r>
      <w:r>
        <w:rPr>
          <w:lang w:eastAsia="zh-CN"/>
        </w:rPr>
        <w:t xml:space="preserve">    保安班长个人总结 篇8 </w:t>
      </w:r>
      <w:r>
        <w:rPr>
          <w:lang w:eastAsia="zh-CN"/>
        </w:rPr>
        <w:br/>
      </w:r>
      <w:r>
        <w:rPr>
          <w:lang w:eastAsia="zh-CN"/>
        </w:rPr>
        <w:t>　　转眼已在招行度过两个春秋。我虽是一名普通的保安员，但在我心中，支行就是我的家，领导是我的家长，行里的职工是我的兄弟姐妹，行里的事就是我自己的事，我要精心守护我的家，使它在安全的环境中茁壮成长。我明白作为一个家庭成员，一名保安员“守卫招行、守卫我家”的责任重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银行安全保卫是一项特殊的、并具有很大危险性的工作，可我没有因此而胆怯、畏惧。卡内基钢铁公司总裁齐瓦勃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们的每一项任务，做到让领导放心。随着招行安全保卫工作的不断开展，我经常思索：如何才能更进一步地做好安全防范工作，如何提高我们警员的自身的素质和工作能力！现总结如下</w:t>
      </w:r>
      <w:r>
        <w:rPr>
          <w:lang w:eastAsia="zh-CN"/>
        </w:rPr>
        <w:br/>
      </w:r>
      <w:r>
        <w:rPr>
          <w:lang w:eastAsia="zh-CN"/>
        </w:rPr>
        <w:t>　　一、立足本职工作，处理好每向任务</w:t>
      </w:r>
      <w:r>
        <w:rPr>
          <w:lang w:eastAsia="zh-CN"/>
        </w:rPr>
        <w:br/>
      </w:r>
      <w:r>
        <w:rPr>
          <w:lang w:eastAsia="zh-CN"/>
        </w:rPr>
        <w:t>　　20__年我来到支行直到现在，我主要负责支行营业大厅和自助银行值班及日常清机，押运的保卫任务，记得刚到招行时，为了能快速进入角色，熟悉工作。我利用一切可能的时间学习招行保安工作的各项规章制度，遇到不明白的地方就立即向班长及老同志请教。在支行大厅值班时见到有客户向大堂经理咨询时我就在一边仔细的听着，然后默默的记下来，遇到不明白的地方及时主动地向大堂经理请教，为提高自己的工作能力和服务水平，在平时工作中，我学会了塌实，勤奋，务实，兢兢业业地干好每一项工作，所以我很快就熟悉了工作技巧。赢得了许多客户的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我记得第一次被客户表扬时是一次我在支行大厅值班，当时客户很多，我见到一位年纪30岁左右的客户东张西望，我就主动上前问到：“您好，先生，请问您需要办什么业务？”客户回答说：“我有一笔钱要汇到深圳的一个朋友那里，要填什么单子吗？”我说：“要填的，请问你要汇的金额大吗？”客户说：“三十多万吧，”我说：“那手续费可能高一点。大概需要1000多元的手续费”客户吃惊的说，“以前不是50元就够了吗？”于是我耐心的向客户解释说：“不好意思，我们这里系统刚升级过，汇款方式有所变动，以前通过转账的方法汇出去的，要第二天才能到账，系统升级后该业务已经取消了。接着我就向该客户介绍了网上银行专业版，然后告诉他如果通过网上汇的话手续费只有0.2%而且是50元封顶的！该客户得知一卡通在网上转帐时，他立刻就填写了开护申请书和网上专业版申请书，使该客户减少了等待时间，在我的帮助下很快办理了业务。临走时，该客户来到大堂经理面前微笑着说：“你们保安服务态度很好，没想到你们保安也这么懂业务，我很满意。”然后走到客户意见簿上写道：“保安服务态度非常好，服务也比较专业，请领导给予表扬。”虽然是短短的两行字，但但确是对我工作的最大肯定！</w:t>
      </w:r>
      <w:r>
        <w:rPr>
          <w:lang w:eastAsia="zh-CN"/>
        </w:rPr>
        <w:br/>
      </w:r>
      <w:r>
        <w:rPr>
          <w:lang w:eastAsia="zh-CN"/>
        </w:rPr>
        <w:t>　　二、勤学苦练、强化自身素质</w:t>
      </w:r>
      <w:r>
        <w:rPr>
          <w:lang w:eastAsia="zh-CN"/>
        </w:rPr>
        <w:br/>
      </w:r>
      <w:r>
        <w:rPr>
          <w:lang w:eastAsia="zh-CN"/>
        </w:rPr>
        <w:t>　　无论做任何事，务心竭尽全力，因为它能决定一个人事业的成账。我深知，作为银行的警员，平时接触现金的机会多，所以必须具备较高的个人综合素质，否则就容易出问题，而只有不断强化自身的综合素质和业务技能，才能提高自己的整体工作水平与战斗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俗话说的好：“打铁还得自身硬”，如果自己都一知半解又怎么能令客户满意呢？所以我几次参加保安公司、金融系统及招商银行组织的各种政治理论、专业技能和法律法规方面的培训《处罚条例》等活动，平时小队长还要求我们互相帮助沟通交流的学习心得、不定期摘选优秀文章在班上宣读并结合实际交换看法等，形成了一个“比、学、赶、帮、超”的良好氛围，不但提高了我的思想道德素质和政治理论修养，在潜移默化中改变了大家处理问题时的思维方式，还促进了彼此间的友谊，可谓一举多得。</w:t>
      </w:r>
      <w:r>
        <w:rPr>
          <w:lang w:eastAsia="zh-CN"/>
        </w:rPr>
        <w:br/>
      </w:r>
      <w:r>
        <w:rPr>
          <w:lang w:eastAsia="zh-CN"/>
        </w:rPr>
        <w:t>　　在参加思想道德教育的同时，也积极参加体能训练，内容包括：队列训练、擒拿格斗、三十分钟的俯卧撑、哑铃等体能练习，休息时还参加爬山等运动。坚持完成预期目标，保质保量地完成训练计划。我刚开始时出现了叫苦叫累的现象。但我明白作为银行的经警，只有练就了过硬的业务本领和有强壮的体能素质，才能更好地发挥其辅警作用，“养兵千日、用兵一时”，没有日常刻苦的训练，关键时刻怎么能发挥出我们的作用呢？所以，我不怕苦，不怕累一直坚持。</w:t>
      </w:r>
      <w:r>
        <w:rPr>
          <w:lang w:eastAsia="zh-CN"/>
        </w:rPr>
        <w:br/>
      </w:r>
      <w:r>
        <w:rPr>
          <w:lang w:eastAsia="zh-CN"/>
        </w:rPr>
        <w:t>　　三、自动自发</w:t>
      </w:r>
      <w:r>
        <w:rPr>
          <w:lang w:eastAsia="zh-CN"/>
        </w:rPr>
        <w:br/>
      </w:r>
      <w:r>
        <w:rPr>
          <w:lang w:eastAsia="zh-CN"/>
        </w:rPr>
        <w:t>　　自己的事自己办。想，想别人之前；做，做别人没有做的。</w:t>
      </w:r>
      <w:r>
        <w:rPr>
          <w:lang w:eastAsia="zh-CN"/>
        </w:rPr>
        <w:br/>
      </w:r>
      <w:r>
        <w:rPr>
          <w:lang w:eastAsia="zh-CN"/>
        </w:rPr>
        <w:t>　　我自己在平时空余时间监控与消防知识。自助银行安装数码监控时，我虚心请教安装技术人员及时掌握操作程序，并学会了摄象机的简单维护与安装。平时如出现一些小的故障我都自己完成，减少供应商来行维护所需要的不必要的费用，和带来安全的隐患。熟悉消防的总体布局及每一个设备的位置：如火警按扭，烟感探头，消防栓等。加强消防知识学习。懂灭火器的一般知识：什么着火，用什么灭火器。会主动帮助班长对灭火器定期检查，如有压力不足，及时汇报，确保灭火器材处于正常的运转状态。对突发事件提供了安全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最后我想说：我的岗位虽然很平凡，但为了“守卫招行，守护我的家”。我爱我的家，爱招行，爱我的职业，愿将我平凡而又坚毅的青春与蓬勃朝气倾注到自己所爱的职业和家中去，未来我将一如既往地做好自己的本职工作，更加严格要求自己，为招行贡献自己的微薄之力！</w:t>
      </w:r>
      <w:r>
        <w:rPr>
          <w:lang w:eastAsia="zh-CN"/>
        </w:rPr>
        <w:br/>
      </w:r>
      <w:r>
        <w:rPr>
          <w:lang w:eastAsia="zh-CN"/>
        </w:rPr>
        <w:t xml:space="preserve">    保安班长个人总结 篇9 </w:t>
      </w:r>
      <w:r>
        <w:rPr>
          <w:lang w:eastAsia="zh-CN"/>
        </w:rPr>
        <w:br/>
      </w:r>
      <w:r>
        <w:rPr>
          <w:lang w:eastAsia="zh-CN"/>
        </w:rPr>
        <w:t>　　我是去年的12月份来到__公司的，在随后的三个月里，我荣幸的成为了一名保安队长。在担任队长的那段时间里，我努力工作，刻苦学习，很快的就明白了担任队长应该具有怎样的职责。现在，我就对过去的一段工作时间做下总结：</w:t>
      </w:r>
      <w:r>
        <w:rPr>
          <w:lang w:eastAsia="zh-CN"/>
        </w:rPr>
        <w:br/>
      </w:r>
      <w:r>
        <w:rPr>
          <w:lang w:eastAsia="zh-CN"/>
        </w:rPr>
        <w:t>　　一、队伍建设及安全礼仪服务</w:t>
      </w:r>
      <w:r>
        <w:rPr>
          <w:lang w:eastAsia="zh-CN"/>
        </w:rPr>
        <w:br/>
      </w:r>
      <w:r>
        <w:rPr>
          <w:lang w:eastAsia="zh-CN"/>
        </w:rPr>
        <w:t>　　1、保安队伍的组建，入职条件必须是政治合格，无犯罪记录，诚实、守信，要具备爱岗敬业精神，服务和服从意识要强。入职前要通过试用期，确保每位保安员符合公司的要求，现有保安14认，7人是退伍军人，7人是有责任心的青年，是一支比较有进取心、有凝聚力的队伍。</w:t>
      </w:r>
      <w:r>
        <w:rPr>
          <w:lang w:eastAsia="zh-CN"/>
        </w:rPr>
        <w:br/>
      </w:r>
      <w:r>
        <w:rPr>
          <w:lang w:eastAsia="zh-CN"/>
        </w:rPr>
        <w:t>　　2、对新入职保安员进行专业知识培训以防火、防盗、防破坏为重点，突发性事件的处理，应急能力的培训。经试用合格后上岗，保证工作正常开展。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3、加强工作职责的培训和提升，服务礼仪的培训，礼貌值班、文明接待来访人员。在公司规章制度范围内，尽量为来访人员提供便利，加强语言沟通能力的培训，培养提升服务的价值观，树立良好的服务形象。</w:t>
      </w:r>
      <w:r>
        <w:rPr>
          <w:lang w:eastAsia="zh-CN"/>
        </w:rPr>
        <w:br/>
      </w:r>
      <w:r>
        <w:rPr>
          <w:lang w:eastAsia="zh-CN"/>
        </w:rPr>
        <w:t>　　4、在节日、庆典活动中，协作办公室做好了后勤保障工作，会场的布置，和现场保卫工作，礼仪服务善始善终。并受到公司领导的好评，通过在日常巡查工作中，定时定点巡查、消除了安全隐患，确保无损坏和盗窃事件发生。</w:t>
      </w:r>
      <w:r>
        <w:rPr>
          <w:lang w:eastAsia="zh-CN"/>
        </w:rPr>
        <w:br/>
      </w:r>
      <w:r>
        <w:rPr>
          <w:lang w:eastAsia="zh-CN"/>
        </w:rPr>
        <w:t>　　二、制度的建立与完善</w:t>
      </w:r>
      <w:r>
        <w:rPr>
          <w:lang w:eastAsia="zh-CN"/>
        </w:rPr>
        <w:br/>
      </w:r>
      <w:r>
        <w:rPr>
          <w:lang w:eastAsia="zh-CN"/>
        </w:rPr>
        <w:t>　　1、工作的规范有序、卓有成效的关键是靠科学适用的制度作保证，“不以规矩，不成方圆。自升任队长后，我对值班、交接班、学习、训练等方面都出台了一整套严格、实用的制度，对团队实行准军事化管理，用制度来规范大家的行为，用制度来保证工作任务的完成。</w:t>
      </w:r>
      <w:r>
        <w:rPr>
          <w:lang w:eastAsia="zh-CN"/>
        </w:rPr>
        <w:br/>
      </w:r>
      <w:r>
        <w:rPr>
          <w:lang w:eastAsia="zh-CN"/>
        </w:rPr>
        <w:t>　　2、制定、建立健全保安队各项任务、保安工作守则，各岗位职责、会议制度、培训制度、查岗巡查制度、奖罚制度、工作请示汇报制度、人员车辆物品出入检查登记制度，并一一完善存档，以敏捷快速反应来推动安全，通过这些制度进一步完善、落实，使我们提升服务形象，用更专业、更敬业的态度赢得领导及员工对保安工作的支持和信任，并随机抽查保安各岗来保障制度落实。</w:t>
      </w:r>
      <w:r>
        <w:rPr>
          <w:lang w:eastAsia="zh-CN"/>
        </w:rPr>
        <w:br/>
      </w:r>
      <w:r>
        <w:rPr>
          <w:lang w:eastAsia="zh-CN"/>
        </w:rPr>
        <w:t>　　3、并配合公安局制定并完善了有市局统一制定的：名为“管辖单位监管系统的一个软件，资料定时更新，通过系统，可以优先的查阅个公司安保人员的一切个人信息，为安保工作提供了很大的帮助。</w:t>
      </w:r>
      <w:r>
        <w:rPr>
          <w:lang w:eastAsia="zh-CN"/>
        </w:rPr>
        <w:br/>
      </w:r>
      <w:r>
        <w:rPr>
          <w:lang w:eastAsia="zh-CN"/>
        </w:rPr>
        <w:t>　　三、几次大型接待活动的保卫工作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自公司会展中心落成后，首先迎来的是建党九十周年红歌比赛，第一届山煤趣味运动会及山煤集团廉政表彰大会，在活动期间，我们既是参赛方，又是主办方，既要参加比赛还不能丢掉接待工作，一共42个兄弟公司，人多，车多，又是第一次举行类似活动，活动前都做了详细的准备工作，保卫，消防，车辆的进出，形式路线，还有一些突发事件的应急准备，可以说是任务繁重。保卫科全体人员在活动期间一直是全员在位，任劳任怨，比赛工作两不误，在确保工作的情况下，并取得了优异的成绩，获得了公司领导的好评。</w:t>
      </w:r>
      <w:r>
        <w:rPr>
          <w:lang w:eastAsia="zh-CN"/>
        </w:rPr>
        <w:br/>
      </w:r>
      <w:r>
        <w:rPr>
          <w:lang w:eastAsia="zh-CN"/>
        </w:rPr>
        <w:t>　　1、消防工作一直是安全工作的重中之重，全公司紧紧围绕“安全第一，预防为主的安全生产方针，按照“谁主管，谁负责的原则，强化了消防安全工作的管理，加大宣传力度，全面提高了广大干部职工的消防安全意识，使公司的消防安全工作落到了实处。</w:t>
      </w:r>
      <w:r>
        <w:rPr>
          <w:lang w:eastAsia="zh-CN"/>
        </w:rPr>
        <w:br/>
      </w:r>
      <w:r>
        <w:rPr>
          <w:lang w:eastAsia="zh-CN"/>
        </w:rPr>
        <w:t>　　2、自年初起，公司先后两次共五名保安人员参加了有山西省消防总队组织消防管理人培训，回来后对消防工作有了很大的提升，加强了公司的相仿安全工作。并且全体人员都参加了，有经济开发区消防大队在我公司举行的消防知识培训，增加了全体人员的消防意识与实际的操作应急能力。通过培训和演练，有效地提高员工防患意识和应急、自救、逃生的能力，为现实生命安全提供了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3、自接到有消防总队下发的建设“四个能力的防火墙工程后，积极完善消防资料，健全职责，明确责任，切实从基础抓起，员工培训，学习，值班记录，制度上墙，日常的维护，检测，保养，消防演练，应对消防上级领导的检查，并取得了，消防安全两星级企业的称号，并在由经济开发区消防大队举行的消防知识竞赛和技能大比武中，取得了不错的成绩，得到了上级领导的认可。</w:t>
      </w:r>
      <w:r>
        <w:rPr>
          <w:lang w:eastAsia="zh-CN"/>
        </w:rPr>
        <w:br/>
      </w:r>
      <w:r>
        <w:rPr>
          <w:lang w:eastAsia="zh-CN"/>
        </w:rPr>
        <w:t>　　回顾过去，把握未来，在新的一年，我将更加努力，更加刻苦，为做好安保工作而奋斗。</w:t>
      </w:r>
      <w:r>
        <w:rPr>
          <w:lang w:eastAsia="zh-CN"/>
        </w:rPr>
        <w:br/>
      </w:r>
      <w:r>
        <w:rPr>
          <w:lang w:eastAsia="zh-CN"/>
        </w:rPr>
        <w:t xml:space="preserve">    保安班长个人总结 篇10 </w:t>
      </w:r>
      <w:r>
        <w:rPr>
          <w:lang w:eastAsia="zh-CN"/>
        </w:rPr>
        <w:br/>
      </w:r>
      <w:r>
        <w:rPr>
          <w:lang w:eastAsia="zh-CN"/>
        </w:rPr>
        <w:t>　　时间在不经意中从指尖划过，转眼间又是新的一年。回顾20__年的工作，在公司领导正确的指导和全体队员的大力积极配合下我中队能够将上级赋予的各项工作安全顺利的圆满完成！其主要表现在，安全管理、人员管控、业务水平提高、综合素质考评、以及礼节礼貌等几个方面有大幅度提高与进步。现将过去一年的具体工作情况和明年的工作目标分以下几个方面向部门领导总结汇报如下：</w:t>
      </w:r>
      <w:r>
        <w:rPr>
          <w:lang w:eastAsia="zh-CN"/>
        </w:rPr>
        <w:br/>
      </w:r>
      <w:r>
        <w:rPr>
          <w:lang w:eastAsia="zh-CN"/>
        </w:rPr>
        <w:t>　　一、加强队伍建设</w:t>
      </w:r>
      <w:r>
        <w:rPr>
          <w:lang w:eastAsia="zh-CN"/>
        </w:rPr>
        <w:br/>
      </w:r>
      <w:r>
        <w:rPr>
          <w:lang w:eastAsia="zh-CN"/>
        </w:rPr>
        <w:t>　　1、如何加强队伍建是我中队全年工作的重点。身为中队长我是队伍的中层骨干、是兵头将尾在队伍中有这至关重要的作用。</w:t>
      </w:r>
      <w:r>
        <w:rPr>
          <w:lang w:eastAsia="zh-CN"/>
        </w:rPr>
        <w:br/>
      </w:r>
      <w:r>
        <w:rPr>
          <w:lang w:eastAsia="zh-CN"/>
        </w:rPr>
        <w:t>　　2、为了队伍整体提高我还自行组织了多次业务知识培训和专业知识考评促进了共同学习。培养了带班分队长的模范带头作用，同时也提高了其管理和处理各类突发事件的能力。不定期对全体队员进行培训，让队员了解公司的企业文化服务理念，以及紧紧围绕公司领导所提倡的把服务做得更好、做的更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3、由于细致的培训不仅减少了对保安队伍的投诉，还在所服务单位树立了良好形象，受到服务单位领导及同事好评，并在服务单位树立很高威信。为公司领导省了不少心，还为保安队建设打下良好的基础！</w:t>
      </w:r>
      <w:r>
        <w:rPr>
          <w:lang w:eastAsia="zh-CN"/>
        </w:rPr>
        <w:br/>
      </w:r>
      <w:r>
        <w:rPr>
          <w:lang w:eastAsia="zh-CN"/>
        </w:rPr>
        <w:t>　　二、加强军事训练、养成良好作风</w:t>
      </w:r>
      <w:r>
        <w:rPr>
          <w:lang w:eastAsia="zh-CN"/>
        </w:rPr>
        <w:br/>
      </w:r>
      <w:r>
        <w:rPr>
          <w:lang w:eastAsia="zh-CN"/>
        </w:rPr>
        <w:t>　　由于我中队服务单位的特殊性，所以就要求队员加强军事训练提高军事素质，进一步强化岗位纪律，增强忧患意识。</w:t>
      </w:r>
      <w:r>
        <w:rPr>
          <w:lang w:eastAsia="zh-CN"/>
        </w:rPr>
        <w:br/>
      </w:r>
      <w:r>
        <w:rPr>
          <w:lang w:eastAsia="zh-CN"/>
        </w:rPr>
        <w:t>　　为此，每月中旬都牺牲队员休息时间进行全天的队列、军姿、军体拳、基本格斗技巧等一系列的训练。期间队员情绪高涨彼此切磋交流交换意见。进一步调动了队员工作积极性还融洽了同事之间的关系。</w:t>
      </w:r>
      <w:r>
        <w:rPr>
          <w:lang w:eastAsia="zh-CN"/>
        </w:rPr>
        <w:br/>
      </w:r>
      <w:r>
        <w:rPr>
          <w:lang w:eastAsia="zh-CN"/>
        </w:rPr>
        <w:t>　　为了养成良好作风，我还制定了上班期间所必须遵守的几个小的生活细节：</w:t>
      </w:r>
      <w:r>
        <w:rPr>
          <w:lang w:eastAsia="zh-CN"/>
        </w:rPr>
        <w:br/>
      </w:r>
      <w:r>
        <w:rPr>
          <w:lang w:eastAsia="zh-CN"/>
        </w:rPr>
        <w:t>　　1、在上班期间在本单位不得嬉笑打闹严禁相互之间搭肩勾背</w:t>
      </w:r>
      <w:r>
        <w:rPr>
          <w:lang w:eastAsia="zh-CN"/>
        </w:rPr>
        <w:br/>
      </w:r>
      <w:r>
        <w:rPr>
          <w:lang w:eastAsia="zh-CN"/>
        </w:rPr>
        <w:t>　　2、在本服务单位上班期间出去场所必须三人成路，二人成列规范一言一行</w:t>
      </w:r>
      <w:r>
        <w:rPr>
          <w:lang w:eastAsia="zh-CN"/>
        </w:rPr>
        <w:br/>
      </w:r>
      <w:r>
        <w:rPr>
          <w:lang w:eastAsia="zh-CN"/>
        </w:rPr>
        <w:t>　　3、不定时检查队员军容风纪，染头发、长指甲、衣帽不整洁，一律督促其立即改正，屡教不改的将上报公司进行处理</w:t>
      </w:r>
      <w:r>
        <w:rPr>
          <w:lang w:eastAsia="zh-CN"/>
        </w:rPr>
        <w:br/>
      </w:r>
      <w:r>
        <w:rPr>
          <w:lang w:eastAsia="zh-CN"/>
        </w:rPr>
        <w:t>　　4、在接待外单位人员及上访人员都要文明用语热情接待，对老、弱、病、残人员都要一事同仁不得歧视不厌其烦的为外来和上访人员联系有关事宜。</w:t>
      </w:r>
      <w:r>
        <w:rPr>
          <w:lang w:eastAsia="zh-CN"/>
        </w:rPr>
        <w:br/>
      </w:r>
      <w:r>
        <w:rPr>
          <w:lang w:eastAsia="zh-CN"/>
        </w:rPr>
        <w:t>　　三、搞好安全措施积极配合服务单位工作</w:t>
      </w:r>
      <w:r>
        <w:rPr>
          <w:lang w:eastAsia="zh-CN"/>
        </w:rPr>
        <w:br/>
      </w:r>
      <w:r>
        <w:rPr>
          <w:lang w:eastAsia="zh-CN"/>
        </w:rPr>
        <w:t>　　1、正所谓安全无小事，积极搞好安全工作是我中队在本服务单位的又一个重中之重的大事。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为了落实公司领导和服务单位的安全要求。我中队集合队伍情况每晚对本服务单位大楼进行巡夜查点小组，特定每巡夜小组人员不低于两人必须配备警用器械、手电筒、对讲机等防护通讯辅助器材确保自身安全的情况下更好完成巡视工作。</w:t>
      </w:r>
      <w:r>
        <w:rPr>
          <w:lang w:eastAsia="zh-CN"/>
        </w:rPr>
        <w:br/>
      </w:r>
      <w:r>
        <w:rPr>
          <w:lang w:eastAsia="zh-CN"/>
        </w:rPr>
        <w:t>　　2、主要巡查火、漏电、漏水情况。</w:t>
      </w:r>
      <w:r>
        <w:rPr>
          <w:lang w:eastAsia="zh-CN"/>
        </w:rPr>
        <w:br/>
      </w:r>
      <w:r>
        <w:rPr>
          <w:lang w:eastAsia="zh-CN"/>
        </w:rPr>
        <w:t>　　在特殊季节供水供暖时期还加派了巡查次数和时间确保大楼个个地点安全隐患能够及时发现及时处理，积极配合服务单位调整人员巡视受到各级领导好评。</w:t>
      </w:r>
      <w:r>
        <w:rPr>
          <w:lang w:eastAsia="zh-CN"/>
        </w:rPr>
        <w:br/>
      </w:r>
      <w:r>
        <w:rPr>
          <w:lang w:eastAsia="zh-CN"/>
        </w:rPr>
        <w:t>　　四、做好每一名队员的思想工作是稳定中队各项工作开展的源头</w:t>
      </w:r>
      <w:r>
        <w:rPr>
          <w:lang w:eastAsia="zh-CN"/>
        </w:rPr>
        <w:br/>
      </w:r>
      <w:r>
        <w:rPr>
          <w:lang w:eastAsia="zh-CN"/>
        </w:rPr>
        <w:t>　　1、在工作中我们是同事，在生活中我们是好哥们好兄弟。为了能够更好的了解每一名队员有什么困难、在想什么和他们的爱好取向等能够影响工作开展，影响工作积极性的问题进行排查并一一解决。</w:t>
      </w:r>
      <w:r>
        <w:rPr>
          <w:lang w:eastAsia="zh-CN"/>
        </w:rPr>
        <w:br/>
      </w:r>
      <w:r>
        <w:rPr>
          <w:lang w:eastAsia="zh-CN"/>
        </w:rPr>
        <w:t>　　2、我自行制定了每月定时和不定时的和队员谈心交流交心。把出现的问题在能力范围之内的尽力解决，解决不了的帮助其出谋划策尽可能的帮助队员度过困难时期，把问题最小化的解决。</w:t>
      </w:r>
      <w:r>
        <w:rPr>
          <w:lang w:eastAsia="zh-CN"/>
        </w:rPr>
        <w:br/>
      </w:r>
      <w:r>
        <w:rPr>
          <w:lang w:eastAsia="zh-CN"/>
        </w:rPr>
        <w:t>　　以上是我的年终总结。其中，包括很多方面都是全年的工作亮点也是本人对公司领导大力关怀的全身心的回报。当然在工作中本人也存在许多不足之处，在以后的工作中我会学他人之长补己之短进一步的为保安事业贡献自己的力量！在现有基础上发挥我的特长再立新功！</w:t>
      </w:r>
      <w:r>
        <w:rPr>
          <w:lang w:eastAsia="zh-CN"/>
        </w:rPr>
        <w:br/>
      </w:r>
      <w:r>
        <w:rPr>
          <w:lang w:eastAsia="zh-CN"/>
        </w:rPr>
        <w:t>　　作为公司保安的班长，现在我对这一年的工作进行一个总结。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首先，工作中，队员的思想比较稳定，内部之间都比较团结，当班期间能保持警惕性。</w:t>
      </w:r>
      <w:r>
        <w:rPr>
          <w:lang w:eastAsia="zh-CN"/>
        </w:rPr>
        <w:br/>
      </w:r>
      <w:r>
        <w:rPr>
          <w:lang w:eastAsia="zh-CN"/>
        </w:rPr>
        <w:t>　　在人员紧、任务重、工作量大、工作时间长＂的情况下全体队员都能克服一切困难。严格把关，能严格按照酒店的各项规章制度去办、去做、去干。其次，全年没有发生过任何违法行为和其他安全事故。队员对酒店的环境以及周边环境都比较熟悉。不关天气的恶劣，队员们都能监守自己的岗位，没有因为天气问题而影响正常上班。在这一年里，能不折不扣的完成酒店领导所布置的各种任务。</w:t>
      </w:r>
      <w:r>
        <w:rPr>
          <w:lang w:eastAsia="zh-CN"/>
        </w:rPr>
        <w:br/>
      </w:r>
      <w:r>
        <w:rPr>
          <w:lang w:eastAsia="zh-CN"/>
        </w:rPr>
        <w:t>　　但还存在着一些不足</w:t>
      </w:r>
      <w:r>
        <w:rPr>
          <w:lang w:eastAsia="zh-CN"/>
        </w:rPr>
        <w:br/>
      </w:r>
      <w:r>
        <w:rPr>
          <w:lang w:eastAsia="zh-CN"/>
        </w:rPr>
        <w:t>　　1、队员工作态度还不够积极，工作方法还不够灵活，行为语言上还不够到位，在上班期间存在着侥幸心理，在上班期间对劳动纪律的遵守还不够，有些队员在岗位上吃东西的现象始有存在；上班期间队员与队员之间没有监守岗位，经常站在一起聊天。导致车子来了后，不能及时对车辆进行指挥，出现了擦车和车子不能停到位的现象，浪费车位比较严重。</w:t>
      </w:r>
      <w:r>
        <w:rPr>
          <w:lang w:eastAsia="zh-CN"/>
        </w:rPr>
        <w:br/>
      </w:r>
      <w:r>
        <w:rPr>
          <w:lang w:eastAsia="zh-CN"/>
        </w:rPr>
        <w:t>　　2、交接班不够准时，接班前后没有对车辆进行检查的意识，有少数队员没有时间概念，对上班不够重视，出现了拖岗现象；在交接班前后没有对车辆进行检查，以至于后一班接班不知道上一个班车辆的情况。</w:t>
      </w:r>
      <w:r>
        <w:rPr>
          <w:lang w:eastAsia="zh-CN"/>
        </w:rPr>
        <w:br/>
      </w:r>
      <w:r>
        <w:rPr>
          <w:lang w:eastAsia="zh-CN"/>
        </w:rPr>
        <w:t>　　3、队员礼节礼貌做得不够好，见到酒店领导和客人都没有敬礼和问好。在指挥客人停车的过程中，用语不行，甚至和客人进行争吵的现象都有发生，让客人听了不舒服。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4、队员的普遍素质比较差，军训时，训练场上嬉笑打闹的现象比较多，接受能力比较差，没有我要练的意识。都要领班随时跟在背后念，才能做好。没有顾客至上的意识，严重损害了酒店的公共形象。</w:t>
      </w:r>
      <w:r>
        <w:rPr>
          <w:lang w:eastAsia="zh-CN"/>
        </w:rPr>
        <w:br/>
      </w:r>
      <w:r>
        <w:rPr>
          <w:lang w:eastAsia="zh-CN"/>
        </w:rPr>
        <w:t>　　虽然在领导的关心支持下，在同志们的帮助下我在工作中取得了一定的成绩，但是，离领导的要求和同志们的期望还有一定的差距。工作中，还有一些不尽人意的地方。我会吸取教训，总结经验。</w:t>
      </w:r>
      <w:r>
        <w:rPr>
          <w:lang w:eastAsia="zh-CN"/>
        </w:rPr>
        <w:br/>
      </w:r>
      <w:r>
        <w:rPr>
          <w:lang w:eastAsia="zh-CN"/>
        </w:rPr>
        <w:t xml:space="preserve">    保安班长个人总结 篇11 </w:t>
      </w:r>
      <w:r>
        <w:rPr>
          <w:lang w:eastAsia="zh-CN"/>
        </w:rPr>
        <w:br/>
      </w:r>
      <w:r>
        <w:rPr>
          <w:lang w:eastAsia="zh-CN"/>
        </w:rPr>
        <w:t>　　即将过去，在这一年里，在公司领导的关怀下，在学校行政和支部的领导下，我们学区全班保安人员一道在校园保安的工作岗位上，以维护校园正常教学秩序，保障校园师生安全为己任，勤勤恳恳，忠于职守，齐心协力，共同努力，为金积学区各小学的安全保卫工作做出了积极的贡献，确保了所在学校校园秩序的持续稳定，圆满完成了保安公司及学校领导交给的各项任务，与此同时我们的工作也得到了公司和学校领导的肯定。</w:t>
      </w:r>
      <w:r>
        <w:rPr>
          <w:lang w:eastAsia="zh-CN"/>
        </w:rPr>
        <w:br/>
      </w:r>
      <w:r>
        <w:rPr>
          <w:lang w:eastAsia="zh-CN"/>
        </w:rPr>
        <w:t>　　具体工作主要表现在以下几个方面：</w:t>
      </w:r>
      <w:r>
        <w:rPr>
          <w:lang w:eastAsia="zh-CN"/>
        </w:rPr>
        <w:br/>
      </w:r>
      <w:r>
        <w:rPr>
          <w:lang w:eastAsia="zh-CN"/>
        </w:rPr>
        <w:t>　　一、提高思想认识，端正工作态度</w:t>
      </w:r>
      <w:r>
        <w:rPr>
          <w:lang w:eastAsia="zh-CN"/>
        </w:rPr>
        <w:br/>
      </w:r>
      <w:r>
        <w:rPr>
          <w:lang w:eastAsia="zh-CN"/>
        </w:rPr>
        <w:t>　　学校是兴学育人，培养祖国未来人才的基地，我本人从身着保安服，加入校园保安的那一刻起，就深知自己肩负着守护校园的神圣职责，因此，思想上有了责任感和荣誉感，工作有了动力和方向。</w:t>
      </w:r>
      <w:r>
        <w:rPr>
          <w:lang w:eastAsia="zh-CN"/>
        </w:rPr>
        <w:br/>
      </w:r>
      <w:r>
        <w:rPr>
          <w:lang w:eastAsia="zh-CN"/>
        </w:rPr>
        <w:t>　　二、树立服务意识，服务于安保大局。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作为保安公司派驻学校的保安人员，时刻牢记保安公司赋予自己的责任，牢固树立起“责任重于泰山”的安全意识，牢固树立为校园安保的`服务意识，确保在校学生安全，确保学校各项工作能够安全有序地开展，杜绝重特大事故的发生。明确校园保安工作的具体要求和任务，努力做到公司领导放心，学校领导满意，校园秩序稳定。</w:t>
      </w:r>
      <w:r>
        <w:rPr>
          <w:lang w:eastAsia="zh-CN"/>
        </w:rPr>
        <w:br/>
      </w:r>
      <w:r>
        <w:rPr>
          <w:lang w:eastAsia="zh-CN"/>
        </w:rPr>
        <w:t>　　三、强化制度与管理，文明执勤</w:t>
      </w:r>
      <w:r>
        <w:rPr>
          <w:lang w:eastAsia="zh-CN"/>
        </w:rPr>
        <w:br/>
      </w:r>
      <w:r>
        <w:rPr>
          <w:lang w:eastAsia="zh-CN"/>
        </w:rPr>
        <w:t>　　1、我们始终坚持每月一次例会，一次集中学习，同时我们还要坚持每月一次的训练制度，真正达到内强素质，外树形象，使大家都能自觉严格要求自己。</w:t>
      </w:r>
      <w:r>
        <w:rPr>
          <w:lang w:eastAsia="zh-CN"/>
        </w:rPr>
        <w:br/>
      </w:r>
      <w:r>
        <w:rPr>
          <w:lang w:eastAsia="zh-CN"/>
        </w:rPr>
        <w:t>　　2、创造思想统一、团结一致、相互帮助、相互关心，“心往一处想，劲往一处使”的工作氛围。在文明执勤中，大家都能统一要求、统一着装，做到文明礼貌，虚心待人、热情大方，自觉树立保安人员的良好形象。</w:t>
      </w:r>
      <w:r>
        <w:rPr>
          <w:lang w:eastAsia="zh-CN"/>
        </w:rPr>
        <w:br/>
      </w:r>
      <w:r>
        <w:rPr>
          <w:lang w:eastAsia="zh-CN"/>
        </w:rPr>
        <w:t>　　四、认真完成安保任务，落实具体安保工作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1、认真负责，忠于职守。我们保安人员工作量大，工作时间长，在没有双休日、节假日的情况下，大家都克服一切困难，自觉遵守纪律，做到不迟到不脱岗，并严格按照保安公司和学校的各项规章制度去办，能不折不扣的完成公司及学校领导所布置的各项任务。例如：在十月份保安公司为了配合市政府举办的马拉松比赛能够顺利进行，公司交给我们班的各项执勤任务都能用心的完成，学校召开各种会议，举办一些大型的活动：开展庆祝“六一”儿童节，开展春、冬季运动会等，我学区全体保安人员都能做到着装整齐，准时到岗到位。</w:t>
      </w:r>
      <w:r>
        <w:rPr>
          <w:lang w:eastAsia="zh-CN"/>
        </w:rPr>
        <w:br/>
      </w:r>
      <w:r>
        <w:rPr>
          <w:lang w:eastAsia="zh-CN"/>
        </w:rPr>
        <w:t>　　2、严把学校校门的出入关。为了维护学校的安全稳定，保障学校师生的生命安全，作为保安公司派驻金积中心学区的班长，我要求全体安保人员，严格把好校门关，杜绝社会上的闲杂人员和可疑的人员进入校园，发现有违规的黑校车或超员私家车以及摩托车接送学生的，立即制止，并用相机拍下该车的车牌号，向学校领导汇报，并交与金积镇镇政府和镇派出所，请求他们采取相应的措施。</w:t>
      </w:r>
      <w:r>
        <w:rPr>
          <w:lang w:eastAsia="zh-CN"/>
        </w:rPr>
        <w:br/>
      </w:r>
      <w:r>
        <w:rPr>
          <w:lang w:eastAsia="zh-CN"/>
        </w:rPr>
        <w:t>　　3、坚持工作日志和出入人员及校园巡逻工作的登记。同时每逢节假日，我们班的保安人员每天都在学校值班，并做好交接班工作，开展巡逻和防范工作，并做好记载。</w:t>
      </w:r>
      <w:r>
        <w:rPr>
          <w:lang w:eastAsia="zh-CN"/>
        </w:rPr>
        <w:br/>
      </w:r>
      <w:r>
        <w:rPr>
          <w:lang w:eastAsia="zh-CN"/>
        </w:rPr>
        <w:t>　　4、在完成本职工作的同时，积极主动配合学校完成一些力所能及的其他工作，如打扫校园卫生，送报刊杂志到学校各部门办公室等。</w:t>
      </w:r>
      <w:r>
        <w:rPr>
          <w:lang w:eastAsia="zh-CN"/>
        </w:rPr>
        <w:br/>
      </w:r>
      <w:r>
        <w:rPr>
          <w:lang w:eastAsia="zh-CN"/>
        </w:rPr>
        <w:t>　　以上的总结即是对我们这一年来工作的回顾，这一切的成绩都离不开全体保安队员的用心和努力。当然我们也存在着不足之处，例如：个别人员着装不整、思想不够稳定、工作态度不够积极、工作方法不够灵活、行为语言上还有不够到位的地方等等，这些都需要我们今后引以为戒。作为班长，我有责任带领大家创建更好的工作环境，发现问题及时纠错，做好带头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我坚信在以后的工作中，我们全体保安人员会齐心协力，发扬成绩，改进不足，不断提高自己思想素质和业务水平能力。我们全体保安人员，会为了维护保安公司的利益，为了维护保安公司的诚信，为了使我们的客户更满意而努力奋斗，为了争取成为保安公司的先进班集体而努力拼搏！</w:t>
      </w:r>
      <w:r>
        <w:rPr>
          <w:lang w:eastAsia="zh-CN"/>
        </w:rPr>
        <w:br/>
      </w:r>
      <w:r>
        <w:rPr>
          <w:lang w:eastAsia="zh-CN"/>
        </w:rPr>
        <w:t xml:space="preserve">    保安班长个人总结 篇12 </w:t>
      </w:r>
      <w:r>
        <w:rPr>
          <w:lang w:eastAsia="zh-CN"/>
        </w:rPr>
        <w:br/>
      </w:r>
      <w:r>
        <w:rPr>
          <w:lang w:eastAsia="zh-CN"/>
        </w:rPr>
        <w:t>　　时间在不经意中从指间划过，转瞬间又是一年，回顾20__年的工作，在分公司领导的正确指导和全体队员的大力配合下，保安队的各项工作都能够按部就班的正常开展，特别是人员管理、车辆管理、治安管理、消防管理、车辆管理工作及保安员的岗位纪律形象，礼节礼貌等都有一定程度的提高，现就20__年的工作情况总结如下：首先作为保安队长的我，在日常的工作中严格要求自己，自觉遵守公司的各项规章制度，处之身先士卒，事事以身作则，作为保安队长始终坚持打铁先得自身硬的要求，在工作中以自己的实际行动潜移默化的影响和带动全体队员，同时不断加强自我学习，提高自身业务知识和专业技能，通过不懈努力，我们保安队可以说是成绩多多，受益多多。由于是重点防法火单位，进入的运输车辆多，业务多，进出人员复杂，所以责任重大，为了保质保量完成，履行好我们肩负的使命，上一年我们重点抓了以下三项工作：</w:t>
      </w:r>
      <w:r>
        <w:rPr>
          <w:lang w:eastAsia="zh-CN"/>
        </w:rPr>
        <w:br/>
      </w:r>
      <w:r>
        <w:rPr>
          <w:lang w:eastAsia="zh-CN"/>
        </w:rPr>
        <w:t>　　一、抓队伍建设</w:t>
      </w:r>
      <w:r>
        <w:rPr>
          <w:lang w:eastAsia="zh-CN"/>
        </w:rPr>
        <w:br/>
      </w:r>
    </w:p>
    <w:p w:rsidR="001B1F19" w14:textId="27C3F48A">
      <w:pPr>
        <w:rPr>
          <w:rFonts w:hint="eastAsia"/>
          <w:lang w:eastAsia="zh-CN"/>
        </w:rPr>
      </w:pPr>
      <w:r>
        <w:rPr>
          <w:lang w:eastAsia="zh-CN"/>
        </w:rPr>
        <w:t>　　一支过硬的队伍是做好工作的保证，所以我认为要做好队伍建设就要首先加强班长自身的业务和综合素质的提高，队长作为带兵人在工作中有着至关重要的作用，通过我多次自学业务知识，专研业务技能，培养了我领班的模范带头作用，提高了我管理水准和处理各类突发事作的能力，并每月对全体队员(特别是新入职队员)进行不定期培训，和他们全面了解公司企业文化理念，紧紧围绕_总提倡的“客户是上帝，服务是灵魂，用心服务”等诸多细节文化，由于培训和教育到位，不仅减少了保安队的投诉率，还取得了良好的效果，圆满地完成各项工作任务，为客户创建了一个文明，和谐，安全的生产，生活的工作环境，树立了我公司良好的形象。</w:t>
      </w:r>
      <w:r>
        <w:rPr>
          <w:lang w:eastAsia="zh-CN"/>
        </w:rPr>
        <w:br/>
      </w:r>
      <w:r>
        <w:rPr>
          <w:lang w:eastAsia="zh-CN"/>
        </w:rPr>
        <w:t>　　二、重视客户单位的安全防范</w:t>
      </w:r>
      <w:r>
        <w:rPr>
          <w:lang w:eastAsia="zh-CN"/>
        </w:rPr>
        <w:br/>
      </w:r>
      <w:r>
        <w:rPr>
          <w:lang w:eastAsia="zh-CN"/>
        </w:rPr>
        <w:t>　　善始善终地严抓车辆和人员的进出工作，制定完善的管理制度，每天对外出的车辆和人员进行检查，确保公司的财物不受到损失，在_月_号的晚上12点25分，从外来了两个可疑人员，原来是白天运木材没有能够及时结帐的人员，承诺是24小时都可以结帐，由于当天是星期天晚上，财务没有及时在银行取现金，所以引起客户的不满意，而且这两个人是在喝了大量的酒之后来公司，语言和行为都不理智，当时我们采取了耐心劝说和严重声明了法律法规，由于我们坚持原则，不吭不卑的态度震慑了两人的无理取闹，避免了他们夜间进入公司，稳定了公司的夜间生产，把业务纠纷消灭在萌芽之中，同时我们保安队也对突发事件有了更多的经验!!处理问题的能力日渐成熟!</w:t>
      </w:r>
      <w:r>
        <w:rPr>
          <w:lang w:eastAsia="zh-CN"/>
        </w:rPr>
        <w:br/>
      </w:r>
      <w:r>
        <w:rPr>
          <w:lang w:eastAsia="zh-CN"/>
        </w:rPr>
        <w:t>　　三、重视消防工作，始终坚持预防为主，防消结合的原则</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https://d.book118.com/268076132055006034</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68076132055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