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会计的实习工作总结范文（30篇）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会计的实习工作总结范文（通用30篇）</w:t>
      </w:r>
      <w:r>
        <w:rPr>
          <w:lang w:eastAsia="zh-CN"/>
        </w:rPr>
        <w:br/>
      </w:r>
      <w:r>
        <w:rPr>
          <w:lang w:eastAsia="zh-CN"/>
        </w:rPr>
        <w:t xml:space="preserve">    会计的实习工作总结范文 篇1 </w:t>
      </w:r>
      <w:r>
        <w:rPr>
          <w:lang w:eastAsia="zh-CN"/>
        </w:rPr>
        <w:br/>
      </w:r>
      <w:r>
        <w:rPr>
          <w:lang w:eastAsia="zh-CN"/>
        </w:rPr>
        <w:t>　　很幸运，当我从学校毕业，带着所有的惊惶与不安来到二公司南龙项目部的时候能碰到一个这么好的老师。</w:t>
      </w:r>
      <w:r>
        <w:rPr>
          <w:lang w:eastAsia="zh-CN"/>
        </w:rPr>
        <w:br/>
      </w:r>
      <w:r>
        <w:rPr>
          <w:lang w:eastAsia="zh-CN"/>
        </w:rPr>
        <w:t>　　都说“授人以鱼，不如授之以渔”，我想公司是深谙这个道理的，“导师带徒”的长期实行就是最好的证明。授人以鱼只救一时之急，授人以渔则可解一生之需，很幸运我参加了这个活动，而且还是在黄建明黄老师的教导之下。</w:t>
      </w:r>
      <w:r>
        <w:rPr>
          <w:lang w:eastAsia="zh-CN"/>
        </w:rPr>
        <w:br/>
      </w:r>
      <w:r>
        <w:rPr>
          <w:lang w:eastAsia="zh-CN"/>
        </w:rPr>
        <w:t>　　我总喜欢亲切的喊我们的黄老师为老黄部长，在我看来，这是一种亲昵，更是一种尊敬。老黄部长自1981年就进入中铁十一局，是个优秀的老铁道兵。当铁道兵第一师改编为铁道兵第十一工程局的时候，他也转业到财务部门工作，至今已有二十多年。这二十多年来，他辗转于秦沈、汉宜、杭长、朔黄、安新、沈大路面、浦南、龙长等多个项目，有着丰富的财务知识和经验。他也曾多次参加“导师带徒”活动，是个不可多得的良师益友。</w:t>
      </w:r>
      <w:r>
        <w:rPr>
          <w:lang w:eastAsia="zh-CN"/>
        </w:rPr>
        <w:br/>
      </w:r>
      <w:r>
        <w:rPr>
          <w:lang w:eastAsia="zh-CN"/>
        </w:rPr>
        <w:t>　　老黄部长对工作十分严苛认真，他对工作的严谨精细无不体现在每一张发票黏贴，每一笔台账登记，每一个数据填报上，而他对我的敦敦教导就是从让我熟悉凭证开始的。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最开始的学习总是单调乏味的。日复一日的翻看凭证很容易消磨一个人的耐性与积极性。我期望早日摆脱这种只能翻看凭证的枯燥日子，但又不得不按下浮躁努力汲取字里行间传递的信息。在长达半个月的时间里，我基本翻看了项目上从开场到我到来的所有凭证。</w:t>
      </w:r>
      <w:r>
        <w:rPr>
          <w:lang w:eastAsia="zh-CN"/>
        </w:rPr>
        <w:br/>
      </w:r>
      <w:r>
        <w:rPr>
          <w:lang w:eastAsia="zh-CN"/>
        </w:rPr>
        <w:t>　　不登山高，不知天之高；不临深溪，不知地之厚。实践的重要性在于能让人发觉自我的不足并加以改正。当我日渐烦躁的时候，老黄部长终于让我开始记账。现在的我完全可以嘲笑最开始的自己是如何的笨拙。虽然知道如何进行原始凭证录入，审核原始凭证并完成记账，但这简单的步骤也让我在最开始独立操作时手忙脚乱。我时常不能准确判断明细科目的选择，不能明白到底该选择应付工程款还是应付购货款等。可以说，这是我仍然不熟悉凭证的最真实体现。这时老黄部长总会耐心点出我的不足之处，简单的言语却贴实于最复杂的会计工作，而我总在他的教导之下得到豁然开朗的明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对老黄部长来说，对待财务工作严苛谨慎是一个财务人员应有的素质。他总是要求我们要时刻保持清醒，以最理性清晰的头脑去完成每一项工作。他总是对我们说：一个企业的经济效益增长开源首当其冲，但节流也不容忽视，所谓千里之堤溃于蚁穴就是最好的警醒。他时常提醒我们，对不真实、不合理、不合法的票据坚决不予报销入帐。而在他的耳提面命之下，在有关人员进行报销的时候，我提不起一点懈怠忽视的心态，认真对待每一笔报账，对有疑问的票据一律返还。</w:t>
      </w:r>
      <w:r>
        <w:rPr>
          <w:lang w:eastAsia="zh-CN"/>
        </w:rPr>
        <w:br/>
      </w:r>
      <w:r>
        <w:rPr>
          <w:lang w:eastAsia="zh-CN"/>
        </w:rPr>
        <w:t>　　在他的言传身教之下，我越深入接触就越发现自己所欠缺的有多大，所学的有多么的浮于表面。而时间越长，我也越来越懂得了用他的所教所传来标准自己的所思所做。</w:t>
      </w:r>
      <w:r>
        <w:rPr>
          <w:lang w:eastAsia="zh-CN"/>
        </w:rPr>
        <w:br/>
      </w:r>
      <w:r>
        <w:rPr>
          <w:lang w:eastAsia="zh-CN"/>
        </w:rPr>
        <w:t>　　我要求自己：对于发生的每一笔业务，尽量在当天下账；对于现金的盘点管理，做到日清月结；对于银行往来的对账工作，做到每月末编制银行调节表；对于工资、绩效、社保等表格的编制以及各数据的填报，必须再三确认才上报；对于各种成本费用、往来款项、上交款等台账的登记，必须逐笔逐月逐日逐号认真及时填制……</w:t>
      </w:r>
      <w:r>
        <w:rPr>
          <w:lang w:eastAsia="zh-CN"/>
        </w:rPr>
        <w:br/>
      </w:r>
      <w:r>
        <w:rPr>
          <w:lang w:eastAsia="zh-CN"/>
        </w:rPr>
        <w:t>　　老黄部长懂得“德高为范，身正为师”的道理。一个优秀的导师所应该做的不仅仅只是教会学生业务上的技能，更要传授他为人处事的原则。而表面上看似他所赋予我的是业务上的知识技能方法，但实际在潜移默化中，他给予我的是精神上的食粮――一个合格优秀的会计人所应具备的思想道德素养。</w:t>
      </w:r>
      <w:r>
        <w:rPr>
          <w:lang w:eastAsia="zh-CN"/>
        </w:rPr>
        <w:br/>
      </w:r>
      <w:r>
        <w:rPr>
          <w:lang w:eastAsia="zh-CN"/>
        </w:rPr>
        <w:t>　　曾有一位会计同仁说过：会计人，因长于计算，所以精深；因职业禀赋，所以正直；因事务繁杂，所以勤勉；因责任重大，所以端赖高贵的灵魂。也正如那位会计同仁的所言，老黄部长以己言行体现的淋漓尽致。我懂得了会计的伟大，懂得了财务人员的责任与所处的思想高度――如何处于金钱与诱惑的包围下仍不为所动，勤勤恳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时已九个多月，从最开始的一无所措到现在的熟能生巧，我在不知不觉中完成了一个质的跨越――从天真躁动的学生到务实稳重的工作者的蜕变。虽然九个月的时光足够我跟随老黄部长学习大部分的财务基础知识和技能，但是学海无涯，有些东西越是要经过时间的洗涤沉淀才能真正融会贯通，达到举一反三，为己所用。老黄部长带我进入财务的殿堂，叩响了这扇沉重的大门，使财务这门学问在我心底生根发芽。而我相信，老王部长会更好的接手这个重担，承担起带领我们去攀越更高的山岭，领略不同的风光的责任，终使我们成长为苍天大树。</w:t>
      </w:r>
      <w:r>
        <w:rPr>
          <w:lang w:eastAsia="zh-CN"/>
        </w:rPr>
        <w:br/>
      </w:r>
      <w:r>
        <w:rPr>
          <w:lang w:eastAsia="zh-CN"/>
        </w:rPr>
        <w:t>　　有道是任何事情的完成都不是一蹴而就的，学习更是一个漫长的过程。不骄不躁、戒骄戒躁，端正态度虚心求教才能走得更长，学得更多。或许我现在对业务的处理还不完善，或许我还不能妥善的处理财务部门与其他业务部门之间的来往，更或许我还不能准确体会会计这门职业的神圣，但这无悔于我想要跟随老王部长共同前进的决心。我相信在接下来和老王部长接触的时间里，我能学习的更多，对财务知识会有一个更系统的了解。</w:t>
      </w:r>
      <w:r>
        <w:rPr>
          <w:lang w:eastAsia="zh-CN"/>
        </w:rPr>
        <w:br/>
      </w:r>
      <w:r>
        <w:rPr>
          <w:lang w:eastAsia="zh-CN"/>
        </w:rPr>
        <w:t>　　合抱之木，生于毫末；九层之台，起于累土；千里之行，始于足下。在我看来，这大半年也许只是让我更好的开端，而在接下来的一年，在接下来的无数年，我有更多的时间在十一局这个大家庭成长，成长到它需要的高度。欲戴王冠，必承其重，而我会承受住这份重量，也承受得起这份重量。</w:t>
      </w:r>
      <w:r>
        <w:rPr>
          <w:lang w:eastAsia="zh-CN"/>
        </w:rPr>
        <w:br/>
      </w:r>
      <w:r>
        <w:rPr>
          <w:lang w:eastAsia="zh-CN"/>
        </w:rPr>
        <w:t xml:space="preserve">    会计的实习工作总结范文 篇2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实习了一个星期，今天作个总结。去__集团下属分厂实习，从上个星期一开始，分厂与上海一家公司合资，现在正在办交接业务，到这个时候了，日常业务很少，所以我这次主要是见识了用友erp，从侧面也就是他们平时谈话聊工作的时候了解了制造企业一般的业务流程，尤其是成本方面，另一方面，新企业成立，在企业财务方面需要做的工作我也了解了一些，比如说去税务局开税号、到银行开立账户、企业建立新账等等。</w:t>
      </w:r>
      <w:r>
        <w:rPr>
          <w:lang w:eastAsia="zh-CN"/>
        </w:rPr>
        <w:br/>
      </w:r>
      <w:r>
        <w:rPr>
          <w:lang w:eastAsia="zh-CN"/>
        </w:rPr>
        <w:t>　　最大的感觉就是：</w:t>
      </w:r>
      <w:r>
        <w:rPr>
          <w:lang w:eastAsia="zh-CN"/>
        </w:rPr>
        <w:br/>
      </w:r>
      <w:r>
        <w:rPr>
          <w:lang w:eastAsia="zh-CN"/>
        </w:rPr>
        <w:t>　　第一，会计工作是十分细致的，比如说新企业的帐户设立很有讲究，要从成本计算和成本控制以及日常核算可操作性、简便性等方面统筹把握。企业在银行开立账户也有讲究，银行给企业提供的服务包括各种权限的设置也体现了财务上的控制。</w:t>
      </w:r>
      <w:r>
        <w:rPr>
          <w:lang w:eastAsia="zh-CN"/>
        </w:rPr>
        <w:br/>
      </w:r>
      <w:r>
        <w:rPr>
          <w:lang w:eastAsia="zh-CN"/>
        </w:rPr>
        <w:t>　　第二，企业跟银行的交道。跟着跑了一趟银行，跟着去开账户了，知道银行现在对他们的大客户都有什么业务服务，还在工行见识了电子汇单系统，还亲眼见了“传说中的”“预留印鉴”——这个东西是在考cpa经济法中才学到的。呵呵…以前银行业进去过很多次啊，在银行里头看到那么多人，现在知道了，很多都是会计啊!嗬嗬，存支票的，买支票的，会计人员跑银行原来还得个人办个结算证!第三，第一次看到了资产评估报告。这学期学了高级财务会计，老师当时提了一个问题就是关于资产评估增值合并报表的问题，当时就纳闷儿资产评估是在什么时候做，这次亲眼见到了，心里也不觉得那么别扭，很好理解了。</w:t>
      </w:r>
      <w:r>
        <w:rPr>
          <w:lang w:eastAsia="zh-CN"/>
        </w:rPr>
        <w:br/>
      </w:r>
      <w:r>
        <w:rPr>
          <w:lang w:eastAsia="zh-CN"/>
        </w:rPr>
        <w:t>　　这次实习在心理上感受就是：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第一，对自己有信心了。以前都是从书本上学会计，什么成本啦，货币资金啦，固定资产啦等等的日常核算之类的，对于实务从来没有接触过，心里没底，这次实习了以后，虽然没做过几笔业务，但是觉得自己上手很快，对于自己以后适应工作很有信心啦!不过，幸好考过了初级电算化，嘿嘿。</w:t>
      </w:r>
      <w:r>
        <w:rPr>
          <w:lang w:eastAsia="zh-CN"/>
        </w:rPr>
        <w:br/>
      </w:r>
      <w:r>
        <w:rPr>
          <w:lang w:eastAsia="zh-CN"/>
        </w:rPr>
        <w:t>　　第二，上班比上学累啊!嗬嗬，虽然我不用准时上下班，晚上班早下班，不想去了还可以休息(我倒是没有矿工过，呵呵)，就这样我还累呢，大概是因为距离远，骑车子要20多分钟，一天四趟。</w:t>
      </w:r>
      <w:r>
        <w:rPr>
          <w:lang w:eastAsia="zh-CN"/>
        </w:rPr>
        <w:br/>
      </w:r>
      <w:r>
        <w:rPr>
          <w:lang w:eastAsia="zh-CN"/>
        </w:rPr>
        <w:t>　　对了，还有一个收获，实习竟然碰到了小学同学!哈哈，也算收获之一吧!</w:t>
      </w:r>
      <w:r>
        <w:rPr>
          <w:lang w:eastAsia="zh-CN"/>
        </w:rPr>
        <w:br/>
      </w:r>
      <w:r>
        <w:rPr>
          <w:lang w:eastAsia="zh-CN"/>
        </w:rPr>
        <w:t xml:space="preserve">    会计的实习工作总结范文 篇3 </w:t>
      </w:r>
      <w:r>
        <w:rPr>
          <w:lang w:eastAsia="zh-CN"/>
        </w:rPr>
        <w:br/>
      </w:r>
      <w:r>
        <w:rPr>
          <w:lang w:eastAsia="zh-CN"/>
        </w:rPr>
        <w:t>　　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w:t>
      </w:r>
      <w:r>
        <w:rPr>
          <w:lang w:eastAsia="zh-CN"/>
        </w:rPr>
        <w:br/>
      </w:r>
      <w:r>
        <w:rPr>
          <w:lang w:eastAsia="zh-CN"/>
        </w:rPr>
        <w:t>　　梁启超说过：凡职业都具有趣味的，只要你肯干下去，趣味自然会发生。因此，做账切忌：粗心大意，马虎了事，心浮气躁。做任何事都一样，需要有恒心、细心和毅力，那才会到达成功的彼岸！ 在这次会计实习中，我可谓受益非浅。仅仅的一个月实习，我将受益终生。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随着会计制度的日臻完善，社会对会计人员的高度重视和严格要求，我们作为未来社会的会计专业人员，为了顺应社会的要求，加强社会竞争力，也应该严于自身的素质，培养较强的会计工作的操作能力。于是，本学期初，我们乐于参加了学校为我们提供的会计实习。</w:t>
      </w:r>
      <w:r>
        <w:rPr>
          <w:lang w:eastAsia="zh-CN"/>
        </w:rPr>
        <w:t xml:space="preserve"> 作为学习了差不多三年会计的我们，可以说对会计已经是耳目能熟了。所有的有关会计的专业基础知识、基本理论、基本方法和结构体系，我们都基本掌握。但这些似乎只是纸上谈兵。倘若将这些理论性极强的东西搬上实际上应用，那我们也会是无从下手，一窍不通。</w:t>
      </w:r>
      <w:r>
        <w:rPr>
          <w:lang w:eastAsia="zh-CN"/>
        </w:rPr>
        <w:br/>
      </w:r>
      <w:r>
        <w:rPr>
          <w:lang w:eastAsia="zh-CN"/>
        </w:rPr>
        <w:t>　　下面是我通过这次会计实习中领悟到的很多书本上所不能学到的会计的特点和积累，以及题外的很多道理。 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w:t>
      </w:r>
      <w:r>
        <w:rPr>
          <w:lang w:eastAsia="zh-CN"/>
        </w:rPr>
        <w:br/>
      </w:r>
      <w:r>
        <w:rPr>
          <w:lang w:eastAsia="zh-CN"/>
        </w:rPr>
        <w:t>　　其次，就是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xml:space="preserve"> 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r>
        <w:rPr>
          <w:lang w:eastAsia="zh-CN"/>
        </w:rPr>
        <w:br/>
      </w:r>
      <w:r>
        <w:rPr>
          <w:lang w:eastAsia="zh-CN"/>
        </w:rPr>
        <w:t xml:space="preserve">    会计的实习工作总结范文 篇4 </w:t>
      </w:r>
      <w:r>
        <w:rPr>
          <w:lang w:eastAsia="zh-CN"/>
        </w:rPr>
        <w:br/>
      </w:r>
      <w:r>
        <w:rPr>
          <w:lang w:eastAsia="zh-CN"/>
        </w:rPr>
        <w:t>　　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r>
        <w:rPr>
          <w:lang w:eastAsia="zh-CN"/>
        </w:rPr>
        <w:br/>
      </w:r>
      <w:r>
        <w:rPr>
          <w:lang w:eastAsia="zh-CN"/>
        </w:rPr>
        <w:t>　　以前，我总以为自己的会计理论知识扎实较强，正如所有工作一样，掌握了规律，照葫芦画瓢准没错，经过这次实习，才发现，会计其实更讲究的是它的实际操作性和实践性。书本上似乎只是纸上谈兵。倘若将这些理论性极强的东西搬上实际上应用，那我们也会是无从下手。这次实习，我们是既做会计，又做出纳，刚开始还真不习惯，才做了两天，就感觉人都快散架了，加上天气又热，心情更加烦躁，而会计最大的忌讳就是心烦气燥，所以刚开始做的几天，那真是错误百出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本次实习的地点是本班教师，按老师要求，我们分成了小组，每个小组5.6个人，围在一起做帐，这样有利于同学交流！！按照企业会计制度要求，首先设置：总账、现金日记账、银行存款日记账、资产类、负债和所有者权益类以及损益类等明细账。仔细阅读模拟材料，判断资料中的经济业务涉及的账户，根据各账户的属性分类，填入账页纸中。最后填写各账户的期初余额。具体步骤如下：</w:t>
      </w:r>
      <w:r>
        <w:rPr>
          <w:lang w:eastAsia="zh-CN"/>
        </w:rPr>
        <w:br/>
      </w:r>
      <w:r>
        <w:rPr>
          <w:lang w:eastAsia="zh-CN"/>
        </w:rPr>
        <w:t>　　一、设置账簿</w:t>
      </w:r>
      <w:r>
        <w:rPr>
          <w:lang w:eastAsia="zh-CN"/>
        </w:rPr>
        <w:br/>
      </w:r>
      <w:r>
        <w:rPr>
          <w:lang w:eastAsia="zh-CN"/>
        </w:rPr>
        <w:t>　　首先按照企业会计制度要求，首先设置：总账、现金日记账、银行存款日记账、资产类、负债和所有者权益类以及损益类等明细账。其次根据下发的会计模拟资料，仔细阅读、判断本资料中的经济业务涉及哪些账户，其中：总账账户有哪些，明细账账户是哪个；而后再根据各账户的性质分出其所属的账户类别。再次按照上述分类，将所涉及的全部账户名称，贴口取纸填列到各类账簿中去，并把资料中所列期初余额，登记在相关账户借、贷方余额栏内。最后试算平衡，要求全部账户借方余额合计等于全部账户贷方余额合计；总账借贷方金额要与下设的相关明细账户借贷方余额合计数相等，试算平衡后方可进行本期业务登记，否则不能进行。/</w:t>
      </w:r>
      <w:r>
        <w:rPr>
          <w:lang w:eastAsia="zh-CN"/>
        </w:rPr>
        <w:br/>
      </w:r>
      <w:r>
        <w:rPr>
          <w:lang w:eastAsia="zh-CN"/>
        </w:rPr>
        <w:t>　　二、登记账簿</w:t>
      </w:r>
      <w:r>
        <w:rPr>
          <w:lang w:eastAsia="zh-CN"/>
        </w:rPr>
        <w:br/>
      </w:r>
      <w:r>
        <w:rPr>
          <w:lang w:eastAsia="zh-CN"/>
        </w:rPr>
        <w:t>　　首先登记账簿必须使用兰黑墨水书写，冲账时可使用红色墨水，但字迹要清楚，不得跳行、空页，对发生的记账错误，采用错账更正法予以更正，不得随意涂改，挖补等。其次明细账要根据审核后的记账凭证逐笔序时予以登记；第三总账根据“记账凭证汇总表”，我们做了10天的登记，登记完毕要与其所属的明细帐户核对相符。</w:t>
      </w:r>
      <w:r>
        <w:rPr>
          <w:lang w:eastAsia="zh-CN"/>
        </w:rPr>
        <w:br/>
      </w:r>
      <w:r>
        <w:rPr>
          <w:lang w:eastAsia="zh-CN"/>
        </w:rPr>
        <w:t>　　三、结账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首先详细检查模拟资料中所列的经济事项，是否全部填制记账凭证，并据此记入账簿。有无错记账户、错记金额，如有应及时补正。其次在保证各项经济业务全部准确登记入账的基础上，结出现金日记账、银行存款日记账、总账和各类明细账的本期发生额与期末金额，为编制会计作好充分准备。</w:t>
      </w:r>
      <w:r>
        <w:rPr>
          <w:lang w:eastAsia="zh-CN"/>
        </w:rPr>
        <w:br/>
      </w:r>
      <w:r>
        <w:rPr>
          <w:lang w:eastAsia="zh-CN"/>
        </w:rPr>
        <w:t>　　四、编制会计报表</w:t>
      </w:r>
      <w:r>
        <w:rPr>
          <w:lang w:eastAsia="zh-CN"/>
        </w:rPr>
        <w:br/>
      </w:r>
      <w:r>
        <w:rPr>
          <w:lang w:eastAsia="zh-CN"/>
        </w:rPr>
        <w:t>　　首先在左上角填明编制单位、编制时间；其次根据总帐或有关明细帐资料按项目填列；还必须要使资产负债表要保证左方金额合计等于右方金额合计，否则重填；最后还要编制人要签名。</w:t>
      </w:r>
      <w:r>
        <w:rPr>
          <w:lang w:eastAsia="zh-CN"/>
        </w:rPr>
        <w:br/>
      </w:r>
      <w:r>
        <w:rPr>
          <w:lang w:eastAsia="zh-CN"/>
        </w:rPr>
        <w:t>　　这次实习的时间是三周，由郑丽和张娅老师指导我们做，可是我们只做了1-10号的凭证，总结原因有以下几点：</w:t>
      </w:r>
      <w:r>
        <w:rPr>
          <w:lang w:eastAsia="zh-CN"/>
        </w:rPr>
        <w:br/>
      </w:r>
      <w:r>
        <w:rPr>
          <w:lang w:eastAsia="zh-CN"/>
        </w:rPr>
        <w:t>　　（1）我们之前的理论基础学的不好，以至于在做的tine还要不停的翻书；</w:t>
      </w:r>
      <w:r>
        <w:rPr>
          <w:lang w:eastAsia="zh-CN"/>
        </w:rPr>
        <w:br/>
      </w:r>
      <w:r>
        <w:rPr>
          <w:lang w:eastAsia="zh-CN"/>
        </w:rPr>
        <w:t>　　（2）以前没有接触过会计，很多凭证都是第一次看到，刚开始根本无从下手，怕做错啊！</w:t>
      </w:r>
      <w:r>
        <w:rPr>
          <w:lang w:eastAsia="zh-CN"/>
        </w:rPr>
        <w:br/>
      </w:r>
      <w:r>
        <w:rPr>
          <w:lang w:eastAsia="zh-CN"/>
        </w:rPr>
        <w:t>　　（3）年轻人，心浮气燥，对做会计没有兴趣！！所以我们要在接下来的时间里，把会计理论知识好好的复习一下，培养对会计的兴趣！！争取下次再做的时候能够快点！</w:t>
      </w:r>
      <w:r>
        <w:rPr>
          <w:lang w:eastAsia="zh-CN"/>
        </w:rPr>
        <w:br/>
      </w:r>
      <w:r>
        <w:rPr>
          <w:lang w:eastAsia="zh-CN"/>
        </w:rPr>
        <w:t xml:space="preserve">    会计的实习工作总结范文 篇5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在刚刚过去的一个月中，我有幸来到银行绍兴县支行国际部和会计处实习。作为报告开头，我想先介绍一下工行一些基本情况。出国留学银行是四大国有独资商业银行之一，拥有分支机构2万多个，是中国资产规模最大的商业银行，__年末资产总额近53000亿元人民币，占中国境内银行业金融机构资产总和的近五分之一。而工行绍兴县支行在__年浙江省工行系统县级支行的收益排名中位列第二，其中很大一部分是得益于国际业务，这主要是因为当地对外轻纺贸易较为发达。因此我在完成了会计处的实习任务之后，还到国际部进行了短时间的实习，以期更全面的了解银行的核心业务。</w:t>
      </w:r>
      <w:r>
        <w:rPr>
          <w:lang w:eastAsia="zh-CN"/>
        </w:rPr>
        <w:br/>
      </w:r>
      <w:r>
        <w:rPr>
          <w:lang w:eastAsia="zh-CN"/>
        </w:rPr>
        <w:t>　　在会计处实习的时间里，我主要学习了综合业务处理系统，熟悉了银行的会计科目，基本掌握了该系统的记账和复核的操作，并能独立处理同城交换、证券清算和外汇核算。通过看、问和动手操作，我对会计处的主要工作有了更加系统的了解，特别是支票汇票等，在实习之前，我只从书上学到过它的基本概念，对真正的票据并没有具体的认识。现在我已经大致明白了审票和解付的过程。而在国际部实习的时间里，我边干边学，发现其实大部分知识已在《国际结算学》中学过，我所要做的就是熟悉各种票据，掌握它们在国际贸易中的作用，同时帮助和指导客户填单和审单。在实习过程中有带教领导、银行员工的协助、自己的努力，自感收益不小。这次实习把我从学校纯理论学习中拉到了在实践中学习的环境。一进入岗位，我就意识到，该把学生时代的野性收敛了。没有规矩无以成方圆，虽然这个银行内部气氛和谐，没有老套的束缚，[银行会计实习心得体会]但它毕竟是一个跟钱打交道的机构，需要有严谨的纪律和详细的规程，我就应该严于律己，这样不仅可以遵守银行的规矩，对我自己更有好处。</w:t>
      </w:r>
      <w:r>
        <w:rPr>
          <w:lang w:eastAsia="zh-CN"/>
        </w:rPr>
        <w:br/>
      </w:r>
      <w:r>
        <w:rPr>
          <w:lang w:eastAsia="zh-CN"/>
        </w:rPr>
        <w:t>　　以下是我实习一个多月来的体会：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首先，来工行绍兴县支行实习的短短一个月的时间里，使我在思想上有了很大的转变。以前，在学校里学知识的时候总是老师往我的头脑里灌知识，自己根本没有那么强烈的求知欲，大多是逼着去学的。然而到这里实习，确使我的感触很大，自己的知识太贫乏了，银行员工的学习气氛特别浓无形中给我营造了一个自己求知的欲望。 在这里大家都在抓紧时间学习，这种刻苦的精神特别让我敬佩。给我一种特别想融入他们其中的感觉。这将对我以后的人生路上一种很大的推进。</w:t>
      </w:r>
      <w:r>
        <w:rPr>
          <w:lang w:eastAsia="zh-CN"/>
        </w:rPr>
        <w:br/>
      </w:r>
      <w:r>
        <w:rPr>
          <w:lang w:eastAsia="zh-CN"/>
        </w:rPr>
        <w:t>　　只有坚持学习新的知识，才会使自己更加提高，而这里就有这样的气氛。同时这次实习也为我提供了与众不同的学习方法和学习机会，让我从传统的被动授学转变为主动求学;从死记硬背的模式中脱离出来，转变为在实践中学习，增强了领悟、创新和推断的能力。掌握自学的方法，这些方法的提高是终身受益的，我认为这难得的两个月让我真正懂得了工作和学习的基本规律。</w:t>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xml:space="preserve"> 其次，在本次实习的一个月里，我深深体会到团队合作的重要性。记得那时我在工行已独立上岗二个星期了，已不像第一次那样紧张了。那一天银行业务特别多，系统太忙，计算机运行得很慢，其中有一笔900元的取款已发生，但发票打印不出，查了流水也成功了，主管确认这笔业务已成功，至于发票只好用手工补。可到了傍晚轧帐时，发现少了900元，再次查流水时，发现那笔900元的取款还在发送途中。但当时主管也确认过了，并确认也成功了，大概是系统不好，电脑自动充值，所以才会这样。所幸该客户的帐号出国留学是在我行开户，同事们帮我查到了这个人的联系方式，主管帮我追回了900元，当时我真好感激行里的每位同事，我认识到团队合作真的是很重要。</w:t>
      </w:r>
      <w:r>
        <w:rPr>
          <w:lang w:eastAsia="zh-CN"/>
        </w:rPr>
        <w:br/>
      </w:r>
      <w:r>
        <w:rPr>
          <w:lang w:eastAsia="zh-CN"/>
        </w:rPr>
        <w:t>　　总之，这次实习为我从各方面融会知识，为我将来的工作和生活铺垫了精彩的一幕，我认为这种改变是质的飞跃。 现在实习结束了，工行绍兴县支行的领导和同事对我的成绩也给予了肯定。我也对自己的表现基本满意，为我走向社会打下了坚实的基础。与银行员工的相处中，我也学到了待人、处事的态度、方式，银行的员工待人诚恳，虽然他们年龄和我一般大，有的还要小几岁，我感觉他们很成熟，有很多值得我学习的地方，这一个多月是我用金钱买不到的机会，无论从工作、学习、做人上，我都有很大的收获。这两个月我没有白来，如果有时间，希望能还有一次这样的实习机会。我衷心的感谢工行绍兴县支行的每一个人，今后我不会辜负你们的期望，把工作做得更好。</w:t>
      </w:r>
      <w:r>
        <w:rPr>
          <w:lang w:eastAsia="zh-CN"/>
        </w:rPr>
        <w:br/>
      </w:r>
      <w:r>
        <w:rPr>
          <w:lang w:eastAsia="zh-CN"/>
        </w:rPr>
        <w:t xml:space="preserve">    会计的实习工作总结范文 篇6 </w:t>
      </w:r>
      <w:r>
        <w:rPr>
          <w:lang w:eastAsia="zh-CN"/>
        </w:rPr>
        <w:br/>
      </w:r>
      <w:r>
        <w:rPr>
          <w:lang w:eastAsia="zh-CN"/>
        </w:rPr>
        <w:t>　　1、收现金、填写收据</w:t>
      </w:r>
      <w:r>
        <w:rPr>
          <w:lang w:eastAsia="zh-CN"/>
        </w:rPr>
        <w:br/>
      </w:r>
      <w:r>
        <w:rPr>
          <w:lang w:eastAsia="zh-CN"/>
        </w:rPr>
        <w:t>　　我的第一个实践内容就是学会用点钞机、POS机处理_万甚至上百万的款项，点收无误后，再开具收据、单据。深刻认识到：现金收付的，要当面点清金额;现金多付或少付金额，由责任人负责。</w:t>
      </w:r>
      <w:r>
        <w:rPr>
          <w:lang w:eastAsia="zh-CN"/>
        </w:rPr>
        <w:br/>
      </w:r>
      <w:r>
        <w:rPr>
          <w:lang w:eastAsia="zh-CN"/>
        </w:rPr>
        <w:t>　　一部分职工的工资是现金发放，按照会计制作好的工资表，把现金数好装进写好职工姓名和工资数的信封袋里，都装好后再发放工资，这样避免了人多场面混乱出错的可能。</w:t>
      </w:r>
      <w:r>
        <w:rPr>
          <w:lang w:eastAsia="zh-CN"/>
        </w:rPr>
        <w:br/>
      </w:r>
      <w:r>
        <w:rPr>
          <w:lang w:eastAsia="zh-CN"/>
        </w:rPr>
        <w:t>　　2、粘原始凭证、填写记账凭证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我粘贴票据的时候，特意按照类别分类，餐饮费，出租费，火车票，过路费等分门别类的粘贴，并且按照发生时间，金额排序，做到方便核算。在核算总数的时候，我总是会每个票据算两遍确保工作分文不差。</w:t>
      </w:r>
      <w:r>
        <w:rPr>
          <w:lang w:eastAsia="zh-CN"/>
        </w:rPr>
        <w:br/>
      </w:r>
      <w:r>
        <w:rPr>
          <w:lang w:eastAsia="zh-CN"/>
        </w:rPr>
        <w:t>　　每一笔业务的发生、每笔单据的报销，都要根据收据或者发票粘成原始凭证。每天主要桌的是根据销售房款的收据粘原始凭证，然后填写收款凭证。</w:t>
      </w:r>
      <w:r>
        <w:rPr>
          <w:lang w:eastAsia="zh-CN"/>
        </w:rPr>
        <w:br/>
      </w:r>
      <w:r>
        <w:rPr>
          <w:lang w:eastAsia="zh-CN"/>
        </w:rPr>
        <w:t>　　另外行政人员以及销售人员经会计主管和总经理签字的报销单据，负责给予报销，粘成原始凭证，填写付款凭证。员工外出借款无论金额多少，都须总经理签字，批准并用借支单借款，若无批准借款，引起纠纷，由责任人自负。</w:t>
      </w:r>
      <w:r>
        <w:rPr>
          <w:lang w:eastAsia="zh-CN"/>
        </w:rPr>
        <w:br/>
      </w:r>
      <w:r>
        <w:rPr>
          <w:lang w:eastAsia="zh-CN"/>
        </w:rPr>
        <w:t>　　3、银行日记账、现金日记账、费用账簿的登记</w:t>
      </w:r>
      <w:r>
        <w:rPr>
          <w:lang w:eastAsia="zh-CN"/>
        </w:rPr>
        <w:br/>
      </w:r>
      <w:r>
        <w:rPr>
          <w:lang w:eastAsia="zh-CN"/>
        </w:rPr>
        <w:t>　　根据填写完整的记账凭证，分别填写对应的银行存款日记账、现金日记账、费用明细分类账。登记日记账时要先分清账户，避免张冠李戴。每日结出各账户存款余额，以便总经理及财务会计了解公司资金运作情况，以调度资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记账中还有一些要注意的事项，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账时要清楚每一明细分录及总账名称，不能乱写，否则总账的借贷方就不平了。</w:t>
      </w:r>
      <w:r>
        <w:rPr>
          <w:lang w:eastAsia="zh-CN"/>
        </w:rPr>
        <w:br/>
      </w:r>
      <w:r>
        <w:rPr>
          <w:lang w:eastAsia="zh-CN"/>
        </w:rPr>
        <w:t>　　4、跟银行接触的有关工作事项</w:t>
      </w:r>
      <w:r>
        <w:rPr>
          <w:lang w:eastAsia="zh-CN"/>
        </w:rPr>
        <w:br/>
      </w:r>
      <w:r>
        <w:rPr>
          <w:lang w:eastAsia="zh-CN"/>
        </w:rPr>
        <w:t>　　公司留存的现金够三到五天日常开支运作，收到的房款当天存入银行对公账户。去银行取公司每月的银行对账单、存款账户的利息单，负责公司的银行开户、销户的事宜。将会计制作好的以盖上公司章的工资表送去银行，存入现金，保证工资能顺利发放。</w:t>
      </w:r>
      <w:r>
        <w:rPr>
          <w:lang w:eastAsia="zh-CN"/>
        </w:rPr>
        <w:br/>
      </w:r>
      <w:r>
        <w:rPr>
          <w:lang w:eastAsia="zh-CN"/>
        </w:rPr>
        <w:t>　　填写现金支票、转账支票，保存好空白支票和已经作废的支票。填写支票要注意日期大写、金额大写和背书。对于办理现金支票业务，首先是要审核，看出票人的印鉴是否与银行预留印鉴相符，方式就是通过大学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w:t>
      </w:r>
      <w:r>
        <w:rPr>
          <w:lang w:eastAsia="zh-CN"/>
        </w:rPr>
        <w:br/>
      </w:r>
      <w:r>
        <w:rPr>
          <w:lang w:eastAsia="zh-CN"/>
        </w:rPr>
        <w:t xml:space="preserve">    会计的实习工作总结范文 篇7 </w:t>
      </w:r>
      <w:r>
        <w:rPr>
          <w:lang w:eastAsia="zh-CN"/>
        </w:rPr>
        <w:br/>
      </w:r>
      <w:r>
        <w:rPr>
          <w:lang w:eastAsia="zh-CN"/>
        </w:rPr>
        <w:t>　　根据学院的要求，作为一名财务管理专业的大二学生，我于20__年7月18日至7月29日期间在舟山海星轮船有限公司财务部实习，以下我将具体介绍下实习活动的具体情况。</w:t>
      </w:r>
      <w:r>
        <w:rPr>
          <w:lang w:eastAsia="zh-CN"/>
        </w:rPr>
        <w:br/>
      </w:r>
      <w:r>
        <w:rPr>
          <w:lang w:eastAsia="zh-CN"/>
        </w:rPr>
        <w:t>　　实习单位简介：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舟山海星轮船有限公司是舟山市交通运输系统骨干企业，创建于1980年11月，原名舟山市轮船公司，1998年3月产权制度改革后为现名。公司性质为股份合作制性质的有限责任公司，注册资本3000万元，至20__年底公司实有员工1020余名。公司遵循旅客至上的宗旨，坚持安全运行、优质服务，实行“客运为主，客货运并举，多种经营，全面发展”的经营方针。至20__年底，公司共拥有常规客轮6艘，高速客船25艘，“普陀之星”游船1艘，“爱琴海”游艇1艘，总客位5183个，总吨位10899吨。货运方面，公司拥有货船6艘，其中国际货轮3艘，总载重吨22.84万吨，国内货轮3艘，总载重吨5.7万吨;下辖朱家尖蜈蚣峙客运站和沈家门半升洞客运站及附属码头，经过30余年的发展，公司总资产达10亿元，拥有客运航线10条，主营经营普陀山至岱山、上海吴淞、宁波大榭。</w:t>
      </w:r>
      <w:r>
        <w:rPr>
          <w:lang w:eastAsia="zh-CN"/>
        </w:rPr>
        <w:br/>
      </w:r>
      <w:r>
        <w:rPr>
          <w:lang w:eastAsia="zh-CN"/>
        </w:rPr>
        <w:t>　　桃花至宁波大榭，普陀山至衢山、洋山等沿海客运航线和普陀山至沈家门、朱家尖、桃花等岛际客运航线，年客运量750万人次，基本实现了“长途航线舒适化，短途航线快捷化”的经营目标。公司坚持“两手抓两手都要硬”方针，以“同舟共济，务实创新”为企业精神，推动物质文明建设与精神文明建设同步发展。19__年以来，先后获全国交通系统经济效益先进单位、交通部部级优质运输企业、省先进企业、省级文明单位、市先进企业、市级文明单位、省交通系统两个文明建设先进单位、省先进基层党组织等荣誉称号;所辖“梅岑轮”、“锦屏轮”、“洛伽山轮”分别被评为交通部文明客船、省文明客船、“全国青年文明号”、省交通系统文明示范窗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目前舟山海星轮船有限公司下辖轮渡分公司、舟山远大海运有限公司、舟山海星外事旅游客运有限公司、舟山海华客运有限公司、普陀海星游船有限公司、舟山海星金潮旅游有限公司、舟山海星旅游集散中心有限公司、香港新海星航务有限公司、舟山海星船用物资有限公司、舟山海星救生设备检修厂等10家企业。</w:t>
      </w:r>
      <w:r>
        <w:rPr>
          <w:lang w:eastAsia="zh-CN"/>
        </w:rPr>
        <w:br/>
      </w:r>
      <w:r>
        <w:rPr>
          <w:lang w:eastAsia="zh-CN"/>
        </w:rPr>
        <w:t>　　实习单位会计机构设置、会计核算组织形式：</w:t>
      </w:r>
      <w:r>
        <w:rPr>
          <w:lang w:eastAsia="zh-CN"/>
        </w:rPr>
        <w:br/>
      </w:r>
      <w:r>
        <w:rPr>
          <w:lang w:eastAsia="zh-CN"/>
        </w:rPr>
        <w:t>　　会计机构是各单位办理会计事务的职能部门，会计人员是直接从事会计工作的人员。建立健全会计机构，配备与工作要求相适应、具有一定素质和数量的会计人员，是做好会计工作，充分发挥会计职能作用的重要保证。海星轮船有限公司根据自己的行业及业务特点，财务收支情况在有限公司内部设立了财务部负责公司的财务与会计核算工作。并结合下属企业的特点有针对性的在下属企业中也建立了相应的会计机构，使得会计机构的工作能有效的适应公司的运营与发展。公司采用的是非集中核算的组织形式，业务的凭证整理、明细核算、适应企业单位日常管理需要的内部报表的编制与分析等分散到各个具体的下属公司会计部门进行;总公司会计部门集中进行总分类核算和全公司的会计报表的编制与分析工作。</w:t>
      </w:r>
      <w:r>
        <w:rPr>
          <w:lang w:eastAsia="zh-CN"/>
        </w:rPr>
        <w:br/>
      </w:r>
      <w:r>
        <w:rPr>
          <w:lang w:eastAsia="zh-CN"/>
        </w:rPr>
        <w:t>　　会计人员配置及分工：</w:t>
      </w:r>
      <w:r>
        <w:rPr>
          <w:lang w:eastAsia="zh-CN"/>
        </w:rPr>
        <w:br/>
      </w:r>
      <w:r>
        <w:rPr>
          <w:lang w:eastAsia="zh-CN"/>
        </w:rPr>
        <w:t>　　舟山海星轮船有限公司设有总会计师一名，由具有高级会计师专业技术资格的人员担任，主要负责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(1)组织领导本企业的财务与会计的管理工作，并对财务与会计机构设置、人员的配置和人员、专业职务的聘任等事项提出方案和建议。</w:t>
      </w:r>
      <w:r>
        <w:rPr>
          <w:lang w:eastAsia="zh-CN"/>
        </w:rPr>
        <w:br/>
      </w:r>
      <w:r>
        <w:rPr>
          <w:lang w:eastAsia="zh-CN"/>
        </w:rPr>
        <w:t>　　(2)组织编制和执行业务预算、资本预算、筹资预算和财务预算，并组织建立和健全企业的全面预算管理制度和经济核算制度，进行经济活动分析。</w:t>
      </w:r>
      <w:r>
        <w:rPr>
          <w:lang w:eastAsia="zh-CN"/>
        </w:rPr>
        <w:br/>
      </w:r>
      <w:r>
        <w:rPr>
          <w:lang w:eastAsia="zh-CN"/>
        </w:rPr>
        <w:t>　　(3)审批企业各项财务、会计管理制度。</w:t>
      </w:r>
      <w:r>
        <w:rPr>
          <w:lang w:eastAsia="zh-CN"/>
        </w:rPr>
        <w:br/>
      </w:r>
      <w:r>
        <w:rPr>
          <w:lang w:eastAsia="zh-CN"/>
        </w:rPr>
        <w:t>　　(4)审批企业财务收支情况。</w:t>
      </w:r>
      <w:r>
        <w:rPr>
          <w:lang w:eastAsia="zh-CN"/>
        </w:rPr>
        <w:br/>
      </w:r>
      <w:r>
        <w:rPr>
          <w:lang w:eastAsia="zh-CN"/>
        </w:rPr>
        <w:t>　　(5)协助企业领导进行生产经营、业务发展、固定资产投资等方面的决策。</w:t>
      </w:r>
      <w:r>
        <w:rPr>
          <w:lang w:eastAsia="zh-CN"/>
        </w:rPr>
        <w:br/>
      </w:r>
      <w:r>
        <w:rPr>
          <w:lang w:eastAsia="zh-CN"/>
        </w:rPr>
        <w:t>　　(6)参与制定企业新醒目投入、产品定价和工资奖金等方案。(7)组织和监督企业执行国家有关财经法律、法规和政府规章制度，保护企业财产的安全与完整等工作。</w:t>
      </w:r>
      <w:r>
        <w:rPr>
          <w:lang w:eastAsia="zh-CN"/>
        </w:rPr>
        <w:br/>
      </w:r>
      <w:r>
        <w:rPr>
          <w:lang w:eastAsia="zh-CN"/>
        </w:rPr>
        <w:t>　　总会计师之下在财务部门内设置主管会计一名，由具有会计师专业技术资格的人员担任，主要负责监督其他会计人员的财务工作;组织筹集资金，节约使用资金;审批企业财务收支;组织财务分析活动，参与企业经营决策与审查活动;提出财务报告，汇报财务工作;组织企业会计人员的业务学习;以及协作总会计师完成其他财务相关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会计四名，主要负责及时把好会计凭证审核关，以提高会计信息质量;及时催讨各客运站的应收票款;做好公司固定资产登记入账;编报年度报表前，做好各项贮备工作，按规定做好公司各类转账账目，计提各项税金和费用，按时申报纳税，上缴税款;做好财务物资、债权债务的对账工作，保证账证相符、账账相符和账实相符，确保会计记录工作的准确无误;会计年度终了，及时将全年总账，明细账装订成册，交档案员归档保管;定期检查分析单位预算执行情况，促进增产节约、增收节支，做到开源节流。同时，完成领导交给的其他工作。</w:t>
      </w:r>
      <w:r>
        <w:rPr>
          <w:lang w:eastAsia="zh-CN"/>
        </w:rPr>
        <w:br/>
      </w:r>
      <w:r>
        <w:rPr>
          <w:lang w:eastAsia="zh-CN"/>
        </w:rPr>
        <w:t>　　资金管理一名，主要负责及时做好企业相关转贷工作，保证企业的资金链;协助财务主管开展企业资金的筹措工作;办理企业所需的贷款担保事项;办理银行授信额度贷款;办理与银行、贷款相关的年度审核检查工作，以及其他临时性工作与任务。</w:t>
      </w:r>
      <w:r>
        <w:rPr>
          <w:lang w:eastAsia="zh-CN"/>
        </w:rPr>
        <w:br/>
      </w:r>
      <w:r>
        <w:rPr>
          <w:lang w:eastAsia="zh-CN"/>
        </w:rPr>
        <w:t>　　票证统计一名，主要负责税收票证额请领、保管、发放工作;负责税收票证的审核，负责指导、监督、检查税收票证的实用保管情况;负责对到期票证的呈报销工作;根据统计局等政府职能部门的要求，填制并及时报送统计报表。</w:t>
      </w:r>
      <w:r>
        <w:rPr>
          <w:lang w:eastAsia="zh-CN"/>
        </w:rPr>
        <w:br/>
      </w:r>
      <w:r>
        <w:rPr>
          <w:lang w:eastAsia="zh-CN"/>
        </w:rPr>
        <w:t>　　银行出纳与现金出纳各一名，主要负责管理货币资金、票据、有价证券的进出，并把好日常报销原始凭证稽核的第一道关。相互监督做好收付凭证的填写，现金日记账、银行存款日记账的登记，以及时按期与银行对账，保证每日库存现金及银行余额与日记账上相吻合。</w:t>
      </w:r>
      <w:r>
        <w:rPr>
          <w:lang w:eastAsia="zh-CN"/>
        </w:rPr>
        <w:br/>
      </w:r>
      <w:r>
        <w:rPr>
          <w:lang w:eastAsia="zh-CN"/>
        </w:rPr>
        <w:t>　　企业财务管理工作的开展情况：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企业除了在日常的账务、税务及相关企业经营行为中力求做到求真保稳外，在财务管理上主要遵循的是稳健型的财务管理方式。通过债务资本筹资的方式合理利用财务杠杆，为企业提供日常运作的流动资金，以及促进企业规模的扩大化和企业的有效运作。作为一个以有30余年历史的大型交通运输企业，企业目前处于一个高速发展阶段，随着舟山成为第四个国家级新区，水陆客货运输必然迎来一个新的发展，因此采用稳健型财务策略是符合公司和各方利益诉求的选择。公司在巩固自身在本地区本行业内形成的强有力的竞争优势的同时，通过投资固定资产的方式，推进“客货并举，水陆并进，多种经营，持续发展”的经营方针。做到不仅考虑债权人、股东等相关方的利益诉求，也兼顾企业员工、旅客以及企业社会责任等多方因素，以此一步步的力求使企业财富价值最大化，也使得各利益相关者的效益最大化。</w:t>
      </w:r>
      <w:r>
        <w:rPr>
          <w:lang w:eastAsia="zh-CN"/>
        </w:rPr>
        <w:br/>
      </w:r>
      <w:r>
        <w:rPr>
          <w:lang w:eastAsia="zh-CN"/>
        </w:rPr>
        <w:t>　　企业会计工作中的不足：</w:t>
      </w:r>
      <w:r>
        <w:rPr>
          <w:lang w:eastAsia="zh-CN"/>
        </w:rPr>
        <w:br/>
      </w:r>
      <w:r>
        <w:rPr>
          <w:lang w:eastAsia="zh-CN"/>
        </w:rPr>
        <w:t>　　1.缺乏完善的内审体系以及在企业中没有建立独立的内审机构。内部审计是一种独立、客观的保证和咨询活动，其目的在于为组织增加价值和提高组织的运作效率。它通过系统化和规范化的方法，评价和改进风险管理、控制和治理程序的效果，帮助组织实现其目标。目前公司面临着审计人员单一化、非专业化，仅仅从总公司的财务部门抽调若干会计人员去下属单位进行内部审计工作。一方面，审计人员缺少内审方面的培训与学习，在审计方面缺乏专业化眼光。另一方面，审计人员的单一化，就限制了下属企业中财务人员参与审计工作，若能将让下属企业中的财会人员也调动起来参加内审工作，就能给他们提供一个发展的平台，同时也能减轻总公司财会人员的负担，更好的做好相关的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2.企业缺少集中式的财务软件。目前，公司的大部分的下属企业已使用财务软甲来处理日常账务、报表信息但企业之间均各自为阵，有些企业仍然采用传统的手工记账为主，会计电算化程度不高。正是由于各下属企业间的电算化程度层次不齐，所以给总公司开展集中式财务软件的推广设置了障碍。若能在全公司内部采用集中式财务软件，将大大提升公司的会计核算能力，能够较好的解决成员企业会计信息失真和会计控制不利的问题。也有助于总公司适时掌握各下属单位经营与财务情况，加强财务监控力度，通过集中式的管理，实现企业价值最大化的最终目标。</w:t>
      </w:r>
      <w:r>
        <w:rPr>
          <w:lang w:eastAsia="zh-CN"/>
        </w:rPr>
        <w:br/>
      </w:r>
      <w:r>
        <w:rPr>
          <w:lang w:eastAsia="zh-CN"/>
        </w:rPr>
        <w:t>　　实习心得：</w:t>
      </w:r>
      <w:r>
        <w:rPr>
          <w:lang w:eastAsia="zh-CN"/>
        </w:rPr>
        <w:br/>
      </w:r>
      <w:r>
        <w:rPr>
          <w:lang w:eastAsia="zh-CN"/>
        </w:rPr>
        <w:t>　　首先，做会计要诚信。在这充满竞争与挑战的社会中，诚信的重要作用越来越起到不可忽视。职场中的人如果没有良好的诚信，就不可能树立起坚定的的信念。一个平时不讲信用的人在关键的时刻就不可能为崇高的理想信念做出牺牲。而我们作为公司一名财会人员，在掌握一个企业的资金流转，如果丧失诚信，那必将导致非常严重的后果，威胁企业的可持续发展。因此要想做一个好的财会人员，就一定要以诚信为本，把树立诚信意识放在首位。接着，是要注重证据，在现行的法制社会，无论做什么都讲究证据，因此只有证据才能有力地支持己方的观点或者已发生的事实。而我们作为会计人员在进行填制记账凭证和登记账簿时，都以证据(各类原始凭证)进行操作，没有合法的凭证做依据来证明业务是否发生，则不可以进行相应的账务处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所以在会计中，重视证据是一项重要原则。然后，做会计需要敬业精神。敬业精神无论从事哪个行业都是非常重要的。一个人只有以热忱的心情去面对自己的工作，才能不断的进步并使自己所做的业务更好的发展，才能够更好的实现自己的人生价值。而在会计行业中更需要敬业精神，我们整天与数字打交道如果不敬业、不谨慎的对待工作，那将会给企业带来巨大的损失。我们作为会计人员更应该对自己的工作敬业，并不断的更新知识、努力提高专业技能，以适应经济全球化合经济大发展对会计工作提出的新要求。</w:t>
      </w:r>
      <w:r>
        <w:rPr>
          <w:lang w:eastAsia="zh-CN"/>
        </w:rPr>
        <w:br/>
      </w:r>
      <w:r>
        <w:rPr>
          <w:lang w:eastAsia="zh-CN"/>
        </w:rPr>
        <w:t>　　此外，坚持作为一个会计人员的职业操守，严格遵守和执行国家的财会相关法律法规，财政、税务部门的规章制度，乃至是公司内部的管理管理规范，工作中以企业会计准则为依据来进行会计处理。此外，在从事会计工作中应该学会交际，正确处理与领导之间、与同事之间、与同行之间以及与业务往来客户的人际关系，在不违背做人原则和会计原则、法规的基础上处理好人际关系，对我们的工作有很好的帮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此外，由于暑假期间我在自学CPA《税法》的相关内容，因此利用这次实习的机会，我着重关注了实习单位税务的相关事项。作为一个从事水陆客货运输的企业，舟山海星轮船有限公司是一个以缴纳营业税为主的企业，同时也是增值税的一般纳税人。从其业务组成分析它的营业税征税范围看，其水陆客货运输业务属交通运输业，旅游中介业务属于服务业——旅游业，船务代理则从属于服务业——代理业，救生设备检修厂的修理劳务则属增值税的征税范围。因为从属于不同的税目应税行为，故公司对于不同的业务进行独立的核算。</w:t>
      </w:r>
      <w:r>
        <w:rPr>
          <w:lang w:eastAsia="zh-CN"/>
        </w:rPr>
        <w:br/>
      </w:r>
      <w:r>
        <w:rPr>
          <w:lang w:eastAsia="zh-CN"/>
        </w:rPr>
        <w:t>　　除了营业税和增值税等流转税，公司的日常业务还涉及房地产税，城镇土地占用税，车船使用税，印花税，城建税及教育费附加等行为税和财产税，还有企业所得税和作为扣缴义务人代扣代缴的个人所得税。此外，我还关注了企业在月末经行企业所得税应税所得额的调整的相关情况，企业根据当期的收入情况对广告宣传费，业务招待费，利息费用等可扣除限额经行了相应的调整，得到了企业所得税应纳税所得额。这不仅仅加深了我对于《企业所得税法》中相关条款的认识，也让我知道了企业在实务中的相应流程，对我以后从事相关工作有不小的帮助。</w:t>
      </w:r>
      <w:r>
        <w:rPr>
          <w:lang w:eastAsia="zh-CN"/>
        </w:rPr>
        <w:br/>
      </w:r>
      <w:r>
        <w:rPr>
          <w:lang w:eastAsia="zh-CN"/>
        </w:rPr>
        <w:t>　　通过2周的认识实习，让我更加了解会计和财务管理人员的日常工作流程，以及成为一名合格的企业财会人员所应具备的职业素质和技能。虽然，我已经于今年取得了会计从业资格证，但是通过对比实务发现，我要想成为一名合格的财会人员还有很长的路要走，现在所掌握的知识和技能是远远不够的，这也更加树立了我学好本专业知识，提升专业技能，努力成为一名优秀财务会计人员。</w:t>
      </w:r>
      <w:r>
        <w:rPr>
          <w:lang w:eastAsia="zh-CN"/>
        </w:rPr>
        <w:br/>
      </w:r>
      <w:r>
        <w:rPr>
          <w:lang w:eastAsia="zh-CN"/>
        </w:rPr>
        <w:t xml:space="preserve">    会计的实习工作总结范文 篇8 </w:t>
      </w:r>
      <w:r>
        <w:rPr>
          <w:lang w:eastAsia="zh-CN"/>
        </w:rPr>
        <w:br/>
      </w:r>
      <w:r>
        <w:rPr>
          <w:lang w:eastAsia="zh-CN"/>
        </w:rPr>
        <w:t>　　一.实习目的</w:t>
      </w:r>
      <w:r>
        <w:rPr>
          <w:lang w:eastAsia="zh-CN"/>
        </w:rPr>
        <w:br/>
      </w:r>
      <w:r>
        <w:rPr>
          <w:lang w:eastAsia="zh-CN"/>
        </w:rPr>
        <w:t>　　1.会计实习的目的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会计学是一门实践性很强的学科，经过三年半的专业学习后，在掌握了一定的会计基础知识的前提下，为了进一步巩固理论知识，将理论与实践有机结合起来，按照学校的计划要求，本人于20__年3月3日至4月11日在青岛荏原再生资源热电有限公司进行了一个多月的实习。在实习过程中,力求把在课堂上学到的会计知识应用到实际的会计处理上，努力做到理论与实践的结合，从实践中积极总结经验，拓展自己的知识面。此外,还要注意发挥团结精神和创新意识，力求自身综合素质的提高，为我们成功走向社会做好准备。</w:t>
      </w:r>
      <w:r>
        <w:rPr>
          <w:lang w:eastAsia="zh-CN"/>
        </w:rPr>
        <w:br/>
      </w:r>
      <w:r>
        <w:rPr>
          <w:lang w:eastAsia="zh-CN"/>
        </w:rPr>
        <w:t>　　2.公司介绍</w:t>
      </w:r>
      <w:r>
        <w:rPr>
          <w:lang w:eastAsia="zh-CN"/>
        </w:rPr>
        <w:br/>
      </w:r>
      <w:r>
        <w:rPr>
          <w:lang w:eastAsia="zh-CN"/>
        </w:rPr>
        <w:t>　　青岛荏原再生资源热电有限公司前身为青岛胶南荏原电力有限责任公司，是胶南市易通热电公司与日本株式会社荏原制作所共同出资成立的以资源综合利用为主，兼具热力调峰功能的中外合作热电公司。公司注册资本5100万，其中国有股占42.35%。生产规模为35t/hICFB锅炉一台和6000KW抽凝式汽轮发电机组一台。</w:t>
      </w:r>
      <w:r>
        <w:rPr>
          <w:lang w:eastAsia="zh-CN"/>
        </w:rPr>
        <w:br/>
      </w:r>
      <w:r>
        <w:rPr>
          <w:lang w:eastAsia="zh-CN"/>
        </w:rPr>
        <w:t>　　公司于20__年筹建，20__年运行。成立的初衷，就是利用ICFB锅炉的低热值燃料优势，消化掉胶南市17台链条锅炉的飞灰，这样既可以充分利用链条炉飞灰中可燃物的热值达到节能的目的，又可以消化掉链条炉飞灰而保护环境。</w:t>
      </w:r>
      <w:r>
        <w:rPr>
          <w:lang w:eastAsia="zh-CN"/>
        </w:rPr>
        <w:br/>
      </w:r>
      <w:r>
        <w:rPr>
          <w:lang w:eastAsia="zh-CN"/>
        </w:rPr>
        <w:t>　　20__年之后，国内流化床锅炉技术逐渐成熟，从而使流化床锅炉逐渐取代了胶南市的链条锅炉，链条炉飞灰源趋于枯竭。因此，公司决定利用原ICFB锅炉的先天优势对锅炉进行改造，把燃料转向国家资源综合利用目录中鼓励使用的煤泥以及胶南的一些工业垃圾(琅琊台酒业集团的废料和海王纸业的废纸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20__年7月，经过对原锅炉的一系列改造，青岛荏原再生资源热电有限公司实现了以煤泥为主要燃料，以酒厂和造纸厂的废料为辅助燃料的燃烧方式。实现了节能减排的循环经济模式。</w:t>
      </w:r>
      <w:r>
        <w:rPr>
          <w:lang w:eastAsia="zh-CN"/>
        </w:rPr>
        <w:br/>
      </w:r>
      <w:r>
        <w:rPr>
          <w:lang w:eastAsia="zh-CN"/>
        </w:rPr>
        <w:t>　　20__底，青岛荏原再生资源热电有限公司成功试烧了污水处理厂的晒干污泥。</w:t>
      </w:r>
      <w:r>
        <w:rPr>
          <w:lang w:eastAsia="zh-CN"/>
        </w:rPr>
        <w:br/>
      </w:r>
      <w:r>
        <w:rPr>
          <w:lang w:eastAsia="zh-CN"/>
        </w:rPr>
        <w:t>　　20__年10月，公司被授予“青岛市绿色企业”称号;20__年1月公司被确认为资源综合利用电力企业;20__年10月公司被授予青岛市清洁生产先进企业;20__年3月，被青岛市经贸委循环经济试点企业。</w:t>
      </w:r>
      <w:r>
        <w:rPr>
          <w:lang w:eastAsia="zh-CN"/>
        </w:rPr>
        <w:br/>
      </w:r>
      <w:r>
        <w:rPr>
          <w:lang w:eastAsia="zh-CN"/>
        </w:rPr>
        <w:t>　　由于煤泥、污泥和其它工业垃圾都属于高湿废料，直接送入锅炉无法满足运行条件。为了进一步扩大上述废料的利用程度，公司决定自主研发一台适合本公司锅炉使用的大型烘干设备，利用锅炉烟道尾气烘干高湿废料，并于20__年12月投入运行。至此，公司彻底完成了以煤炭为主燃料，链条炉飞灰为辅助燃料的燃烧方式向完全摒弃煤炭，以煤泥为主燃料(约占60%)其他垃圾废料为辅助燃料(约占40%)的节约型和环保型燃烧方式的转变。</w:t>
      </w:r>
      <w:r>
        <w:rPr>
          <w:lang w:eastAsia="zh-CN"/>
        </w:rPr>
        <w:br/>
      </w:r>
      <w:r>
        <w:rPr>
          <w:lang w:eastAsia="zh-CN"/>
        </w:rPr>
        <w:t>　　青岛荏原再生资源热电有限公司非常适应固体废料的处理，这也符合了国家《再生资源法》的相关条款，同时也处理了大量的固体废料，节约了煤炭资源，改善了生态环境。由于公司以煤泥和胶南市及周边县市的一些工业废料为燃料，每年为社会节约煤炭4万吨以上，处理煤泥3.6万吨和污泥及其他废料5万吨以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作为一个成功案例，20__年8月，青岛市环保局固废处理中心组织全市环保部门及相关处理单位在青岛荏原再生资源热电有限公司举行了一场固废处理观摩现场会，充分肯定了青岛荏原再生资源热电有限公司在固废处理方面所作出的成绩。各大相关媒体如胶南电视台、青岛电视台、省电视台、青岛广播电台、青岛日报等均对青岛荏原再生资源热电有限公司的废料处理的先进方式做了报道。</w:t>
      </w:r>
      <w:r>
        <w:rPr>
          <w:lang w:eastAsia="zh-CN"/>
        </w:rPr>
        <w:br/>
      </w:r>
      <w:r>
        <w:rPr>
          <w:lang w:eastAsia="zh-CN"/>
        </w:rPr>
        <w:t>　　3.实习要求</w:t>
      </w:r>
      <w:r>
        <w:rPr>
          <w:lang w:eastAsia="zh-CN"/>
        </w:rPr>
        <w:br/>
      </w:r>
      <w:r>
        <w:rPr>
          <w:lang w:eastAsia="zh-CN"/>
        </w:rPr>
        <w:t>　　(1)通过实习，将所学知识运用到实践中去，更好的掌握所学知识;</w:t>
      </w:r>
      <w:r>
        <w:rPr>
          <w:lang w:eastAsia="zh-CN"/>
        </w:rPr>
        <w:br/>
      </w:r>
      <w:r>
        <w:rPr>
          <w:lang w:eastAsia="zh-CN"/>
        </w:rPr>
        <w:t>　　(2)遵守实习单位纪律，定期向指导老师汇报实习工作进展，取得实习指导老师的指导;</w:t>
      </w:r>
      <w:r>
        <w:rPr>
          <w:lang w:eastAsia="zh-CN"/>
        </w:rPr>
        <w:br/>
      </w:r>
      <w:r>
        <w:rPr>
          <w:lang w:eastAsia="zh-CN"/>
        </w:rPr>
        <w:t>　　(3)在实习期间，学生因为身体或其他特殊原因不能正常参加实习的，要向指导老师说明原因，得到批准后方可请假;</w:t>
      </w:r>
      <w:r>
        <w:rPr>
          <w:lang w:eastAsia="zh-CN"/>
        </w:rPr>
        <w:br/>
      </w:r>
      <w:r>
        <w:rPr>
          <w:lang w:eastAsia="zh-CN"/>
        </w:rPr>
        <w:t>　　(4)遵守实习单位的规章制度以及工作岗位安排，虚心请教，与实习单位的同事们搞好关系，以便于实习的顺利进行;</w:t>
      </w:r>
      <w:r>
        <w:rPr>
          <w:lang w:eastAsia="zh-CN"/>
        </w:rPr>
        <w:br/>
      </w:r>
      <w:r>
        <w:rPr>
          <w:lang w:eastAsia="zh-CN"/>
        </w:rPr>
        <w:t>　　(5)主动运用自己所学的理论知识，解决实习中遇到的问题;</w:t>
      </w:r>
      <w:r>
        <w:rPr>
          <w:lang w:eastAsia="zh-CN"/>
        </w:rPr>
        <w:br/>
      </w:r>
      <w:r>
        <w:rPr>
          <w:lang w:eastAsia="zh-CN"/>
        </w:rPr>
        <w:t>　　(6)按期完成实习工作，提交实习报告。</w:t>
      </w:r>
      <w:r>
        <w:rPr>
          <w:lang w:eastAsia="zh-CN"/>
        </w:rPr>
        <w:br/>
      </w:r>
      <w:r>
        <w:rPr>
          <w:lang w:eastAsia="zh-CN"/>
        </w:rPr>
        <w:t>　　二、实习内容</w:t>
      </w:r>
      <w:r>
        <w:rPr>
          <w:lang w:eastAsia="zh-CN"/>
        </w:rPr>
        <w:br/>
      </w:r>
      <w:r>
        <w:rPr>
          <w:lang w:eastAsia="zh-CN"/>
        </w:rPr>
        <w:t>　　1.实习日程安排</w:t>
      </w:r>
      <w:r>
        <w:rPr>
          <w:lang w:eastAsia="zh-CN"/>
        </w:rPr>
        <w:br/>
      </w:r>
      <w:r>
        <w:rPr>
          <w:lang w:eastAsia="zh-CN"/>
        </w:rPr>
        <w:t>　　实习时间为20__年3月3日-20__年4月11日，20__年3月4日—20__年3月5日，与单位领导见面,在领导带领下参观单位;20__年3月6日—20__年3月10日，参加公司财务部组织的专门培训;20__年3月11日—20__年3月15日，了解工作流程及查看历年工作底稿和凭证;20__年3月16日—20__年4月11日，利用财务软件录入会计凭证;20__年4月12日，总结并撰写会计实习报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2、实习的工作内容</w:t>
      </w:r>
      <w:r>
        <w:rPr>
          <w:lang w:eastAsia="zh-CN"/>
        </w:rPr>
        <w:br/>
      </w:r>
      <w:r>
        <w:rPr>
          <w:lang w:eastAsia="zh-CN"/>
        </w:rPr>
        <w:t>　　本次实习单位提供的实习岗位是公司财务部原料结算科所从事的原料成本结算工作，主要是会计凭证。</w:t>
      </w:r>
      <w:r>
        <w:rPr>
          <w:lang w:eastAsia="zh-CN"/>
        </w:rPr>
        <w:br/>
      </w:r>
      <w:r>
        <w:rPr>
          <w:lang w:eastAsia="zh-CN"/>
        </w:rPr>
        <w:t xml:space="preserve">    会计的实习工作总结范文 篇9 </w:t>
      </w:r>
      <w:r>
        <w:rPr>
          <w:lang w:eastAsia="zh-CN"/>
        </w:rPr>
        <w:br/>
      </w:r>
      <w:r>
        <w:rPr>
          <w:lang w:eastAsia="zh-CN"/>
        </w:rPr>
        <w:t>　　一、实习的目的</w:t>
      </w:r>
      <w:r>
        <w:rPr>
          <w:lang w:eastAsia="zh-CN"/>
        </w:rPr>
        <w:br/>
      </w:r>
      <w:r>
        <w:rPr>
          <w:lang w:eastAsia="zh-CN"/>
        </w:rPr>
        <w:t>　　根据本专业的教学计划，会计专业的学生在毕业前要有毕业实习。实习期间，要求学生对企业(机构)财务会计工作进行业务实践和调查，使学生理论联系实际，丰富和充实所学专业理论知识，培养发现问题、分析问题、解决问题的能力，为毕业后从事财务会计工作打下基础。</w:t>
      </w:r>
      <w:r>
        <w:rPr>
          <w:lang w:eastAsia="zh-CN"/>
        </w:rPr>
        <w:br/>
      </w:r>
      <w:r>
        <w:rPr>
          <w:lang w:eastAsia="zh-CN"/>
        </w:rPr>
        <w:t>　　二、实习内容</w:t>
      </w:r>
      <w:r>
        <w:rPr>
          <w:lang w:eastAsia="zh-CN"/>
        </w:rPr>
        <w:br/>
      </w:r>
      <w:r>
        <w:rPr>
          <w:lang w:eastAsia="zh-CN"/>
        </w:rPr>
        <w:t>　　(一)全面了解企业财务管理现状</w:t>
      </w:r>
      <w:r>
        <w:rPr>
          <w:lang w:eastAsia="zh-CN"/>
        </w:rPr>
        <w:br/>
      </w:r>
      <w:r>
        <w:rPr>
          <w:lang w:eastAsia="zh-CN"/>
        </w:rPr>
        <w:t>　　1、企业概况、产品结构和工艺流程;企业组织机构设置、财务部门职能和企业经济核算体系;</w:t>
      </w:r>
      <w:r>
        <w:rPr>
          <w:lang w:eastAsia="zh-CN"/>
        </w:rPr>
        <w:br/>
      </w:r>
      <w:r>
        <w:rPr>
          <w:lang w:eastAsia="zh-CN"/>
        </w:rPr>
        <w:t>　　2.企业的经济效益、经营状况和财务状况;</w:t>
      </w:r>
      <w:r>
        <w:rPr>
          <w:lang w:eastAsia="zh-CN"/>
        </w:rPr>
        <w:br/>
      </w:r>
      <w:r>
        <w:rPr>
          <w:lang w:eastAsia="zh-CN"/>
        </w:rPr>
        <w:t>　　3、全面了解企业财务管理循环——融资、投资、营运资金、成本和利润分配管理，以及预测、决策、计划、控制、分析等财务应用。</w:t>
      </w:r>
      <w:r>
        <w:rPr>
          <w:lang w:eastAsia="zh-CN"/>
        </w:rPr>
        <w:br/>
      </w:r>
      <w:r>
        <w:rPr>
          <w:lang w:eastAsia="zh-CN"/>
        </w:rPr>
        <w:t>　　4.了解公司金融与宏观经济政策的关系，特别是当前国家财税投资体制改革。</w:t>
      </w:r>
      <w:r>
        <w:rPr>
          <w:lang w:eastAsia="zh-CN"/>
        </w:rPr>
        <w:br/>
      </w:r>
      <w:r>
        <w:rPr>
          <w:lang w:eastAsia="zh-CN"/>
        </w:rPr>
        <w:t>　　(二)完全熟悉企业会计的基本核算方法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1、深入各部门和生产车间，请各地财务人员介绍实习内容，了解实习单位使用会计组织程序和会计工作组织，如会计机构、岗位设置、规章制度和会计档案管理等。获取会计信息。</w:t>
      </w:r>
      <w:r>
        <w:rPr>
          <w:lang w:eastAsia="zh-CN"/>
        </w:rPr>
        <w:br/>
      </w:r>
      <w:r>
        <w:rPr>
          <w:lang w:eastAsia="zh-CN"/>
        </w:rPr>
        <w:t>　　2.了解计算机在会计中的应用及其对传统会计的影响。</w:t>
      </w:r>
      <w:r>
        <w:rPr>
          <w:lang w:eastAsia="zh-CN"/>
        </w:rPr>
        <w:br/>
      </w:r>
      <w:r>
        <w:rPr>
          <w:lang w:eastAsia="zh-CN"/>
        </w:rPr>
        <w:t>　　3.掌握实习单位的会计科目设置、复式记账法、填制审核凭证、登记账簿、成本计算、财产检查等方法。</w:t>
      </w:r>
      <w:r>
        <w:rPr>
          <w:lang w:eastAsia="zh-CN"/>
        </w:rPr>
        <w:br/>
      </w:r>
      <w:r>
        <w:rPr>
          <w:lang w:eastAsia="zh-CN"/>
        </w:rPr>
        <w:t>　　4.准备会计报表。</w:t>
      </w:r>
      <w:r>
        <w:rPr>
          <w:lang w:eastAsia="zh-CN"/>
        </w:rPr>
        <w:br/>
      </w:r>
      <w:r>
        <w:rPr>
          <w:lang w:eastAsia="zh-CN"/>
        </w:rPr>
        <w:t>　　(3)准备实习报告</w:t>
      </w:r>
      <w:r>
        <w:rPr>
          <w:lang w:eastAsia="zh-CN"/>
        </w:rPr>
        <w:br/>
      </w:r>
      <w:r>
        <w:rPr>
          <w:lang w:eastAsia="zh-CN"/>
        </w:rPr>
        <w:t>　　实习结束后，学生以实习报告的形式记录实习情况，结合自己的知识和实习内容完成实习日记和实习报告。</w:t>
      </w:r>
      <w:r>
        <w:rPr>
          <w:lang w:eastAsia="zh-CN"/>
        </w:rPr>
        <w:br/>
      </w:r>
      <w:r>
        <w:rPr>
          <w:lang w:eastAsia="zh-CN"/>
        </w:rPr>
        <w:t>　　三、实习方法</w:t>
      </w:r>
      <w:r>
        <w:rPr>
          <w:lang w:eastAsia="zh-CN"/>
        </w:rPr>
        <w:br/>
      </w:r>
      <w:r>
        <w:rPr>
          <w:lang w:eastAsia="zh-CN"/>
        </w:rPr>
        <w:t>　　实习主要采用自愿原则，学生自己联系校外实习单位(企业、事业单位、会计、税务等)，然后上报总结。</w:t>
      </w:r>
      <w:r>
        <w:rPr>
          <w:lang w:eastAsia="zh-CN"/>
        </w:rPr>
        <w:br/>
      </w:r>
      <w:r>
        <w:rPr>
          <w:lang w:eastAsia="zh-CN"/>
        </w:rPr>
        <w:t>　　四、时间安排</w:t>
      </w:r>
      <w:r>
        <w:rPr>
          <w:lang w:eastAsia="zh-CN"/>
        </w:rPr>
        <w:br/>
      </w:r>
      <w:r>
        <w:rPr>
          <w:lang w:eastAsia="zh-CN"/>
        </w:rPr>
        <w:t>　　20__年2月20-25日，——20-4月19日：学生校外实习</w:t>
      </w:r>
      <w:r>
        <w:rPr>
          <w:lang w:eastAsia="zh-CN"/>
        </w:rPr>
        <w:br/>
      </w:r>
      <w:r>
        <w:rPr>
          <w:lang w:eastAsia="zh-CN"/>
        </w:rPr>
        <w:t>　　辅导员要向学生明确高校毕业实习的要求，要求学生结合就业方向开展毕业实习，加强与实习辅导员或学生实习单位领导的沟通，与实习单位相关实习辅导员共同确定学生实习计划，保持高校与实习单位的密切联系。学生毕业实习应结合其专业和就业方向寻找实习单位，实习单位负责人或部门负责人应与学生毕业实习和论文指导老师建立联系，共同协商确定学生实习计划，并签字(或盖章)确认。</w:t>
      </w:r>
      <w:r>
        <w:rPr>
          <w:lang w:eastAsia="zh-CN"/>
        </w:rPr>
        <w:br/>
      </w:r>
      <w:r>
        <w:rPr>
          <w:lang w:eastAsia="zh-CN"/>
        </w:rPr>
        <w:t>　　五.校外实习要求</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1、保守秘密。服务实习单位财务人员的安排不能随意提取会计资料，遵守财务会计制度，保留实习单位的财务会计资料。</w:t>
      </w:r>
      <w:r>
        <w:rPr>
          <w:lang w:eastAsia="zh-CN"/>
        </w:rPr>
        <w:br/>
      </w:r>
      <w:r>
        <w:rPr>
          <w:lang w:eastAsia="zh-CN"/>
        </w:rPr>
        <w:t>　　2.安全第一。实习期间注意安全，服从厂区安全员指挥，不得随意走动，否则酌情从实习成绩中扣分。</w:t>
      </w:r>
      <w:r>
        <w:rPr>
          <w:lang w:eastAsia="zh-CN"/>
        </w:rPr>
        <w:br/>
      </w:r>
      <w:r>
        <w:rPr>
          <w:lang w:eastAsia="zh-CN"/>
        </w:rPr>
        <w:t>　　3.遵守法律。遵守国家法律和实习单位的规章制度，遵守社会公德和社会秩序，不得擅自离开实习场所，不得擅自旷课</w:t>
      </w:r>
      <w:r>
        <w:rPr>
          <w:lang w:eastAsia="zh-CN"/>
        </w:rPr>
        <w:br/>
      </w:r>
      <w:r>
        <w:rPr>
          <w:lang w:eastAsia="zh-CN"/>
        </w:rPr>
        <w:t>　　六、毕业实习成绩评价和考核方法</w:t>
      </w:r>
      <w:r>
        <w:rPr>
          <w:lang w:eastAsia="zh-CN"/>
        </w:rPr>
        <w:br/>
      </w:r>
      <w:r>
        <w:rPr>
          <w:lang w:eastAsia="zh-CN"/>
        </w:rPr>
        <w:t>　　学生按照毕业实习计划完成顶岗实习教学任务，考试合格后取得相应学分。</w:t>
      </w:r>
      <w:r>
        <w:rPr>
          <w:lang w:eastAsia="zh-CN"/>
        </w:rPr>
        <w:br/>
      </w:r>
      <w:r>
        <w:rPr>
          <w:lang w:eastAsia="zh-CN"/>
        </w:rPr>
        <w:t>　　2.导师具体负责管理整个毕业实习过程。对于严重违反实习纪律，造成严重事故的学生，辅导员有权暂停学生的实习过程，实习结果记为不及格。</w:t>
      </w:r>
      <w:r>
        <w:rPr>
          <w:lang w:eastAsia="zh-CN"/>
        </w:rPr>
        <w:br/>
      </w:r>
      <w:r>
        <w:rPr>
          <w:lang w:eastAsia="zh-CN"/>
        </w:rPr>
        <w:t>　　3.未完成实习全过程或未提交实习鉴定表、实习日记、实习报告的学生，其实习成绩会不及格。</w:t>
      </w:r>
      <w:r>
        <w:rPr>
          <w:lang w:eastAsia="zh-CN"/>
        </w:rPr>
        <w:br/>
      </w:r>
      <w:r>
        <w:rPr>
          <w:lang w:eastAsia="zh-CN"/>
        </w:rPr>
        <w:t>　　4.毕业实习后，正常完成实习的学生应向导师提交实习鉴定表、实习日记和实习报告。</w:t>
      </w:r>
      <w:r>
        <w:rPr>
          <w:lang w:eastAsia="zh-CN"/>
        </w:rPr>
        <w:br/>
      </w:r>
      <w:r>
        <w:rPr>
          <w:lang w:eastAsia="zh-CN"/>
        </w:rPr>
        <w:t>　　5.实习考核。实习结束后，20年4月25日前，指导教师会同实习单位反馈、学生提交的档案和实习过程，按照不及格、及格、公正、良好、优秀五级制进行评分;良好60%，优秀20%。提交学生提交的实习材料和绩效评价结果。学生签订的就业协议应体现在学生毕业实习成绩的等级评定中。对于失业且就业方向与实习方向不一致的学生，毕业实习成绩一般不评为好及以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档案中的每一份实习材料都要做好标记，最后的分数要写在作品集里</w:t>
      </w:r>
      <w:r>
        <w:rPr>
          <w:lang w:eastAsia="zh-CN"/>
        </w:rPr>
        <w:br/>
      </w:r>
      <w:r>
        <w:rPr>
          <w:lang w:eastAsia="zh-CN"/>
        </w:rPr>
        <w:t xml:space="preserve">    会计的实习工作总结范文 篇10 </w:t>
      </w:r>
      <w:r>
        <w:rPr>
          <w:lang w:eastAsia="zh-CN"/>
        </w:rPr>
        <w:br/>
      </w:r>
      <w:r>
        <w:rPr>
          <w:lang w:eastAsia="zh-CN"/>
        </w:rPr>
        <w:t>　　实习重在动手去做，把公司发生的业务能够熟练地反映出来，这样才能证明作为一个会计人员的实力。在实习期间，我认真学习做账技巧，虚心请教比我有经验的同事，把课本上学到的知识尽量运用到平时的实际工作中，增加了实践经验。我体会了会计部门作为现代企业管理的核心机构，对其从业人员，一定要有很高的素质要求。作为一名会计工作人员，工作中一定要具有良好的专业素质、职业操守以及敬业态度。关于这次实习，我不论从个人能力还是专业知识上都有了很大的提高，操作能力也大大提升了，也学会了运用财务软件做账的一些基本方法。除了专业知识方面的收获，在其他方面也有了更深的体会，尤其是心理上的转变。如果没有实习，我就不会有这么多的收获，终于体会了很多事要去亲身实践后，才能感受到过程中的酸甜苦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首先，在学校和公司的很大一个不同就是进入社会以后必须要有很强的责任心。在工作岗位上，我们必须要有强烈的责任感，要对自己的岗位负责，要对自己办理的业务负责。分配的工作一定要按时按量的完成，且尽量少出错，如果不小心出现了错误，也必须负责纠正。其次，一定要端正自己的态度，放低自己的姿态，要有上进心，作为即将踏入社会的新人，有经验有能力的人很多，他们都有值得我们学习的地方。我们一定要自觉努力的去学习，学到的知识是自己的，是别人拿不去也抢不走的经验。再次，工作后每个人都必须要坚守自己的职业道德和努力提高自己的职业素养，正所谓做一行就要懂一行的行规。尤其是涉及到个人利益的财务工作。一个人只有以热忱的心情去面对自己的工作，才能不断地进步并使自己所做的业务更好的发展，才能够更好地实现自己的人生价值。在会计行业中更需要职业素养，我们整天与数字打交道如果不敬业、不谨慎地对待工作，那将产生很大的损失。最后，学会与人沟通，知道在什么样的场合说什么样的话。</w:t>
      </w:r>
      <w:r>
        <w:rPr>
          <w:lang w:eastAsia="zh-CN"/>
        </w:rPr>
        <w:br/>
      </w:r>
      <w:r>
        <w:rPr>
          <w:lang w:eastAsia="zh-CN"/>
        </w:rPr>
        <w:t>　　在工作中，掌握与同事沟通的技巧，让同事喜欢和你聊天，这样你可以与同事相处融洽，让工作时间过得轻松愉快。总之，通过本次毕业之前的工作实习，回顾这段日子来的点点滴滴，我感慨颇深，对工作有了比较深刻的认识。工作不只是为了获得薪资，也是为了实现自己的价值，对人生的肯定。因为工作，确定了我们的定位，撑起了整个社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在实习期间，我拓宽了视野，增长了见识，体验到社会竞争的残酷，学会了坚持，也学会了真诚的与人相处。实习中有开心也有难过的时候，酸甜苦辣，这一切我都一直努力地去品尝，并尽自己最大的努力去做好。实习中基本完成当初自己制定的目标，较圆满地完成了此次实践任务。我的心理发生了很大的变化，从一开始的害怕工作，到后面期待走上工作岗位，我觉得这是一个很大的进步。如果没有参加毕业实习，我也许还很迷茫，还在恐惧未来，也不会在毕业后较快适应工作环境，很感谢学校和公司给了我这样的一个机会。</w:t>
      </w:r>
      <w:r>
        <w:rPr>
          <w:lang w:eastAsia="zh-CN"/>
        </w:rPr>
        <w:br/>
      </w:r>
      <w:r>
        <w:rPr>
          <w:lang w:eastAsia="zh-CN"/>
        </w:rPr>
        <w:t xml:space="preserve">    会计的实习工作总结范文 篇11 </w:t>
      </w:r>
      <w:r>
        <w:rPr>
          <w:lang w:eastAsia="zh-CN"/>
        </w:rPr>
        <w:br/>
      </w:r>
      <w:r>
        <w:rPr>
          <w:lang w:eastAsia="zh-CN"/>
        </w:rPr>
        <w:t>　　一、实习目的：</w:t>
      </w:r>
      <w:r>
        <w:rPr>
          <w:lang w:eastAsia="zh-CN"/>
        </w:rPr>
        <w:br/>
      </w:r>
      <w:r>
        <w:rPr>
          <w:lang w:eastAsia="zh-CN"/>
        </w:rPr>
        <w:t>　　我学的专业是会计，为了加强自身的素质，培养较强的会计工作的操作能力，这段期间我在太原一家公司进行了专业实习。实习期间要努力将自己在学校所学的理论知识向实践方面转化，尽量做到理论与实践相结合，遵守工作纪律，不迟到、早退，认真完成领导交办的工作等。在实习的这段时间也是我大学里生活很充实的日子，每天挤公交车到高新开发区西口，然后还要走一段路程才可以到单位，工作吃饭休息工作下班，生活很有规律。它检验了我在三年来的理论知识，同时也让我接触了社会的各种情况，学会了怎么分析社会的很多情况，让我更快的融入社会，适应社会起了很大的触进作用。</w:t>
      </w:r>
      <w:r>
        <w:rPr>
          <w:lang w:eastAsia="zh-CN"/>
        </w:rPr>
        <w:br/>
      </w:r>
      <w:r>
        <w:rPr>
          <w:lang w:eastAsia="zh-CN"/>
        </w:rPr>
        <w:t>　　二、公司概况</w:t>
      </w:r>
      <w:r>
        <w:rPr>
          <w:lang w:eastAsia="zh-CN"/>
        </w:rPr>
        <w:br/>
      </w:r>
      <w:r>
        <w:rPr>
          <w:lang w:eastAsia="zh-CN"/>
        </w:rPr>
        <w:t>　　我所在的公司叫_科贸有限公司，它是一家自然人投资或控股的有限责任公司，其经营范围是家具及木器制品的设计、生产及销售；家具设计及室内装横；软件开发及应用；数码产品、五金交电、家电、针纺织品、化工产品（不含危险品）、煤制品、生铁、钢材的批发零售；酒店管理咨询服务；机械设备的销售及租赁。财务室设有一个财务部长，一个出纳，两个会计员，而教导我的是老会计李会计。</w:t>
      </w:r>
      <w:r>
        <w:rPr>
          <w:lang w:eastAsia="zh-CN"/>
        </w:rPr>
        <w:br/>
      </w:r>
      <w:r>
        <w:rPr>
          <w:lang w:eastAsia="zh-CN"/>
        </w:rPr>
        <w:t>　　三、实习经过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刚到会计部_会计就叫我先看他们以往所制的会计凭证。总以为凭着记忆加上大学里学的理论对于区区原始凭证可以熟练掌握，也正是这种浮躁的态度让我忽视了会计循环的基石，会计分录，以至于后来李会计让我尝试制单的良苦用心。于是实习时只能晚上回家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记帐做好准备。</w:t>
      </w:r>
      <w:r>
        <w:rPr>
          <w:lang w:eastAsia="zh-CN"/>
        </w:rPr>
        <w:br/>
      </w:r>
      <w:r>
        <w:rPr>
          <w:lang w:eastAsia="zh-CN"/>
        </w:rPr>
        <w:t>　　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从制单到记帐的整个过程基本上了解了个大概后，就要认真结合书本的知识总结一下手工做帐到底是怎么一回事。李会计很要耐心的跟我讲解每一种银行帐单的样式和填写方式以及什么时候才使用这种帐单，有了基本认识以后学习起来就会更得心应手了。</w:t>
      </w:r>
      <w:r>
        <w:rPr>
          <w:lang w:eastAsia="zh-CN"/>
        </w:rPr>
        <w:br/>
      </w:r>
      <w:r>
        <w:rPr>
          <w:lang w:eastAsia="zh-CN"/>
        </w:rPr>
        <w:t>　　此外还认真学习了《公司法》、《税法》《会计法》，真正从课本中走到了现实中，从抽象的理论回到了多彩的实际生活，细致的了解了本单位会计工作的全过程，认真学习了各类学校经济业务的会计处理，并掌握了三门财务软件的使用实习期间，我利用此次难得的机会，努力工作，严格要求自己，虚心向财务人员请教，认真学习会计理论，学习会计法律、法规等知识，利用空余时间认真学习一些课本内容以外的相关知识，掌握了一些基本的会计技能，具体包括了以下几点：</w:t>
      </w:r>
      <w:r>
        <w:rPr>
          <w:lang w:eastAsia="zh-CN"/>
        </w:rPr>
        <w:br/>
      </w:r>
      <w:r>
        <w:rPr>
          <w:lang w:eastAsia="zh-CN"/>
        </w:rPr>
        <w:t>　　1、原始凭证的审核方法及要点；</w:t>
      </w:r>
      <w:r>
        <w:rPr>
          <w:lang w:eastAsia="zh-CN"/>
        </w:rPr>
        <w:br/>
      </w:r>
      <w:r>
        <w:rPr>
          <w:lang w:eastAsia="zh-CN"/>
        </w:rPr>
        <w:t>　　2、记账凭证的填写及审核要点；</w:t>
      </w:r>
      <w:r>
        <w:rPr>
          <w:lang w:eastAsia="zh-CN"/>
        </w:rPr>
        <w:br/>
      </w:r>
      <w:r>
        <w:rPr>
          <w:lang w:eastAsia="zh-CN"/>
        </w:rPr>
        <w:t>　　3、明细账、总账的登记及对账；</w:t>
      </w:r>
      <w:r>
        <w:rPr>
          <w:lang w:eastAsia="zh-CN"/>
        </w:rPr>
        <w:br/>
      </w:r>
      <w:r>
        <w:rPr>
          <w:lang w:eastAsia="zh-CN"/>
        </w:rPr>
        <w:t>　　4、财务报表及纳税申报表的编制与申报；</w:t>
      </w:r>
      <w:r>
        <w:rPr>
          <w:lang w:eastAsia="zh-CN"/>
        </w:rPr>
        <w:br/>
      </w:r>
      <w:r>
        <w:rPr>
          <w:lang w:eastAsia="zh-CN"/>
        </w:rPr>
        <w:t>　　5、会计档案的装订及保管常识。</w:t>
      </w:r>
      <w:r>
        <w:rPr>
          <w:lang w:eastAsia="zh-CN"/>
        </w:rPr>
        <w:br/>
      </w:r>
      <w:r>
        <w:rPr>
          <w:lang w:eastAsia="zh-CN"/>
        </w:rPr>
        <w:t>　　从而进一步巩固自己所学到的知识，为以后真正走上工作岗位打下基础。更让我感到感动的是，领导让公司的前辈教会我处理公司的综合事物。例如营业执照的办理。税务登记的有关事项。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一般纳税人的申请。以及如何进行企业合法节税的运用。等等。在这个学习和联系的过程中。我发现会计是一门实务与理论结合性很强的学科，尽管我学过这门课，但是当我第一次和公司的同事操作具体业务时，觉得又和书上有些不同，实际工作中的事务是细而杂的，只有多加练习才能牢牢掌握。这次实习最主要的目的也是想看看我们所学的理论知识与公司实际操作的实务区别在哪里，相同的地方在哪里，内部控制如何执行，如何贯彻新的会计政策，新旧政策如何过渡，一些特殊的帐户如何会计处理等等。</w:t>
      </w:r>
      <w:r>
        <w:rPr>
          <w:lang w:eastAsia="zh-CN"/>
        </w:rPr>
        <w:br/>
      </w:r>
      <w:r>
        <w:rPr>
          <w:lang w:eastAsia="zh-CN"/>
        </w:rPr>
        <w:t>　　带着这些问题，我在这几个月里用眼睛看，不懂的请教领导同事，让我对这些问题有了一定的解答，达到了这次实习的目的。除了与我专业相关的知识外，我还看到许多在课堂上学不到的东西。公司是如何运做的，员工之间的团队合作精神，处理业务的过程，规章制度执行情况，企业的管理等等。另外我也看到公司存在的一些漏洞，例如内部控制情况，其中主要包括现金收支制度执行情况，公司在执行国家政策规定方面也不容乐观。然而在现实的小规模私营企业这种情况可能普遍存在。作为一名会计实务人员，通过这次实习也更加让我看清自己今后的努力方向。例如：实务能力，应变能力，心理素质，适应能力等等。</w:t>
      </w:r>
      <w:r>
        <w:rPr>
          <w:lang w:eastAsia="zh-CN"/>
        </w:rPr>
        <w:br/>
      </w:r>
      <w:r>
        <w:rPr>
          <w:lang w:eastAsia="zh-CN"/>
        </w:rPr>
        <w:t>　　四、实习收获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这次实习让我明白进取心是非常重要的。在工作中仅靠我们课堂上学习到的知识远远不够，因此我们要在其他时间多给自己充电，在扎实本专业的基础上也要拓宽学习领域。同时在实际的工作中遇到问题时要多向他人请教。人际沟通也是非常重要的一点，如何与人打交道是一门艺术，也是一种本领，在今后的工作中也是不能忽视的。马上就要进入社会的我们也要面临正式的实习了，我想每一次的经历都是一种积累，而这种积累正是日后的财富。在工作上，在学习上，我们要让这些宝贵的财富发挥它的作用，从而达到事半功倍的效果。在未来的工作中我将把我所学到的理论知识和实践经验不断的应用到实际工作来，充分展示自我的个人价值和人生价值，为实现自我的理想和光明的前程努力。</w:t>
      </w:r>
      <w:r>
        <w:rPr>
          <w:lang w:eastAsia="zh-CN"/>
        </w:rPr>
        <w:br/>
      </w:r>
      <w:r>
        <w:rPr>
          <w:lang w:eastAsia="zh-CN"/>
        </w:rPr>
        <w:t>　　实习过程简况</w:t>
      </w:r>
      <w:r>
        <w:rPr>
          <w:lang w:eastAsia="zh-CN"/>
        </w:rPr>
        <w:br/>
      </w:r>
      <w:r>
        <w:rPr>
          <w:lang w:eastAsia="zh-CN"/>
        </w:rPr>
        <w:t>　　我的实习期开始于__年3月1日。第一天，负责人给我领到工作办公室，介绍给我一个师傅带我。在会计事务处理方面对我进行引导和帮助。在师傅的辅导下，我的实习工作渐渐步入正轨。</w:t>
      </w:r>
      <w:r>
        <w:rPr>
          <w:lang w:eastAsia="zh-CN"/>
        </w:rPr>
        <w:br/>
      </w:r>
      <w:r>
        <w:rPr>
          <w:lang w:eastAsia="zh-CN"/>
        </w:rPr>
        <w:t>　　我从事的实习期的工作可以分以下三个方面：</w:t>
      </w:r>
      <w:r>
        <w:rPr>
          <w:lang w:eastAsia="zh-CN"/>
        </w:rPr>
        <w:br/>
      </w:r>
      <w:r>
        <w:rPr>
          <w:lang w:eastAsia="zh-CN"/>
        </w:rPr>
        <w:t>　　一、费用成本、客户往来方面的管理</w:t>
      </w:r>
      <w:r>
        <w:rPr>
          <w:lang w:eastAsia="zh-CN"/>
        </w:rPr>
        <w:br/>
      </w:r>
      <w:r>
        <w:rPr>
          <w:lang w:eastAsia="zh-CN"/>
        </w:rPr>
        <w:t>　　1.规范了低值易耗品的核算管理，全面建立低值易耗品台帐，从易耗品的购买、领用全面跟踪，方便企业更全面的了解这些价值较低物资的分布情况，加强管理。</w:t>
      </w:r>
      <w:r>
        <w:rPr>
          <w:lang w:eastAsia="zh-CN"/>
        </w:rPr>
        <w:br/>
      </w:r>
      <w:r>
        <w:rPr>
          <w:lang w:eastAsia="zh-CN"/>
        </w:rPr>
        <w:t>　　2.在集团财务制度的基础上规范了华品成本费用的管理，明确了成本费用的分类，重新整理了科目，为加强了项目管理，分门别类的计算实际消耗的费用项目，真实反映当期的成本。为绩效管理提供参考依据。</w:t>
      </w:r>
      <w:r>
        <w:rPr>
          <w:lang w:eastAsia="zh-CN"/>
        </w:rPr>
        <w:br/>
      </w:r>
      <w:r>
        <w:rPr>
          <w:lang w:eastAsia="zh-CN"/>
        </w:rPr>
        <w:t>　　3.规范商业公司财务帐套布局设置，根据商业公司特点，设置相应帐套，通过辅助帐中客户、仓库模块的核算使博科软件充分发挥出作用，能够及时有效的反映财务数据，满足未来经营管理的需要。</w:t>
      </w:r>
      <w:r>
        <w:rPr>
          <w:lang w:eastAsia="zh-CN"/>
        </w:rPr>
        <w:br/>
      </w:r>
      <w:r>
        <w:rPr>
          <w:lang w:eastAsia="zh-CN"/>
        </w:rPr>
        <w:t>　　二、会计基础工作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7"/>
          <w:cols w:space="425"/>
          <w:titlePg w:val="0"/>
          <w:docGrid w:type="lines" w:linePitch="312"/>
        </w:sectPr>
      </w:pPr>
      <w:r>
        <w:rPr>
          <w:lang w:eastAsia="zh-CN"/>
        </w:rPr>
        <w:t>　　1.认真执行《会计法》，进一步加强财务基础工作的指导，规范记账凭证的编制，严格对原始凭证的合理性进行审核，强化会计档案的管理等。</w:t>
      </w:r>
      <w:r>
        <w:rPr>
          <w:lang w:eastAsia="zh-CN"/>
        </w:rPr>
        <w:br/>
      </w:r>
      <w:r>
        <w:rPr>
          <w:lang w:eastAsia="zh-CN"/>
        </w:rPr>
        <w:t>　　2.根据集团的指示，对华品公司会计电算化情况进行了备案，使财务工作符合财政部的需要，更加规范化，为不断提高财务工作质量而努力。</w:t>
      </w:r>
      <w:r>
        <w:rPr>
          <w:lang w:eastAsia="zh-CN"/>
        </w:rPr>
        <w:br/>
      </w:r>
      <w:r>
        <w:rPr>
          <w:lang w:eastAsia="zh-CN"/>
        </w:rPr>
        <w:t>　　3.按规定时间编制本公司及集团公司需要的各种类型的财务报表，及时申报各项税金。</w:t>
      </w:r>
      <w:r>
        <w:rPr>
          <w:lang w:eastAsia="zh-CN"/>
        </w:rPr>
        <w:br/>
      </w:r>
      <w:r>
        <w:rPr>
          <w:lang w:eastAsia="zh-CN"/>
        </w:rPr>
        <w:t>　　三、财务核算与管理工作</w:t>
      </w:r>
      <w:r>
        <w:rPr>
          <w:lang w:eastAsia="zh-CN"/>
        </w:rPr>
        <w:br/>
      </w:r>
      <w:r>
        <w:rPr>
          <w:lang w:eastAsia="zh-CN"/>
        </w:rPr>
        <w:t>　　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r>
        <w:rPr>
          <w:lang w:eastAsia="zh-CN"/>
        </w:rPr>
        <w:br/>
      </w:r>
      <w:r>
        <w:rPr>
          <w:lang w:eastAsia="zh-CN"/>
        </w:rPr>
        <w:t>　　2.正确计算各项税款及个人所得税，及时、足额地缴纳税款，积极配合税务部门新的税收申报要求，及时发现违背税务法规的问题并予以改正，保持与税务部门的沟通与联系，取得他们的支持与指导。</w:t>
      </w:r>
      <w:r>
        <w:rPr>
          <w:lang w:eastAsia="zh-CN"/>
        </w:rPr>
        <w:br/>
      </w:r>
      <w:r>
        <w:rPr>
          <w:lang w:eastAsia="zh-CN"/>
        </w:rPr>
        <w:t>　　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8"/>
          <w:cols w:space="425"/>
          <w:titlePg w:val="0"/>
          <w:docGrid w:type="lines" w:linePitch="312"/>
        </w:sectPr>
      </w:pPr>
      <w:r>
        <w:rPr>
          <w:lang w:eastAsia="zh-CN"/>
        </w:rPr>
        <w:t>　　4.作为基层管理者，我充分认识到自己既是一个管理者，更是一个执行者，是集团财务管理部对外的一个窗口。要想做好财务工作，除了熟悉业务外，还需要负责具体的工作及业务，首先要以身作则，这样才能保证在目前的情况下，大家都能够主动承担工作。</w:t>
      </w:r>
      <w:r>
        <w:rPr>
          <w:lang w:eastAsia="zh-CN"/>
        </w:rPr>
        <w:br/>
      </w:r>
      <w:r>
        <w:rPr>
          <w:lang w:eastAsia="zh-CN"/>
        </w:rPr>
        <w:t>　　四、实习过程中发现的问题</w:t>
      </w:r>
      <w:r>
        <w:rPr>
          <w:lang w:eastAsia="zh-CN"/>
        </w:rPr>
        <w:br/>
      </w:r>
      <w:r>
        <w:rPr>
          <w:lang w:eastAsia="zh-CN"/>
        </w:rPr>
        <w:t>　　短暂的实习转眼而过，回顾实习生活，我在实习的过程中，既有收获的喜悦，也有一些遗憾。在实习中也遇到很多问题。</w:t>
      </w:r>
      <w:r>
        <w:rPr>
          <w:lang w:eastAsia="zh-CN"/>
        </w:rPr>
        <w:br/>
      </w:r>
      <w:r>
        <w:rPr>
          <w:lang w:eastAsia="zh-CN"/>
        </w:rPr>
        <w:t>　　1.具体业务描述由书本上的文字变成了单据，有时会有很特别的单据，有的单据我们在学习的时候不会见到；有时刚刚到单位对单据的分类会感到头是晕的。</w:t>
      </w:r>
      <w:r>
        <w:rPr>
          <w:lang w:eastAsia="zh-CN"/>
        </w:rPr>
        <w:br/>
      </w:r>
      <w:r>
        <w:rPr>
          <w:lang w:eastAsia="zh-CN"/>
        </w:rPr>
        <w:t>　　2.财务软件的操作不熟悉。</w:t>
      </w:r>
      <w:r>
        <w:rPr>
          <w:lang w:eastAsia="zh-CN"/>
        </w:rPr>
        <w:br/>
      </w:r>
      <w:r>
        <w:rPr>
          <w:lang w:eastAsia="zh-CN"/>
        </w:rPr>
        <w:t>　　3.其次，特殊业务分录不会做，由于没有实际接触业务的经验只有会计实验的经历，所以没有见过特殊业务导致特殊分录不会做。</w:t>
      </w:r>
      <w:r>
        <w:rPr>
          <w:lang w:eastAsia="zh-CN"/>
        </w:rPr>
        <w:br/>
      </w:r>
      <w:r>
        <w:rPr>
          <w:lang w:eastAsia="zh-CN"/>
        </w:rPr>
        <w:t>　　4.财务报表的编制，新人的方法与以前会计会不一样。会计的准则在不停的变动，这一问题导致了学习的和以前会计做的业务不一样的情况。</w:t>
      </w:r>
      <w:r>
        <w:rPr>
          <w:lang w:eastAsia="zh-CN"/>
        </w:rPr>
        <w:br/>
      </w:r>
      <w:r>
        <w:rPr>
          <w:lang w:eastAsia="zh-CN"/>
        </w:rPr>
        <w:t>　　5.有时对工作不细心，数据出错后核查花费了很多时间。</w:t>
      </w:r>
      <w:r>
        <w:rPr>
          <w:lang w:eastAsia="zh-CN"/>
        </w:rPr>
        <w:br/>
      </w:r>
      <w:r>
        <w:rPr>
          <w:lang w:eastAsia="zh-CN"/>
        </w:rPr>
        <w:t xml:space="preserve">    会计的实习工作总结范文 篇12 </w:t>
      </w:r>
      <w:r>
        <w:rPr>
          <w:lang w:eastAsia="zh-CN"/>
        </w:rPr>
        <w:br/>
      </w:r>
      <w:r>
        <w:rPr>
          <w:lang w:eastAsia="zh-CN"/>
        </w:rPr>
        <w:t>　　在20__年实习工作的三个月中学习了很多，收获了很多，提高了很多。时间过得真快，转眼间，在企业的实习生活已悄然过去，而实习的过程还历历在目。时间虽短但是转变却大。下面我从但各方面谈谈这段时间的总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9"/>
          <w:cols w:space="425"/>
          <w:titlePg w:val="0"/>
          <w:docGrid w:type="lines" w:linePitch="312"/>
        </w:sectPr>
      </w:pPr>
      <w:r>
        <w:rPr>
          <w:lang w:eastAsia="zh-CN"/>
        </w:rPr>
        <w:t>　　在培训的第一天，培训老师就告诫我们要端正态度、认真工作，心态决定了我们的所说的话，我们所产生的行为，我们对别人的态度，我们所做的决定。而一个人能否成功，就看他的心态了。成功人士与失败之间的差别是：成功人士始终用最积极的思考、最乐观的精神和最辉煌的经验支配和控制自己的人生。我想老师要告诉你的是要学会乐观的生活，不管遇到什么困难都要勇敢的面对。我们的班主任以及任课老师他们都是我们学习的楷模，他们在授课中的工作态度都是我们以后工作过程中效法的标杆。态度是行动的前提，态度受价值观的指导，态度是为人处世的基本原则。凡事态度积极，就已经成功了一半!难怪当年米卢教练的一句“态度决定一切”成了当年曝光率最高的名言，这个老头入主中国男足之后，第一次把我们的国家队带进了世界杯的舞台，圆了中国几代人的梦想。中国的球员和百姓如梦初醒，第一次深切体会到了“态度”的重要。“进攻型态度”可以应用在人生的每一个阶段，敦促你、鞭策你去做自己应该做却没有做的事情。不论你现在境况如何，只要你用积极的心态去面对，态度就会成就你的高度。</w:t>
      </w:r>
      <w:r>
        <w:rPr>
          <w:lang w:eastAsia="zh-CN"/>
        </w:rPr>
        <w:br/>
      </w:r>
      <w:r>
        <w:rPr>
          <w:lang w:eastAsia="zh-CN"/>
        </w:rPr>
        <w:t>　　我应聘的岗位是实习会计，被父母安置到了电瓶车厂。电瓶车厂的财务部并没有太多人，设有一名财务经理，两名出纳，两名会计。此次负责我实习的是公司出纳—刘_，刘姐根据我的实习时间，主要是让我了解财务软件的使用和会计处理的流程，并做一些会计凭证。公司采用的是金碟财务软件，从编制记账凭证到记账、编制会计报表、结帐都是通过财务软件完成。我认真学习了正规而标准的公司会计流程，真正从课本中走到了现实中，细致地了解了公司会计工作的全部过程，掌握了金蝶财务软件的操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0"/>
          <w:cols w:space="425"/>
          <w:titlePg w:val="0"/>
          <w:docGrid w:type="lines" w:linePitch="312"/>
        </w:sectPr>
      </w:pPr>
      <w:r>
        <w:rPr>
          <w:lang w:eastAsia="zh-CN"/>
        </w:rPr>
        <w:t>　　开始单位不会让我干什么，观察我是否有耐性全身心的投入本行业。然后是大批量的工作，数量和难度都很大但是要求不高，这是考察我的能力，也让我找到自己的位置。单位里完全按能力来分配待遇，而不是学历。社会的准则就是不能劳动的人就是废物，即便你是大学生、文化高、素质高、说话有水平、气质高、斯文做作等等。山外有山，人外有人，虚心向他人学习有真材实学才是当务之急。</w:t>
      </w:r>
      <w:r>
        <w:rPr>
          <w:lang w:eastAsia="zh-CN"/>
        </w:rPr>
        <w:br/>
      </w:r>
      <w:r>
        <w:rPr>
          <w:lang w:eastAsia="zh-CN"/>
        </w:rPr>
        <w:t>　　作为学习了这么长时间会计的我们，可以说对会计基本上能耳目能熟了。有关会计的专业基础知识、基本理论、基本方法和结构体系，我们都基本掌握。通过实践了解到，这些似乎只是纸上谈兵。倘若将这些理论性极强的东西搬上实际上应用，那我们也会是无从下手，一窍不通。下面就是我通过这次会计实习中领悟到的很多书本上所不能学到的会计的特点和积累，以及题外的很多道理。</w:t>
      </w:r>
      <w:r>
        <w:rPr>
          <w:lang w:eastAsia="zh-CN"/>
        </w:rPr>
        <w:br/>
      </w:r>
      <w:r>
        <w:rPr>
          <w:lang w:eastAsia="zh-CN"/>
        </w:rPr>
        <w:t>　　以前，我总以为自己的会计理论知识还算扎实，正如所有工作一样，掌握了规律，照芦葫画瓢准没错，那么，当一名出色的会计人员，应该没问题了。现在才发现，会计其实更讲究的是它的实际操作性和实践性。离开操作和实践，其它一切都为零!会计就是实际中学会做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1"/>
          <w:cols w:space="425"/>
          <w:titlePg w:val="0"/>
          <w:docGrid w:type="lines" w:linePitch="312"/>
        </w:sectPr>
      </w:pPr>
      <w:r>
        <w:rPr>
          <w:lang w:eastAsia="zh-CN"/>
        </w:rPr>
        <w:t>　　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础。体现了会计的规范性。</w:t>
      </w:r>
      <w:r>
        <w:rPr>
          <w:lang w:eastAsia="zh-CN"/>
        </w:rPr>
        <w:br/>
      </w:r>
      <w:r>
        <w:rPr>
          <w:lang w:eastAsia="zh-CN"/>
        </w:rPr>
        <w:t>　　在登帐过程中，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r>
        <w:rPr>
          <w:lang w:eastAsia="zh-CN"/>
        </w:rPr>
        <w:br/>
      </w:r>
      <w:r>
        <w:rPr>
          <w:lang w:eastAsia="zh-CN"/>
        </w:rPr>
        <w:t>　　在实习期间，我曾觉得整天要对着那枯燥无味的账目和数字而心生烦闷、厌倦，以致于登账登得错漏百出。愈错愈烦，愈烦愈错，这只会导致“雪上加霜”，会计本来就是烦琐的工作。不过慢慢觉得只要你用心地做，反而又会左右逢源。越做越觉乐趣，越做越起劲。清朝改良派代表梁启超说过：凡职业都具有趣味的，只要你肯干下去，趣味自然会发生。因此，做账切忌：粗心大意，马虎了事，心浮气躁。做任何事都一样，需要有恒心、细心和毅力，那才会到达成功的彼岸!</w:t>
      </w:r>
      <w:r>
        <w:rPr>
          <w:lang w:eastAsia="zh-CN"/>
        </w:rPr>
        <w:br/>
      </w:r>
      <w:r>
        <w:rPr>
          <w:lang w:eastAsia="zh-CN"/>
        </w:rPr>
        <w:t>　　总之，在这次会计实习中，我努力将自己在学校所学的理论知识向实践方面转化，尽量做到理论与实践相结合。在实习期间我遵守了工作纪律，不迟到、不早退，认真完成领导交办的工作。我可谓受益非浅。</w:t>
      </w:r>
      <w:r>
        <w:rPr>
          <w:lang w:eastAsia="zh-CN"/>
        </w:rPr>
        <w:br/>
      </w:r>
      <w:r>
        <w:rPr>
          <w:lang w:eastAsia="zh-CN"/>
        </w:rPr>
        <w:t xml:space="preserve">    会计的实习工作总结范文 篇13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2"/>
          <w:cols w:space="425"/>
          <w:titlePg w:val="0"/>
          <w:docGrid w:type="lines" w:linePitch="312"/>
        </w:sectPr>
      </w:pPr>
      <w:r>
        <w:rPr>
          <w:lang w:eastAsia="zh-CN"/>
        </w:rPr>
        <w:t>　　会计是一门注重实践的工作。因此，学校在我们最后一个学期安排我们进入实习岗位，了解会计的基础工作。</w:t>
      </w:r>
      <w:r>
        <w:rPr>
          <w:lang w:eastAsia="zh-CN"/>
        </w:rPr>
        <w:br/>
      </w:r>
      <w:r>
        <w:rPr>
          <w:lang w:eastAsia="zh-CN"/>
        </w:rPr>
        <w:t>　　一、实习情况概述</w:t>
      </w:r>
      <w:r>
        <w:rPr>
          <w:lang w:eastAsia="zh-CN"/>
        </w:rPr>
        <w:br/>
      </w:r>
      <w:r>
        <w:rPr>
          <w:lang w:eastAsia="zh-CN"/>
        </w:rPr>
        <w:t>　　贸易有限公司进行了近_个月的顶岗实习。在此过程中，我学到了许多学校学不到的知识，对会计专业我有了更深刻的认识，对我以后的发展奠定了坚实的基础。现在对这_个月的实习情况进行总结。</w:t>
      </w:r>
      <w:r>
        <w:rPr>
          <w:lang w:eastAsia="zh-CN"/>
        </w:rPr>
        <w:br/>
      </w:r>
      <w:r>
        <w:rPr>
          <w:lang w:eastAsia="zh-CN"/>
        </w:rPr>
        <w:t>　　二、实习单位简介</w:t>
      </w:r>
      <w:r>
        <w:rPr>
          <w:lang w:eastAsia="zh-CN"/>
        </w:rPr>
        <w:br/>
      </w:r>
      <w:r>
        <w:rPr>
          <w:lang w:eastAsia="zh-CN"/>
        </w:rPr>
        <w:t>　　_贸易有限公司于20_年_月_日成立，座落在_工业园，本司以经营焊管、钢带为主导，以自产方管为特色，还从北方厂家_等有限公司采购不同的焊管，及_钢厂，形成_市场专营带钢、焊管的企业。公司产品以汽车工业、建筑业、家具行业及其他领域。公司现在库存_吨左右，为降低销售成本，节约开支，_月份与_物流签定合同，租用_亩地，投资_万元，新建了_平米的室内仓库及_平米的室外仓库。公司去年销售收入达_万元，上交国家税收_万元，被_市工商局评为“消费者信得过单位”、“全国知名钢材营销企业”。公司经营的宗旨是：以市场为向导，以企业为主体，以质量为生命，以效率为中心，以人为本，以改革为动力，推动企业持续稳步发展。</w:t>
      </w:r>
      <w:r>
        <w:rPr>
          <w:lang w:eastAsia="zh-CN"/>
        </w:rPr>
        <w:br/>
      </w:r>
      <w:r>
        <w:rPr>
          <w:lang w:eastAsia="zh-CN"/>
        </w:rPr>
        <w:t>　　三、实习过程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3"/>
          <w:cols w:space="425"/>
          <w:titlePg w:val="0"/>
          <w:docGrid w:type="lines" w:linePitch="312"/>
        </w:sectPr>
      </w:pPr>
      <w:r>
        <w:rPr>
          <w:lang w:eastAsia="zh-CN"/>
        </w:rPr>
        <w:t>　　会计是个讲究经验的职业，工作经验是求职时的优势，为了积累更多的工作经验，经过学校和朋友的努力，我在_贸易有限公司获得了一次十分难得的实习机会。实习期间努力将自己在学校所学的理论知识向实践方面转化，尽量做到理论与实践相结合。在实习期间我认真遵守工作纪律，不迟到、早退，努力完成领导交办的工作，得到学习领导及全体工作人员的一致好评，同时也发现了自己的许多不足之处。</w:t>
      </w:r>
      <w:r>
        <w:rPr>
          <w:lang w:eastAsia="zh-CN"/>
        </w:rPr>
        <w:br/>
      </w:r>
      <w:r>
        <w:rPr>
          <w:lang w:eastAsia="zh-CN"/>
        </w:rPr>
        <w:t>　　在实习中，我的职位是会计助理，从审核原始凭证、编制记账凭证、登账到编制会计报表都有亲自动手，尤其是应付账款的对账，有时也会跑跑银行，办一些简单的业务。在实习期间，我运用所学的知识去做事，在不知道的地方问会计主管，有不对的地方会计主管会指给我看，给我纠正，并告诉我下次做的方法。在实习的这段时间，我不仅学到了关于专业方面的知道，而且对社交方面也有了一定的体会。具体包括以下几点：</w:t>
      </w:r>
      <w:r>
        <w:rPr>
          <w:lang w:eastAsia="zh-CN"/>
        </w:rPr>
        <w:br/>
      </w:r>
      <w:r>
        <w:rPr>
          <w:lang w:eastAsia="zh-CN"/>
        </w:rPr>
        <w:t>　　(一)认识各种原始凭证</w:t>
      </w:r>
      <w:r>
        <w:rPr>
          <w:lang w:eastAsia="zh-CN"/>
        </w:rPr>
        <w:br/>
      </w:r>
      <w:r>
        <w:rPr>
          <w:lang w:eastAsia="zh-CN"/>
        </w:rPr>
        <w:t>　　在校学习期间老师曾经给我们看过一些原始凭证的仿真版，到了单位以后我才知道，我才知道我们在学校里见的那些原始凭证只是凤毛麟角，还有太多太多的原始凭证我们不曾见过，不知道他们的用途。在这几个月的实习期间我首先要做的事就是认识原始凭证，这是所有会计工作的基础，没有这样的经验我们根本无法开展以后的工作，更别说是在公司里的发展了。所以我认真听取前辈对我的教导，了解公司使用各种原始凭证的填制方法和其经济含义，以后再见的时候就知道该如何处理了。这是我开始以后工作的基础，必须得打好，而且不能操之过急，慢慢学习，虚心请教，学习前辈的精华，以后为公司更好的服务。</w:t>
      </w:r>
      <w:r>
        <w:rPr>
          <w:lang w:eastAsia="zh-CN"/>
        </w:rPr>
        <w:br/>
      </w:r>
      <w:r>
        <w:rPr>
          <w:lang w:eastAsia="zh-CN"/>
        </w:rPr>
        <w:t>　　(二)根据经济业务填制和审核原始凭证和记账凭证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4"/>
          <w:cols w:space="425"/>
          <w:titlePg w:val="0"/>
          <w:docGrid w:type="lines" w:linePitch="312"/>
        </w:sectPr>
      </w:pPr>
      <w:r>
        <w:rPr>
          <w:lang w:eastAsia="zh-CN"/>
        </w:rPr>
        <w:t>　　1、原始凭证：是指直接记录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但是在公司，我没有接触到购入产品这一块，只对相关人员的报销单进行审核，不过中间也有偶尔用现金购买的材料入库单，基本是就是把原始凭证上面的金额重新再计算一遍，确认无误后签字。</w:t>
      </w:r>
      <w:r>
        <w:rPr>
          <w:lang w:eastAsia="zh-CN"/>
        </w:rPr>
        <w:br/>
      </w:r>
      <w:r>
        <w:rPr>
          <w:lang w:eastAsia="zh-CN"/>
        </w:rPr>
        <w:t>　　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在公司，我只填制库存现金和银行存款的记账凭证，一般就是收款的可以几个公司填制在一起，付款的单独填制，如果看到直接用现金购买的材料，要看看财务软件里面是否输入，否则会对应付账款有影响。</w:t>
      </w:r>
      <w:r>
        <w:rPr>
          <w:lang w:eastAsia="zh-CN"/>
        </w:rPr>
        <w:br/>
      </w:r>
      <w:r>
        <w:rPr>
          <w:lang w:eastAsia="zh-CN"/>
        </w:rPr>
        <w:t>　　(三)在财务软件里输入凭证</w:t>
      </w:r>
      <w:r>
        <w:rPr>
          <w:lang w:eastAsia="zh-CN"/>
        </w:rPr>
        <w:br/>
      </w:r>
      <w:r>
        <w:rPr>
          <w:lang w:eastAsia="zh-CN"/>
        </w:rPr>
        <w:t>　　公司用的是速达财务软件，我个人觉得财务软件大体是都差没多久，只在小细节上面不同，我负责的这块是直接跟据送货单在采购里面输入，有点像仓库采购材料，不同的是不需要检查入库情况。也不需要输入单价和数量，只需输放金额就可以。由于输入的金额在月末的时候要与应付账款期末余额一致，所以到分都不能有差错。</w:t>
      </w:r>
      <w:r>
        <w:rPr>
          <w:lang w:eastAsia="zh-CN"/>
        </w:rPr>
        <w:br/>
      </w:r>
      <w:r>
        <w:rPr>
          <w:lang w:eastAsia="zh-CN"/>
        </w:rPr>
        <w:t>　　(四)对帐</w:t>
      </w:r>
      <w:r>
        <w:rPr>
          <w:lang w:eastAsia="zh-CN"/>
        </w:rPr>
        <w:br/>
      </w:r>
    </w:p>
    <w:p w:rsidR="001B1F19" w14:textId="27C3F48A">
      <w:pPr>
        <w:rPr>
          <w:rFonts w:hint="eastAsia"/>
          <w:lang w:eastAsia="zh-CN"/>
        </w:rPr>
      </w:pPr>
      <w:r>
        <w:rPr>
          <w:lang w:eastAsia="zh-CN"/>
        </w:rPr>
        <w:t>　　对帐是对帐薄数据进行核对，以检查记帐是否正确，以及帐薄是否平衡。它主要是通过核对总帐与明细帐、总帐与辅助帐数据来完成帐帐核对。在公司，我主要负责应付账款的对账工作，和我们学的不同，一般是每月初，供应商将对账单传真过来，我再拿对账单与送货单相核对，再拿送货单和对账音与速达里面的数据相核对，以免少记和漏记，核对无误后再做出应付账款汇总表交给出纳，再自己备份。</w:t>
      </w:r>
      <w:r>
        <w:rPr>
          <w:lang w:eastAsia="zh-CN"/>
        </w:rPr>
        <w:br/>
      </w:r>
      <w:r>
        <w:rPr>
          <w:lang w:eastAsia="zh-CN"/>
        </w:rPr>
        <w:t>　　在这个学习和联系的过程中。我发现会计是一门实务与理论结合性很强的学科，尽管我学过这门课，但是当我第一次和公司的同事操作具体业务时，觉得又和书上有些不同，实际工作中的事务是细而杂的，只有多加练习才能牢牢掌握。这次实习最主要的目的也是想看看我们所学的理论知识与公司实际操作的实务区别在哪里，相同的地方在哪里，一些特殊的帐户如何会计处理等等。带着这些问题，我在这几月里用眼睛看，不懂的请教领导同事，让我对会计这些问题有了一定的解答，达到了这次实习的目的。除了与我专业相关的知识外，我还看到许多在课堂上学不到的东西。公司是如何运做的，员工之间的团队合作精神，处理业务的过程，规章制度执行情况，企业的管理等等。另外我也看到公司存在的一些漏洞，例如公司的行政，没有将员工的实际情况进行核实，导致员工辞职、自离。通过这次实习也更加让我看清自己今后的努力方向。例如：实务能力，应变能力，心理素质，适应能力等等。除此之外拥有一颗上进心，进取心也是非常重要的。</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https://d.book118.com/268112075054006043</w:t>
        </w:r>
      </w:hyperlink>
    </w:p>
    <w:p w:rsidR="001B1F19">
      <w:pPr>
        <w:rPr>
          <w:rFonts w:hint="eastAsia"/>
          <w:lang w:eastAsia="zh-CN"/>
        </w:rPr>
      </w:pPr>
    </w:p>
    <w:sectPr>
      <w:type w:val="nextPage"/>
      <w:pgSz w:w="11906" w:h="16838"/>
      <w:pgMar w:top="1440" w:right="1800" w:bottom="1440" w:left="1800" w:header="851" w:footer="992" w:gutter="0"/>
      <w:pgNumType w:start="4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68112075054006043"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65</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