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销售年度工作总结800字（30篇）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销售年度工作总结800字（精选30篇）</w:t>
      </w:r>
      <w:r>
        <w:rPr>
          <w:lang w:eastAsia="zh-CN"/>
        </w:rPr>
        <w:br/>
      </w:r>
      <w:r>
        <w:rPr>
          <w:lang w:eastAsia="zh-CN"/>
        </w:rPr>
        <w:t xml:space="preserve">    销售年度工作总结800字 篇1 </w:t>
      </w:r>
      <w:r>
        <w:rPr>
          <w:lang w:eastAsia="zh-CN"/>
        </w:rPr>
        <w:br/>
      </w:r>
      <w:r>
        <w:rPr>
          <w:lang w:eastAsia="zh-CN"/>
        </w:rPr>
        <w:t>　　时光飞逝，转眼之间，我来到承德分公司已经四个多月了!在过去的几个月里，我经过努力的工作，也有了一点的收获，借此对自我的工作做一下总结，目的在于吸取教训，提高自我，以至于把工作做的更好，自我有信心也有决心把今后的工作做到更好.如果有什么不足的地方，期望大家以后能给予批评、指导。</w:t>
      </w:r>
      <w:r>
        <w:rPr>
          <w:lang w:eastAsia="zh-CN"/>
        </w:rPr>
        <w:br/>
      </w:r>
      <w:r>
        <w:rPr>
          <w:lang w:eastAsia="zh-CN"/>
        </w:rPr>
        <w:t>　　一、简要总结如下</w:t>
      </w:r>
      <w:r>
        <w:rPr>
          <w:lang w:eastAsia="zh-CN"/>
        </w:rPr>
        <w:br/>
      </w:r>
      <w:r>
        <w:rPr>
          <w:lang w:eastAsia="zh-CN"/>
        </w:rPr>
        <w:t>　　我是20__年4月1日来到公司工作的作为一名新员工，我是没有汽车销售经验的，仅凭对销售工作的热情和喜爱，而缺乏对本行业销售经验和专业知识，为了迅速融入到这个行业中来，到公司之后，一切从零开始，一边学习专业知识，一边摸索市场，遇到销售和专业方面的难点和问题，我会及时请教部门经理和其他有经验的同事，一齐寻求解决问题的方案，在此，我十分感激部门经理和同事对我的帮忙!经过不断的学习专业知识，收取同行业之间的信息和积累市场经验，此刻我对市场有了一个大概的了解，逐渐的也能够应对客户所提到的一些问题。在不断的学习专业知识和积累经验的同时，自我的本事，业务水平都比以前有了一个较大幅度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二、现存的缺点</w:t>
      </w:r>
      <w:r>
        <w:rPr>
          <w:lang w:eastAsia="zh-CN"/>
        </w:rPr>
        <w:br/>
      </w:r>
      <w:r>
        <w:rPr>
          <w:lang w:eastAsia="zh-CN"/>
        </w:rPr>
        <w:t>　　对于市场的了解还是不够深入，对专业知识掌握的还是不够充分，对一些大的问题不能快速拿出一个很好的解决问题的方法，在与客户的沟经过程中，缺乏经验。</w:t>
      </w:r>
      <w:r>
        <w:rPr>
          <w:lang w:eastAsia="zh-CN"/>
        </w:rPr>
        <w:br/>
      </w:r>
      <w:r>
        <w:rPr>
          <w:lang w:eastAsia="zh-CN"/>
        </w:rPr>
        <w:t>　　三、市场分析</w:t>
      </w:r>
      <w:r>
        <w:rPr>
          <w:lang w:eastAsia="zh-CN"/>
        </w:rPr>
        <w:br/>
      </w:r>
      <w:r>
        <w:rPr>
          <w:lang w:eastAsia="zh-CN"/>
        </w:rPr>
        <w:t>　　我们所负责的车型很多，在销售过程中，牵涉问题最多的就是价格，客户对价格十分敏感，怎样在第一时间获悉价格还需要我在今后的工作中去学习和掌握.承德此刻有一部分客户主要从北京提车，价格和我们这差很多，并且什么车都有现货，只要去了随时能够提车，所以客户就不在承德这买车，这无疑对我们销售人员是一种挑战，我们怎样才能把客户留住呢这就需要我们在今后的工作中不断完善自我的业务知识，尽量到达客户满意，靠服务赢取我们的市场。</w:t>
      </w:r>
      <w:r>
        <w:rPr>
          <w:lang w:eastAsia="zh-CN"/>
        </w:rPr>
        <w:br/>
      </w:r>
      <w:r>
        <w:rPr>
          <w:lang w:eastAsia="zh-CN"/>
        </w:rPr>
        <w:t>　　随着市场竞争的日益激烈，摆在销售人员面前的是平稳与磨砺并存，期望与机遇并存，成功与失败并存的局面，拥有一个积极向上的心态是十分重要的。</w:t>
      </w:r>
      <w:r>
        <w:rPr>
          <w:lang w:eastAsia="zh-CN"/>
        </w:rPr>
        <w:br/>
      </w:r>
      <w:r>
        <w:rPr>
          <w:lang w:eastAsia="zh-CN"/>
        </w:rPr>
        <w:t xml:space="preserve">    销售年度工作总结800字 篇2 </w:t>
      </w:r>
      <w:r>
        <w:rPr>
          <w:lang w:eastAsia="zh-CN"/>
        </w:rPr>
        <w:br/>
      </w:r>
      <w:r>
        <w:rPr>
          <w:lang w:eastAsia="zh-CN"/>
        </w:rPr>
        <w:t>　　作为一名_品销售人员，针对过去一年，我对自己的工作总结如下</w:t>
      </w:r>
      <w:r>
        <w:rPr>
          <w:lang w:eastAsia="zh-CN"/>
        </w:rPr>
        <w:br/>
      </w:r>
      <w:r>
        <w:rPr>
          <w:lang w:eastAsia="zh-CN"/>
        </w:rPr>
        <w:t>　　一、加强学习，不断提高思想业务素质。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学海无涯，学无止境”，只有不断充电，才能维持业务发展。所以，一直以来我都积极学习。一年来公司组织了有关电脑的培训和医_知识理论及各类学习讲座，我都认真参加。通过学习知识让自己树立先进的工作理念，也明确了今后工作努力的方向。随着社会的发展，知识的更新，也催促着我不断学习。通过这些学习活动，不断充实了自己、丰富了自己的知识和见识、为自己更好的工作实践作好了预备。</w:t>
      </w:r>
      <w:r>
        <w:rPr>
          <w:lang w:eastAsia="zh-CN"/>
        </w:rPr>
        <w:br/>
      </w:r>
      <w:r>
        <w:rPr>
          <w:lang w:eastAsia="zh-CN"/>
        </w:rPr>
        <w:t>　　二、求实创新，认真开展_品招商工作。</w:t>
      </w:r>
      <w:r>
        <w:rPr>
          <w:lang w:eastAsia="zh-CN"/>
        </w:rPr>
        <w:br/>
      </w:r>
      <w:r>
        <w:rPr>
          <w:lang w:eastAsia="zh-CN"/>
        </w:rPr>
        <w:t>　　招商工作是招商部的首要任务工作。20__年的招商工作虽无突飞猛进的发展，但我们还是在现实中谋得小小的创新。我们公司的代理商比较零散，大部分是做终端销售的客户，这样治理起来也很麻烦，价格也会很乱，影响到业务经理的销售，因此我们就将部分散户转给当地的业务经理来治理，相应的减少了很多浪费和不足;选择部分产品让业务经理在当地进行招商，业务经理对代理商的情况很了解，既可以招到满足的代理商，又可以更广泛的扩展招商工作，提高公司的总体销量。</w:t>
      </w:r>
      <w:r>
        <w:rPr>
          <w:lang w:eastAsia="zh-CN"/>
        </w:rPr>
        <w:br/>
      </w:r>
      <w:r>
        <w:rPr>
          <w:lang w:eastAsia="zh-CN"/>
        </w:rPr>
        <w:t>　　三、任劳任怨，完成公司交给的工作。</w:t>
      </w:r>
      <w:r>
        <w:rPr>
          <w:lang w:eastAsia="zh-CN"/>
        </w:rPr>
        <w:br/>
      </w:r>
      <w:r>
        <w:rPr>
          <w:lang w:eastAsia="zh-CN"/>
        </w:rPr>
        <w:t>　　本年度招商工作虽没有较大的起伏，但是其中之工作也是很为烦琐，其中包括了_的邮寄，客户售前售后的电话回访，代理商的调研，以及客户日常的琐事，如查货、传真资料、市场销售协调工作等等一系列的工作，都需要工作人员认真的完成。对于公司交待下来的每一项任务，我都以我的热情把它完成好，基本上能够做到“任劳任怨、优质高效”。</w:t>
      </w:r>
      <w:r>
        <w:rPr>
          <w:lang w:eastAsia="zh-CN"/>
        </w:rPr>
        <w:br/>
      </w:r>
      <w:r>
        <w:rPr>
          <w:lang w:eastAsia="zh-CN"/>
        </w:rPr>
        <w:t>　　四、加强反思，及时总结工作得失。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反思本年来的工作，在喜看成绩的同时，也在思量着自己在工作中的不足。不足有以下几点</w:t>
      </w:r>
      <w:r>
        <w:rPr>
          <w:lang w:eastAsia="zh-CN"/>
        </w:rPr>
        <w:br/>
      </w:r>
      <w:r>
        <w:rPr>
          <w:lang w:eastAsia="zh-CN"/>
        </w:rPr>
        <w:t>　　1、对于_品招商工作的学习还不够深入，在招商的实践中思考得还不够多，不能及时将一些_品招商想法和问题记录下来，进行反思。</w:t>
      </w:r>
      <w:r>
        <w:rPr>
          <w:lang w:eastAsia="zh-CN"/>
        </w:rPr>
        <w:br/>
      </w:r>
      <w:r>
        <w:rPr>
          <w:lang w:eastAsia="zh-CN"/>
        </w:rPr>
        <w:t>　　2、_品招商工作方面本年加大了招商工作学习的力度，认真研读了一些有关_品招商方面的理论书籍，但在工作实践中的应用还不到位，研究做得不够细和实，没达到自己心中的目标。</w:t>
      </w:r>
      <w:r>
        <w:rPr>
          <w:lang w:eastAsia="zh-CN"/>
        </w:rPr>
        <w:br/>
      </w:r>
      <w:r>
        <w:rPr>
          <w:lang w:eastAsia="zh-CN"/>
        </w:rPr>
        <w:t>　　3、招商工作中没有自己的理念，今后还要努力找出一些_品招商的路子，为开创公司_品招商的新天地做出微薄之力。</w:t>
      </w:r>
      <w:r>
        <w:rPr>
          <w:lang w:eastAsia="zh-CN"/>
        </w:rPr>
        <w:br/>
      </w:r>
      <w:r>
        <w:rPr>
          <w:lang w:eastAsia="zh-CN"/>
        </w:rPr>
        <w:t>　　4、工作观念陈旧，没有先进的工作思想，对工作的积极性不高，达不到百分百的投入，融入不到紧张无松弛的工作中。“转变观念”做的很不到位，工作拘泥习惯，平日的不良的工作习惯、作风难以改掉。在21世纪的今天，作为公司新的补充力量，“转变观念”对于我们来说也是重中之首。</w:t>
      </w:r>
      <w:r>
        <w:rPr>
          <w:lang w:eastAsia="zh-CN"/>
        </w:rPr>
        <w:br/>
      </w:r>
      <w:r>
        <w:rPr>
          <w:lang w:eastAsia="zh-CN"/>
        </w:rPr>
        <w:t>　　总结过去的一年，总体工作有所提高，其他的有些工作也有待于精益求精，以后工作应更加兢兢业业，完满的完成公司交给的任务。</w:t>
      </w:r>
      <w:r>
        <w:rPr>
          <w:lang w:eastAsia="zh-CN"/>
        </w:rPr>
        <w:br/>
      </w:r>
      <w:r>
        <w:rPr>
          <w:lang w:eastAsia="zh-CN"/>
        </w:rPr>
        <w:t xml:space="preserve">    销售年度工作总结800字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就快结束，回首的工作，有硕果累累的喜悦，有与同事协同攻关的艰辛，也有遇到困难和挫折时惆怅，时光过得飞快，不知不觉中，充满希望的就伴随着新年伊始即将临近。可以说，是公司推进行业改革、项目启动、拓展市场、持续发展的关键年。现就本年度工作情况总结如下：</w:t>
      </w:r>
      <w:r>
        <w:rPr>
          <w:lang w:eastAsia="zh-CN"/>
        </w:rPr>
        <w:br/>
      </w:r>
      <w:r>
        <w:rPr>
          <w:lang w:eastAsia="zh-CN"/>
        </w:rPr>
        <w:t>　　经过这样紧张有序的一年，我感觉自己工作技能上了一个新台阶，作每一项工作都有了明确的计划和步骤，行动有了方向，工作有了目标，心中真正有了底！基本作到了忙而不乱，紧而不散，条理清楚，事事分明，从根本上摆脱了刚参加工作时只顾埋头苦干，不知总结经验的现象。就这样，我从无限繁忙中走进这一年，又从无限轻松中走出这一年，还有，在工作的同时，我还明白了为人处事的道理，也明白了，一个良好的心态、一份对工作的热诚及其相形之下的责任心是如何重要，对于公司来说经历了很多，其中我身在的奇墅湖度假村项目内：</w:t>
      </w:r>
      <w:r>
        <w:rPr>
          <w:lang w:eastAsia="zh-CN"/>
        </w:rPr>
        <w:br/>
      </w:r>
      <w:r>
        <w:rPr>
          <w:lang w:eastAsia="zh-CN"/>
        </w:rPr>
        <w:t>　　梓路寺的成功开光为广大信徒解开了它神秘的面纱、奇墅仙境中坤国际大酒店的开业终结了五年来工程的精心铸就，接下来的梦寻徽州水上舞台和度假会所以及别墅区的开业，我相信奇墅湖度假村项目的明天将更加美好，也坚定了我在工作岗位上努力奋斗的信心。</w:t>
      </w:r>
      <w:r>
        <w:rPr>
          <w:lang w:eastAsia="zh-CN"/>
        </w:rPr>
        <w:br/>
      </w:r>
      <w:r>
        <w:rPr>
          <w:lang w:eastAsia="zh-CN"/>
        </w:rPr>
        <w:t>　　总结了一年的工作下来</w:t>
      </w:r>
      <w:r>
        <w:rPr>
          <w:lang w:eastAsia="zh-CN"/>
        </w:rPr>
        <w:br/>
      </w:r>
      <w:r>
        <w:rPr>
          <w:lang w:eastAsia="zh-CN"/>
        </w:rPr>
        <w:t>　　在这一年的工作中接触到了许多新事物、产生了许多新问题，也学习到了许多新知识、新经验，使自己在思想认识和工作能力上有了新的.提高和进一步的完善。在日常的工作中，我时刻要求自己从实际出发，坚持高标准、严要求，力求作到业务素质和道德素质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总的来看，还存在不足的地方，还存在一些亟待我们解决的问题，主要表现在对新的东西学习不够，工作上往往凭经验办事，凭以往的工作套路处理问题，表现出工作上的大胆创新不够。</w:t>
      </w:r>
      <w:r>
        <w:rPr>
          <w:lang w:eastAsia="zh-CN"/>
        </w:rPr>
        <w:br/>
      </w:r>
      <w:r>
        <w:rPr>
          <w:lang w:eastAsia="zh-CN"/>
        </w:rPr>
        <w:t>　　下步的打算</w:t>
      </w:r>
      <w:r>
        <w:rPr>
          <w:lang w:eastAsia="zh-CN"/>
        </w:rPr>
        <w:br/>
      </w:r>
      <w:r>
        <w:rPr>
          <w:lang w:eastAsia="zh-CN"/>
        </w:rPr>
        <w:t>　　在今后的工作中要不断创新，及时与周围的同事进行沟通，听取身边同事和领导的意见并把它实施在工作中，接下来的工作我会继续努力，多向领导汇报自己在工作中的思想和感受，及时纠正和弥补自身的不足和缺陷。我们的工作要团结才有力量，要合作才会成功，才能把我们的工作推向前进！我相信：在上级的正确领导下，京黟公司的未来如同浩瀚雄鹰，展翅高飞。</w:t>
      </w:r>
      <w:r>
        <w:rPr>
          <w:lang w:eastAsia="zh-CN"/>
        </w:rPr>
        <w:br/>
      </w:r>
      <w:r>
        <w:rPr>
          <w:lang w:eastAsia="zh-CN"/>
        </w:rPr>
        <w:t xml:space="preserve">    销售年度工作总结800字 篇4 </w:t>
      </w:r>
      <w:r>
        <w:rPr>
          <w:lang w:eastAsia="zh-CN"/>
        </w:rPr>
        <w:br/>
      </w:r>
      <w:r>
        <w:rPr>
          <w:lang w:eastAsia="zh-CN"/>
        </w:rPr>
        <w:t>　　时光荏苒，在繁忙的工作中不知不觉又迎来了新的一年，回首昔日工作的点滴依然历历在目。</w:t>
      </w:r>
      <w:r>
        <w:rPr>
          <w:lang w:eastAsia="zh-CN"/>
        </w:rPr>
        <w:br/>
      </w:r>
      <w:r>
        <w:rPr>
          <w:lang w:eastAsia="zh-CN"/>
        </w:rPr>
        <w:t>　　一、销售部工作事项</w:t>
      </w:r>
      <w:r>
        <w:rPr>
          <w:lang w:eastAsia="zh-CN"/>
        </w:rPr>
        <w:br/>
      </w:r>
      <w:r>
        <w:rPr>
          <w:lang w:eastAsia="zh-CN"/>
        </w:rPr>
        <w:t>　　1、白坯销售状况：实际销售米数2，440万米，折合米数3，265万米，达成率90.7%;</w:t>
      </w:r>
      <w:r>
        <w:rPr>
          <w:lang w:eastAsia="zh-CN"/>
        </w:rPr>
        <w:br/>
      </w:r>
      <w:r>
        <w:rPr>
          <w:lang w:eastAsia="zh-CN"/>
        </w:rPr>
        <w:t>　　销售金额，达成率_%。</w:t>
      </w:r>
      <w:r>
        <w:rPr>
          <w:lang w:eastAsia="zh-CN"/>
        </w:rPr>
        <w:br/>
      </w:r>
      <w:r>
        <w:rPr>
          <w:lang w:eastAsia="zh-CN"/>
        </w:rPr>
        <w:t>　　2、成品销售状况：在本部门白坯销售目标基本完成的同时，成品销售也取得了一定的成效，完成销售米数36万米，销售额_万元。</w:t>
      </w:r>
      <w:r>
        <w:rPr>
          <w:lang w:eastAsia="zh-CN"/>
        </w:rPr>
        <w:br/>
      </w:r>
      <w:r>
        <w:rPr>
          <w:lang w:eastAsia="zh-CN"/>
        </w:rPr>
        <w:t>　　3、全年销售15d、20d布种合计米数259万米，折合米数556万米，销售额1，960万元，占总销售额的_%。</w:t>
      </w:r>
      <w:r>
        <w:rPr>
          <w:lang w:eastAsia="zh-CN"/>
        </w:rPr>
        <w:br/>
      </w:r>
      <w:r>
        <w:rPr>
          <w:lang w:eastAsia="zh-CN"/>
        </w:rPr>
        <w:t>　　4、20__年营销科能转变观念，将重点放在订单型客户的维护上，不仅提拔了利润空间，还逾额_.4%完成了销售额目标。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5、我科能及时抓住客户的重点信息，例如_布种，能在第一时间了解到客户的需求并反馈给公司，在公司领导的确决策下，我科此布种完成销售米数324万米，折合米数393万米，销售金额2，335万元。</w:t>
      </w:r>
      <w:r>
        <w:rPr>
          <w:lang w:eastAsia="zh-CN"/>
        </w:rPr>
        <w:br/>
      </w:r>
      <w:r>
        <w:rPr>
          <w:lang w:eastAsia="zh-CN"/>
        </w:rPr>
        <w:t>　　二、生产计划科工作事项</w:t>
      </w:r>
      <w:r>
        <w:rPr>
          <w:lang w:eastAsia="zh-CN"/>
        </w:rPr>
        <w:br/>
      </w:r>
      <w:r>
        <w:rPr>
          <w:lang w:eastAsia="zh-CN"/>
        </w:rPr>
        <w:t>　　1、协助做好销售与纺织厂生产、发货的协调与沟通工作。</w:t>
      </w:r>
      <w:r>
        <w:rPr>
          <w:lang w:eastAsia="zh-CN"/>
        </w:rPr>
        <w:br/>
      </w:r>
      <w:r>
        <w:rPr>
          <w:lang w:eastAsia="zh-CN"/>
        </w:rPr>
        <w:t>　　2、根据原料价格、市场变化情况，协助领导做好每期白坯布种的订价工作。</w:t>
      </w:r>
      <w:r>
        <w:rPr>
          <w:lang w:eastAsia="zh-CN"/>
        </w:rPr>
        <w:br/>
      </w:r>
      <w:r>
        <w:rPr>
          <w:lang w:eastAsia="zh-CN"/>
        </w:rPr>
        <w:t>　　3、完成纺织销售高新染整白坯价格的核算及初审工作。</w:t>
      </w:r>
      <w:r>
        <w:rPr>
          <w:lang w:eastAsia="zh-CN"/>
        </w:rPr>
        <w:br/>
      </w:r>
      <w:r>
        <w:rPr>
          <w:lang w:eastAsia="zh-CN"/>
        </w:rPr>
        <w:t>　　4、完成各业务科定织布种报价及交期的审核工作。</w:t>
      </w:r>
      <w:r>
        <w:rPr>
          <w:lang w:eastAsia="zh-CN"/>
        </w:rPr>
        <w:br/>
      </w:r>
      <w:r>
        <w:rPr>
          <w:lang w:eastAsia="zh-CN"/>
        </w:rPr>
        <w:t>　　5、根据收集的市场信息及客户需求，完成领导下达的新布种开发任务，并对新布种的推广进行管理。</w:t>
      </w:r>
      <w:r>
        <w:rPr>
          <w:lang w:eastAsia="zh-CN"/>
        </w:rPr>
        <w:br/>
      </w:r>
      <w:r>
        <w:rPr>
          <w:lang w:eastAsia="zh-CN"/>
        </w:rPr>
        <w:t>　　三、回首20__年，部门工作依然存在不足，现做如下分析</w:t>
      </w:r>
      <w:r>
        <w:rPr>
          <w:lang w:eastAsia="zh-CN"/>
        </w:rPr>
        <w:br/>
      </w:r>
      <w:r>
        <w:rPr>
          <w:lang w:eastAsia="zh-CN"/>
        </w:rPr>
        <w:t>　　1、白坯销售数量只完成90.7%，未100%达成总部下达的目标。</w:t>
      </w:r>
      <w:r>
        <w:rPr>
          <w:lang w:eastAsia="zh-CN"/>
        </w:rPr>
        <w:br/>
      </w:r>
      <w:r>
        <w:rPr>
          <w:lang w:eastAsia="zh-CN"/>
        </w:rPr>
        <w:t>　　2、下半年货款控制力度不够，导致超期帐款较多，截止20__年__月_日全年回款率只达84%。</w:t>
      </w:r>
      <w:r>
        <w:rPr>
          <w:lang w:eastAsia="zh-CN"/>
        </w:rPr>
        <w:br/>
      </w:r>
      <w:r>
        <w:rPr>
          <w:lang w:eastAsia="zh-CN"/>
        </w:rPr>
        <w:t>　　3、几家市场客户的销售量相比去年下降幅度较大。</w:t>
      </w:r>
      <w:r>
        <w:rPr>
          <w:lang w:eastAsia="zh-CN"/>
        </w:rPr>
        <w:br/>
      </w:r>
      <w:r>
        <w:rPr>
          <w:lang w:eastAsia="zh-CN"/>
        </w:rPr>
        <w:t>　　四、明年目标</w:t>
      </w:r>
      <w:r>
        <w:rPr>
          <w:lang w:eastAsia="zh-CN"/>
        </w:rPr>
        <w:br/>
      </w:r>
      <w:r>
        <w:rPr>
          <w:lang w:eastAsia="zh-CN"/>
        </w:rPr>
        <w:t>　　转眼间，在工作已迈进第八个年头，衷心感谢公司领导多年来的信任和培养，也感谢各位同事的支持与帮助。回顾20__年是有价值，有收获的一年，祝愿更加蓬勃发展，__人的生活更加美好幸福!</w:t>
      </w:r>
      <w:r>
        <w:rPr>
          <w:lang w:eastAsia="zh-CN"/>
        </w:rPr>
        <w:br/>
      </w:r>
      <w:r>
        <w:rPr>
          <w:lang w:eastAsia="zh-CN"/>
        </w:rPr>
        <w:t xml:space="preserve">    销售年度工作总结800字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自20__年_月_日进入销售部成为一名销售，至今已有两个多月的时间。在此期间内，销售部的总经理、_经理给我做了全面专业的业务知识培训，让我深刻感受到商业地产行业的辉煌前景，并对自己的人生做了新的规划。可以说从一个对房地产“一无所知”的门外人来说，这两个多月的时间里，收获额多，非常感谢公司的每一位同仁的帮助和指导，虽然取得了一些成绩，也依然存在些许问题，下面就我个人今年的工作做以下几方面总结。</w:t>
      </w:r>
      <w:r>
        <w:rPr>
          <w:lang w:eastAsia="zh-CN"/>
        </w:rPr>
        <w:br/>
      </w:r>
      <w:r>
        <w:rPr>
          <w:lang w:eastAsia="zh-CN"/>
        </w:rPr>
        <w:t>　　一、学习方面</w:t>
      </w:r>
      <w:r>
        <w:rPr>
          <w:lang w:eastAsia="zh-CN"/>
        </w:rPr>
        <w:br/>
      </w:r>
      <w:r>
        <w:rPr>
          <w:lang w:eastAsia="zh-CN"/>
        </w:rPr>
        <w:t>　　来到这个项目的时候，对于新的环境，新的事物都比较陌生，在公司领导的帮助下，我很快了解到公司的性质及房地产市场，通过努力的学习明白了置业顾问的真正内涵以及职责，并且深深的喜欢上了这份工作，在此期间，也阅读了很多的营销类书籍，每每看到非常感兴趣的地方，都不由得感叹：“销售是一门神奇的学问”，同时也意识到自己的选择是正确的。在学习方面我为自己也制订了学习计划。做商业房地产销售是需要根据市场不停的变化局面，不断调整经营思路的工作，学习对于业务人员来说至关重要，因为它直接关系到一个业务人员与时俱进的步伐和业务方面的生命力。我会适时的根据需要调整我的学习方向来补充新的能量。</w:t>
      </w:r>
      <w:r>
        <w:rPr>
          <w:lang w:eastAsia="zh-CN"/>
        </w:rPr>
        <w:br/>
      </w:r>
      <w:r>
        <w:rPr>
          <w:lang w:eastAsia="zh-CN"/>
        </w:rPr>
        <w:t>　　二、工作方面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来到公司时，我对房地产方面的知识不是很精通，对于新环境、新事物比较陌生。在大家的帮助下，我开始背诵沙盘说辞，随后又是外出调盘，了解市场。调盘是一门学问，在与其他楼盘老练的业务员的对话中，把自己遇到的问题一一向其求解，并且学习对方业务员的谈判技巧和优点，和自身对比，了解自己需要加强哪方面的知识，以及和其对比我们楼盘的优势。</w:t>
      </w:r>
      <w:r>
        <w:rPr>
          <w:lang w:eastAsia="zh-CN"/>
        </w:rPr>
        <w:br/>
      </w:r>
      <w:r>
        <w:rPr>
          <w:lang w:eastAsia="zh-CN"/>
        </w:rPr>
        <w:t>　　三、思想方面</w:t>
      </w:r>
      <w:r>
        <w:rPr>
          <w:lang w:eastAsia="zh-CN"/>
        </w:rPr>
        <w:br/>
      </w:r>
      <w:r>
        <w:rPr>
          <w:lang w:eastAsia="zh-CN"/>
        </w:rPr>
        <w:t>　　来到公司两个多月，的转变就是从学生到职业人的转变，在思想上更趋于成熟，心态也得到提升，对团队协作精神有了更深刻的理解，要想做成一单业务，团队协作很重要，想想工作在销售一线，感触最深的就是，保持一颗良好的心态很重要，因为我们每天面对形形色色的人和物，要学会控制好自己的情绪，要以一颗平稳的、宽容的、积极的心态去面对工作和生活。</w:t>
      </w:r>
      <w:r>
        <w:rPr>
          <w:lang w:eastAsia="zh-CN"/>
        </w:rPr>
        <w:br/>
      </w:r>
      <w:r>
        <w:rPr>
          <w:lang w:eastAsia="zh-CN"/>
        </w:rPr>
        <w:t>　　四、20__年工作计划</w:t>
      </w:r>
      <w:r>
        <w:rPr>
          <w:lang w:eastAsia="zh-CN"/>
        </w:rPr>
        <w:br/>
      </w:r>
      <w:r>
        <w:rPr>
          <w:lang w:eastAsia="zh-CN"/>
        </w:rPr>
        <w:t>　　对于大家来说我接触房地产的时间不长，在自己的工作中仍存在很多问题和不足，在工作方法和技巧上有待于向其他业务员和同行学习，取长补短。20__年，我希望能拥有自己的住房，在__安家。所以为了我的目标能够实现，我觉得应重点做好以下几个方面的工作：</w:t>
      </w:r>
      <w:r>
        <w:rPr>
          <w:lang w:eastAsia="zh-CN"/>
        </w:rPr>
        <w:br/>
      </w:r>
      <w:r>
        <w:rPr>
          <w:lang w:eastAsia="zh-CN"/>
        </w:rPr>
        <w:t>　　1、依据20__年销售情况和市场变化，着重寻找A类客户群，发展B类客户群，以扩大销售渠道。</w:t>
      </w:r>
      <w:r>
        <w:rPr>
          <w:lang w:eastAsia="zh-CN"/>
        </w:rPr>
        <w:br/>
      </w:r>
      <w:r>
        <w:rPr>
          <w:lang w:eastAsia="zh-CN"/>
        </w:rPr>
        <w:t>　　2、每月成交三套以上，因为这样才能支付房子的首付。</w:t>
      </w:r>
      <w:r>
        <w:rPr>
          <w:lang w:eastAsia="zh-CN"/>
        </w:rPr>
        <w:br/>
      </w:r>
      <w:r>
        <w:rPr>
          <w:lang w:eastAsia="zh-CN"/>
        </w:rPr>
        <w:t>　　3、听从领导安排，积极收集客户信息。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4、自己在搞好业务的同时计划认真学习业务知识、技能及销售实战来完善自己的理论知识，每月看一本书，力求不断提高自己的综合素质。</w:t>
      </w:r>
      <w:r>
        <w:rPr>
          <w:lang w:eastAsia="zh-CN"/>
        </w:rPr>
        <w:br/>
      </w:r>
      <w:r>
        <w:rPr>
          <w:lang w:eastAsia="zh-CN"/>
        </w:rPr>
        <w:t>　　5、加强自己思想建设，增强全局意识、增强责任感、增强服务意识、增强团队意识。积极主动地把工作做到点上、落到实处。勇挑担子，勇担重任。</w:t>
      </w:r>
      <w:r>
        <w:rPr>
          <w:lang w:eastAsia="zh-CN"/>
        </w:rPr>
        <w:br/>
      </w:r>
      <w:r>
        <w:rPr>
          <w:lang w:eastAsia="zh-CN"/>
        </w:rPr>
        <w:t>　　在新的一年，我相信我能够做的更好，这是我肯定要做好的。展望这过去一段时间的工作，我对将来的工作有了更多的期待，我相信我能够做的更好。力争在新区域开发市场，以扩大市场占有额。我将进一步加强学习、踏实工作，充分发挥个人所长，扬长补短，做一名合格的销售人员，能够在日益激烈的市场竞争中占有一席之地，为公司再创佳绩做出应有的贡献在不断的发展中，公司得到了进步，我的知识和业务水平也都得到了进步，相信自己一定能够做好，20__年，我一直在期待!</w:t>
      </w:r>
      <w:r>
        <w:rPr>
          <w:lang w:eastAsia="zh-CN"/>
        </w:rPr>
        <w:br/>
      </w:r>
      <w:r>
        <w:rPr>
          <w:lang w:eastAsia="zh-CN"/>
        </w:rPr>
        <w:t xml:space="preserve">    销售年度工作总结800字 篇6 </w:t>
      </w:r>
      <w:r>
        <w:rPr>
          <w:lang w:eastAsia="zh-CN"/>
        </w:rPr>
        <w:br/>
      </w:r>
      <w:r>
        <w:rPr>
          <w:lang w:eastAsia="zh-CN"/>
        </w:rPr>
        <w:t>　　在20__，我们将把以下任务作为主要任务：</w:t>
      </w:r>
      <w:r>
        <w:rPr>
          <w:lang w:eastAsia="zh-CN"/>
        </w:rPr>
        <w:br/>
      </w:r>
      <w:r>
        <w:rPr>
          <w:lang w:eastAsia="zh-CN"/>
        </w:rPr>
        <w:t>　　1.建立一个熟悉业务、稳定的销售团队。</w:t>
      </w:r>
      <w:r>
        <w:rPr>
          <w:lang w:eastAsia="zh-CN"/>
        </w:rPr>
        <w:br/>
      </w:r>
      <w:r>
        <w:rPr>
          <w:lang w:eastAsia="zh-CN"/>
        </w:rPr>
        <w:t>　　人才是企业最宝贵的资源，所有的销售业绩都来源于拥有一个优秀的销售人员。建立一个团结合作的销售团队是企业的基础。在接下来的一年的工作中，构建一个和谐而有杀伤力的团队，利用不同的渠道开展销售工作，是一项重大的任务。</w:t>
      </w:r>
      <w:r>
        <w:rPr>
          <w:lang w:eastAsia="zh-CN"/>
        </w:rPr>
        <w:br/>
      </w:r>
      <w:r>
        <w:rPr>
          <w:lang w:eastAsia="zh-CN"/>
        </w:rPr>
        <w:t>　　2.完善销售体系，建立一套清晰系统的业务管理方法。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销售管理是企业长期存在的问题。销售人员上班时，看到客户处于放任自流的状态。完善销售管理体系的目的是使销售人员在工作中发挥主观能动性，对工作有高度的责任感，提高主人翁意识。加强销售人员的执行力，从而提高工作效率。</w:t>
      </w:r>
      <w:r>
        <w:rPr>
          <w:lang w:eastAsia="zh-CN"/>
        </w:rPr>
        <w:br/>
      </w:r>
      <w:r>
        <w:rPr>
          <w:lang w:eastAsia="zh-CN"/>
        </w:rPr>
        <w:t>　　3.培养销售人员发现问题，总结问题，不断完善自己的习惯。</w:t>
      </w:r>
      <w:r>
        <w:rPr>
          <w:lang w:eastAsia="zh-CN"/>
        </w:rPr>
        <w:br/>
      </w:r>
      <w:r>
        <w:rPr>
          <w:lang w:eastAsia="zh-CN"/>
        </w:rPr>
        <w:t>　　培训销售人员发现和总结问题的目的是提高销售人员的综合素质，发现和总结工作中的问题，提出自己的意见和建议，从而将业务能力提高到一个新的水平。</w:t>
      </w:r>
      <w:r>
        <w:rPr>
          <w:lang w:eastAsia="zh-CN"/>
        </w:rPr>
        <w:br/>
      </w:r>
      <w:r>
        <w:rPr>
          <w:lang w:eastAsia="zh-CN"/>
        </w:rPr>
        <w:t>　　4.建立新的销售模式和渠道。</w:t>
      </w:r>
      <w:r>
        <w:rPr>
          <w:lang w:eastAsia="zh-CN"/>
        </w:rPr>
        <w:br/>
      </w:r>
      <w:r>
        <w:rPr>
          <w:lang w:eastAsia="zh-CN"/>
        </w:rPr>
        <w:t>　　把握现有的石油石化销售渠道，制定完善的计划。同时要开拓新的销售渠道，利用好公司现有资源，配合电话营销和市场营销。</w:t>
      </w:r>
      <w:r>
        <w:rPr>
          <w:lang w:eastAsia="zh-CN"/>
        </w:rPr>
        <w:br/>
      </w:r>
      <w:r>
        <w:rPr>
          <w:lang w:eastAsia="zh-CN"/>
        </w:rPr>
        <w:t>　　5.销售目标</w:t>
      </w:r>
      <w:r>
        <w:rPr>
          <w:lang w:eastAsia="zh-CN"/>
        </w:rPr>
        <w:br/>
      </w:r>
      <w:r>
        <w:rPr>
          <w:lang w:eastAsia="zh-CN"/>
        </w:rPr>
        <w:t>　　今年销售的基本目标是每个月列一张收入清单。根据公司下达的销售任务，根据具体情况分解成月、周、日；向每个销售人员分解每月、每周和每天的销售目标，并完成每个时间段的销售任务。并在完成销售任务的基础上提升销售业绩。我将带领销售部的所有同事尽最大努力实现目标。</w:t>
      </w:r>
      <w:r>
        <w:rPr>
          <w:lang w:eastAsia="zh-CN"/>
        </w:rPr>
        <w:br/>
      </w:r>
      <w:r>
        <w:rPr>
          <w:lang w:eastAsia="zh-CN"/>
        </w:rPr>
        <w:t>　　以后在做决定之前，要多考虑公司领导的意见和决定，要观察领导对各项业务的决策。工作中出现分歧时，要冷静下来，互相协商，达成一致的处理意见。从现在开始，只要能时刻总结经验教训，发挥特长，改正缺点，自觉把自己置于公司组织和客户的监督之下，努力工作，以身作则。我相信我们可以有一个更高、更新的起点，成为一名合格的经理。</w:t>
      </w:r>
      <w:r>
        <w:rPr>
          <w:lang w:eastAsia="zh-CN"/>
        </w:rPr>
        <w:br/>
      </w:r>
      <w:r>
        <w:rPr>
          <w:lang w:eastAsia="zh-CN"/>
        </w:rPr>
        <w:t xml:space="preserve">    销售年度工作总结800字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光荣地加入我司已达两年之久，在直管领导的谆谆教导下，经过公司的数次培训，以及个人的不断努力后，终于在营销技能上有所提高，总结起来有以下几点：</w:t>
      </w:r>
      <w:r>
        <w:rPr>
          <w:lang w:eastAsia="zh-CN"/>
        </w:rPr>
        <w:br/>
      </w:r>
      <w:r>
        <w:rPr>
          <w:lang w:eastAsia="zh-CN"/>
        </w:rPr>
        <w:t>　　一、工作的精神面貌。</w:t>
      </w:r>
      <w:r>
        <w:rPr>
          <w:lang w:eastAsia="zh-CN"/>
        </w:rPr>
        <w:br/>
      </w:r>
      <w:r>
        <w:rPr>
          <w:lang w:eastAsia="zh-CN"/>
        </w:rPr>
        <w:t>　　这一点是我们公司每次培训时都要着重提到的，但是仍有很多同志对此不屑一顾，对公司产品和服务没有信心，或者是在某个方面存有较深的抱怨，一种怨天尤人的态度，销售业绩没有提高，毫不关己。试想，连我们自己都没有必胜的信念，又怎么能够对我司工作保持较高的热情呢。同样地，只有我们自己对产品拥有百倍信心和无限热情才能感染经销商，从而帮助他们树立信心，这才是我们中化人应该持有的工作态度。牢固树立“今日我以中化为光荣，明天中化以我为骄傲”的信念，披荆斩棘，创造辉煌。</w:t>
      </w:r>
      <w:r>
        <w:rPr>
          <w:lang w:eastAsia="zh-CN"/>
        </w:rPr>
        <w:br/>
      </w:r>
      <w:r>
        <w:rPr>
          <w:lang w:eastAsia="zh-CN"/>
        </w:rPr>
        <w:t>　　二、复合肥的市场开发。</w:t>
      </w:r>
      <w:r>
        <w:rPr>
          <w:lang w:eastAsia="zh-CN"/>
        </w:rPr>
        <w:br/>
      </w:r>
      <w:r>
        <w:rPr>
          <w:lang w:eastAsia="zh-CN"/>
        </w:rPr>
        <w:t>　　复合肥的市场培育会经历这样一个阶段：</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导入产品，凭可靠、优异的质量，借农民朋友口碑传播，在消费者方面为经销商树立信心，产生市场推力;2、进行广告投入，扩大促销宣传，做足推力，从而由质量好产生知名度，知名度高而长久产生品牌效应。因此，对于我们业务人员来讲，关键就在于如何让一定范围内的农民朋友用上我们的优质产品，这是市场开拓的问题了。作为我们的客户需要满足以下六个条件：1、有相应的资金实力，我们做的是现款现货，这一点是业务开展的基础，是顺利运行的保证;2、个人能力，这一点关系到我们的产品能否被正确、持续、长久操作;3、业内口碑好，讲信誉，注重长期利益，这是我们业务能够长期稳定开展的先决条件;4、市场保护意识强，稳固地坚持在划定区域内销售，不窜货;5、有一定的网络基础，能够迅速将货物投放到基层零售商或者农民手中;6、服从公司的指导价格和相关政策，配合各方面工作。以上六点都能满足的客户，必将成为我司优秀且核心的忠实客户，在实际选择客户过程中，这样的客户简直凤毛麟角，所以，一般的客户要至少保证其中的三点，通过日后更多的沟通和交流，使其不断地向这六点靠近，从而帮助其由小做大，由弱到强。</w:t>
      </w:r>
      <w:r>
        <w:rPr>
          <w:lang w:eastAsia="zh-CN"/>
        </w:rPr>
        <w:br/>
      </w:r>
      <w:r>
        <w:rPr>
          <w:lang w:eastAsia="zh-CN"/>
        </w:rPr>
        <w:t>　　三、复合肥的市场管控。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当复合肥的操作到了一个成熟的阶段时，市场管控就成了至关重要的工作内容。当市场上发生窜货时，主要是以下几个手段，首先，通过明察暗访寻找窜货源头，按照合同约定进行惩罚和补偿;当无法查出窜货源头时，应该与所窜货物的持有者进行沟通，将所窜货物购买出来，讲清楚利害关系，保证其不再进这种货物。此时也无法行得通的情况下，就只能用大规模的宣传攻势采取对立形式地解决：彩印一张招贴纸，上面标明“中化化肥有限公司某某货物建议零售价、某某经销商是正规的签约营销商”等等字样，贴在门头上;在窜货的店铺附近设置宣传场地，用我们的宣传车、磁带、光盘、招贴画、彩旗、促销品等等各种手段制造影响，并在其辐射的村庄内、集市上，进行巡回宣传，使农民认识到，我签约经销商处才是正规的中化化肥经销点，并暗示其他店铺的货物，我司是不敢保证质量的。总结起来，就是利用我们现有的所有手段，在我签约客户的协助下，集中力量在几天的时间里对窜货经销商形成大规模的打压之势，以修正农民的购货渠道。</w:t>
      </w:r>
      <w:r>
        <w:rPr>
          <w:lang w:eastAsia="zh-CN"/>
        </w:rPr>
        <w:br/>
      </w:r>
      <w:r>
        <w:rPr>
          <w:lang w:eastAsia="zh-CN"/>
        </w:rPr>
        <w:t xml:space="preserve">    销售年度工作总结800字 篇8 </w:t>
      </w:r>
      <w:r>
        <w:rPr>
          <w:lang w:eastAsia="zh-CN"/>
        </w:rPr>
        <w:br/>
      </w:r>
      <w:r>
        <w:rPr>
          <w:lang w:eastAsia="zh-CN"/>
        </w:rPr>
        <w:t>　　__年即将过去，在这将近一年的时间中我通过努力的销售经理工作，也有了一点收获，临近年终，我感觉有必要对自己的销售经理工作做一下总结。目的在于吸取教训，提高自己，以至于把销售经理工作做的更好，自己有信心也有决心把明年的销售经理工作做的更好。下面我对一年的销售经理工作进行简要的总结。</w:t>
      </w:r>
      <w:r>
        <w:rPr>
          <w:lang w:eastAsia="zh-CN"/>
        </w:rPr>
        <w:br/>
      </w:r>
      <w:r>
        <w:rPr>
          <w:lang w:eastAsia="zh-CN"/>
        </w:rPr>
        <w:t>　　我是今年三月份到公司销售经理工作的，四月份开始组建市场部，在没有负责市场部工作以前，我是没有__销售经验的，仅凭对销售工作的热情，而缺乏__行业销售经验和行业知识。为了迅速融入到这个行业中来，到公司之后，一切从零开始，一边学习产品知识，一边摸索市场，遇到销售和产品方面的难点和问题，我经常请教__经理和北京总公司几位领导和其他有经验的同事，一起寻求解决问题的方案和对一些比较难缠的客户研究针对性策略，取得了良好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通过不断的学习产品知识，收取同行业之间的信息和积累市场经验，现在对__市场有了一个大概的认识和了解。现在我逐渐可以清晰、流利的应对客户所提到的各种问题，准确的把握客户的需要，良好的与客户沟通，因此逐渐取得了客户的信任。所以经过大半年的努力，也取得了几个成功客户案例，一些优质客户也逐渐积累到了一定程度，对市场的认识也有一个比较透明的掌握。在不断的学习产品知识和积累经验的同时，自己的能力，业务水平都比以前有了一个较大幅度的提高，针对市场的一些变化和同行业之间的竞争，现在可以拿出一个比较完整的方案应付一些突发事件。对于一个项目可以全程的操作下来。</w:t>
      </w:r>
      <w:r>
        <w:rPr>
          <w:lang w:eastAsia="zh-CN"/>
        </w:rPr>
        <w:br/>
      </w:r>
      <w:r>
        <w:rPr>
          <w:lang w:eastAsia="zh-CN"/>
        </w:rPr>
        <w:t xml:space="preserve">    销售年度工作总结800字 篇9 </w:t>
      </w:r>
      <w:r>
        <w:rPr>
          <w:lang w:eastAsia="zh-CN"/>
        </w:rPr>
        <w:br/>
      </w:r>
      <w:r>
        <w:rPr>
          <w:lang w:eastAsia="zh-CN"/>
        </w:rPr>
        <w:t>　　一、沟通技巧不具备</w:t>
      </w:r>
      <w:r>
        <w:rPr>
          <w:lang w:eastAsia="zh-CN"/>
        </w:rPr>
        <w:br/>
      </w:r>
      <w:r>
        <w:rPr>
          <w:lang w:eastAsia="zh-CN"/>
        </w:rPr>
        <w:t>　　每天接触不同客户而我跟他们沟通的时候说话不够简洁，说话比较繁琐。语言组织表达能力是需要加强改进。</w:t>
      </w:r>
      <w:r>
        <w:rPr>
          <w:lang w:eastAsia="zh-CN"/>
        </w:rPr>
        <w:br/>
      </w:r>
      <w:r>
        <w:rPr>
          <w:lang w:eastAsia="zh-CN"/>
        </w:rPr>
        <w:t>　　二、针对已经合作的客户的后续服务不到位</w:t>
      </w:r>
      <w:r>
        <w:rPr>
          <w:lang w:eastAsia="zh-CN"/>
        </w:rPr>
        <w:br/>
      </w:r>
      <w:r>
        <w:rPr>
          <w:lang w:eastAsia="zh-CN"/>
        </w:rPr>
        <w:t>　　看着自己成功客户量慢慢多起来，虽然大的客户少之又少，但是自己还是在尽心尽力的维护每一位意向比较好的客户，并且达到从意向客户到真正客户为目的。客户虽然已经签下来了，之前感觉万事大吉了，其实这种想法是非常的不成熟，后来经过几个月的工作，再加上总和经理都有跟我们开会中重点讲到老客户的维护好与坏的问题。确实感觉到一个新客户开拓比较难，但是对于已经成功合作的客户其实是比较简单的，比如我有20个老客户，只要很好的维护好了的话，在以后的翻单过程当中肯定会第一时间想到通赢防伪的小周。那么这样不仅继续给公司创造利润，也是对自己一个工作上的认可。因此这点我得把目光放长远。</w:t>
      </w:r>
      <w:r>
        <w:rPr>
          <w:lang w:eastAsia="zh-CN"/>
        </w:rPr>
        <w:br/>
      </w:r>
      <w:r>
        <w:rPr>
          <w:lang w:eastAsia="zh-CN"/>
        </w:rPr>
        <w:t>　　三、客户报表没有做很好的整理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对于我们这个行业来说有旺季和淡季，对于淡季或者临近放假的时候问候客户这些应该做一个很好的报表归纳，而我这方面做的不够好。确实报表就是每天辛苦劳作的种子，日积月累，需要自己用心的去经营，否则怎么结出胜利的果实呢。领导只有通过明了的报表才能够知道我今天的工作状态和收获如何，然后有针对性的加以指正和引导。而我自己也每天做好完整而又详细的报表也可以每天给自己订一个清晰而又有指导性的工作总结以及来日的工作计划，这样工作起来更加有针对性和目的性。那么也更加如鱼得水。</w:t>
      </w:r>
      <w:r>
        <w:rPr>
          <w:lang w:eastAsia="zh-CN"/>
        </w:rPr>
        <w:br/>
      </w:r>
      <w:r>
        <w:rPr>
          <w:lang w:eastAsia="zh-CN"/>
        </w:rPr>
        <w:t>　　四、开拓新客户量少</w:t>
      </w:r>
      <w:r>
        <w:rPr>
          <w:lang w:eastAsia="zh-CN"/>
        </w:rPr>
        <w:br/>
      </w:r>
      <w:r>
        <w:rPr>
          <w:lang w:eastAsia="zh-CN"/>
        </w:rPr>
        <w:t>　　年我合作成功的客户主要是通过电话销售和网络客服等渠道找到客户，而自己真正找的客户很少，这点值得自己好好的深思一下，有一些大部分原因是为了不错过任何一个主动联系我司的意向强烈客户，因此大部分的时间花在了联系电话销售客户上，而忽略了自己联系上的意向客户。而自己今年开拓的新客户量不多，这点在明年要很好的改进，并且明年订好一个计划，让自己的时间分配的合理。达到两不误的效果。</w:t>
      </w:r>
      <w:r>
        <w:rPr>
          <w:lang w:eastAsia="zh-CN"/>
        </w:rPr>
        <w:br/>
      </w:r>
      <w:r>
        <w:rPr>
          <w:lang w:eastAsia="zh-CN"/>
        </w:rPr>
        <w:t>　　五、工作总结少</w:t>
      </w:r>
      <w:r>
        <w:rPr>
          <w:lang w:eastAsia="zh-CN"/>
        </w:rPr>
        <w:br/>
      </w:r>
      <w:r>
        <w:rPr>
          <w:lang w:eastAsia="zh-CN"/>
        </w:rPr>
        <w:t>　　当遇到不懂的专业或者业务知识时候，不善于主动请教领导，并且未在当天把不懂的变成自己的知识给吸收。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综合以上几点是我在今年的工作中不足之处表现，我会在今后的工作当中加以改进，有句话说的话：聪明的人不会在同一个地方摔倒两次。当然谁都愿意做一个聪明的人，所以同样的错误我不会再犯，并且争取做到更好。望公司领导和同事共同监督我。一个人有错误不怕，怕的是不知道改正，而我就要做一个知错就改，并且从中把缺点变成自己的优点。</w:t>
      </w:r>
      <w:r>
        <w:rPr>
          <w:lang w:eastAsia="zh-CN"/>
        </w:rPr>
        <w:br/>
      </w:r>
      <w:r>
        <w:rPr>
          <w:lang w:eastAsia="zh-CN"/>
        </w:rPr>
        <w:t xml:space="preserve">    销售年度工作总结800字 篇10 </w:t>
      </w:r>
      <w:r>
        <w:rPr>
          <w:lang w:eastAsia="zh-CN"/>
        </w:rPr>
        <w:br/>
      </w:r>
      <w:r>
        <w:rPr>
          <w:lang w:eastAsia="zh-CN"/>
        </w:rPr>
        <w:t>　　8日下午，永宸公司召开了20__年度营销工作总结会议暨20__年度营销工作启动会。会议总结了20__年市场营销工作和区域体系建设情况，分析了当前市场形势，查问题、找原因、求方法，梳理了20__年重点市场，提出了下一步营销工作计划。公司市场渠道部，新零售运营部，新媒体运营中心等全体人员参加本次会议，会议由市场渠道部总监黎秋群主持。</w:t>
      </w:r>
      <w:r>
        <w:rPr>
          <w:lang w:eastAsia="zh-CN"/>
        </w:rPr>
        <w:br/>
      </w:r>
      <w:r>
        <w:rPr>
          <w:lang w:eastAsia="zh-CN"/>
        </w:rPr>
        <w:t>　　会上，黎总监先对公司20__年全年销售工作进行全面总结汇报。通过具体的数据分析，清晰明了地把20__年的各人、各区域以及各款产品的销售情况展现出来。对能够出色完成年度销售任务的同事加以表扬，同时，对部分完成任务情况不理想的同事进行业务分析，加以鼓励。</w:t>
      </w:r>
      <w:r>
        <w:rPr>
          <w:lang w:eastAsia="zh-CN"/>
        </w:rPr>
        <w:br/>
      </w:r>
      <w:r>
        <w:rPr>
          <w:lang w:eastAsia="zh-CN"/>
        </w:rPr>
        <w:t>　　接着，由永宸公司全体销售人员进行个人工作汇报，每个人都对自己所属的销售区域进行了详细分析，并将自己在销售过程中遇到的问题分享出来，得到大家帮助的同时从而进一步提升业务水平能力。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会议最后，永宸公司董事长童永平先生作了重要讲线年度销售工作给予高度的评价，对营销将士们的辛勤付出表示衷心的感谢。随后，童总对20__年营销工作进行复盘及重点问题剖析，他要求，公司市场营销人员要聚焦核心市场、核心客户、核心项目；同时要拓展新市场、新业态、新视野，实现20__年永宸公司营销工作有新的突破。</w:t>
      </w:r>
      <w:r>
        <w:rPr>
          <w:lang w:eastAsia="zh-CN"/>
        </w:rPr>
        <w:br/>
      </w:r>
      <w:r>
        <w:rPr>
          <w:lang w:eastAsia="zh-CN"/>
        </w:rPr>
        <w:t>　　针对总结会议中营销人员提及到的工作难题，童总用3个心得分享为公司20__年的营销工作部署提供了方向。分享如下。</w:t>
      </w:r>
      <w:r>
        <w:rPr>
          <w:lang w:eastAsia="zh-CN"/>
        </w:rPr>
        <w:br/>
      </w:r>
      <w:r>
        <w:rPr>
          <w:lang w:eastAsia="zh-CN"/>
        </w:rPr>
        <w:t>　　一、营销人员要学会总结提炼工作经验、对标创新。同事之间多分享，不仅要成功的分享，失败的分享更有价值和意义。</w:t>
      </w:r>
      <w:r>
        <w:rPr>
          <w:lang w:eastAsia="zh-CN"/>
        </w:rPr>
        <w:br/>
      </w:r>
      <w:r>
        <w:rPr>
          <w:lang w:eastAsia="zh-CN"/>
        </w:rPr>
        <w:t>　　二、营销人员要有“归零”的思想觉悟，每一年都是从零开始，每一年的增长都是从零开始，每一年的客户都要从零开始，公司20__年度销售总结会议要有重新开拓的勇气。不能指望老客户的雪中送炭，要有新客户锦上添花的心态去开展销售业务。</w:t>
      </w:r>
      <w:r>
        <w:rPr>
          <w:lang w:eastAsia="zh-CN"/>
        </w:rPr>
        <w:br/>
      </w:r>
      <w:r>
        <w:rPr>
          <w:lang w:eastAsia="zh-CN"/>
        </w:rPr>
        <w:t>　　三、做营销人员要把格局放大，要接受新鲜事物，每时每刻都要进行学习。学习之余还要懂得删除，把当中无效的东西删除，取其精华，去其糟粕。要了解最新的社会动态，营销人员要对自己负责地区的风土人情、经济架构都要了如指掌，才能跟客户产生共同价值观，更好地完成营销业务。</w:t>
      </w:r>
      <w:r>
        <w:rPr>
          <w:lang w:eastAsia="zh-CN"/>
        </w:rPr>
        <w:br/>
      </w:r>
      <w:r>
        <w:rPr>
          <w:lang w:eastAsia="zh-CN"/>
        </w:rPr>
        <w:t>　　新的体制，新的模式，新的指导方向！20__年，永宸公司定能更上一层楼，创造新的辉煌！</w:t>
      </w:r>
      <w:r>
        <w:rPr>
          <w:lang w:eastAsia="zh-CN"/>
        </w:rPr>
        <w:br/>
      </w:r>
      <w:r>
        <w:rPr>
          <w:lang w:eastAsia="zh-CN"/>
        </w:rPr>
        <w:t xml:space="preserve">    销售年度工作总结800字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繁忙的工作不知不觉又迎来了新的一年，回顾来公司的四个月的工作历程，从8月份进入公司工作从事销售工作，深得公司领导的信任，担当销售部经理一职。销售部是公司的窗口，销售部是公司的前线，作为销售部这个团队的带头人，我深知做好这个工作的重要性。</w:t>
      </w:r>
      <w:r>
        <w:rPr>
          <w:lang w:eastAsia="zh-CN"/>
        </w:rPr>
        <w:br/>
      </w:r>
      <w:r>
        <w:rPr>
          <w:lang w:eastAsia="zh-CN"/>
        </w:rPr>
        <w:t>　　从接手销售工作起先，我首先了解并整理原先遗留下来的一些客户问题，并丰富销售现场，然后是了解项目针对的客户群体，我认为提高销售业绩，首先是要了解我们的客户群体、了解客户关切的方向、信任的角度， 通过这些来宣扬，肯定能引起客户的.共鸣。所以丰富销售案场、户外宣扬派单、户外巨幅广告、宣扬单页的改版。从而变更客户对中华家园的视觉冲击，完成这一步后，再次深层次的挖掘潜在的客户。</w:t>
      </w:r>
      <w:r>
        <w:rPr>
          <w:lang w:eastAsia="zh-CN"/>
        </w:rPr>
        <w:br/>
      </w:r>
      <w:r>
        <w:rPr>
          <w:lang w:eastAsia="zh-CN"/>
        </w:rPr>
        <w:t>　　之后，我又对销售部每位销售人员进行了解沟通，其中有老员工，有新员工（还没有正式上岗的）老员工的自身素养和对自身的要求都很难实现，再去带动新的员工真得太难了。我觉得这样的团队太散，虽然谁都在某些方面是金子，但必需要聚在一起才能有能量，看到这个状况后，我把整个销售团队的人员集中起来，我们开会、商讨、沟通，每个人都要说话，我要通过各种途径来变更这个团队。变更他们原来的工作看法，变更他们对销售工作的相识。加强他们在工作上的紧迫感。从而达到一个强大的销售团队。虽然在变更中遇到了许多不和谐的因素，但最终有公司领导的支持，我们还是达到了肯定的目标。提价一次，实惠调整了两次，四个月销售76套房源的成果。</w:t>
      </w:r>
      <w:r>
        <w:rPr>
          <w:lang w:eastAsia="zh-CN"/>
        </w:rPr>
        <w:br/>
      </w:r>
      <w:r>
        <w:rPr>
          <w:lang w:eastAsia="zh-CN"/>
        </w:rPr>
        <w:t>　　首先是大家的共同努力的结果。再者培育了公司自己的销售团队是一种财宝积累。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销售部从原来的十几个人到七八个人到现在的五个人，虽然人数在削减，但工作任务每削减，工作业绩没削减。所以说团队的力气是无限大的。房地产市场起伏动荡，作为销售一线员工，对于本地房地产市场更应当了如指掌，对于竞争的楼盘，更应当知己知彼，是竞争的对手也是学习的榜样，树立自己独有的特质。</w:t>
      </w:r>
      <w:r>
        <w:rPr>
          <w:lang w:eastAsia="zh-CN"/>
        </w:rPr>
        <w:br/>
      </w:r>
      <w:r>
        <w:rPr>
          <w:lang w:eastAsia="zh-CN"/>
        </w:rPr>
        <w:t>　　回顾这几个月的工作历程，公司领导的支持是最重要的，我被公司领导人之拼搏精神深深振动。希望在今后的工作道路上，公司领导能给我们创建更多的学习的平台，让我们每个人都能够更上一层楼。</w:t>
      </w:r>
      <w:r>
        <w:rPr>
          <w:lang w:eastAsia="zh-CN"/>
        </w:rPr>
        <w:br/>
      </w:r>
      <w:r>
        <w:rPr>
          <w:lang w:eastAsia="zh-CN"/>
        </w:rPr>
        <w:t>　　__年年对于家园公司来说是辉煌的、有意义的、有价值的、更有收获的，每个家园人都在进步，我想在公司领导下在新的一年里，会有新的突破，新的气象，创建更辉煌的明天。</w:t>
      </w:r>
      <w:r>
        <w:rPr>
          <w:lang w:eastAsia="zh-CN"/>
        </w:rPr>
        <w:br/>
      </w:r>
      <w:r>
        <w:rPr>
          <w:lang w:eastAsia="zh-CN"/>
        </w:rPr>
        <w:t xml:space="preserve">    销售年度工作总结800字 篇12 </w:t>
      </w:r>
      <w:r>
        <w:rPr>
          <w:lang w:eastAsia="zh-CN"/>
        </w:rPr>
        <w:br/>
      </w:r>
      <w:r>
        <w:rPr>
          <w:lang w:eastAsia="zh-CN"/>
        </w:rPr>
        <w:t>　　转瞬即逝，回首今年的工作，即有遇到困难和挫折时的惆怅，也有硕果累累的喜悦。在公司领导的正确带领下，在同事们的大力帮忙下，个人较好的完成了各项工作任务，现将本年度具体工作完成情景总结如下：</w:t>
      </w:r>
      <w:r>
        <w:rPr>
          <w:lang w:eastAsia="zh-CN"/>
        </w:rPr>
        <w:br/>
      </w:r>
      <w:r>
        <w:rPr>
          <w:lang w:eastAsia="zh-CN"/>
        </w:rPr>
        <w:t>　　一、全年销售完成情景</w:t>
      </w:r>
      <w:r>
        <w:rPr>
          <w:lang w:eastAsia="zh-CN"/>
        </w:rPr>
        <w:br/>
      </w:r>
      <w:r>
        <w:rPr>
          <w:lang w:eastAsia="zh-CN"/>
        </w:rPr>
        <w:t>　　二、具体工作开展情景</w:t>
      </w:r>
      <w:r>
        <w:rPr>
          <w:lang w:eastAsia="zh-CN"/>
        </w:rPr>
        <w:br/>
      </w:r>
      <w:r>
        <w:rPr>
          <w:lang w:eastAsia="zh-CN"/>
        </w:rPr>
        <w:t>　　(一)强化内涵，提高素养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随着社会的快速发展，要适应现代养殖业的快速发展，必须要不断的提高自我的内涵素养，这样才能跟得上时代发展的需求，本年度，本人重点经过多种形式，不断提高自我的思想内涵素养，一方面，经过多形式，多渠道，不断提升自我的理论修养，品质修养，另一方面，进取学习现代畜牧养殖业业务知识，经过学习，了解现代养殖业的各种新知识，新技术，为未来工作更好的开展夯实了基础。此外，还重点学习了销售学等新的专业知识，经过各种有效的学习活动，极大的提高了自我的知识储备，提升了自我的综合素养。</w:t>
      </w:r>
      <w:r>
        <w:rPr>
          <w:lang w:eastAsia="zh-CN"/>
        </w:rPr>
        <w:br/>
      </w:r>
      <w:r>
        <w:rPr>
          <w:lang w:eastAsia="zh-CN"/>
        </w:rPr>
        <w:t>　　(二)遵章守纪，团结同事</w:t>
      </w:r>
      <w:r>
        <w:rPr>
          <w:lang w:eastAsia="zh-CN"/>
        </w:rPr>
        <w:br/>
      </w:r>
      <w:r>
        <w:rPr>
          <w:lang w:eastAsia="zh-CN"/>
        </w:rPr>
        <w:t>　　今年来，在工作中，我严格遵守各项工作制度，做到不迟到不早退;在工作，凡是同事遇到的困难，我都能够进取的去帮忙他人，不计较个人得失，如：下半年，公司司机辞职后，新司机招聘未果，根据领导工作安排，我进取完成好原本由司机承担的送货任务，确保能够把公司的各种饲料兽药按时送到各猪场等客户手中，从不计较，自我工作的得失多少。</w:t>
      </w:r>
      <w:r>
        <w:rPr>
          <w:lang w:eastAsia="zh-CN"/>
        </w:rPr>
        <w:br/>
      </w:r>
      <w:r>
        <w:rPr>
          <w:lang w:eastAsia="zh-CN"/>
        </w:rPr>
        <w:t>　　(三)做好销售，热心服务</w:t>
      </w:r>
      <w:r>
        <w:rPr>
          <w:lang w:eastAsia="zh-CN"/>
        </w:rPr>
        <w:br/>
      </w:r>
      <w:r>
        <w:rPr>
          <w:lang w:eastAsia="zh-CN"/>
        </w:rPr>
        <w:t>　　为圆满本年度的销售目标任务，我进取主动的做好公司各种新产品的推广工作，经过各种形式渠道，加强与猪场等客户群体的交流沟通，真实了解他们的消费需求，进取宣传我司新推产品，为全年销售任务的顺利完成夯实了基础;此外，除去做好新产品的推广外，我还进取做好各项服务工作，当新产品第一次被客户采纳使用时，为了了解产品效力，解答实际使用过程中的各种难题，我甚至一天连续跑同一客户家几次，为的就是真实掌握情景，了解实情，经过我的热心服务，真心服务，客户的满意度极大的得到了提高，全年无任何投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三、明年计划</w:t>
      </w:r>
      <w:r>
        <w:rPr>
          <w:lang w:eastAsia="zh-CN"/>
        </w:rPr>
        <w:br/>
      </w:r>
      <w:r>
        <w:rPr>
          <w:lang w:eastAsia="zh-CN"/>
        </w:rPr>
        <w:t>　　(一)加大学习力度，不断提高自我掌握新知识的水平，储备新知识，迎接新挑战。</w:t>
      </w:r>
      <w:r>
        <w:rPr>
          <w:lang w:eastAsia="zh-CN"/>
        </w:rPr>
        <w:br/>
      </w:r>
      <w:r>
        <w:rPr>
          <w:lang w:eastAsia="zh-CN"/>
        </w:rPr>
        <w:t>　　(二)围绕着年度销售任务计划，做好计划安排，确保销售任务圆满顺利完成。</w:t>
      </w:r>
      <w:r>
        <w:rPr>
          <w:lang w:eastAsia="zh-CN"/>
        </w:rPr>
        <w:br/>
      </w:r>
      <w:r>
        <w:rPr>
          <w:lang w:eastAsia="zh-CN"/>
        </w:rPr>
        <w:t>　　(三)进一步强化服务意识，用真诚的服务，耐心的服务，巩固老客户，力争经过老客户的口碑开辟更多新的客户，同时，自我我进取主动，经过多形式不断开辟更多的新客户。</w:t>
      </w:r>
      <w:r>
        <w:rPr>
          <w:lang w:eastAsia="zh-CN"/>
        </w:rPr>
        <w:br/>
      </w:r>
      <w:r>
        <w:rPr>
          <w:lang w:eastAsia="zh-CN"/>
        </w:rPr>
        <w:t>　　时光飞逝，充满期望的__21年就伴随着新年伊始即将临近，在新的一年里，个人将立足本职，扎实做好各项销售工作，为公司科学发展贡献出自我更大的力量。</w:t>
      </w:r>
      <w:r>
        <w:rPr>
          <w:lang w:eastAsia="zh-CN"/>
        </w:rPr>
        <w:br/>
      </w:r>
      <w:r>
        <w:rPr>
          <w:lang w:eastAsia="zh-CN"/>
        </w:rPr>
        <w:t xml:space="preserve">    销售年度工作总结800字 篇13 </w:t>
      </w:r>
      <w:r>
        <w:rPr>
          <w:lang w:eastAsia="zh-CN"/>
        </w:rPr>
        <w:br/>
      </w:r>
      <w:r>
        <w:rPr>
          <w:lang w:eastAsia="zh-CN"/>
        </w:rPr>
        <w:t>　　一、道德素质培养和职业道德。</w:t>
      </w:r>
      <w:r>
        <w:rPr>
          <w:lang w:eastAsia="zh-CN"/>
        </w:rPr>
        <w:br/>
      </w:r>
      <w:r>
        <w:rPr>
          <w:lang w:eastAsia="zh-CN"/>
        </w:rPr>
        <w:t>　　通过对报刊、书籍、杂志的不断学习，热爱自己的工作，有很强的责任心和事业心，有正确的工作态度，认真负责，加强专业知识的学习，不断给自己充电，这是卖珠宝自信的来源。</w:t>
      </w:r>
      <w:r>
        <w:rPr>
          <w:lang w:eastAsia="zh-CN"/>
        </w:rPr>
        <w:br/>
      </w:r>
      <w:r>
        <w:rPr>
          <w:lang w:eastAsia="zh-CN"/>
        </w:rPr>
        <w:t>　　二、工作质量成就、效益和贡献。</w:t>
      </w:r>
      <w:r>
        <w:rPr>
          <w:lang w:eastAsia="zh-CN"/>
        </w:rPr>
        <w:br/>
      </w:r>
      <w:r>
        <w:rPr>
          <w:lang w:eastAsia="zh-CN"/>
        </w:rPr>
        <w:t>　　保质保量完成工作，工作效率高。同时，我在工作中学到了很多，锻炼了自己。通过不懈的努力，我的工作成绩有了很大的提高。</w:t>
      </w:r>
      <w:r>
        <w:rPr>
          <w:lang w:eastAsia="zh-CN"/>
        </w:rPr>
        <w:br/>
      </w:r>
      <w:r>
        <w:rPr>
          <w:lang w:eastAsia="zh-CN"/>
        </w:rPr>
        <w:t>　　三、工作经验。</w:t>
      </w:r>
      <w:r>
        <w:rPr>
          <w:lang w:eastAsia="zh-CN"/>
        </w:rPr>
        <w:br/>
      </w:r>
      <w:r>
        <w:rPr>
          <w:lang w:eastAsia="zh-CN"/>
        </w:rPr>
        <w:t>　　销售是一门艺术，作为一名珠宝销售员，要注意语言表达能力，让顾客买到满意的珠宝。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1、认真接待顾客3m打招呼，1m提问，微笑服务是人为营造轻松愉悦购物环境的关键。</w:t>
      </w:r>
      <w:r>
        <w:rPr>
          <w:lang w:eastAsia="zh-CN"/>
        </w:rPr>
        <w:br/>
      </w:r>
      <w:r>
        <w:rPr>
          <w:lang w:eastAsia="zh-CN"/>
        </w:rPr>
        <w:t>　　2、充分展示珠宝。因为大多数顾客缺乏珠宝知识，所以展示珠宝非常重要。顾客对珠宝了解越多，购买后的满意度就越强。俗话说；“满意|”是对顾客最好的广告。</w:t>
      </w:r>
      <w:r>
        <w:rPr>
          <w:lang w:eastAsia="zh-CN"/>
        </w:rPr>
        <w:br/>
      </w:r>
      <w:r>
        <w:rPr>
          <w:lang w:eastAsia="zh-CN"/>
        </w:rPr>
        <w:t>　　3、促成交易，由于珠宝的价值相对较高，客户在最终交易前压力很大，所以要求销售人员采取分散注意力的方式来缓解客户的压力。</w:t>
      </w:r>
      <w:r>
        <w:rPr>
          <w:lang w:eastAsia="zh-CN"/>
        </w:rPr>
        <w:br/>
      </w:r>
      <w:r>
        <w:rPr>
          <w:lang w:eastAsia="zh-CN"/>
        </w:rPr>
        <w:t>　　4、熟悉首饰的佩戴、保养、使用、产地和质量。</w:t>
      </w:r>
      <w:r>
        <w:rPr>
          <w:lang w:eastAsia="zh-CN"/>
        </w:rPr>
        <w:br/>
      </w:r>
      <w:r>
        <w:rPr>
          <w:lang w:eastAsia="zh-CN"/>
        </w:rPr>
        <w:t>　　5、售后服务，当顾客购买后店员的'工作还没有完成时，要详细介绍佩戴和保养的知识，最后说一些祝福的话，让顾客感到开心。增强与客户的关系，期待二次消费的发生。</w:t>
      </w:r>
      <w:r>
        <w:rPr>
          <w:lang w:eastAsia="zh-CN"/>
        </w:rPr>
        <w:br/>
      </w:r>
      <w:r>
        <w:rPr>
          <w:lang w:eastAsia="zh-CN"/>
        </w:rPr>
        <w:t>　　6、抓住每一个销售机会，以最好的精神状态等待客户的到来，注意自己的外表，衣着整洁得体，每天坚持化妆。</w:t>
      </w:r>
      <w:r>
        <w:rPr>
          <w:lang w:eastAsia="zh-CN"/>
        </w:rPr>
        <w:br/>
      </w:r>
      <w:r>
        <w:rPr>
          <w:lang w:eastAsia="zh-CN"/>
        </w:rPr>
        <w:t>　　四、工作中的不足和努力的方向。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总结一年来的工作，虽然有不小的进步，但仍有许多改进和不足。比如对珠宝不够了解，要加强学习，提高销售技巧，学习这些知识。学习别人的成功经验很重要。有时候销售不好，思想消极，这是不能接受的。消极的想法是销售的敌人。对销售失败的总结是不够的，每一次销售失败都有其原因，比如客户推荐的首饰是否符合客户的需求，对客户的态度是否生硬，导致客户不满。你向顾客展示过珠宝吗？等等，这一切都需要考虑。作为内阁领导，就像带领部队作战的班长一样，在一线影响和感染成员是非常重要的。作为内阁领导，首先要以身作则，率先垂范。一个计数器是一个集体，充分的团结可以释放最大的能量。互相学习，互相进步。</w:t>
      </w:r>
      <w:r>
        <w:rPr>
          <w:lang w:eastAsia="zh-CN"/>
        </w:rPr>
        <w:br/>
      </w:r>
      <w:r>
        <w:rPr>
          <w:lang w:eastAsia="zh-CN"/>
        </w:rPr>
        <w:t xml:space="preserve">    销售年度工作总结800字 篇14 </w:t>
      </w:r>
      <w:r>
        <w:rPr>
          <w:lang w:eastAsia="zh-CN"/>
        </w:rPr>
        <w:br/>
      </w:r>
      <w:r>
        <w:rPr>
          <w:lang w:eastAsia="zh-CN"/>
        </w:rPr>
        <w:t>　　在已经过去的三个约时间里，首先感谢公司给予我这样一个发展的平台和用心培养。感谢公司里同事给予工作上和生活上的督导和帮助。让我学到了很多的产品知识和与客户沟通的技巧及如何做人做事，并顺利的为下一步熟悉公司的产品和下一年的业务开展打下了坚实的基矗他们所有人都有很多值得我去学习地方，我从他/她们身上学到了不少知识，找到了自己身上的很多不足之处，每找到自己一个缺点我都会用日记本几下，下次注意不让自己犯同样的错误，让自己更加的成熟。</w:t>
      </w:r>
      <w:r>
        <w:rPr>
          <w:lang w:eastAsia="zh-CN"/>
        </w:rPr>
        <w:br/>
      </w:r>
      <w:r>
        <w:rPr>
          <w:lang w:eastAsia="zh-CN"/>
        </w:rPr>
        <w:t>　　通过三个月来对公司产品和业务的熟悉，我也更加的认识到了，一个销售人员的知识面、社交能力和商务谈判技巧决定了销售人员的销售能力。为此，通过这三个月的工作积累。我认识到自己现有的不足和长处。</w:t>
      </w:r>
      <w:r>
        <w:rPr>
          <w:lang w:eastAsia="zh-CN"/>
        </w:rPr>
        <w:br/>
      </w:r>
      <w:r>
        <w:rPr>
          <w:lang w:eastAsia="zh-CN"/>
        </w:rPr>
        <w:t>　　一、在产品专业知识方面：</w:t>
      </w:r>
      <w:r>
        <w:rPr>
          <w:lang w:eastAsia="zh-CN"/>
        </w:rPr>
        <w:br/>
      </w:r>
      <w:r>
        <w:rPr>
          <w:lang w:eastAsia="zh-CN"/>
        </w:rPr>
        <w:t>　　1)产品知识方面：全面掌握了雷达物位计的原理，技术参数及各系列产品的应用工况，测量量程，压力，温度。掌握了产品的安装注意事项以及雷达物位计的调试技巧。</w:t>
      </w:r>
      <w:r>
        <w:rPr>
          <w:lang w:eastAsia="zh-CN"/>
        </w:rPr>
        <w:br/>
      </w:r>
      <w:r>
        <w:rPr>
          <w:lang w:eastAsia="zh-CN"/>
        </w:rPr>
        <w:t>　　2)公司知识方面：了解我们公司的产品优势和其他竞争厂家的背景，业务状况分析，还了解了本行业的发展发展状况等。</w:t>
      </w:r>
      <w:r>
        <w:rPr>
          <w:lang w:eastAsia="zh-CN"/>
        </w:rPr>
        <w:br/>
      </w:r>
    </w:p>
    <w:p w:rsidR="001B1F19" w14:textId="27C3F48A">
      <w:pPr>
        <w:rPr>
          <w:rFonts w:hint="eastAsia"/>
          <w:lang w:eastAsia="zh-CN"/>
        </w:rPr>
      </w:pPr>
      <w:r>
        <w:rPr>
          <w:lang w:eastAsia="zh-CN"/>
        </w:rPr>
        <w:t>　　3)客户需要方面：了解产品的市场，客户如何定位，客户对产品的要求及需求，客户对其他产品的态度和对于物位计液位计的需求和应用的行业。</w:t>
      </w:r>
      <w:r>
        <w:rPr>
          <w:lang w:eastAsia="zh-CN"/>
        </w:rPr>
        <w:br/>
      </w:r>
      <w:r>
        <w:rPr>
          <w:lang w:eastAsia="zh-CN"/>
        </w:rPr>
        <w:t>　　4)市场知识方面：了解潜在客户，重要客户，老客户，有意向的客户对于物位计液位计的需求量，以客户对其他产品的观点。</w:t>
      </w:r>
      <w:r>
        <w:rPr>
          <w:lang w:eastAsia="zh-CN"/>
        </w:rPr>
        <w:br/>
      </w:r>
      <w:r>
        <w:rPr>
          <w:lang w:eastAsia="zh-CN"/>
        </w:rPr>
        <w:t>　　5)专业知识方面：更深的学习了物位测量原理和物位的几种测量方式之间的优点缺点，更方便和客户进行业务上的交流，了解了整个行业在什么时候用到我们的产品，不同公司在新的一年里的产品发展动向，以便更好的合作。</w:t>
      </w:r>
      <w:r>
        <w:rPr>
          <w:lang w:eastAsia="zh-CN"/>
        </w:rPr>
        <w:br/>
      </w:r>
      <w:r>
        <w:rPr>
          <w:lang w:eastAsia="zh-CN"/>
        </w:rPr>
        <w:t>　　6)服务知识方面：以坦诚的态度和客户进行交流，表达公司对经销商这块销售的有利之处，希望获取客户的信任和认可。</w:t>
      </w:r>
      <w:r>
        <w:rPr>
          <w:lang w:eastAsia="zh-CN"/>
        </w:rPr>
        <w:br/>
      </w:r>
      <w:r>
        <w:rPr>
          <w:lang w:eastAsia="zh-CN"/>
        </w:rPr>
        <w:t>　　二、销售能力方面：</w:t>
      </w:r>
      <w:r>
        <w:rPr>
          <w:lang w:eastAsia="zh-CN"/>
        </w:rPr>
        <w:br/>
      </w:r>
      <w:r>
        <w:rPr>
          <w:lang w:eastAsia="zh-CN"/>
        </w:rPr>
        <w:t>　　1)谢谢公司给了我一个这样的发展的平台，通过这份工作，让我从大家身上学了不少的销售技巧，谈判能力和做人做事的态度，有了这些经验做铺垫，相信以后能够更顺利的开展自己的业务。感谢大家给我在经验积累上的帮助。</w:t>
      </w:r>
      <w:r>
        <w:rPr>
          <w:lang w:eastAsia="zh-CN"/>
        </w:rPr>
        <w:br/>
      </w:r>
      <w:r>
        <w:rPr>
          <w:lang w:eastAsia="zh-CN"/>
        </w:rPr>
        <w:t>　　2)客户的开发与维护。应该从大量的客户资源中筛选出意向比较大，最近有项目，和对以后想向物位液位方面发展的客户定位为重要客户，以后要重点关注和发展，即使一些客户现在是有竞争对手的产品，也要认真观察，努力争取争。</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https://d.book118.com/268136036052006045</w:t>
        </w:r>
      </w:hyperlink>
    </w:p>
    <w:p w:rsidR="001B1F19">
      <w:pPr>
        <w:rPr>
          <w:rFonts w:hint="eastAsia"/>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68136036052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