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2024技术支持年终总结（30篇）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2024技术支持年终总结（通用30篇）</w:t>
      </w:r>
      <w:r>
        <w:rPr>
          <w:lang w:eastAsia="zh-CN"/>
        </w:rPr>
        <w:br/>
      </w:r>
      <w:r>
        <w:rPr>
          <w:lang w:eastAsia="zh-CN"/>
        </w:rPr>
        <w:t xml:space="preserve">    2024技术支持年终总结 篇1 </w:t>
      </w:r>
      <w:r>
        <w:rPr>
          <w:lang w:eastAsia="zh-CN"/>
        </w:rPr>
        <w:br/>
      </w:r>
      <w:r>
        <w:rPr>
          <w:lang w:eastAsia="zh-CN"/>
        </w:rPr>
        <w:t>　　尊敬的各位领导：</w:t>
      </w:r>
      <w:r>
        <w:rPr>
          <w:lang w:eastAsia="zh-CN"/>
        </w:rPr>
        <w:br/>
      </w:r>
      <w:r>
        <w:rPr>
          <w:lang w:eastAsia="zh-CN"/>
        </w:rPr>
        <w:t>　　转眼间我已经在公司市场部工作了将近一年的时间了，我对公司的业务及目前状况等各方面都有了深入的了解，同时对于公司这个大家庭也是越来越喜爱了。这里有领导的关心，有同事的帮助，有部门之间的无缝协作，有公司的支持，我想这里正是我大展拳脚的地方。现在我将20__年主要的工作情况汇报如下：</w:t>
      </w:r>
      <w:r>
        <w:rPr>
          <w:lang w:eastAsia="zh-CN"/>
        </w:rPr>
        <w:br/>
      </w:r>
      <w:r>
        <w:rPr>
          <w:lang w:eastAsia="zh-CN"/>
        </w:rPr>
        <w:t>　　1.维修客户所购进的设备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随着对公司业务的熟悉，出差也日渐增多了，基本都出差去过山东、江苏、宁波、上海、南京、珠海还有这次的大连獐子岛等地方。出差可以体现出对公司业务熟悉的程度，通过你做事情的时间，完成的质量以及一些突发状况的解决。大连獐子岛出差让我体会到了天气环境的残酷及我们要面对的不止是设备带来的问题。出差中会遇到各种各样的问题，有时候同事会给你远程指导帮助解决，但是很多问题都需要自己在现场的摸索中搞定。这是对于我们临场应变能力的考验。还一个可以体现是否已经很好掌握设备调试的情况就是当一个现场出现问题的时候，现场需要立刻解决问题，这时候就需要你对于现场情况在自己的脑海中自然而然的呈现出来，对于设备的调试必须在心中牢记于心。这样才能快速完美的协助客户或同事解决问题，这也是对自身价值的一种体现。</w:t>
      </w:r>
      <w:r>
        <w:rPr>
          <w:lang w:eastAsia="zh-CN"/>
        </w:rPr>
        <w:br/>
      </w:r>
      <w:r>
        <w:rPr>
          <w:lang w:eastAsia="zh-CN"/>
        </w:rPr>
        <w:t>　　现在我需要学习的还有很多，需要每时每刻都对公司业务进行更新并重复操作达到一种理解的新高度。然后更快更好的完成领导的任务，为公司节约更多人力物力财力。</w:t>
      </w:r>
      <w:r>
        <w:rPr>
          <w:lang w:eastAsia="zh-CN"/>
        </w:rPr>
        <w:br/>
      </w:r>
      <w:r>
        <w:rPr>
          <w:lang w:eastAsia="zh-CN"/>
        </w:rPr>
        <w:t>　　2.参加北京安防产品展销会</w:t>
      </w:r>
      <w:r>
        <w:rPr>
          <w:lang w:eastAsia="zh-CN"/>
        </w:rPr>
        <w:br/>
      </w:r>
      <w:r>
        <w:rPr>
          <w:lang w:eastAsia="zh-CN"/>
        </w:rPr>
        <w:t>　　虽然这种产品展示对于我这种刚刚入门的新手来说有点难度，但是从他们对自己公司的产品介绍，我还是学到了很多。并且参加这种安防产品展销会，对于每个公司的产品在脑海中能够形成一个对比。对于我今后的测试有一个很高的提升。在加快测试的同时也给公司测试工作做到了很大程度的缓解。</w:t>
      </w:r>
      <w:r>
        <w:rPr>
          <w:lang w:eastAsia="zh-CN"/>
        </w:rPr>
        <w:br/>
      </w:r>
      <w:r>
        <w:rPr>
          <w:lang w:eastAsia="zh-CN"/>
        </w:rPr>
        <w:t>　　3.上网了解其他和公司有关的设备</w:t>
      </w:r>
      <w:r>
        <w:rPr>
          <w:lang w:eastAsia="zh-CN"/>
        </w:rPr>
        <w:br/>
      </w:r>
      <w:r>
        <w:rPr>
          <w:lang w:eastAsia="zh-CN"/>
        </w:rPr>
        <w:t>　　在了解过程中可以体会到其他公司对于监控系统的具体走向。通过对于每个公司的对比，能进一步良好的完成领导布置的工作。并且在与其他公司的联系过程中，向他们学习对于技术支持的各种技术问题，可以今后的工作中完美的完成领导布置的工作。为公司节约时间，创造更多效益。</w:t>
      </w:r>
      <w:r>
        <w:rPr>
          <w:lang w:eastAsia="zh-CN"/>
        </w:rPr>
        <w:br/>
      </w:r>
      <w:r>
        <w:rPr>
          <w:lang w:eastAsia="zh-CN"/>
        </w:rPr>
        <w:t>　　对于今后的展望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自从进入公司充分体会到了公司人性化。使我们这些刚刚进入社会的大学生感受到了社会的温暖。在未来的工作中，我希望领导能够多加督促我的工作并且多分配给我重要的工作。有压力才有动力。希望能够多出差，个人认为出差是最锻炼人的事情，只有在出差工作的过程中才能遇到更多的问题，而且在外面才能更加锻炼我们意志力，锻炼我们的独立解决问题的能力。</w:t>
      </w:r>
      <w:r>
        <w:rPr>
          <w:lang w:eastAsia="zh-CN"/>
        </w:rPr>
        <w:br/>
      </w:r>
      <w:r>
        <w:rPr>
          <w:lang w:eastAsia="zh-CN"/>
        </w:rPr>
        <w:t>　　将近10个月的工作虽然取得了一定的成绩，但也存在一些不足，主要是思想解放程度还不够，学习、能力上还不够，和有经验的同事比较还有一定差距，与客户沟通和测试能力上还有欠缺。出差遇到问题总是不能够在第一时间解决。在今后工作中，我一定认真总结经验，克服不足，保持学习和创新精神，提高自身的工作效率，努力把工作做得更好。为公司创造更多的效益，提高公司在社会上的地位是我们公司每个人的义务。</w:t>
      </w:r>
      <w:r>
        <w:rPr>
          <w:lang w:eastAsia="zh-CN"/>
        </w:rPr>
        <w:br/>
      </w:r>
      <w:r>
        <w:rPr>
          <w:lang w:eastAsia="zh-CN"/>
        </w:rPr>
        <w:t xml:space="preserve">    2024技术支持年终总结 篇2 </w:t>
      </w:r>
      <w:r>
        <w:rPr>
          <w:lang w:eastAsia="zh-CN"/>
        </w:rPr>
        <w:br/>
      </w:r>
      <w:r>
        <w:rPr>
          <w:lang w:eastAsia="zh-CN"/>
        </w:rPr>
        <w:t>　　回忆20__年，自个参加工作的第二年，令我感到非常充分。回忆这一年来的工作，我在分部领导及各位搭档的支持与帮忙下，严格请求自个，依照公司的请求，较好地完结了自个的本职工作。经过一年来的学习与工作，工作形式上有了新的突破，工作方式有了较大的改动，现将一年来的工作状况总结如下：</w:t>
      </w:r>
      <w:r>
        <w:rPr>
          <w:lang w:eastAsia="zh-CN"/>
        </w:rPr>
        <w:br/>
      </w:r>
      <w:r>
        <w:rPr>
          <w:lang w:eastAsia="zh-CN"/>
        </w:rPr>
        <w:t>　　20__年，我首要完结了以下工作：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担任地下三、四工班的维修保养技术支持，监管维修记载台帐，担任维修工作查看和不良设备状况整改;树立并完善设备经历档案办理，收集并收拾三号线轨迹工程图纸材料，参加规划施工图纸的核对与整改;活跃参加三号线各种毛病处理，现场参加了市番区间道床整治工作，参加各种毛病演练;依照领导指示，参加了道岔滑床板替换规划、全线设备普查、例行安全查看等，现场盯梢参加了市番区间道床病害整治;</w:t>
      </w:r>
      <w:r>
        <w:rPr>
          <w:lang w:eastAsia="zh-CN"/>
        </w:rPr>
        <w:br/>
      </w:r>
      <w:r>
        <w:rPr>
          <w:lang w:eastAsia="zh-CN"/>
        </w:rPr>
        <w:t>　　2.开端担任分部平常办理中的ma_imo体系、oracle体系、iam固资一体化、计量用具定时送检、分部设备台帐等体系数据办理工作;</w:t>
      </w:r>
      <w:r>
        <w:rPr>
          <w:lang w:eastAsia="zh-CN"/>
        </w:rPr>
        <w:br/>
      </w:r>
      <w:r>
        <w:rPr>
          <w:lang w:eastAsia="zh-CN"/>
        </w:rPr>
        <w:t>　　3.帮忙支部书记展开党支部平常工作;担任分部工会工作，帮忙领导组织了在三号线举办的运营总部劳动竞赛，依照领导的指示，组织了分部羽毛球赛、篮球赛，举行中秋分部职工大会等活动;担任分部宣扬工作，根本完结分部年度宣扬使命。</w:t>
      </w:r>
      <w:r>
        <w:rPr>
          <w:lang w:eastAsia="zh-CN"/>
        </w:rPr>
        <w:br/>
      </w:r>
      <w:r>
        <w:rPr>
          <w:lang w:eastAsia="zh-CN"/>
        </w:rPr>
        <w:t>　　20__年，我严格遵守公司的规章制度、工作标准和流程;经过理论和实习相结合的学习，我逐步把握线路设备设备平常保养与办理，以及毛病的剖析与处理，了解了ma_imo、oracle等体系的流程与办理，了解了工程项目的流程与操作程序;从事党、工、团组织活动，不只活泼了思维，还进一步前进了自个的组织能力，沉淀了广泛的人际关系。09年的工作，根本到达所需完结工作的请求。经过这一年的训练，使我生长不少，可是，工作中还存在不少疑问：</w:t>
      </w:r>
      <w:r>
        <w:rPr>
          <w:lang w:eastAsia="zh-CN"/>
        </w:rPr>
        <w:br/>
      </w:r>
      <w:r>
        <w:rPr>
          <w:lang w:eastAsia="zh-CN"/>
        </w:rPr>
        <w:t>　　1.工作上善短缺主观性与活跃性。工作使命越来越深重，工作压力也越来越大，可是在使命重、压力大的状况下，工作心态还对比懒散，情绪不规矩，一定程度上影响了工作效率。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事务上显得不成熟，还需加强学习。首要表如今：跟班工作时，对现场设备设备把握不了解，对工作技术及方式方法不了解;开技术剖析会时，每一自个都很有各自独特的见地，有理有据，而自个从经历、技术、常识上都显得绰绰有余;在技术评价实操考试时，现场状况变化多端，应对及应变措施还达不到所需请求。事务学习不只要理论联系实际，一起经历及教训也非常重要，平常应多向老职工讨教，多了解现场实际状况，多参加工班工作。</w:t>
      </w:r>
      <w:r>
        <w:rPr>
          <w:lang w:eastAsia="zh-CN"/>
        </w:rPr>
        <w:br/>
      </w:r>
      <w:r>
        <w:rPr>
          <w:lang w:eastAsia="zh-CN"/>
        </w:rPr>
        <w:t>　　3.平常工作中，还需加强交流和团队协作。线路工作，对团队协作请求对比强，及时与搭档交流，有疑问及时向他们讨教，与他们取长补短，共同完结工作使命。虚心接受领导在工作上的辅导和定见主张，要及时与领导交流，有疑问及时向搭档讨教，活跃的听取他们的定见和主张，不断努力学习前进自个;</w:t>
      </w:r>
      <w:r>
        <w:rPr>
          <w:lang w:eastAsia="zh-CN"/>
        </w:rPr>
        <w:br/>
      </w:r>
      <w:r>
        <w:rPr>
          <w:lang w:eastAsia="zh-CN"/>
        </w:rPr>
        <w:t>　　20__年，是收成的一年，也是不完美的一年，日子中还有些许不安静，工作上还需要有长足的前进，思想上应该再沉稳周密点。工作中存在的疑问,信任在今后的工作中我会补偿这些不足,努力的前进我的事务技术,完善我的工作方法,为公司的开展尽自个的绵薄之力!</w:t>
      </w:r>
      <w:r>
        <w:rPr>
          <w:lang w:eastAsia="zh-CN"/>
        </w:rPr>
        <w:br/>
      </w:r>
      <w:r>
        <w:rPr>
          <w:lang w:eastAsia="zh-CN"/>
        </w:rPr>
        <w:t xml:space="preserve">    2024技术支持年终总结 篇3 </w:t>
      </w:r>
      <w:r>
        <w:rPr>
          <w:lang w:eastAsia="zh-CN"/>
        </w:rPr>
        <w:br/>
      </w:r>
      <w:r>
        <w:rPr>
          <w:lang w:eastAsia="zh-CN"/>
        </w:rPr>
        <w:t>　　20__年转瞬即逝，即将迎来新的20__年，过去的一年里，在公司领导的支持和各个部门的配合下，我顺利完成了20__年度工作。</w:t>
      </w:r>
      <w:r>
        <w:rPr>
          <w:lang w:eastAsia="zh-CN"/>
        </w:rPr>
        <w:br/>
      </w:r>
      <w:r>
        <w:rPr>
          <w:lang w:eastAsia="zh-CN"/>
        </w:rPr>
        <w:t>　　为保障各部门工作的顺利开展，保证系统稳定以及技术支持是网络信息部的首要任务。现将本年度信息化建设工作总结如下：</w:t>
      </w:r>
      <w:r>
        <w:rPr>
          <w:lang w:eastAsia="zh-CN"/>
        </w:rPr>
        <w:br/>
      </w:r>
      <w:r>
        <w:rPr>
          <w:lang w:eastAsia="zh-CN"/>
        </w:rPr>
        <w:t>　　一、软件建设方面</w:t>
      </w:r>
      <w:r>
        <w:rPr>
          <w:lang w:eastAsia="zh-CN"/>
        </w:rPr>
        <w:br/>
      </w:r>
      <w:r>
        <w:rPr>
          <w:lang w:eastAsia="zh-CN"/>
        </w:rPr>
        <w:t>　　1、多箭齐发，树立正泰隆形象，全面加强企业门户网站建设。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为了提高企业知名度，彰显公司实力，打造一个专属的B2B网站势在必行，目前已以_月底初步完成网站框架制作，具体内容的填充还需在接下来的时间一一完善，接下来我们需要通过搜索引擎、广告宣传等多种途径加强对公司及网站的推广。</w:t>
      </w:r>
      <w:r>
        <w:rPr>
          <w:lang w:eastAsia="zh-CN"/>
        </w:rPr>
        <w:br/>
      </w:r>
      <w:r>
        <w:rPr>
          <w:lang w:eastAsia="zh-CN"/>
        </w:rPr>
        <w:t>　　2、机房服务器架设、维护。</w:t>
      </w:r>
      <w:r>
        <w:rPr>
          <w:lang w:eastAsia="zh-CN"/>
        </w:rPr>
        <w:br/>
      </w:r>
      <w:r>
        <w:rPr>
          <w:lang w:eastAsia="zh-CN"/>
        </w:rPr>
        <w:t>　　公司出于需要，机房硬件服务器变动，导致大部分服务器软件需重新架设、安装调试及维护，包括邮箱服务器，WEB服务器，财务ERP系统。</w:t>
      </w:r>
      <w:r>
        <w:rPr>
          <w:lang w:eastAsia="zh-CN"/>
        </w:rPr>
        <w:br/>
      </w:r>
      <w:r>
        <w:rPr>
          <w:lang w:eastAsia="zh-CN"/>
        </w:rPr>
        <w:t>　　二、安全体系建设</w:t>
      </w:r>
      <w:r>
        <w:rPr>
          <w:lang w:eastAsia="zh-CN"/>
        </w:rPr>
        <w:br/>
      </w:r>
      <w:r>
        <w:rPr>
          <w:lang w:eastAsia="zh-CN"/>
        </w:rPr>
        <w:t>　　1、信息安全自查</w:t>
      </w:r>
      <w:r>
        <w:rPr>
          <w:lang w:eastAsia="zh-CN"/>
        </w:rPr>
        <w:br/>
      </w:r>
      <w:r>
        <w:rPr>
          <w:lang w:eastAsia="zh-CN"/>
        </w:rPr>
        <w:t>　　安全自查，可以有效的发现公司信息系统安全建设的不足与漏洞，将对这些问题进行归纳总结，提出整改意见，并以次指导今后的信息安全建设工作。</w:t>
      </w:r>
      <w:r>
        <w:rPr>
          <w:lang w:eastAsia="zh-CN"/>
        </w:rPr>
        <w:br/>
      </w:r>
      <w:r>
        <w:rPr>
          <w:lang w:eastAsia="zh-CN"/>
        </w:rPr>
        <w:t>　　2、安全管理建设</w:t>
      </w:r>
      <w:r>
        <w:rPr>
          <w:lang w:eastAsia="zh-CN"/>
        </w:rPr>
        <w:br/>
      </w:r>
      <w:r>
        <w:rPr>
          <w:lang w:eastAsia="zh-CN"/>
        </w:rPr>
        <w:t>　　为防止计算机病毒在局域网内扩散，降低因病毒造成的安全风险，为了加强对计算机病毒的预防和治理，保护计算机信息系统安全，保障计算机的正常快速反应，选择了适合公司的安全软件，有效地保证了局域网络间的数据快速准确传送。自动检测扫描并查杀病毒、自动修复漏洞及自动升级至最新版。</w:t>
      </w:r>
      <w:r>
        <w:rPr>
          <w:lang w:eastAsia="zh-CN"/>
        </w:rPr>
        <w:br/>
      </w:r>
      <w:r>
        <w:rPr>
          <w:lang w:eastAsia="zh-CN"/>
        </w:rPr>
        <w:t>　　3、故障处理</w:t>
      </w:r>
      <w:r>
        <w:rPr>
          <w:lang w:eastAsia="zh-CN"/>
        </w:rPr>
        <w:br/>
      </w:r>
      <w:r>
        <w:rPr>
          <w:lang w:eastAsia="zh-CN"/>
        </w:rPr>
        <w:t>　　对日常公司电脑、网络日常维护工作形成标准故障处理流程和程序，对故障的监控、排除、报告、总结等方面进行管理加强。具体流程已经实行。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三、其他方面</w:t>
      </w:r>
      <w:r>
        <w:rPr>
          <w:lang w:eastAsia="zh-CN"/>
        </w:rPr>
        <w:br/>
      </w:r>
      <w:r>
        <w:rPr>
          <w:lang w:eastAsia="zh-CN"/>
        </w:rPr>
        <w:t>　　在新的一年中，为了更好的实现为各部门服务的目标;对所管辖范围内的软硬件系统的管理比上一年有了更高的要求和提升，确保网络正常稳定有效地运转，以及数据的准确安全。</w:t>
      </w:r>
      <w:r>
        <w:rPr>
          <w:lang w:eastAsia="zh-CN"/>
        </w:rPr>
        <w:br/>
      </w:r>
      <w:r>
        <w:rPr>
          <w:lang w:eastAsia="zh-CN"/>
        </w:rPr>
        <w:t xml:space="preserve">    2024技术支持年终总结 篇4 </w:t>
      </w:r>
      <w:r>
        <w:rPr>
          <w:lang w:eastAsia="zh-CN"/>
        </w:rPr>
        <w:br/>
      </w:r>
      <w:r>
        <w:rPr>
          <w:lang w:eastAsia="zh-CN"/>
        </w:rPr>
        <w:t>　　从20__年9月份但任工程部经理以来。由于专业技能的局限性以及管理经验的欠缺，从任职一来，对工作一直不敢怠慢，坚持小心谨慎、脚踏实地、认真务实、高效求新的工作态度与工作方式。在工作中不断的深入和学习，得出一些项目管理方面的思路。这些项目管理方面的思考，有的已经在实施和实践。但由于有些思考不成熟、不系统，也就没有及时与公司领导汇报沟通，现对其进行相对系统的整理。总结共分三个部分，第一部分：工程管理情况，第二部分：分析改进，第三部分：工作计划及工作目标</w:t>
      </w:r>
      <w:r>
        <w:rPr>
          <w:lang w:eastAsia="zh-CN"/>
        </w:rPr>
        <w:br/>
      </w:r>
      <w:r>
        <w:rPr>
          <w:lang w:eastAsia="zh-CN"/>
        </w:rPr>
        <w:t>　　第一部分：工程管理情况</w:t>
      </w:r>
      <w:r>
        <w:rPr>
          <w:lang w:eastAsia="zh-CN"/>
        </w:rPr>
        <w:br/>
      </w:r>
      <w:r>
        <w:rPr>
          <w:lang w:eastAsia="zh-CN"/>
        </w:rPr>
        <w:t>　　一、工期控制</w:t>
      </w:r>
      <w:r>
        <w:rPr>
          <w:lang w:eastAsia="zh-CN"/>
        </w:rPr>
        <w:br/>
      </w:r>
      <w:r>
        <w:rPr>
          <w:lang w:eastAsia="zh-CN"/>
        </w:rPr>
        <w:t>　　二期工期总体延后150天左右。按照开工时公司制定的工期要求及签订合同时承包单位的施工进度计划，G1、G2合同工期为210天，联排工期为200天。即从20__年6月1日开工至20__年12月28日竣工。而实际的施工进度情况是G1、G2栋主体封顶都要到20__年1月中旬才能完成；联排至1月1日，能主体封顶的也只有H4、H5、H6、H8。工期延误的主要原因在以下三个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承包单位事先对二期工程的工期估计不足。对雨季施工、材料供应特别是主材商砼、水泥、钢筋等的供应估计不足。且总包单位在发生这些因素的影响时，没有采取积极解决问题的措施，项目经理没有把心思放在项目管理上，没有把精力用来解决这些影响施工进度</w:t>
      </w:r>
      <w:r>
        <w:rPr>
          <w:lang w:eastAsia="zh-CN"/>
        </w:rPr>
        <w:br/>
      </w:r>
      <w:r>
        <w:rPr>
          <w:lang w:eastAsia="zh-CN"/>
        </w:rPr>
        <w:t>　　的因素上。反而是目光短浅的争一点小的利润，而与材料供应商、劳工班组扯皮。</w:t>
      </w:r>
      <w:r>
        <w:rPr>
          <w:lang w:eastAsia="zh-CN"/>
        </w:rPr>
        <w:br/>
      </w:r>
      <w:r>
        <w:rPr>
          <w:lang w:eastAsia="zh-CN"/>
        </w:rPr>
        <w:t>　　2、我们事先对总包单位的实际实力（包括资金实力和管理实力）估计不足。承包单位不是真正的云南惠丰公司，而是属于资质挂靠施工，云南惠丰公司收取项目总包单位的管理费用。这种模式的施工，工程的资金投入和管理人员的配置由挂靠人（董、胡）负责，云南惠丰公司并不给项目资金支持和人员支持，同时也缺乏必要的管理方面的支持，事实上这是一种以包资质挂靠，变相的以包代管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制约工期的主要原因在于总包单位的资金和管理方面。资金实力的不足导致材料、设备经常供应不上，工地经常出现停工待料现象，停工待料又经常造成施工人员的流失，劳动力的严重缺乏造成了工程进度严重拖延。在管理方面，一方面总包单位管理人员责任心和素质达不到应有要求，特别是项目经理缺乏项目管理经验及管理手段。另一方面由于劳务层分包层次过多，工班分组过细，无法形成流水作业，导致项目经理在人员调配上存在困难，同时由于劳务层层分包，管理层次过多，上层管理人员尤其是项目经理的管理意图无法在班组得到及时有效的贯彻执行。另一方面现在的民工也是非常地不好管理，经常因为一些小问题和管理人员对着干。以上所说的资金、总包单位项目管理是导致工期拖延的最主要原因。</w:t>
      </w:r>
      <w:r>
        <w:rPr>
          <w:lang w:eastAsia="zh-CN"/>
        </w:rPr>
        <w:br/>
      </w:r>
      <w:r>
        <w:rPr>
          <w:lang w:eastAsia="zh-CN"/>
        </w:rPr>
        <w:t>　　3、我们自身管理上的问题：工程部尤其是部门经理对于总包单位工期的延误，虽然采取了一系列的积极措施，但是力度不够，控制办法和措施不及时。对于一些问题的处理尤其是总包单位人员的严重</w:t>
      </w:r>
      <w:r>
        <w:rPr>
          <w:lang w:eastAsia="zh-CN"/>
        </w:rPr>
        <w:br/>
      </w:r>
      <w:r>
        <w:rPr>
          <w:lang w:eastAsia="zh-CN"/>
        </w:rPr>
        <w:t>　　缺乏和材料的不及时供应缺乏足够有效的管理措施和应变措施，这也是导致工期拖延的一方面因素。这些需要我们大家尤其是部门经理在今后的工作中努力学习工程管理知识，掌握更多好的管理经验和管理办法，进一步提高自己的管理水平，方能不辜负领导的重托，为弘映地产的发展作出更大的贡献。</w:t>
      </w:r>
      <w:r>
        <w:rPr>
          <w:lang w:eastAsia="zh-CN"/>
        </w:rPr>
        <w:br/>
      </w:r>
      <w:r>
        <w:rPr>
          <w:lang w:eastAsia="zh-CN"/>
        </w:rPr>
        <w:t>　　二、质量控制</w:t>
      </w:r>
      <w:r>
        <w:rPr>
          <w:lang w:eastAsia="zh-CN"/>
        </w:rPr>
        <w:br/>
      </w:r>
      <w:r>
        <w:rPr>
          <w:lang w:eastAsia="zh-CN"/>
        </w:rPr>
        <w:t>　　从开工以来，工程质量都是放在第一位的。但事与愿为从开工到现在，二期工程质量总体评价是较差的，尤其观感质量很差差。虽然采取了一些对应的措施，工程质量有一些变化，例如钢筋制作安装比10月份以前有较大提高，但总体工程质量都达不到要求。</w:t>
      </w:r>
      <w:r>
        <w:rPr>
          <w:lang w:eastAsia="zh-CN"/>
        </w:rPr>
        <w:br/>
      </w:r>
      <w:r>
        <w:rPr>
          <w:lang w:eastAsia="zh-CN"/>
        </w:rPr>
        <w:t>　　工程质量较差的主要原因有几个方面：</w:t>
      </w:r>
      <w:r>
        <w:rPr>
          <w:lang w:eastAsia="zh-CN"/>
        </w:rPr>
        <w:br/>
      </w:r>
      <w:r>
        <w:rPr>
          <w:lang w:eastAsia="zh-CN"/>
        </w:rPr>
        <w:t>　　1、施工项目部缺乏管理。施工总承包单位对项目部缺少管理。</w:t>
      </w:r>
      <w:r>
        <w:rPr>
          <w:lang w:eastAsia="zh-CN"/>
        </w:rPr>
        <w:br/>
      </w:r>
      <w:r>
        <w:rPr>
          <w:lang w:eastAsia="zh-CN"/>
        </w:rPr>
        <w:t>　　2、总包单位技术力量及资金力量都比较弱。</w:t>
      </w:r>
      <w:r>
        <w:rPr>
          <w:lang w:eastAsia="zh-CN"/>
        </w:rPr>
        <w:br/>
      </w:r>
      <w:r>
        <w:rPr>
          <w:lang w:eastAsia="zh-CN"/>
        </w:rPr>
        <w:t>　　3、建设单位工程部对监理及总包单位的控制措施及管理办法缺乏系统性。</w:t>
      </w:r>
      <w:r>
        <w:rPr>
          <w:lang w:eastAsia="zh-CN"/>
        </w:rPr>
        <w:br/>
      </w:r>
      <w:r>
        <w:rPr>
          <w:lang w:eastAsia="zh-CN"/>
        </w:rPr>
        <w:t>　　4、监理单位管理不到位，相应监理人员监理素质偏低。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三、造价控制</w:t>
      </w:r>
      <w:r>
        <w:rPr>
          <w:lang w:eastAsia="zh-CN"/>
        </w:rPr>
        <w:br/>
      </w:r>
      <w:r>
        <w:rPr>
          <w:lang w:eastAsia="zh-CN"/>
        </w:rPr>
        <w:t>　　在造价控制方面，我们主要从以下几个方面入手。</w:t>
      </w:r>
      <w:r>
        <w:rPr>
          <w:lang w:eastAsia="zh-CN"/>
        </w:rPr>
        <w:br/>
      </w:r>
      <w:r>
        <w:rPr>
          <w:lang w:eastAsia="zh-CN"/>
        </w:rPr>
        <w:t>　　1.工程部有能力利用相关专业知识，尽可能减少图纸中不必要的成本投入。比如建筑施工图纸设计说明的很多做法存在成本较高，效果与其它替代方法相同的设计做法，工程部都积极与设计院沟通协商，采用可降低成本的工艺及施工做法来降价建筑成本。</w:t>
      </w:r>
      <w:r>
        <w:rPr>
          <w:lang w:eastAsia="zh-CN"/>
        </w:rPr>
        <w:br/>
      </w:r>
      <w:r>
        <w:rPr>
          <w:lang w:eastAsia="zh-CN"/>
        </w:rPr>
        <w:t>　　2.对于施工过程中出现的一些技术变更，我们对投资造价影响不大或者降低造价的及时进行变更，对于增加成本但又不变不行的变更组织大家进行技术分析，选择最经济的可行性变更方案。</w:t>
      </w:r>
      <w:r>
        <w:rPr>
          <w:lang w:eastAsia="zh-CN"/>
        </w:rPr>
        <w:br/>
      </w:r>
      <w:r>
        <w:rPr>
          <w:lang w:eastAsia="zh-CN"/>
        </w:rPr>
        <w:t>　　3.工程签证方面，我们重新制定了工程签证流程审批制度，实行监理工程师、总监、主管工程师、工程部经理、工程管理副总、预算工程师层层把关，对于不应该支付的签证坚决退回，对于确实发生并应该支付的签证进行严格的费用审核，杜绝此项费用的不合理支出。</w:t>
      </w:r>
      <w:r>
        <w:rPr>
          <w:lang w:eastAsia="zh-CN"/>
        </w:rPr>
        <w:br/>
      </w:r>
      <w:r>
        <w:rPr>
          <w:lang w:eastAsia="zh-CN"/>
        </w:rPr>
        <w:t>　　四、现场安全文明施工</w:t>
      </w:r>
      <w:r>
        <w:rPr>
          <w:lang w:eastAsia="zh-CN"/>
        </w:rPr>
        <w:br/>
      </w:r>
      <w:r>
        <w:rPr>
          <w:lang w:eastAsia="zh-CN"/>
        </w:rPr>
        <w:t>　　自开工至10月中旬，项目安全文明施工较差，总包单位项目部缺乏相应的管理。而后经建设主管部门及工程部制定相应的处罚措施，工地安全文明施工有提高，基本达到要求。</w:t>
      </w:r>
      <w:r>
        <w:rPr>
          <w:lang w:eastAsia="zh-CN"/>
        </w:rPr>
        <w:br/>
      </w:r>
      <w:r>
        <w:rPr>
          <w:lang w:eastAsia="zh-CN"/>
        </w:rPr>
        <w:t>　　五、对监理公司的管理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总的来说，我们对监理公司的管理是存在一定问题的，主要是缺乏强硬的手腕，没有严格按照合同要求监理公司相关人员到岗，导致监理人员总体素质偏低，最后我们工程部不得不花很多精力去帮助监理公司完成本应由监理完成的工作，这也相应的加大了工程部同志们的劳动强度。但从另一方面来讲，我们应该意识到，为什么监理单位派驻工地的人员整体素质偏低呢？究其原因我认为还是监理费用过低，监理费用低了派过来的监理人员的工资就会很低（1500-3000元/月），工资低的监理人员素质一定是偏低的。</w:t>
      </w:r>
      <w:r>
        <w:rPr>
          <w:lang w:eastAsia="zh-CN"/>
        </w:rPr>
        <w:br/>
      </w:r>
      <w:r>
        <w:rPr>
          <w:lang w:eastAsia="zh-CN"/>
        </w:rPr>
        <w:t>　　六、外部协调</w:t>
      </w:r>
      <w:r>
        <w:rPr>
          <w:lang w:eastAsia="zh-CN"/>
        </w:rPr>
        <w:br/>
      </w:r>
      <w:r>
        <w:rPr>
          <w:lang w:eastAsia="zh-CN"/>
        </w:rPr>
        <w:t>　　对于一个工程项目来说，外部协调对于工程的顺利开展有很大关系，对此，在领导的帮助下我们采取了一系列措施保持了与州质检站等单位的良好关系，保证了工程尽可能少的受到外界干扰。</w:t>
      </w:r>
      <w:r>
        <w:rPr>
          <w:lang w:eastAsia="zh-CN"/>
        </w:rPr>
        <w:br/>
      </w:r>
      <w:r>
        <w:rPr>
          <w:lang w:eastAsia="zh-CN"/>
        </w:rPr>
        <w:t>　　七、内部管理</w:t>
      </w:r>
      <w:r>
        <w:rPr>
          <w:lang w:eastAsia="zh-CN"/>
        </w:rPr>
        <w:br/>
      </w:r>
      <w:r>
        <w:rPr>
          <w:lang w:eastAsia="zh-CN"/>
        </w:rPr>
        <w:t>　　首先我们根据工作需要，对工程部的人员配置进行了及时地调整，但由于以上所述的总包单位、监理单位相应人员的工程管理素质普遍偏低，我们工程部人员劳动强度过大。</w:t>
      </w:r>
      <w:r>
        <w:rPr>
          <w:lang w:eastAsia="zh-CN"/>
        </w:rPr>
        <w:br/>
      </w:r>
      <w:r>
        <w:rPr>
          <w:lang w:eastAsia="zh-CN"/>
        </w:rPr>
        <w:t>　　一方面，我们需要补充新鲜血液，提高了整体力量。另一方面要加强和提高工程部全体人员的管理水平及技术能力。提高工程部全体人员的工作能力的工作是20__年上半年度的主要工作，在后面的工作计划中加以详述。</w:t>
      </w:r>
      <w:r>
        <w:rPr>
          <w:lang w:eastAsia="zh-CN"/>
        </w:rPr>
        <w:br/>
      </w:r>
      <w:r>
        <w:rPr>
          <w:lang w:eastAsia="zh-CN"/>
        </w:rPr>
        <w:t>　　第二部分：分析和改进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通过不断对工作的深入，管理方法的学习和多次整顿的总结。我个人认为弘映山庄二期工程项目管理单一的从工程质量、进度、文明施工等表象入手进行整顿，不能根治各种问题的再次发生。云南惠丰公司如此会出现这些问题，那以后假如承建单位是“十四治”、“十五治”，还是同样会出现这些问题甚至更多。我们的项目建设存在系统上的问题——项目利益相关方不和谐。由于弘映山庄二期项目建设过程中的相关方各自的利益目标不一致，造成各参与单位的行为相互冲突。这一系列的对抗性，已严重影响到弘映山庄二期项目建设的顺利实施，并给相关方造成了损失。如果不对项目建设相关方进行和谐整</w:t>
      </w:r>
      <w:r>
        <w:rPr>
          <w:lang w:eastAsia="zh-CN"/>
        </w:rPr>
        <w:br/>
      </w:r>
      <w:r>
        <w:rPr>
          <w:lang w:eastAsia="zh-CN"/>
        </w:rPr>
        <w:t xml:space="preserve">    2024技术支持年终总结 篇5 </w:t>
      </w:r>
      <w:r>
        <w:rPr>
          <w:lang w:eastAsia="zh-CN"/>
        </w:rPr>
        <w:br/>
      </w:r>
      <w:r>
        <w:rPr>
          <w:lang w:eastAsia="zh-CN"/>
        </w:rPr>
        <w:t>　　转眼间我已经在公司市场部工作了将近一年的时间了，我对公司的业务及目前状况等各方面都有了深入的了解，同时对于公司这个大家庭也是越来越喜爱了。这里有领导的关心，有同事的帮助，有部门之间的无缝协作，有公司的支持，我想这里正是我大展拳脚的地方。现在我将20__年主要的工作情况汇报如下：</w:t>
      </w:r>
      <w:r>
        <w:rPr>
          <w:lang w:eastAsia="zh-CN"/>
        </w:rPr>
        <w:br/>
      </w:r>
      <w:r>
        <w:rPr>
          <w:lang w:eastAsia="zh-CN"/>
        </w:rPr>
        <w:t>　　1.维修客户所购进的设备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随着对公司业务的熟悉，出差也日渐增多了，基本都出差去过山东、江苏、宁波、上海、南京、珠海还有这次的大连獐子岛等地方。出差可以体现出对公司业务熟悉的程度，通过你做事情的时间，完成的质量以及一些突发状况的解决。大连獐子岛出差让我体会到了天气环境的残酷及我们要面对的不止是设备带来的问题。出差中会遇到各种各样的问题，有时候同事会给你远程指导帮助解决，但是很多问题都需要自己在现场的摸索中搞定。这是对于我们临场应变能力的考验。还一个可以体现是否已经很好掌握设备调试的情况就是当一个现场出现问题的时候，现场需要立刻解决问题，这时候就需要你对于现场情况在自己的脑海中自然而然的呈现出来，对于设备的调试必须在心中牢记于心。这样才能快速完美的协助客户或同事解决问题，这也是对自身价值的一种体现。</w:t>
      </w:r>
      <w:r>
        <w:rPr>
          <w:lang w:eastAsia="zh-CN"/>
        </w:rPr>
        <w:br/>
      </w:r>
      <w:r>
        <w:rPr>
          <w:lang w:eastAsia="zh-CN"/>
        </w:rPr>
        <w:t>　　现在我需要学习的还有很多，需要每时每刻都对公司业务进行更新并重复操作达到一种理解的新高度。然后更快更好的完成领导的任务，为公司节约更多人力物力财力。</w:t>
      </w:r>
      <w:r>
        <w:rPr>
          <w:lang w:eastAsia="zh-CN"/>
        </w:rPr>
        <w:br/>
      </w:r>
      <w:r>
        <w:rPr>
          <w:lang w:eastAsia="zh-CN"/>
        </w:rPr>
        <w:t>　　2.参加北京安防产品展销会</w:t>
      </w:r>
      <w:r>
        <w:rPr>
          <w:lang w:eastAsia="zh-CN"/>
        </w:rPr>
        <w:br/>
      </w:r>
      <w:r>
        <w:rPr>
          <w:lang w:eastAsia="zh-CN"/>
        </w:rPr>
        <w:t>　　虽然这种产品展示对于我这种刚刚入门的新手来说有点难度，但是从他们对自己公司的产品介绍，我还是学到了很多。并且参加这种安防产品展销会，对于每个公司的产品在脑海中能够形成一个对比。对于我今后的测试有一个很高的提升。在加快测试的同时也给公司测试工作做到了很大程度的缓解。</w:t>
      </w:r>
      <w:r>
        <w:rPr>
          <w:lang w:eastAsia="zh-CN"/>
        </w:rPr>
        <w:br/>
      </w:r>
      <w:r>
        <w:rPr>
          <w:lang w:eastAsia="zh-CN"/>
        </w:rPr>
        <w:t>　　3.上网了解其他和公司有关的设备</w:t>
      </w:r>
      <w:r>
        <w:rPr>
          <w:lang w:eastAsia="zh-CN"/>
        </w:rPr>
        <w:br/>
      </w:r>
      <w:r>
        <w:rPr>
          <w:lang w:eastAsia="zh-CN"/>
        </w:rPr>
        <w:t>　　在了解过程中可以体会到其他公司对于监控系统的具体走向。通过对于每个公司的对比，能进一步良好的完成领导布置的工作。并且在与其他公司的联系过程中，向他们学习对于技术支持的各种技术问题，可以今后的工作中完美的完成领导布置的工作。为公司节约时间，创造更多效益。</w:t>
      </w:r>
      <w:r>
        <w:rPr>
          <w:lang w:eastAsia="zh-CN"/>
        </w:rPr>
        <w:br/>
      </w:r>
      <w:r>
        <w:rPr>
          <w:lang w:eastAsia="zh-CN"/>
        </w:rPr>
        <w:t>　　对于今后的展望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自从进入公司充分体会到了公司人性化。使我们这些刚刚进入社会的大学生感受到了社会的温暖。在未来的工作中，我希望领导能够多加督促我的工作并且多分配给我重要的工作。有压力才有动力。希望能够多出差，个人认为出差是最锻炼人的事情，只有在出差工作的过程中才能遇到更多的问题，而且在外面才能更加锻炼我们意志力，锻炼我们的独立解决问题的能力。</w:t>
      </w:r>
      <w:r>
        <w:rPr>
          <w:lang w:eastAsia="zh-CN"/>
        </w:rPr>
        <w:br/>
      </w:r>
      <w:r>
        <w:rPr>
          <w:lang w:eastAsia="zh-CN"/>
        </w:rPr>
        <w:t>　　将近10个月的工作虽然取得了一定的成绩，但也存在一些不足，主要是思想解放程度还不够，学习、能力上还不够，和有经验的同事比较还有一定差距，与客户沟通和测试能力上还有欠缺。出差遇到问题总是不能够在第一时间解决。在今后工作中，我一定认真总结经验，克服不足，保持学习和创新精神，提高自身的工作效率，努力把工作做得更好。为公司创造更多的效益，提高公司在社会上的地位是我们公司每个人的义务。</w:t>
      </w:r>
      <w:r>
        <w:rPr>
          <w:lang w:eastAsia="zh-CN"/>
        </w:rPr>
        <w:br/>
      </w:r>
      <w:r>
        <w:rPr>
          <w:lang w:eastAsia="zh-CN"/>
        </w:rPr>
        <w:t xml:space="preserve">    2024技术支持年终总结 篇6 </w:t>
      </w:r>
      <w:r>
        <w:rPr>
          <w:lang w:eastAsia="zh-CN"/>
        </w:rPr>
        <w:br/>
      </w:r>
      <w:r>
        <w:rPr>
          <w:lang w:eastAsia="zh-CN"/>
        </w:rPr>
        <w:t>　　从20__年__月份但任工程部经理以来。由于专业技能的局限性以及管理经验的欠缺，从任职一来，对工作一直不敢怠慢，坚持小心谨慎、脚踏实地、认真务实、高效求新的工作态度与工作方式。在工作中不断的深入和学习，得出一些项目管理方面的思路。这些项目管理方面的思考，有的已经在实施和实践。但由于有些思考不成熟、不系统，也就没有及时与公司领导汇报沟通，现对其进行相对系统的整理。总结共分三个部分，第一部分：工程管理情况，第二部分：分析改进，第三部分：工作计划及工作目标</w:t>
      </w:r>
      <w:r>
        <w:rPr>
          <w:lang w:eastAsia="zh-CN"/>
        </w:rPr>
        <w:br/>
      </w:r>
      <w:r>
        <w:rPr>
          <w:lang w:eastAsia="zh-CN"/>
        </w:rPr>
        <w:t>　　第一部分：工程管理情况</w:t>
      </w:r>
      <w:r>
        <w:rPr>
          <w:lang w:eastAsia="zh-CN"/>
        </w:rPr>
        <w:br/>
      </w:r>
      <w:r>
        <w:rPr>
          <w:lang w:eastAsia="zh-CN"/>
        </w:rPr>
        <w:t>　　一、 工期控制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期工期总体延后150天左右。按照开工时公司制定的工期要求及签订合同时承包单位的施工进度计划，G1、G2合同工期为210天，联排工期为200天。即从20__年__月__日开工至20__年__月__日竣工。而实际的施工进度情况是G1、G2栋主体封顶都要到20__年1月中旬才能完成；联排至1月1日，能主体封顶的也只有H4、H5、H6、H8。工期延误的主要原因在以下三个方面：</w:t>
      </w:r>
      <w:r>
        <w:rPr>
          <w:lang w:eastAsia="zh-CN"/>
        </w:rPr>
        <w:br/>
      </w:r>
      <w:r>
        <w:rPr>
          <w:lang w:eastAsia="zh-CN"/>
        </w:rPr>
        <w:t>　　1、承包单位事先对二期工程的工期估计不足。对雨季施工、材料供应特别是主材商砼、水泥、钢筋等的供应估计不足。且总包单位在发生这些因素的影响时，没有采取积极解决问题的措施，项目经理没有把心思放在项目管理上，没有把精力用来解决这些影响施工进度的因素上。反而是目光短浅的争一点小的利润，而与材料供应商、劳工班组扯皮。</w:t>
      </w:r>
      <w:r>
        <w:rPr>
          <w:lang w:eastAsia="zh-CN"/>
        </w:rPr>
        <w:br/>
      </w:r>
      <w:r>
        <w:rPr>
          <w:lang w:eastAsia="zh-CN"/>
        </w:rPr>
        <w:t>　　2、我们事先对总包单位的实际实力（包括资金实力和管理实力）估计不足。承包单位不是真正的云南惠丰公司，而是属于资质挂靠施工，云南惠丰公司收取项目总包单位的管理费用。这种模式的施工，工程的资金投入和管理人员的配置由挂靠人（董、胡）负责，云南惠丰公司并不给项目资金支持和人员支持，同时也缺乏必要的管理方面的支持，事实上这是一种以包资质挂靠，变相的以包代管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制约工期的主要原因在于总包单位的资金和管理方面。资金实力的不足导致材料、设备经常供应不上，工地经常出现停工待料现象，停工待料又经常造成施工人员的流失，劳动力的严重缺乏造成了工程进度严重拖延。在管理方面，一方面总包单位管理人员责任心和素质达不到应有要求，特别是项目经理缺乏项目管理经验及管理手段。另一方面由于劳务层分包层次过多，工班分组过细，无法形成流水作业，导致项目经理在人员调配上存在困难，同时由于劳务层层分包，管理层次过多，上层管理人员尤其是项目经理的管理意图无法在班组得到及时有效的贯彻执行。另一方面现在的民工也是非常地不好管理，经常因为一些小问题和管理人员对着干。以上所说的资金、总包单位项目管理是导致工期拖延的最主要原因。</w:t>
      </w:r>
      <w:r>
        <w:rPr>
          <w:lang w:eastAsia="zh-CN"/>
        </w:rPr>
        <w:br/>
      </w:r>
      <w:r>
        <w:rPr>
          <w:lang w:eastAsia="zh-CN"/>
        </w:rPr>
        <w:t>　　3、我们自身管理上的问题：工程部尤其是部门经理对于总包单位工期的延误，虽然采取了一系列的积极措施，但是力度不够，控制办法和措施不及时。对于一些问题的处理尤其是总包单位人员的严重缺乏和材料的不及时供应缺乏足够有效的管理措施和应变措施，这也是导致工期拖延的一方面因素。这些需要我们大家尤其是部门经理在今后的工作中努力学习工程管理知识，掌握更多好的管理经验和管理办法，进一步提高自己的管理水平，方能不辜负领导的重托，为弘映地产的发展作出更大的贡献。</w:t>
      </w:r>
      <w:r>
        <w:rPr>
          <w:lang w:eastAsia="zh-CN"/>
        </w:rPr>
        <w:br/>
      </w:r>
      <w:r>
        <w:rPr>
          <w:lang w:eastAsia="zh-CN"/>
        </w:rPr>
        <w:t>　　二、 质量控制</w:t>
      </w:r>
      <w:r>
        <w:rPr>
          <w:lang w:eastAsia="zh-CN"/>
        </w:rPr>
        <w:br/>
      </w:r>
      <w:r>
        <w:rPr>
          <w:lang w:eastAsia="zh-CN"/>
        </w:rPr>
        <w:t>　　从开工以来，工程质量都是放在第一位的。但事与愿为从开工到现在，二期工程质量总体评价是较差的，尤其观感质量很差差。虽然采取了一些对应的措施，工程质量有一些变化，例如钢筋制作安装比10月份以前有较大提高，但总体工程质量都达不到要求。</w:t>
      </w:r>
      <w:r>
        <w:rPr>
          <w:lang w:eastAsia="zh-CN"/>
        </w:rPr>
        <w:br/>
      </w:r>
      <w:r>
        <w:rPr>
          <w:lang w:eastAsia="zh-CN"/>
        </w:rPr>
        <w:t>　　工程质量较差的主要原因有几个方面：</w:t>
      </w:r>
      <w:r>
        <w:rPr>
          <w:lang w:eastAsia="zh-CN"/>
        </w:rPr>
        <w:br/>
      </w:r>
      <w:r>
        <w:rPr>
          <w:lang w:eastAsia="zh-CN"/>
        </w:rPr>
        <w:t>　　1、施工项目部缺乏管理。施工总承包单位对项目部缺少管理。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2、总包单位技术力量及资金力量都比较弱。</w:t>
      </w:r>
      <w:r>
        <w:rPr>
          <w:lang w:eastAsia="zh-CN"/>
        </w:rPr>
        <w:br/>
      </w:r>
      <w:r>
        <w:rPr>
          <w:lang w:eastAsia="zh-CN"/>
        </w:rPr>
        <w:t>　　3、建设单位工程部对监理及总包单位的控制措施及管理办法缺乏系统性。</w:t>
      </w:r>
      <w:r>
        <w:rPr>
          <w:lang w:eastAsia="zh-CN"/>
        </w:rPr>
        <w:br/>
      </w:r>
      <w:r>
        <w:rPr>
          <w:lang w:eastAsia="zh-CN"/>
        </w:rPr>
        <w:t>　　4、监理单位管理不到位，相应监理人员监理素质偏低。</w:t>
      </w:r>
      <w:r>
        <w:rPr>
          <w:lang w:eastAsia="zh-CN"/>
        </w:rPr>
        <w:br/>
      </w:r>
      <w:r>
        <w:rPr>
          <w:lang w:eastAsia="zh-CN"/>
        </w:rPr>
        <w:t>　　三、 造价控制</w:t>
      </w:r>
      <w:r>
        <w:rPr>
          <w:lang w:eastAsia="zh-CN"/>
        </w:rPr>
        <w:br/>
      </w:r>
      <w:r>
        <w:rPr>
          <w:lang w:eastAsia="zh-CN"/>
        </w:rPr>
        <w:t>　　在造价控制方面，我们主要从以下几个方面入手。</w:t>
      </w:r>
      <w:r>
        <w:rPr>
          <w:lang w:eastAsia="zh-CN"/>
        </w:rPr>
        <w:br/>
      </w:r>
      <w:r>
        <w:rPr>
          <w:lang w:eastAsia="zh-CN"/>
        </w:rPr>
        <w:t>　　1、工程部有能力利用相关专业知识，尽可能减少图纸中不必要的成本投入。比如建筑施工图纸设计说明的很多做法存在成本较高，效果与其它替代方法相同的设计做法，工程部都积极与设计院沟通协商，采用可降低成本的工艺及施工做法来降价建筑成本。</w:t>
      </w:r>
      <w:r>
        <w:rPr>
          <w:lang w:eastAsia="zh-CN"/>
        </w:rPr>
        <w:br/>
      </w:r>
      <w:r>
        <w:rPr>
          <w:lang w:eastAsia="zh-CN"/>
        </w:rPr>
        <w:t>　　2、对于施工过程中出现的一些技术变更，我们对投资造价影响不大或者降低造价的及时进行变更，对于增加成本但又不变不行的变更组织大家进行技术分析，选择最经济的可行性变更方案。</w:t>
      </w:r>
      <w:r>
        <w:rPr>
          <w:lang w:eastAsia="zh-CN"/>
        </w:rPr>
        <w:br/>
      </w:r>
      <w:r>
        <w:rPr>
          <w:lang w:eastAsia="zh-CN"/>
        </w:rPr>
        <w:t>　　3、工程签证方面，我们重新制定了工程签证流程审批制度，实行监理工程师、总监、主管工程师、工程部经理、工程管理副总、预算工程师层层把关，对于不应该支付的签证坚决退回，对于确实发生并应该支付的签证进行严格的费用审核，杜绝此项费用的不合理支出。</w:t>
      </w:r>
      <w:r>
        <w:rPr>
          <w:lang w:eastAsia="zh-CN"/>
        </w:rPr>
        <w:br/>
      </w:r>
      <w:r>
        <w:rPr>
          <w:lang w:eastAsia="zh-CN"/>
        </w:rPr>
        <w:t>　　四、 现场安全文明施工</w:t>
      </w:r>
      <w:r>
        <w:rPr>
          <w:lang w:eastAsia="zh-CN"/>
        </w:rPr>
        <w:br/>
      </w:r>
      <w:r>
        <w:rPr>
          <w:lang w:eastAsia="zh-CN"/>
        </w:rPr>
        <w:t>　　自开工至10月中旬，项目安全文明施工较差，总包单位项目部缺乏相应的管理。而后经建设主管部门及工程部制定相应的处罚措施，工地安全文明施工有提高，基本达到要求。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五、 对监理公司的管理</w:t>
      </w:r>
      <w:r>
        <w:rPr>
          <w:lang w:eastAsia="zh-CN"/>
        </w:rPr>
        <w:br/>
      </w:r>
      <w:r>
        <w:rPr>
          <w:lang w:eastAsia="zh-CN"/>
        </w:rPr>
        <w:t>　　总的来说，我们对监理公司的管理是存在一定问题的，主要是缺乏强硬的手腕，没有严格按照合同要求监理公司相关人员到岗，导致监理人员总体素质偏低，最后我们工程部不得不花很多精力去帮助监理公司完成本应由监理完成的工作，这也相应的加大了工程部同志们的劳动强度。但从另一方面来讲，我们应该意识到，为什么监理单位派驻工地的人员整体素质偏低呢？究其原因我认为还是监理费用过低，监理费用低了派过来的监理人员的工资就会很低（1500—3000元/月），工资低的监理人员素质一定是偏低的。</w:t>
      </w:r>
      <w:r>
        <w:rPr>
          <w:lang w:eastAsia="zh-CN"/>
        </w:rPr>
        <w:br/>
      </w:r>
      <w:r>
        <w:rPr>
          <w:lang w:eastAsia="zh-CN"/>
        </w:rPr>
        <w:t>　　六、 外部协调</w:t>
      </w:r>
      <w:r>
        <w:rPr>
          <w:lang w:eastAsia="zh-CN"/>
        </w:rPr>
        <w:br/>
      </w:r>
      <w:r>
        <w:rPr>
          <w:lang w:eastAsia="zh-CN"/>
        </w:rPr>
        <w:t>　　对于一个工程项目来说，外部协调对于工程的顺利开展有很大关系，对此，在领导的帮助下我们采取了一系列措施保持了与州质检站等单位的良好关系，保证了工程尽可能少的受到外界干扰。</w:t>
      </w:r>
      <w:r>
        <w:rPr>
          <w:lang w:eastAsia="zh-CN"/>
        </w:rPr>
        <w:br/>
      </w:r>
      <w:r>
        <w:rPr>
          <w:lang w:eastAsia="zh-CN"/>
        </w:rPr>
        <w:t>　　七、 内部管理</w:t>
      </w:r>
      <w:r>
        <w:rPr>
          <w:lang w:eastAsia="zh-CN"/>
        </w:rPr>
        <w:br/>
      </w:r>
      <w:r>
        <w:rPr>
          <w:lang w:eastAsia="zh-CN"/>
        </w:rPr>
        <w:t>　　首先我们根据工作需要，对工程部的人员配置进行了及时地调整，但由于以上所述的总包单位、监理单位相应人员的工程管理素质普遍偏低，我们工程部人员劳动强度过大。</w:t>
      </w:r>
      <w:r>
        <w:rPr>
          <w:lang w:eastAsia="zh-CN"/>
        </w:rPr>
        <w:br/>
      </w:r>
      <w:r>
        <w:rPr>
          <w:lang w:eastAsia="zh-CN"/>
        </w:rPr>
        <w:t>　　一方面，我们需要补充新鲜血液，提高了整体力量。另一方面要加强和提高工程部全体人员的管理水平及技术能力。提高工程部全体人员的工作能力的工作是20__年上半年度的主要工作，在后面的工作计划中加以详述。</w:t>
      </w:r>
      <w:r>
        <w:rPr>
          <w:lang w:eastAsia="zh-CN"/>
        </w:rPr>
        <w:br/>
      </w:r>
      <w:r>
        <w:rPr>
          <w:lang w:eastAsia="zh-CN"/>
        </w:rPr>
        <w:t>　　第二部分：分析和改进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通过不断对工作的深入，管理方法的学习和多次整顿的总结。我个人认为弘映山庄二期工程项目管理单一的从工程质量、进度、文明施工等表象入手进行整顿，不能根治各种问题的再次发生。云南惠丰公司如此会出现这些问题，那以后假如承建单位是“十四治”、“十五治”，还是同样会出现这些问题甚至更多。我们的.项目建设存在系统上的问题——项目利益相关方不和谐。由于弘映山庄二期项目建设过程中的相关方各自的利益目标不一致，造成各参与单位的行为相互冲突。这一系列的对抗性，已严重影响到弘映山庄二期项目建设的顺利实施，并给相关方造成了损失。如果不对项目建设相关方进行和谐整。</w:t>
      </w:r>
      <w:r>
        <w:rPr>
          <w:lang w:eastAsia="zh-CN"/>
        </w:rPr>
        <w:br/>
      </w:r>
      <w:r>
        <w:rPr>
          <w:lang w:eastAsia="zh-CN"/>
        </w:rPr>
        <w:t xml:space="preserve">    2024技术支持年终总结 篇7 </w:t>
      </w:r>
      <w:r>
        <w:rPr>
          <w:lang w:eastAsia="zh-CN"/>
        </w:rPr>
        <w:br/>
      </w:r>
      <w:r>
        <w:rPr>
          <w:lang w:eastAsia="zh-CN"/>
        </w:rPr>
        <w:t>　　从20__年9月份但任工程部经理以来。由于专业技能的局限性以及管理经验的欠缺，从任职一来，对工作一直不敢怠慢，坚持小心谨慎、脚踏实地、认真务实、高效求新的工作态度与工作方式。在工作中不断的深入和学习，得出一些项目管理方面的思路。这些项目管理方面的思考，有的已经在实施和实践。但由于有些思考不成熟、不系统，也就没有及时与公司领导汇报沟通，现对其进行相对系统的整理。总结共分三个部分，第一部分：工程管理情况，第二部分：分析改进，第三部分：工作计划及工作目标</w:t>
      </w:r>
      <w:r>
        <w:rPr>
          <w:lang w:eastAsia="zh-CN"/>
        </w:rPr>
        <w:br/>
      </w:r>
      <w:r>
        <w:rPr>
          <w:lang w:eastAsia="zh-CN"/>
        </w:rPr>
        <w:t>　　第一部分：工程管理情况</w:t>
      </w:r>
      <w:r>
        <w:rPr>
          <w:lang w:eastAsia="zh-CN"/>
        </w:rPr>
        <w:br/>
      </w:r>
      <w:r>
        <w:rPr>
          <w:lang w:eastAsia="zh-CN"/>
        </w:rPr>
        <w:t>　　一、工期控制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二期工期总体延后150天左右。按照开工时公司制定的工期要求及签订合同时承包单位的施工进度计划，G1、G2合同工期为210天，联排工期为200天。即从20__年6月1日开工至20__年12月28日竣工。而实际的施工进度情况是G1、G2栋主体封顶都要到20__年1月中旬才能完成；联排至1月1日，能主体封顶的也只有H4、H5、H6、H8。工期延误的主要原因在以下三个方面：</w:t>
      </w:r>
      <w:r>
        <w:rPr>
          <w:lang w:eastAsia="zh-CN"/>
        </w:rPr>
        <w:br/>
      </w:r>
      <w:r>
        <w:rPr>
          <w:lang w:eastAsia="zh-CN"/>
        </w:rPr>
        <w:t>　　1.承包单位事先对二期工程的工期估计不足。对雨季施工、材料供应特别是主材商砼、水泥、钢筋等的供应估计不足。且总包单位在发生这些因素的影响时，没有采取积极解决问题的措施，项目经理没有把心思放在项目管理上，没有把精力用来解决这些影响施工进度的因素上。反而是目光短浅的争一点小的利润，而与材料供应商、劳工班组扯皮。</w:t>
      </w:r>
      <w:r>
        <w:rPr>
          <w:lang w:eastAsia="zh-CN"/>
        </w:rPr>
        <w:br/>
      </w:r>
      <w:r>
        <w:rPr>
          <w:lang w:eastAsia="zh-CN"/>
        </w:rPr>
        <w:t>　　2、我们事先对总包单位的实际实力（包括资金实力和管理实力）估计不足。承包单位不是真正的云南惠丰公司，而是属于资质挂靠施工，云南惠丰公司收取项目总包单位的管理费用。这种模式的施工，工程的资金投入和管理人员的配置由挂靠人（董、胡）负责，云南惠丰公司并不给项目资金支持和人员支持，同时也缺乏必要的管理方面的支持，事实上这是一种以包资质挂靠，变相的以包代管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制约工期的主要原因在于总包单位的资金和管理方面。资金实力的不足导致材料、设备经常供应不上，工地经常出现停工待料现象，停工待料又经常造成施工人员的流失，劳动力的严重缺乏造成了工程进度严重拖延。在管理方面，一方面总包单位管理人员责任心和素质达不到应有要求，特别是项目经理缺乏项目管理经验及管理手段。另一方面由于劳务层分包层次过多，工班分组过细，无法形成流水作业，导致项目经理在人员调配上存在困难，同时由于劳务层层分包，管理层次过多，上层管理人员尤其是项目经理的管理意图无法在班组得到及时有效的贯彻执行。另一方面现在的民工也是非常地不好管理，经常因为一些小问题和管理人员对着干。以上所说的资金、总包单位项目管理是导致工期拖延的最主要原因。</w:t>
      </w:r>
      <w:r>
        <w:rPr>
          <w:lang w:eastAsia="zh-CN"/>
        </w:rPr>
        <w:br/>
      </w:r>
      <w:r>
        <w:rPr>
          <w:lang w:eastAsia="zh-CN"/>
        </w:rPr>
        <w:t>　　3、我们自身管理上的问题：工程部尤其是部门经理对于总包单位工期的延误，虽然采取了一系列的积极措施，但是力度不够，控制办法和措施不及时。对于一些问题的处理尤其是总包单位人员的严重缺乏和材料的不及时供应缺乏足够有效的管理措施和应变措施，这也是导致工期拖延的一方面因素。这些需要我们大家尤其是部门经理在今后的工作中努力学习工程管理知识，掌握更多好的管理经验和管理办法，进一步提高自己的管理水平，方能不辜负领导的重托，为弘映地产的发展作出更大的贡献。</w:t>
      </w:r>
      <w:r>
        <w:rPr>
          <w:lang w:eastAsia="zh-CN"/>
        </w:rPr>
        <w:br/>
      </w:r>
      <w:r>
        <w:rPr>
          <w:lang w:eastAsia="zh-CN"/>
        </w:rPr>
        <w:t>　　二、质量控制</w:t>
      </w:r>
      <w:r>
        <w:rPr>
          <w:lang w:eastAsia="zh-CN"/>
        </w:rPr>
        <w:br/>
      </w:r>
      <w:r>
        <w:rPr>
          <w:lang w:eastAsia="zh-CN"/>
        </w:rPr>
        <w:t>　　从开工以来，工程质量都是放在第一位的。但事与愿为从开工到现在，二期工程质量总体评价是较差的，尤其观感质量很差差。虽然采取了一些对应的措施，工程质量有一些变化，例如钢筋制作安装比10月份以前有较大提高，但总体工程质量都达不到要求。</w:t>
      </w:r>
      <w:r>
        <w:rPr>
          <w:lang w:eastAsia="zh-CN"/>
        </w:rPr>
        <w:br/>
      </w:r>
      <w:r>
        <w:rPr>
          <w:lang w:eastAsia="zh-CN"/>
        </w:rPr>
        <w:t>　　工程质量较差的主要原因有几个方面：</w:t>
      </w:r>
      <w:r>
        <w:rPr>
          <w:lang w:eastAsia="zh-CN"/>
        </w:rPr>
        <w:br/>
      </w:r>
      <w:r>
        <w:rPr>
          <w:lang w:eastAsia="zh-CN"/>
        </w:rPr>
        <w:t>　　1、施工项目部缺乏管理。施工总承包单位对项目部缺少管理。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2、总包单位技术力量及资金力量都比较弱。</w:t>
      </w:r>
      <w:r>
        <w:rPr>
          <w:lang w:eastAsia="zh-CN"/>
        </w:rPr>
        <w:br/>
      </w:r>
      <w:r>
        <w:rPr>
          <w:lang w:eastAsia="zh-CN"/>
        </w:rPr>
        <w:t>　　3、建设单位工程部对监理及总包单位的控制措施及管理办法缺乏系统性。</w:t>
      </w:r>
      <w:r>
        <w:rPr>
          <w:lang w:eastAsia="zh-CN"/>
        </w:rPr>
        <w:br/>
      </w:r>
      <w:r>
        <w:rPr>
          <w:lang w:eastAsia="zh-CN"/>
        </w:rPr>
        <w:t>　　4、监理单位管理不到位，相应监理人员监理素质偏低。</w:t>
      </w:r>
      <w:r>
        <w:rPr>
          <w:lang w:eastAsia="zh-CN"/>
        </w:rPr>
        <w:br/>
      </w:r>
      <w:r>
        <w:rPr>
          <w:lang w:eastAsia="zh-CN"/>
        </w:rPr>
        <w:t>　　三、造价控制</w:t>
      </w:r>
      <w:r>
        <w:rPr>
          <w:lang w:eastAsia="zh-CN"/>
        </w:rPr>
        <w:br/>
      </w:r>
      <w:r>
        <w:rPr>
          <w:lang w:eastAsia="zh-CN"/>
        </w:rPr>
        <w:t>　　在造价控制方面，我们主要从以下几个方面入手。</w:t>
      </w:r>
      <w:r>
        <w:rPr>
          <w:lang w:eastAsia="zh-CN"/>
        </w:rPr>
        <w:br/>
      </w:r>
      <w:r>
        <w:rPr>
          <w:lang w:eastAsia="zh-CN"/>
        </w:rPr>
        <w:t>　　1.工程部有能力利用相关专业知识，尽可能减少图纸中不必要的成本投入。比如建筑施工图纸设计说明的很多做法存在成本较高，效果与其它替代方法相同的设计做法，工程部都积极与设计院沟通协商，采用可降低成本的工艺及施工做法来降价建筑成本。</w:t>
      </w:r>
      <w:r>
        <w:rPr>
          <w:lang w:eastAsia="zh-CN"/>
        </w:rPr>
        <w:br/>
      </w:r>
      <w:r>
        <w:rPr>
          <w:lang w:eastAsia="zh-CN"/>
        </w:rPr>
        <w:t>　　2.对于施工过程中出现的一些技术变更，我们对投资造价影响不大或者降低造价的及时进行变更，对于增加成本但又不变不行的变更组织大家进行技术分析，选择最经济的可行性变更方案。</w:t>
      </w:r>
      <w:r>
        <w:rPr>
          <w:lang w:eastAsia="zh-CN"/>
        </w:rPr>
        <w:br/>
      </w:r>
      <w:r>
        <w:rPr>
          <w:lang w:eastAsia="zh-CN"/>
        </w:rPr>
        <w:t>　　3.工程签证方面，我们重新制定了工程签证流程审批制度，实行监理工程师、总监、主管工程师、工程部经理、工程管理副总、预算工程师层层把关，对于不应该支付的签证坚决退回，对于确实发生并应该支付的签证进行严格的费用审核，杜绝此项费用的不合理支出。</w:t>
      </w:r>
      <w:r>
        <w:rPr>
          <w:lang w:eastAsia="zh-CN"/>
        </w:rPr>
        <w:br/>
      </w:r>
      <w:r>
        <w:rPr>
          <w:lang w:eastAsia="zh-CN"/>
        </w:rPr>
        <w:t>　　四、现场安全文明施工</w:t>
      </w:r>
      <w:r>
        <w:rPr>
          <w:lang w:eastAsia="zh-CN"/>
        </w:rPr>
        <w:br/>
      </w:r>
      <w:r>
        <w:rPr>
          <w:lang w:eastAsia="zh-CN"/>
        </w:rPr>
        <w:t>　　自开工至10月中旬，项目安全文明施工较差，总包单位项目部缺乏相应的管理。而后经建设主管部门及工程部制定相应的处罚措施，工地安全文明施工有提高，基本达到要求。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五、对监理公司的管理</w:t>
      </w:r>
      <w:r>
        <w:rPr>
          <w:lang w:eastAsia="zh-CN"/>
        </w:rPr>
        <w:br/>
      </w:r>
      <w:r>
        <w:rPr>
          <w:lang w:eastAsia="zh-CN"/>
        </w:rPr>
        <w:t>　　总的来说，我们对监理公司的管理是存在一定问题的，主要是缺乏强硬的手腕，没有严格按照合同要求监理公司相关人员到岗，导致监理人员总体素质偏低，最后我们工程部不得不花很多精力去帮助监理公司完成本应由监理完成的工作，这也相应的加大了工程部同志们的劳动强度。但从另一方面来讲，我们应该意识到，为什么监理单位派驻工地的人员整体素质偏低呢？究其原因我认为还是监理费用过低，监理费用低了派过来的监理人员的工资就会很低（1500-3000元/月），工资低的监理人员素质一定是偏低的。</w:t>
      </w:r>
      <w:r>
        <w:rPr>
          <w:lang w:eastAsia="zh-CN"/>
        </w:rPr>
        <w:br/>
      </w:r>
      <w:r>
        <w:rPr>
          <w:lang w:eastAsia="zh-CN"/>
        </w:rPr>
        <w:t>　　六、外部协调</w:t>
      </w:r>
      <w:r>
        <w:rPr>
          <w:lang w:eastAsia="zh-CN"/>
        </w:rPr>
        <w:br/>
      </w:r>
      <w:r>
        <w:rPr>
          <w:lang w:eastAsia="zh-CN"/>
        </w:rPr>
        <w:t>　　对于一个工程项目来说，外部协调对于工程的顺利开展有很大关系，对此，在领导的帮助下我们采取了一系列措施保持了与州质检站等单位的良好关系，保证了工程尽可能少的受到外界干扰。</w:t>
      </w:r>
      <w:r>
        <w:rPr>
          <w:lang w:eastAsia="zh-CN"/>
        </w:rPr>
        <w:br/>
      </w:r>
      <w:r>
        <w:rPr>
          <w:lang w:eastAsia="zh-CN"/>
        </w:rPr>
        <w:t>　　七、内部管理</w:t>
      </w:r>
      <w:r>
        <w:rPr>
          <w:lang w:eastAsia="zh-CN"/>
        </w:rPr>
        <w:br/>
      </w:r>
      <w:r>
        <w:rPr>
          <w:lang w:eastAsia="zh-CN"/>
        </w:rPr>
        <w:t>　　首先我们根据工作需要，对工程部的人员配置进行了及时地调整，但由于以上所述的.总包单位、监理单位相应人员的工程管理素质普遍偏低，我们工程部人员劳动强度过大。</w:t>
      </w:r>
      <w:r>
        <w:rPr>
          <w:lang w:eastAsia="zh-CN"/>
        </w:rPr>
        <w:br/>
      </w:r>
      <w:r>
        <w:rPr>
          <w:lang w:eastAsia="zh-CN"/>
        </w:rPr>
        <w:t xml:space="preserve">    2024技术支持年终总结 篇8 </w:t>
      </w:r>
      <w:r>
        <w:rPr>
          <w:lang w:eastAsia="zh-CN"/>
        </w:rPr>
        <w:br/>
      </w:r>
      <w:r>
        <w:rPr>
          <w:lang w:eastAsia="zh-CN"/>
        </w:rPr>
        <w:t>　　忙碌中又到了月末,回顾这个月来来的工作历程，总结一个月工作中的经验、教训，从领导身上我体会到了敬业与关怀，在同事身上我学到了勤奋与自律，繁忙并充实是我工作的最大体会。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通过各级部门的多次检查和验收，我在技术方面暴露出了许多需要整改的问题和低级错误。这给我指明了改进的方向，也相应的督促和提高了我的整体水平，提高自己的工作能力，加强工作责任感，及时做好个人的各项工作</w:t>
      </w:r>
      <w:r>
        <w:rPr>
          <w:lang w:eastAsia="zh-CN"/>
        </w:rPr>
        <w:br/>
      </w:r>
      <w:r>
        <w:rPr>
          <w:lang w:eastAsia="zh-CN"/>
        </w:rPr>
        <w:t>　　前不久我刚刚开始开拓三队的机电技术员工作，这对技术员各方面素质的要求相当高，我必须以严谨的工作态度和更强烈的责任心投入到工作中去。现对我在开拓队的工作计划做如下陈述：</w:t>
      </w:r>
      <w:r>
        <w:rPr>
          <w:lang w:eastAsia="zh-CN"/>
        </w:rPr>
        <w:br/>
      </w:r>
      <w:r>
        <w:rPr>
          <w:lang w:eastAsia="zh-CN"/>
        </w:rPr>
        <w:t>　　一、抓好安全文化建设，深入开展职业化队伍建设活动。</w:t>
      </w:r>
      <w:r>
        <w:rPr>
          <w:lang w:eastAsia="zh-CN"/>
        </w:rPr>
        <w:br/>
      </w:r>
      <w:r>
        <w:rPr>
          <w:lang w:eastAsia="zh-CN"/>
        </w:rPr>
        <w:t>　　进一步树立“安全第一”的思想观念，防止骄傲自满和松懈麻痹的现象，以零起点的精神，把过去的作为镜子、作为动力，抓好今后每一天、每一时和每一分钟的安全工作，不断培育企业文化中的积极因素，提炼形成引领企业发展的并以职业理想、职业态度、职业责任为主要内容的职业精神。</w:t>
      </w:r>
      <w:r>
        <w:rPr>
          <w:lang w:eastAsia="zh-CN"/>
        </w:rPr>
        <w:br/>
      </w:r>
      <w:r>
        <w:rPr>
          <w:lang w:eastAsia="zh-CN"/>
        </w:rPr>
        <w:t>　　二、坚持以人为本，强化全员的教育培训。</w:t>
      </w:r>
      <w:r>
        <w:rPr>
          <w:lang w:eastAsia="zh-CN"/>
        </w:rPr>
        <w:br/>
      </w:r>
      <w:r>
        <w:rPr>
          <w:lang w:eastAsia="zh-CN"/>
        </w:rPr>
        <w:t>　　号召全体员工进行“零敲碎打”事故预想，目的在于通过员工的思考，来提升整体安全水平。为了实现资源共享，现对矿井比较典型的案例进行了整理、汇编。该案例集内容丰富，有些案例、现象平时不被广大员工了解和重视，但如果不能做到资源共享，及时吸取前车之鉴，后来者重蹈覆辙。利用每月的周一和周三，将往年发生在本月的案例讲给职工听，认真学习领会，通过学习提升全员素质，实现全员安全，最终达到矿井安全。对现有人员将按照岗位要求，进行优化调整，确保所有岗位人员都符合任职要求，并做到全员安全教育不断线，不断提高职工技术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三、积极开展隐患排查治理活动。</w:t>
      </w:r>
      <w:r>
        <w:rPr>
          <w:lang w:eastAsia="zh-CN"/>
        </w:rPr>
        <w:br/>
      </w:r>
      <w:r>
        <w:rPr>
          <w:lang w:eastAsia="zh-CN"/>
        </w:rPr>
        <w:t>　　进入工作地点施工前，要求跟班区长、安全员、班组长必须对工作面进行安全检查，认真排查现场安全隐患并立即处理；班中，跟班区长、安全员、班组长再次对工作面进行安全检查，检查工作进展情况、现场有无空顶作业现象、支护质量等；工作后，跟班区长、安全员、班组长再次对工作面进行安全检查，检查工作面工程质量完成情况，是否给下班留下了安全隐患，以及现场需要注意的安全事项等，并向下一班交接，确保安全生产。</w:t>
      </w:r>
      <w:r>
        <w:rPr>
          <w:lang w:eastAsia="zh-CN"/>
        </w:rPr>
        <w:br/>
      </w:r>
      <w:r>
        <w:rPr>
          <w:lang w:eastAsia="zh-CN"/>
        </w:rPr>
        <w:t>　　在以后的工作与学习中，要提高自己的专业知识水平，加强责任心，为悦昌跨越式发展，贡献自己一份的力量。我应该努力做到：</w:t>
      </w:r>
      <w:r>
        <w:rPr>
          <w:lang w:eastAsia="zh-CN"/>
        </w:rPr>
        <w:br/>
      </w:r>
      <w:r>
        <w:rPr>
          <w:lang w:eastAsia="zh-CN"/>
        </w:rPr>
        <w:t>　　第一，加强学习，拓宽知识面。努力学习专业知识与相关的经验，多向领导及同事等有经验的人请教。加强周围环境、同行业发展的了解、学习，对自己的优缺点做到心中有数；</w:t>
      </w:r>
      <w:r>
        <w:rPr>
          <w:lang w:eastAsia="zh-CN"/>
        </w:rPr>
        <w:br/>
      </w:r>
      <w:r>
        <w:rPr>
          <w:lang w:eastAsia="zh-CN"/>
        </w:rPr>
        <w:t>　　第二，本着实事求是的原则，积极做好自己的本职工作，不拖拉；</w:t>
      </w:r>
      <w:r>
        <w:rPr>
          <w:lang w:eastAsia="zh-CN"/>
        </w:rPr>
        <w:br/>
      </w:r>
      <w:r>
        <w:rPr>
          <w:lang w:eastAsia="zh-CN"/>
        </w:rPr>
        <w:t>　　第三，遵守公司内部规章制度，维护公司利益，积极为悦昌创造更高价值，力争取得更大的工作成绩。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20__年即将结束，审视自我一年来的工作，总结一年的得失，感触很多。一年来，我热衷于本职工作，严格要求自我，摆正自我的工作位置，时刻坚持“谦虚”、“谨慎”、“律己”的态度。在领导的关心、栽培和同事们的帮忙支持下，始终勤奋学习、积极进取，努力提高自我，认真完成任务，履行好岗位职责。作为一名硬件工程师，但在我心中，陕西德容就是我的家，领导就是我的家长，同事就是我的兄弟姐妹，德容的事就是我自我的事，我要经过我自我的不懈努力将公司的项目做到完美，使得我们陕西德容的产品能够尽快推向市场。我明白作为陕西德容的一名硬件工程师的职责与义务。回顾过去的一年我将我的工作总结以下几个方面：</w:t>
      </w:r>
      <w:r>
        <w:rPr>
          <w:lang w:eastAsia="zh-CN"/>
        </w:rPr>
        <w:br/>
      </w:r>
      <w:r>
        <w:rPr>
          <w:lang w:eastAsia="zh-CN"/>
        </w:rPr>
        <w:t>　　一、年度工作情景</w:t>
      </w:r>
      <w:r>
        <w:rPr>
          <w:lang w:eastAsia="zh-CN"/>
        </w:rPr>
        <w:br/>
      </w:r>
      <w:r>
        <w:rPr>
          <w:lang w:eastAsia="zh-CN"/>
        </w:rPr>
        <w:t>　　在过去的这一年中，我从对公司项目的熟悉，逐步成长到能够承担公司项目的部分模块，并且在这些方面为公司做出了应有的贡献，对我个人而言自我的本事也得到了相应的提高。可是公司的项目复杂，要学习的东西还有很多，所以我要继续努力，对项目中的细节和难点更加深入的理解，期望经过自我的努力看到产品的完美诞生。</w:t>
      </w:r>
      <w:r>
        <w:rPr>
          <w:lang w:eastAsia="zh-CN"/>
        </w:rPr>
        <w:br/>
      </w:r>
      <w:r>
        <w:rPr>
          <w:lang w:eastAsia="zh-CN"/>
        </w:rPr>
        <w:t>　　在这一年里我主要完成了以下任务：</w:t>
      </w:r>
      <w:r>
        <w:rPr>
          <w:lang w:eastAsia="zh-CN"/>
        </w:rPr>
        <w:br/>
      </w:r>
      <w:r>
        <w:rPr>
          <w:lang w:eastAsia="zh-CN"/>
        </w:rPr>
        <w:t>　　1、在20__年的基础上对电台的各项指标进行细化和研究，并且根据邓工的提议与民航的指标总结出了我们自我的电台测试方法，并且对我们电台进行了详细测试，根据测试记录对电台进行了各项性能的评估。</w:t>
      </w:r>
      <w:r>
        <w:rPr>
          <w:lang w:eastAsia="zh-CN"/>
        </w:rPr>
        <w:br/>
      </w:r>
      <w:r>
        <w:rPr>
          <w:lang w:eastAsia="zh-CN"/>
        </w:rPr>
        <w:t>　　2、根据对电台的跟踪测试，陆续整理出了电台现有存在的问题，并且将各个模块的相应参数做出了修改。随后修改了每个模块的原理图，针对发射机频合的小数分频问题、发射机谐波大问题等提出了解决方案。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3、历时一个半月对整个电台的系统原理图进行了整合修改，同时更加明确了整个电台的各路信号含义，为后面的研发与测试奠定了基础。</w:t>
      </w:r>
      <w:r>
        <w:rPr>
          <w:lang w:eastAsia="zh-CN"/>
        </w:rPr>
        <w:br/>
      </w:r>
      <w:r>
        <w:rPr>
          <w:lang w:eastAsia="zh-CN"/>
        </w:rPr>
        <w:t>　　4、根据发射机的测试数据对发射机做出了相应评估，提出了一些问题，例如功率不稳定、不精确、调制度漂移、失真度大、PTT超时等，随后与西工大配合解决发射机的相关问题。在此期间经过配合解决了功率稳定性问题、调制度漂移问题、PTT超时问题等，经过解决这些问题我们自我也总结出一条方法和公式，更加深入的解决了发射机相关问题，为后续发射机调试和生产打下了基础。</w:t>
      </w:r>
      <w:r>
        <w:rPr>
          <w:lang w:eastAsia="zh-CN"/>
        </w:rPr>
        <w:br/>
      </w:r>
      <w:r>
        <w:rPr>
          <w:lang w:eastAsia="zh-CN"/>
        </w:rPr>
        <w:t>　　5、对发射机遗留的失真度大、谐波大等问题进一步努力解决。尝试制作MOD电压产生电路，缩小排查问题的范围，尝试使用定制滤波器降低谐波，修改功放参数，解决问题。虽然问题没有得到很好的解决，可是我们从中也找到了方向，我想在沿着这个方向继续努力，这些问题必须会得到解决。</w:t>
      </w:r>
      <w:r>
        <w:rPr>
          <w:lang w:eastAsia="zh-CN"/>
        </w:rPr>
        <w:br/>
      </w:r>
      <w:r>
        <w:rPr>
          <w:lang w:eastAsia="zh-CN"/>
        </w:rPr>
        <w:t>　　6、着手参与新方案的讨论研究，首先是调制板，减少调制板的无用信号线，使用DSP串口协议来与ARM通信;然后是电源板，将原先分立的电源板和整流板整合在了一齐，减少了连接线，并且增加了散热面积;随后是ARM的改善，根据新采购ARM的型号制定有效的隔离方案，改变原有的供电方式;再根据电台的新要求，频合增加小数分频的功能，所以频合采用ADF4351锁相环来设计。</w:t>
      </w:r>
      <w:r>
        <w:rPr>
          <w:lang w:eastAsia="zh-CN"/>
        </w:rPr>
        <w:br/>
      </w:r>
      <w:r>
        <w:rPr>
          <w:lang w:eastAsia="zh-CN"/>
        </w:rPr>
        <w:t>　　7、绘制电源板、调制板和ARM转接板的PCB板，同时参与每个板子接口方式的讨论，为PCB板焊接配料。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8、负则公司新项目数传电台，制作数传电台测试工具，策划数传电台研发初步方案，进行了3次户外测试，对数传电台进行了评估，虽然这个项目没有进行下去，可是经过这个项目，我自我也学到了不少东西，也感受到了公司发展的动力。</w:t>
      </w:r>
      <w:r>
        <w:rPr>
          <w:lang w:eastAsia="zh-CN"/>
        </w:rPr>
        <w:br/>
      </w:r>
      <w:r>
        <w:rPr>
          <w:lang w:eastAsia="zh-CN"/>
        </w:rPr>
        <w:t>　　9、将调制板、ARM转接板和电源板，进行单板测试，后续焊接屏蔽框，在焊接和安装过程中还对部分结构进行了修改和完善，最终进行功能性测试，将新版的调制板、电源板和ARM转接板等进行联合调试。</w:t>
      </w:r>
      <w:r>
        <w:rPr>
          <w:lang w:eastAsia="zh-CN"/>
        </w:rPr>
        <w:br/>
      </w:r>
      <w:r>
        <w:rPr>
          <w:lang w:eastAsia="zh-CN"/>
        </w:rPr>
        <w:t>　　10、复旦项目上，主要做了以下几点：</w:t>
      </w:r>
      <w:r>
        <w:rPr>
          <w:lang w:eastAsia="zh-CN"/>
        </w:rPr>
        <w:br/>
      </w:r>
      <w:r>
        <w:rPr>
          <w:lang w:eastAsia="zh-CN"/>
        </w:rPr>
        <w:t>　　1)首先熟悉项目的基本情景，开始着手设计电压采样电路、确定电阻器的型号;</w:t>
      </w:r>
      <w:r>
        <w:rPr>
          <w:lang w:eastAsia="zh-CN"/>
        </w:rPr>
        <w:br/>
      </w:r>
      <w:r>
        <w:rPr>
          <w:lang w:eastAsia="zh-CN"/>
        </w:rPr>
        <w:t>　　2)随着项目的进展，最终确定和生产了电阻器，确定了基本电路形式;</w:t>
      </w:r>
      <w:r>
        <w:rPr>
          <w:lang w:eastAsia="zh-CN"/>
        </w:rPr>
        <w:br/>
      </w:r>
      <w:r>
        <w:rPr>
          <w:lang w:eastAsia="zh-CN"/>
        </w:rPr>
        <w:t>　　3)然后根据电阻器尺寸确定机柜的尺寸，确定了厂家，设计和加工了母排;</w:t>
      </w:r>
      <w:r>
        <w:rPr>
          <w:lang w:eastAsia="zh-CN"/>
        </w:rPr>
        <w:br/>
      </w:r>
      <w:r>
        <w:rPr>
          <w:lang w:eastAsia="zh-CN"/>
        </w:rPr>
        <w:t>　　4)后续将项目提交到上海测评，根据测评结果再次修该机柜内的安装尺寸和母排安装方式。</w:t>
      </w:r>
      <w:r>
        <w:rPr>
          <w:lang w:eastAsia="zh-CN"/>
        </w:rPr>
        <w:br/>
      </w:r>
      <w:r>
        <w:rPr>
          <w:lang w:eastAsia="zh-CN"/>
        </w:rPr>
        <w:t>　　11、参与公司9000审核文档的编写，最终整合实验台位置，使工具、仪器等物品按位放置，整合文件柜，使公司办公室更加整齐、也规范了工作流程和工作方式。</w:t>
      </w:r>
      <w:r>
        <w:rPr>
          <w:lang w:eastAsia="zh-CN"/>
        </w:rPr>
        <w:br/>
      </w:r>
      <w:r>
        <w:rPr>
          <w:lang w:eastAsia="zh-CN"/>
        </w:rPr>
        <w:t>　　二、工作心得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来到公司已经一年多了，从对项目的初步了解，到熟悉各个模块的工作原理，再到独自承担起项目中模块的研发，我看到我自我在成长，在提高、在成熟。在工作中也意识到配合的重要性，我们电台系统十分复杂，我们每个人就是电台复杂系统的一部分，所以各自的配合很重要。</w:t>
      </w:r>
      <w:r>
        <w:rPr>
          <w:lang w:eastAsia="zh-CN"/>
        </w:rPr>
        <w:br/>
      </w:r>
      <w:r>
        <w:rPr>
          <w:lang w:eastAsia="zh-CN"/>
        </w:rPr>
        <w:t>　　三、工作中存在的不足</w:t>
      </w:r>
      <w:r>
        <w:rPr>
          <w:lang w:eastAsia="zh-CN"/>
        </w:rPr>
        <w:br/>
      </w:r>
      <w:r>
        <w:rPr>
          <w:lang w:eastAsia="zh-CN"/>
        </w:rPr>
        <w:t>　　经过一年的工作学习，我也发现了自我对项目更深层次的理解还不够，对复杂问题的解决本事还不够，这是我以后要在工作中不断磨练和提高自我的地方。细细总结一下，自我在一年的工作中主要有以下方面做得不够好：</w:t>
      </w:r>
      <w:r>
        <w:rPr>
          <w:lang w:eastAsia="zh-CN"/>
        </w:rPr>
        <w:br/>
      </w:r>
      <w:r>
        <w:rPr>
          <w:lang w:eastAsia="zh-CN"/>
        </w:rPr>
        <w:t>　　1、工作的专业技术方面不够精通，对发射机的失真度问题没有找出解决办法，应当在这方面加强学习，为以后的工作供给指导。</w:t>
      </w:r>
      <w:r>
        <w:rPr>
          <w:lang w:eastAsia="zh-CN"/>
        </w:rPr>
        <w:br/>
      </w:r>
      <w:r>
        <w:rPr>
          <w:lang w:eastAsia="zh-CN"/>
        </w:rPr>
        <w:t>　　2、工作环境不够清洁，实验台不够整齐，仪器摆放不到位，期望以后我约束自我将物品摆放到位，养成良好习惯。习惯决定成败，良好的工作习惯会进取促进我们的工作。</w:t>
      </w:r>
      <w:r>
        <w:rPr>
          <w:lang w:eastAsia="zh-CN"/>
        </w:rPr>
        <w:br/>
      </w:r>
      <w:r>
        <w:rPr>
          <w:lang w:eastAsia="zh-CN"/>
        </w:rPr>
        <w:t>　　3、工作总结做的不到位，没有进取总结自我工作中的得失和经验，导致在同一个地方跌倒两次，期望以后在这方面加强。</w:t>
      </w:r>
      <w:r>
        <w:rPr>
          <w:lang w:eastAsia="zh-CN"/>
        </w:rPr>
        <w:br/>
      </w:r>
      <w:r>
        <w:rPr>
          <w:lang w:eastAsia="zh-CN"/>
        </w:rPr>
        <w:t>　　四、工作计划</w:t>
      </w:r>
      <w:r>
        <w:rPr>
          <w:lang w:eastAsia="zh-CN"/>
        </w:rPr>
        <w:br/>
      </w:r>
      <w:r>
        <w:rPr>
          <w:lang w:eastAsia="zh-CN"/>
        </w:rPr>
        <w:t>　　接下来的一年对公司而言十分重要，既要将电台送到民航去审核，复旦项目也将迎来复审，对我而言是机遇也是挑战，所以我要更加努力奋斗，为公司的新突破贡献所有力量。</w:t>
      </w:r>
      <w:r>
        <w:rPr>
          <w:lang w:eastAsia="zh-CN"/>
        </w:rPr>
        <w:br/>
      </w:r>
      <w:r>
        <w:rPr>
          <w:lang w:eastAsia="zh-CN"/>
        </w:rPr>
        <w:t>　　其中，以下几点是我下年重点要提高的地方：</w:t>
      </w:r>
      <w:r>
        <w:rPr>
          <w:lang w:eastAsia="zh-CN"/>
        </w:rPr>
        <w:br/>
      </w:r>
      <w:r>
        <w:rPr>
          <w:lang w:eastAsia="zh-CN"/>
        </w:rPr>
        <w:t>　　1、继续改善工作方法，在工作中寻求新思路，将创新作为工作的一个目标，对待工作，力求完美，如果能绝不凑合。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2、加强员工的团结与配合，突出每个人的特点，举全员之力将项目做好。</w:t>
      </w:r>
      <w:r>
        <w:rPr>
          <w:lang w:eastAsia="zh-CN"/>
        </w:rPr>
        <w:br/>
      </w:r>
      <w:r>
        <w:rPr>
          <w:lang w:eastAsia="zh-CN"/>
        </w:rPr>
        <w:t>　　3、加强专业技术知识的学习，提高实践本事和处理日常事务的本事。</w:t>
      </w:r>
      <w:r>
        <w:rPr>
          <w:lang w:eastAsia="zh-CN"/>
        </w:rPr>
        <w:br/>
      </w:r>
      <w:r>
        <w:rPr>
          <w:lang w:eastAsia="zh-CN"/>
        </w:rPr>
        <w:t>　　总之，在过去的一年里，我能够恪尽职守，进取努力地完成好本职工作，工作量饱满，总体上对自我的工作是比较满意的。在新的一年里，我将不断改善工作中存在的不足，一如既往，再接再厉干好自我的各项工作，也期望能够得到领导和同志们更多的理解和支持。</w:t>
      </w:r>
      <w:r>
        <w:rPr>
          <w:lang w:eastAsia="zh-CN"/>
        </w:rPr>
        <w:br/>
      </w:r>
      <w:r>
        <w:rPr>
          <w:lang w:eastAsia="zh-CN"/>
        </w:rPr>
        <w:t xml:space="preserve">    2024技术支持年终总结 篇9 </w:t>
      </w:r>
      <w:r>
        <w:rPr>
          <w:lang w:eastAsia="zh-CN"/>
        </w:rPr>
        <w:br/>
      </w:r>
      <w:r>
        <w:rPr>
          <w:lang w:eastAsia="zh-CN"/>
        </w:rPr>
        <w:t>　　技术支持部作为摄像部的衍生部门，主要负责是的记录电视台内的活动以及制作校园印象。现有部员。</w:t>
      </w:r>
      <w:r>
        <w:rPr>
          <w:lang w:eastAsia="zh-CN"/>
        </w:rPr>
        <w:br/>
      </w:r>
      <w:r>
        <w:rPr>
          <w:lang w:eastAsia="zh-CN"/>
        </w:rPr>
        <w:t>　　在这个学期，技术部尽量保证每一期校园新闻都能附上校园印象。部员韦十分尽职尽责，做了许多工作，例如跟随电视台老师去拍摄高三毕业典礼，参加社团节，平时工作负责快速，表现优异。张国栋技术娴熟，能在较快时间内完成校园印象的制作。叶霄雨编拍的短片也很有特点。</w:t>
      </w:r>
      <w:r>
        <w:rPr>
          <w:lang w:eastAsia="zh-CN"/>
        </w:rPr>
        <w:br/>
      </w:r>
      <w:r>
        <w:rPr>
          <w:lang w:eastAsia="zh-CN"/>
        </w:rPr>
        <w:t>　　技术支持部参与了新蕾文化艺术节、mvj主持人大赛、金莺辩论赛、高一篮球联赛、高二足球联赛、元旦通宵晚会的拍摄，用快门表现了另一番校园风采。各部员都尽职尽责，配合默契。有分歧也能很好的解决，学会合作，学会相互帮助。相信在新的学年可以更加努力，把技术支持部的水平更加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个人觉得技术支持部内部应该增加相互学习，会后期制作也要学会前期采集。我会组织部员在新的学年在工作中相互学习。提高技术支持部的整体水平。</w:t>
      </w:r>
      <w:r>
        <w:rPr>
          <w:lang w:eastAsia="zh-CN"/>
        </w:rPr>
        <w:br/>
      </w:r>
      <w:r>
        <w:rPr>
          <w:lang w:eastAsia="zh-CN"/>
        </w:rPr>
        <w:t xml:space="preserve">    2024技术支持年终总结 篇10 </w:t>
      </w:r>
      <w:r>
        <w:rPr>
          <w:lang w:eastAsia="zh-CN"/>
        </w:rPr>
        <w:br/>
      </w:r>
      <w:r>
        <w:rPr>
          <w:lang w:eastAsia="zh-CN"/>
        </w:rPr>
        <w:t>　　__年是硕果累累的一年，对于我个人而言，__年是个人专业技能全面提高的一年。在过去的一年之中，作为泸电工程汽机工程处一名具备工程施工经验的技术干部，我部分或者全程参与了汽机专业多个施工班组的技术工作。正是在这繁忙而又充实的一年之中，在泸电工程得天独厚的条件下，一方面我将自我原有的工程技术知识进行了检验并加以进一步的深化，另一方面初步构建了自我的专业知识体系。</w:t>
      </w:r>
      <w:r>
        <w:rPr>
          <w:lang w:eastAsia="zh-CN"/>
        </w:rPr>
        <w:br/>
      </w:r>
      <w:r>
        <w:rPr>
          <w:lang w:eastAsia="zh-CN"/>
        </w:rPr>
        <w:t>　　整个__年度我个人负责的技术工作从工程阶段性施工重点来说大致能够分为几个时间段。</w:t>
      </w:r>
      <w:r>
        <w:rPr>
          <w:lang w:eastAsia="zh-CN"/>
        </w:rPr>
        <w:br/>
      </w:r>
      <w:r>
        <w:rPr>
          <w:lang w:eastAsia="zh-CN"/>
        </w:rPr>
        <w:t>　　__年新春伊始，由于公司海口、白马这两个重大工程项目均处于建设施工的关键时段，整个汽机队仅有我一个技术干部。而作为汽机队的技术干部，汽机专业所有班组技术工作均由我负责执行。与此同时，汽机专业所有21个大的系统60多套施工图册的备料计划也是一项时间紧迫，工作量巨大而又极为重要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从4月其他技术干部进场到8月这段时间，我的工作重点有所改变，主要负责管一班及管二班日常施工技术工作和前期部分尚未完成的阶段性施工任务。这个时段我所负责的工作任务主要是1、2#汽机房钢平台安装、3台高压加热器吊装拖运、循环水泵房行车轨道梁及行车安装、厂区循环水管道安装及管道一班工作任务中参与1#炉水压试验的高压给水管道安装。</w:t>
      </w:r>
      <w:r>
        <w:rPr>
          <w:lang w:eastAsia="zh-CN"/>
        </w:rPr>
        <w:br/>
      </w:r>
      <w:r>
        <w:rPr>
          <w:lang w:eastAsia="zh-CN"/>
        </w:rPr>
        <w:t>　　从8月份开始我所担任的技术工作任务开始逐步的剥离，管道二班的工作任务在9月上旬完全交付新调入本现场的技术干部，工作任务得已减轻。今年10月，我开始接手两台汽动给水泵的安装技术任务，应对全新的工作任务，我的专业技能积累进入了一个新的阶段。直至此刻，我的工作侧重点主要是两台汽动给水泵组的安装、蒸汽管道吹扫临时管道安装及管道一班负责施工的所有汽水管道系统的完善工作。</w:t>
      </w:r>
      <w:r>
        <w:rPr>
          <w:lang w:eastAsia="zh-CN"/>
        </w:rPr>
        <w:br/>
      </w:r>
      <w:r>
        <w:rPr>
          <w:lang w:eastAsia="zh-CN"/>
        </w:rPr>
        <w:t xml:space="preserve">    2024技术支持年终总结 篇11 </w:t>
      </w:r>
      <w:r>
        <w:rPr>
          <w:lang w:eastAsia="zh-CN"/>
        </w:rPr>
        <w:br/>
      </w:r>
      <w:r>
        <w:rPr>
          <w:lang w:eastAsia="zh-CN"/>
        </w:rPr>
        <w:t>　　在总的带领及公司各位领导、各位同事的大力支持下、技术开发部成员的通力协作下，以新产品开发作为技术部的工作重心，同时为其他部门带给技术支持、质量改善，并加强技术部门的内部管理，在这些工作中既取得了成果，也看到了不足，现就20__年来技术工作向公司领导和各位同事作以下汇报：</w:t>
      </w:r>
      <w:r>
        <w:rPr>
          <w:lang w:eastAsia="zh-CN"/>
        </w:rPr>
        <w:br/>
      </w:r>
      <w:r>
        <w:rPr>
          <w:lang w:eastAsia="zh-CN"/>
        </w:rPr>
        <w:t>　　一、新产品开发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_公司技术开发部在20__年至今共进行新产品开发_项，其中%实现了批量生产，%客户考证中，%待考证，%在研制开发。这些新项目中，国际客户占%，国内客户占%。国际客户包括、等，项目主要包括。国内客户主要是，项目包括等。新产品的开发不是几个人单打独斗就能完成的，而是由公司。内部的各个部门有安排地组织、协调、分工和合作来完成的。例如开发，须要_车间帮助我们试样、试验材料和工艺，新型开发，须要_车间帮助我们反复上胶、压制，制造、加工，须要压制、手糊和加工车间多次帮助。</w:t>
      </w:r>
      <w:r>
        <w:rPr>
          <w:lang w:eastAsia="zh-CN"/>
        </w:rPr>
        <w:br/>
      </w:r>
      <w:r>
        <w:rPr>
          <w:lang w:eastAsia="zh-CN"/>
        </w:rPr>
        <w:t>　　对于这些新产品的开发，一是创新，二是国外客户，所以从制造、加工、试样制作到测试，要求比较严格，技术难度比较高，时间比较紧迫，所以我们也特性严谨，测试结果有任何不志向的地方，工作就须要重新做，这样常常打乱车间的生产安排，但各车间一向赐予很大的支持和谅解，在此，深表感谢!但是，我们还期望得到你们更大的支持!</w:t>
      </w:r>
      <w:r>
        <w:rPr>
          <w:lang w:eastAsia="zh-CN"/>
        </w:rPr>
        <w:br/>
      </w:r>
      <w:r>
        <w:rPr>
          <w:lang w:eastAsia="zh-CN"/>
        </w:rPr>
        <w:t>　　企业透过新产品研发，往往能够获得更大的市场份额，赚取更高的利润，拥有更高的客户满足度。在全球经济一体化迅猛发展和市场竞争日趋激烈的这天，企业间的竞争已经由传统的、规模经济时代的“大鱼吃小鱼”转变为现代的、信息技术时代的“快鱼吃慢鱼”，快速推出新产品的潜力已经成为干脆关系到企业生存和发展的关键。所以，创新和新产品开发对每个企业都是必定的。期望各位同事对新产品研发这个过程不只局限于赐予协作，更就应抓住这些机会提升自己、挑战自己。</w:t>
      </w:r>
      <w:r>
        <w:rPr>
          <w:lang w:eastAsia="zh-CN"/>
        </w:rPr>
        <w:br/>
      </w:r>
      <w:r>
        <w:rPr>
          <w:lang w:eastAsia="zh-CN"/>
        </w:rPr>
        <w:t>　　二、技术支持、质量改善、牢靠性提升</w:t>
      </w:r>
      <w:r>
        <w:rPr>
          <w:lang w:eastAsia="zh-CN"/>
        </w:rPr>
        <w:br/>
      </w:r>
      <w:r>
        <w:rPr>
          <w:lang w:eastAsia="zh-CN"/>
        </w:rPr>
        <w:t>　　技术开发部在做好新产品的研发工作的同时，坚持做好生产部生产、质保部检验、销售服务的技术支持工作，不断改善车间制造工艺，完善和丰富技术支持的资料和资料，编制修订原材料选购验收规范、测试规程、管理规定、工艺文件等份，材料、测试规程份，以及岗位员工的技术培训和交底都做了必需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对原材料进行进厂检验、半成品和成品测试、新产品研制测试，并对测试结果反应出来的问题进行反馈、处理、改善。帮助生产、质保部分析解决产品在生产过程中出现的问题等等。</w:t>
      </w:r>
      <w:r>
        <w:rPr>
          <w:lang w:eastAsia="zh-CN"/>
        </w:rPr>
        <w:br/>
      </w:r>
      <w:r>
        <w:rPr>
          <w:lang w:eastAsia="zh-CN"/>
        </w:rPr>
        <w:t>　　三、存在的一些不足</w:t>
      </w:r>
      <w:r>
        <w:rPr>
          <w:lang w:eastAsia="zh-CN"/>
        </w:rPr>
        <w:br/>
      </w:r>
      <w:r>
        <w:rPr>
          <w:lang w:eastAsia="zh-CN"/>
        </w:rPr>
        <w:t>　　1、在产品的.设计和开发过程中，多为应急开发，造成不能根据流程执行。《产品设计开发程序》执行不严谨，没有严格根据体系要求条款来规范工作，包括立项、评审、预算经费等。</w:t>
      </w:r>
      <w:r>
        <w:rPr>
          <w:lang w:eastAsia="zh-CN"/>
        </w:rPr>
        <w:br/>
      </w:r>
      <w:r>
        <w:rPr>
          <w:lang w:eastAsia="zh-CN"/>
        </w:rPr>
        <w:t>　　2、与其他部门的联系虽在加强，但还欠缺沟通。比如刷漆事宜，技术部没有主导好道工序，于是机加工工艺文件上也没有明确刷什么漆，导致这道工序处于无人管控、混乱的状态。上层没有做到位，基层如何做好?这只是个点的问题，类似于这种状况的问题还许多。20__年技术部要加强与各部门的沟通协作，保证工作能够做连串、到位。</w:t>
      </w:r>
      <w:r>
        <w:rPr>
          <w:lang w:eastAsia="zh-CN"/>
        </w:rPr>
        <w:br/>
      </w:r>
      <w:r>
        <w:rPr>
          <w:lang w:eastAsia="zh-CN"/>
        </w:rPr>
        <w:t>　　3、研发新产品的同时，严把老产品的品质关，稳定现有产品的市场，不要一味追求新产品而失去了老产品的市场优势。</w:t>
      </w:r>
      <w:r>
        <w:rPr>
          <w:lang w:eastAsia="zh-CN"/>
        </w:rPr>
        <w:br/>
      </w:r>
      <w:r>
        <w:rPr>
          <w:lang w:eastAsia="zh-CN"/>
        </w:rPr>
        <w:t>　　四、工作安排</w:t>
      </w:r>
      <w:r>
        <w:rPr>
          <w:lang w:eastAsia="zh-CN"/>
        </w:rPr>
        <w:br/>
      </w:r>
      <w:r>
        <w:rPr>
          <w:lang w:eastAsia="zh-CN"/>
        </w:rPr>
        <w:t>　　1、进行市场调研，定位产品的发展方向。加强与客户的合作与沟通，进一步加强对客户产品的了解，开发运用性牢靠、性价比高的产品，加速公司发展。</w:t>
      </w:r>
      <w:r>
        <w:rPr>
          <w:lang w:eastAsia="zh-CN"/>
        </w:rPr>
        <w:br/>
      </w:r>
      <w:r>
        <w:rPr>
          <w:lang w:eastAsia="zh-CN"/>
        </w:rPr>
        <w:t>　　2、依据公司的战略和目标，尽快实现打入国际市场。</w:t>
      </w:r>
      <w:r>
        <w:rPr>
          <w:lang w:eastAsia="zh-CN"/>
        </w:rPr>
        <w:br/>
      </w:r>
      <w:r>
        <w:rPr>
          <w:lang w:eastAsia="zh-CN"/>
        </w:rPr>
        <w:t>　　3、降低原材料成本，提高材料性能。</w:t>
      </w:r>
      <w:r>
        <w:rPr>
          <w:lang w:eastAsia="zh-CN"/>
        </w:rPr>
        <w:br/>
      </w:r>
      <w:r>
        <w:rPr>
          <w:lang w:eastAsia="zh-CN"/>
        </w:rPr>
        <w:t>　　4、整顿老工艺，尤其是被忽视的岗位。</w:t>
      </w:r>
      <w:r>
        <w:rPr>
          <w:lang w:eastAsia="zh-CN"/>
        </w:rPr>
        <w:br/>
      </w:r>
    </w:p>
    <w:p w:rsidR="001B1F19" w14:textId="27C3F48A">
      <w:pPr>
        <w:rPr>
          <w:rFonts w:hint="eastAsia"/>
          <w:lang w:eastAsia="zh-CN"/>
        </w:rPr>
      </w:pPr>
      <w:r>
        <w:rPr>
          <w:lang w:eastAsia="zh-CN"/>
        </w:rPr>
        <w:t>　　5、完善新产品开发项目管理工作，规范《产品设计开发程序》的执行。</w:t>
      </w:r>
      <w:r>
        <w:rPr>
          <w:lang w:eastAsia="zh-CN"/>
        </w:rPr>
        <w:br/>
      </w:r>
      <w:r>
        <w:rPr>
          <w:lang w:eastAsia="zh-CN"/>
        </w:rPr>
        <w:t>　　6、精细化管理技术开发部部门工作，努力实现标准规范作业。</w:t>
      </w:r>
      <w:r>
        <w:rPr>
          <w:lang w:eastAsia="zh-CN"/>
        </w:rPr>
        <w:br/>
      </w:r>
      <w:r>
        <w:rPr>
          <w:lang w:eastAsia="zh-CN"/>
        </w:rPr>
        <w:t>　　20__年公司又有了更宏大的目标，为了适应公司的高速发展，我们在座的每一位同事须要不断的挑战自己，以更高的标准来要求自己，在新的一年里，技术部必需不辜负公司领导及同事们对我们的厚爱，必需做好自己的本职工作，也期望能够得到大家一如既往的支持，为_公司的发展壮大尽职尽责，与全体员工一道为公司的将来、为我们的将来而努力奋斗!</w:t>
      </w:r>
      <w:r>
        <w:rPr>
          <w:lang w:eastAsia="zh-CN"/>
        </w:rPr>
        <w:br/>
      </w:r>
      <w:r>
        <w:rPr>
          <w:lang w:eastAsia="zh-CN"/>
        </w:rPr>
        <w:t xml:space="preserve">    2024技术支持年终总结 篇12 </w:t>
      </w:r>
      <w:r>
        <w:rPr>
          <w:lang w:eastAsia="zh-CN"/>
        </w:rPr>
        <w:br/>
      </w:r>
      <w:r>
        <w:rPr>
          <w:lang w:eastAsia="zh-CN"/>
        </w:rPr>
        <w:t>　　这段时间我学习了《A5技术支持的课堂导入》这一课程，是我认识到信息技术在教学过程中的重要性，对于多媒体在教学中的应用有了新的认识。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https://d.book118.com/268142063042006035</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8142063042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