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2024年用军训心得体会范文（35篇）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2024年精选用军训心得体会范文（通用35篇）</w:t>
      </w:r>
      <w:r>
        <w:rPr>
          <w:lang w:eastAsia="zh-CN"/>
        </w:rPr>
        <w:br/>
      </w:r>
      <w:r>
        <w:rPr>
          <w:lang w:eastAsia="zh-CN"/>
        </w:rPr>
        <w:t xml:space="preserve">    2024年精选用军训心得体会范文 篇1 </w:t>
      </w:r>
      <w:r>
        <w:rPr>
          <w:lang w:eastAsia="zh-CN"/>
        </w:rPr>
        <w:br/>
      </w:r>
      <w:r>
        <w:rPr>
          <w:lang w:eastAsia="zh-CN"/>
        </w:rPr>
        <w:t>　　很早以前，我就听过了军训这个名词。我告别了缤纷灿烂的小学生活，迎来了焕然一新的初中之旅。 上初中的每一个新生都要参加连续四天的军训训练。其他学校已经军训了，只有我们学校安排在第四周。我以前的同学都说军训很辛苦，然而，我却不这样认为。我暗暗的想：幼苗不经过暴风雨的洗礼怎么会茁壮成长?溪流不经历颠簸流离，怎能交汇于浩瀚大海。而年少的我们，不经历艰苦磨炼，又怎能成为国家栋梁之材。军训是我们人生一次特别的经历 ，还是第一次，第一次是最难忘的，我们应该珍惜第一次，勇敢去面对它。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如果说人生是一本书，那么，军训的生活便是书中最美丽的彩页;如果说人生是一台戏，那么，军训的生活便是戏中最精彩的一幕。的确，几天的军训是短暂的，但它给我们留下的美好回忆却是永恒的。几天睡了一个长觉，而这一觉醒来，望着窗外晒得发烫的篮球场，忽然觉得，军训，就如梦一样，匆匆地来，又在我没有细细品味那份感觉的时候悄然而逝，几天的疲劳在肩头隐隐告诉我，已经结束了。很累，而且有酸酸的感觉。教官走了，那么匆匆，却留给我们深刻的回忆。阳光照进来，落在堆在角落的军训服上，军训的记忆一股脑全翻了出来，我在呆呆地想着，想着那整齐或凌乱的踏步声，以及同学们的窃笑声。军训究竟带给了我什么，有吗?唉，军训，真像一场梦啊!记忆已经在疲劳的压迫下变得愈发模糊，对于军训，我能说什么，是从崇高的为保卫祖国而刻苦训练来说，还是充斥在这期间的铁骨柔情。当然，这些都是值得回忆和怀念的，但是否还有更重要的呢?</w:t>
      </w:r>
      <w:r>
        <w:rPr>
          <w:lang w:eastAsia="zh-CN"/>
        </w:rPr>
        <w:br/>
      </w:r>
      <w:r>
        <w:rPr>
          <w:lang w:eastAsia="zh-CN"/>
        </w:rPr>
        <w:t>　　其实我觉得军训几天，我们学到的不仅是站军姿，走正步，练队形。而是在磨练我们一种意识，一种吃苦的意识，一种坚持的意识，一种团结的意识，一种遵守纪律的意识!其实这些已经太多太多，足以让我们一生享用。</w:t>
      </w:r>
      <w:r>
        <w:rPr>
          <w:lang w:eastAsia="zh-CN"/>
        </w:rPr>
        <w:br/>
      </w:r>
      <w:r>
        <w:rPr>
          <w:lang w:eastAsia="zh-CN"/>
        </w:rPr>
        <w:t>　　有位哲人说过：无法回味的感觉才是最美妙的感觉。对于军训，有些感受真的不能言传，只能在淙淙的意会中回味。那味道就如品一味很浓郁的茶，只有尝过的人才知晓其中的蕴味，然后才能和有同样经历的人相对一笑，让美妙的感受在彼此之间传递。就如有多少个读者就有多少个哈姆雷特一样，军训，对于每个人，都别有一番滋味在心头。而对于我，军训，在某种程度上，已经超越了其本身的单纯上的意义，它已经成为一种宝贵的难得的一种经历，写进我的记忆中，而成为不可抹杀的一部分，它已经成为一种力量，一种在困难时给我的动力，一种生命的支持力，支撑着人生旅途的各种风雨中动摇的心灵。而军训给我最美好的记忆，是同学们和教官之间纯洁淳朴充满人情味的关系。这种关系很令人怀念和留恋，向往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2024年精选用军训心得体会范文 篇2 </w:t>
      </w:r>
      <w:r>
        <w:rPr>
          <w:lang w:eastAsia="zh-CN"/>
        </w:rPr>
        <w:br/>
      </w:r>
      <w:r>
        <w:rPr>
          <w:lang w:eastAsia="zh-CN"/>
        </w:rPr>
        <w:t>　　__月23日我们学校组织军训，地点在西丽。刚刚去的时候我还不熟悉那个地方，经过5天的军训生活我慢慢熟悉了那个地方。</w:t>
      </w:r>
      <w:r>
        <w:rPr>
          <w:lang w:eastAsia="zh-CN"/>
        </w:rPr>
        <w:br/>
      </w:r>
      <w:r>
        <w:rPr>
          <w:lang w:eastAsia="zh-CN"/>
        </w:rPr>
        <w:t>　　第一天军训的时候，教官说：“把脚张开45°，站军姿一个上午。”话音刚落我们就纷纷议论，说：“第一天军训就这样，以后的4天怎么过呀。”突然教官严肃的说：“立正。”我们都被吓了一跳，赶紧按教官的要求做好姿势，教官接着说：“接下来的这几天，你们给我老老实实的按照我说的去做。”第一天的军训，我们站了一上午。很累，不过我学会了军中的站姿！</w:t>
      </w:r>
      <w:r>
        <w:rPr>
          <w:lang w:eastAsia="zh-CN"/>
        </w:rPr>
        <w:br/>
      </w:r>
      <w:r>
        <w:rPr>
          <w:lang w:eastAsia="zh-CN"/>
        </w:rPr>
        <w:t>　　第二天，教官教我们向前对正——第一排插腰，后面的几排把右手抬起来，脚跺十下。</w:t>
      </w:r>
      <w:r>
        <w:rPr>
          <w:lang w:eastAsia="zh-CN"/>
        </w:rPr>
        <w:br/>
      </w:r>
      <w:r>
        <w:rPr>
          <w:lang w:eastAsia="zh-CN"/>
        </w:rPr>
        <w:t>　　第三天，教官教我们武术操旭日东升，第四天教我们入场、退场。经过了四天的辛苦训练，终于到第五天了，也是教官检验我们的时刻。</w:t>
      </w:r>
      <w:r>
        <w:rPr>
          <w:lang w:eastAsia="zh-CN"/>
        </w:rPr>
        <w:br/>
      </w:r>
      <w:r>
        <w:rPr>
          <w:lang w:eastAsia="zh-CN"/>
        </w:rPr>
        <w:t>　　在军训的这五天里，我听着哨子就爬起床，自己的衣服自己洗，也学会了梳头，学会了快速冲凉，学会了叠被子，真的很怀念在家里的日子啊！这时才真正体会到自己是多么的幸福！几天的军队生活虽然苦，可是也锻炼了我，妈妈说我的背挺直了！呵呵！</w:t>
      </w:r>
      <w:r>
        <w:rPr>
          <w:lang w:eastAsia="zh-CN"/>
        </w:rPr>
        <w:br/>
      </w:r>
      <w:r>
        <w:rPr>
          <w:lang w:eastAsia="zh-CN"/>
        </w:rPr>
        <w:t xml:space="preserve">    2024年精选用军训心得体会范文 篇3 </w:t>
      </w:r>
      <w:r>
        <w:rPr>
          <w:lang w:eastAsia="zh-CN"/>
        </w:rPr>
        <w:br/>
      </w:r>
      <w:r>
        <w:rPr>
          <w:lang w:eastAsia="zh-CN"/>
        </w:rPr>
        <w:t>　　军训进入了第五天，晚上将进行预演分列式，明天将进行全校的军训汇报演出。教官对大家的要求也显得比前几天严格得多，同学们都有明显的进步，但也明显比较疲劳，有些同学有些吃不消了。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先是有几个男生因为训练动作出错而被教官罚做俯卧撑，我就在想：教官对男生的要求比较严，可能是顾忌到女生脸皮比较薄，但是要是男生会不会觉得不公平呢，要班方阵表现好只抓男生可不行;军训可以避免体罚吗?</w:t>
      </w:r>
      <w:r>
        <w:rPr>
          <w:lang w:eastAsia="zh-CN"/>
        </w:rPr>
        <w:br/>
      </w:r>
      <w:r>
        <w:rPr>
          <w:lang w:eastAsia="zh-CN"/>
        </w:rPr>
        <w:t>　　不出所料，教官在一次动作训练中发现，一名叫女生精力不集中，而且有明显的错误。教官在短暂犹豫之后，还是让做了二十个下蹲。做完下蹲后，在大家面前低着头，头发遮住了脸，尽管看得出她在极力克制，但肩膀还是抖动了起来我在心里叹了一口气，得与她进行必要的沟通了。</w:t>
      </w:r>
      <w:r>
        <w:rPr>
          <w:lang w:eastAsia="zh-CN"/>
        </w:rPr>
        <w:br/>
      </w:r>
      <w:r>
        <w:rPr>
          <w:lang w:eastAsia="zh-CN"/>
        </w:rPr>
        <w:t>　　把喊到操场边，她一开始就把脸别向一边不开口，好像受委屈的孩子见了家长，比开始抽泣得更厉害了。我开始怀疑自己是否不应该找她，找她是否适得其反，小题大做。但，开弓没有回头箭。</w:t>
      </w:r>
      <w:r>
        <w:rPr>
          <w:lang w:eastAsia="zh-CN"/>
        </w:rPr>
        <w:br/>
      </w:r>
      <w:r>
        <w:rPr>
          <w:lang w:eastAsia="zh-CN"/>
        </w:rPr>
        <w:t>　　我问她：你觉得这事儿有那么严重，值得哭吗?</w:t>
      </w:r>
      <w:r>
        <w:rPr>
          <w:lang w:eastAsia="zh-CN"/>
        </w:rPr>
        <w:br/>
      </w:r>
      <w:r>
        <w:rPr>
          <w:lang w:eastAsia="zh-CN"/>
        </w:rPr>
        <w:t>　　她轻轻摇头，我觉得这就好办了，咱们先大事化小。</w:t>
      </w:r>
      <w:r>
        <w:rPr>
          <w:lang w:eastAsia="zh-CN"/>
        </w:rPr>
        <w:br/>
      </w:r>
      <w:r>
        <w:rPr>
          <w:lang w:eastAsia="zh-CN"/>
        </w:rPr>
        <w:t>　　我故作严肃地对她说：军训是为了让我们体验军营的生活，感受军人的苦与乐，磨砺我们的意志;恭喜你，有了今天这件小事，会让你的军训变得更有意义，你的军训心得体会有好素材了!</w:t>
      </w:r>
      <w:r>
        <w:rPr>
          <w:lang w:eastAsia="zh-CN"/>
        </w:rPr>
        <w:br/>
      </w:r>
      <w:r>
        <w:rPr>
          <w:lang w:eastAsia="zh-CN"/>
        </w:rPr>
        <w:t>　　她的眼神在这时有些发亮，也不再哭了。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打铁趁热地继续说：我们的教官是职业军人，性子急又直，只让你做二十个下蹲真的是发了善心的，脚都不会酸，人家男生都是做俯卧撑，你得感谢他对你的善意提醒!当然，我知道你主要是面子上过不去，觉得大家都会笑话你，其实是不存在的，谁没有个犯错的时候?我们要发扬掉皮掉泪不掉队的军人精神，做一个坚强的人!</w:t>
      </w:r>
      <w:r>
        <w:rPr>
          <w:lang w:eastAsia="zh-CN"/>
        </w:rPr>
        <w:br/>
      </w:r>
      <w:r>
        <w:rPr>
          <w:lang w:eastAsia="zh-CN"/>
        </w:rPr>
        <w:t>　　通过一番对峙、晓之以情、动之以理后，她终于开口说：老师，我从小就喜欢哭!我不哭了!我不禁莞尔，拍怕她的肩膀说：那就好，归队吧!</w:t>
      </w:r>
      <w:r>
        <w:rPr>
          <w:lang w:eastAsia="zh-CN"/>
        </w:rPr>
        <w:br/>
      </w:r>
      <w:r>
        <w:rPr>
          <w:lang w:eastAsia="zh-CN"/>
        </w:rPr>
        <w:t>　　她踌躇着，终于鼓起勇气在方队外大声喊了出来：报告教官，请求归队!</w:t>
      </w:r>
      <w:r>
        <w:rPr>
          <w:lang w:eastAsia="zh-CN"/>
        </w:rPr>
        <w:br/>
      </w:r>
      <w:r>
        <w:rPr>
          <w:lang w:eastAsia="zh-CN"/>
        </w:rPr>
        <w:t>　　在接下来的课间休息中，被教官和班上的同学围在中间，我看得见他们都是在安慰她、鼓励她，这个爱哭的又哭了，不过我想那肯定是感动的泪水!</w:t>
      </w:r>
      <w:r>
        <w:rPr>
          <w:lang w:eastAsia="zh-CN"/>
        </w:rPr>
        <w:br/>
      </w:r>
      <w:r>
        <w:rPr>
          <w:lang w:eastAsia="zh-CN"/>
        </w:rPr>
        <w:t xml:space="preserve">    2024年精选用军训心得体会范文 篇4 </w:t>
      </w:r>
      <w:r>
        <w:rPr>
          <w:lang w:eastAsia="zh-CN"/>
        </w:rPr>
        <w:br/>
      </w:r>
      <w:r>
        <w:rPr>
          <w:lang w:eastAsia="zh-CN"/>
        </w:rPr>
        <w:t>　　经过昨天阴雨绵绵的一天，今早还没拉开窗帘，便感觉丝丝阳光透过，似乎带着热度，心中大呼一声，不妙了。果然，雨过天晴。出门之后便感受到有热风袭来，看来今天的军训，注定是热气腾腾的训练。</w:t>
      </w:r>
      <w:r>
        <w:rPr>
          <w:lang w:eastAsia="zh-CN"/>
        </w:rPr>
        <w:br/>
      </w:r>
      <w:r>
        <w:rPr>
          <w:lang w:eastAsia="zh-CN"/>
        </w:rPr>
        <w:t>　　刘海湿漉漉的贴着额头，汗顺着脸颊流下，这种骄阳下，即使是短衣裤，都会感到闷热无比，更不要说外面还有一件“结实”的外套。可是看着身边的同学们，却没有一丝要放弃的念头，愈加整齐的步伐，愈加统一化的动作，每次疲惫时，看着身边还在屹立着的战友，就更加坚定不能放弃的决心。而陪着我们的还有虽然嗓音已哑却依旧口号响亮的教官，还有在烈日下耐心纠正我们动作,陪伴我们练习的导生。这些陪伴，都给了我们坚持下去的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训练过半时，院级领导和辅导员老师们前来对烈日下还在军训的同学们前来慰问，还带来了可口的西瓜。辛苦训练后吃到的西瓜，格外爽口，老师们亲切的关怀和慰问，带走了之前心头上的焦躁和疲惫。</w:t>
      </w:r>
      <w:r>
        <w:rPr>
          <w:lang w:eastAsia="zh-CN"/>
        </w:rPr>
        <w:br/>
      </w:r>
      <w:r>
        <w:rPr>
          <w:lang w:eastAsia="zh-CN"/>
        </w:rPr>
        <w:t>　　很累，很苦，可是也很甜。大概这就是军训，大概这就是，生活。</w:t>
      </w:r>
      <w:r>
        <w:rPr>
          <w:lang w:eastAsia="zh-CN"/>
        </w:rPr>
        <w:br/>
      </w:r>
      <w:r>
        <w:rPr>
          <w:lang w:eastAsia="zh-CN"/>
        </w:rPr>
        <w:t xml:space="preserve">    2024年精选用军训心得体会范文 篇5 </w:t>
      </w:r>
      <w:r>
        <w:rPr>
          <w:lang w:eastAsia="zh-CN"/>
        </w:rPr>
        <w:br/>
      </w:r>
      <w:r>
        <w:rPr>
          <w:lang w:eastAsia="zh-CN"/>
        </w:rPr>
        <w:t>　　军训是人生必修的课程，会改变你，会让你学到在其他地方你一辈子都学不到的东西。这次我们美丽的学校在大一组织了让我一辈子都忘不了的军训。原本我对军营就非常向往，所以对这次军训我十分期待。但军训并没有我想的那么简单，吃的苦比我想的要多。</w:t>
      </w:r>
      <w:r>
        <w:rPr>
          <w:lang w:eastAsia="zh-CN"/>
        </w:rPr>
        <w:br/>
      </w:r>
      <w:r>
        <w:rPr>
          <w:lang w:eastAsia="zh-CN"/>
        </w:rPr>
        <w:t>　　每天站15分钟的军姿，还要齐步走。一天下来脚都踏出水疱了，但我告诉自己要坚持住。每天站军姿疲劳时，我就告诉自己，坚持，坚持。这样，靠着自己的意志我坚持了一天又一天，虽然每天脚疼了，腰被皮带勒青了，但我一声不吭，硬是凭着自己坚强的意志克服了困难。让我骄傲的是，在军训期间，我没有请过一次假。</w:t>
      </w:r>
      <w:r>
        <w:rPr>
          <w:lang w:eastAsia="zh-CN"/>
        </w:rPr>
        <w:br/>
      </w:r>
      <w:r>
        <w:rPr>
          <w:lang w:eastAsia="zh-CN"/>
        </w:rPr>
        <w:t>　　在军训期间我还有许多收获，我认识了很多朋友，也让我感受到集体生活的美好。每天我们经过高强度的训练，满身都是汗，身体十分疲劳，一回到房间生活老师早已把空调打开，还帮助我们完成我们不会的事，这让我感到非常亲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这次军训还让我明白做任何事情都不是一帆风顺的，要付出汗水和勤劳才会得到回报。平时爱笑的我在训练时面无表情，这让我明白军人最好的表情就是没有表情，因为平静才能应对各种紧急情况。平时在家里都是爸爸妈妈照顾我，现在通过军训，我学会了独立。事情自己去做，才能体会到爸爸妈妈平时的辛苦。以前认为他们照顾我是应该的，现在我明白了自己的事应该自己干，靠爸靠妈不算是好汉。同时，每天的训练超过我的体能极限后，又让我感到无比的轻松，原来突破自我并不困难。</w:t>
      </w:r>
      <w:r>
        <w:rPr>
          <w:lang w:eastAsia="zh-CN"/>
        </w:rPr>
        <w:br/>
      </w:r>
      <w:r>
        <w:rPr>
          <w:lang w:eastAsia="zh-CN"/>
        </w:rPr>
        <w:t>　　在这次军训期间我收获的是坚持不懈和不服输的精神，我会把它们用在学习上，用在生活上，我相信我不会被眼前的困难所吓倒，不会再见困难就绕道行了。我相信克服困难后会有别样的成就与快乐。</w:t>
      </w:r>
      <w:r>
        <w:rPr>
          <w:lang w:eastAsia="zh-CN"/>
        </w:rPr>
        <w:br/>
      </w:r>
      <w:r>
        <w:rPr>
          <w:lang w:eastAsia="zh-CN"/>
        </w:rPr>
        <w:t>　　军训让我感触很大，让我一辈子都忘不了。</w:t>
      </w:r>
      <w:r>
        <w:rPr>
          <w:lang w:eastAsia="zh-CN"/>
        </w:rPr>
        <w:br/>
      </w:r>
      <w:r>
        <w:rPr>
          <w:lang w:eastAsia="zh-CN"/>
        </w:rPr>
        <w:t xml:space="preserve">    2024年精选用军训心得体会范文 篇6 </w:t>
      </w:r>
      <w:r>
        <w:rPr>
          <w:lang w:eastAsia="zh-CN"/>
        </w:rPr>
        <w:br/>
      </w:r>
      <w:r>
        <w:rPr>
          <w:lang w:eastAsia="zh-CN"/>
        </w:rPr>
        <w:t>　　军训不但培养人有吃苦耐劳的精神，而且还能磨练人的坚强意志。它让我明白了很多人生哲理，在面对艰苦的环境时，我们应该坚强面对，而不是逃避。</w:t>
      </w:r>
      <w:r>
        <w:rPr>
          <w:lang w:eastAsia="zh-CN"/>
        </w:rPr>
        <w:br/>
      </w:r>
      <w:r>
        <w:rPr>
          <w:lang w:eastAsia="zh-CN"/>
        </w:rPr>
        <w:t>　　很快的，很快的，我的军训生活结束了了，不知道自己是喜，还是悲。</w:t>
      </w:r>
      <w:r>
        <w:rPr>
          <w:lang w:eastAsia="zh-CN"/>
        </w:rPr>
        <w:br/>
      </w:r>
      <w:r>
        <w:rPr>
          <w:lang w:eastAsia="zh-CN"/>
        </w:rPr>
        <w:t>　　军训很苦，苦到你觉得你已经脱离了社会，苦到你觉得世界都变得黑暗。军训很累，累到你连喘气都难受，累到你想好好的睡一觉不愿提前醒来。军训也很美，美到你爱上这身绿装不愿脱下，美到你宁愿在这里受苦也不愿意回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军训这几天，我学到了很多，首先我真正地了解遵守纪律的重要性，不单单是以前的听话就好，而是要把纪律放在心上，要有责任感，对自己所做的事负责任;其次，在这几天里我感受到军人那良好的生活习惯，我会朝着那个标准努力，让自己拥有良好的习惯。回到学校后我会认真努力地学习，像军人一样吃苦耐劳，我不会忘记这最后一次军营生活。</w:t>
      </w:r>
      <w:r>
        <w:rPr>
          <w:lang w:eastAsia="zh-CN"/>
        </w:rPr>
        <w:br/>
      </w:r>
      <w:r>
        <w:rPr>
          <w:lang w:eastAsia="zh-CN"/>
        </w:rPr>
        <w:t>　　军训的第一课就是站军姿，抬头、挺胸、十指夹紧贴于裤缝，真是难受。第二课则是齐步走，正步走，跑步走。同时我们还要喊口号，我们经常因为喊口号不齐或者是声音不够洪亮而被罚，一罚就是喊五遍十遍的，导致我刚第三天嗓子就哑了。最后则是练军体拳，这是我最喜欢的项目，也许是最简单的，也许是最轻松的，我们有足够的时间歇息，放松。</w:t>
      </w:r>
      <w:r>
        <w:rPr>
          <w:lang w:eastAsia="zh-CN"/>
        </w:rPr>
        <w:br/>
      </w:r>
      <w:r>
        <w:rPr>
          <w:lang w:eastAsia="zh-CN"/>
        </w:rPr>
        <w:t>　　军训是一种能增强我们身体素质和纪律意识的有力活动。结束了几天的军事训练后，大家如同刚受阳光滋润过的小草般，充满着无限的冲劲，显得无比生机盎然。静心回味起那短暂的时光：有泪、有汗、有痛，更有无止休的劳苦。但是我们都坚强地挺了过来，因为我们都十分明白，这小小的劳苦与红军的二万五千里长征是无法相提并论的。军训刚开始。那一二一、立正、稍息、齐步走一遍又一遍地反复着。教官的嗓子早就嘶哑了，可他们仍然地认真改正我们每一个动作，这一切激励着我们，也要努力锻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给我们训练的教官是一个十八岁的小伙子，他身材不高，年龄和我们相仿，甚者还比我们同学中有的人小，在他那稚气未脱的脸上写满了严肃和认真。他还很爱笑，而且笑的时候原本就不大的眼睛变得更小了。但是，教官在军训的时候对我们的要求还是很高的。只要大家不努力，他就会批评我们;只要大家动作不规范，他就会一而再，再而三地示范给我们看。这可是我第一次与军人接触。</w:t>
      </w:r>
      <w:r>
        <w:rPr>
          <w:lang w:eastAsia="zh-CN"/>
        </w:rPr>
        <w:br/>
      </w:r>
      <w:r>
        <w:rPr>
          <w:lang w:eastAsia="zh-CN"/>
        </w:rPr>
        <w:t>　　最后一天是军训成果报告演出。起先是领导查阅，然后是走队，经过了十天的训练，每个班都走得十分整齐。接下来就是各项节目表演，有盾牌操，有女子舞蹈，最后是由我们八十人组成的巨形方阵，来表演军体拳。我们做得整齐，口号响亮，为整个大会画上了完美的句号。</w:t>
      </w:r>
      <w:r>
        <w:rPr>
          <w:lang w:eastAsia="zh-CN"/>
        </w:rPr>
        <w:br/>
      </w:r>
      <w:r>
        <w:rPr>
          <w:lang w:eastAsia="zh-CN"/>
        </w:rPr>
        <w:t>　　高中的军训，就在今天，圆满结束了。回想起这些日子，我感慨良多。宝剑锋从磨砺出，梅花香出苦寒来是军训的体会。千磨万击还坚劲，任尔东南西北风是军训的结果。</w:t>
      </w:r>
      <w:r>
        <w:rPr>
          <w:lang w:eastAsia="zh-CN"/>
        </w:rPr>
        <w:br/>
      </w:r>
      <w:r>
        <w:rPr>
          <w:lang w:eastAsia="zh-CN"/>
        </w:rPr>
        <w:t>　　炎炎烈日下，我们挥洒着汗水，却无怨无悔。尽管酷暑难耐，但我们的脚步依然整齐，口号依然有力，歌声依然嘹亮。因为我们都明白自己的使命。</w:t>
      </w:r>
      <w:r>
        <w:rPr>
          <w:lang w:eastAsia="zh-CN"/>
        </w:rPr>
        <w:br/>
      </w:r>
      <w:r>
        <w:rPr>
          <w:lang w:eastAsia="zh-CN"/>
        </w:rPr>
        <w:t>　　这军训真实地反映了我们高中生丰富多彩生活的一个侧面，叫人受益非浅：它教会了我纪律要严明，劳动是可贵的，生活是美好的。其间，我在劳苦的军训中更有体会的是甜美的劳动成果。</w:t>
      </w:r>
      <w:r>
        <w:rPr>
          <w:lang w:eastAsia="zh-CN"/>
        </w:rPr>
        <w:br/>
      </w:r>
      <w:r>
        <w:rPr>
          <w:lang w:eastAsia="zh-CN"/>
        </w:rPr>
        <w:t>　　军训不但锻炼了我的意志品质，还增强了我的爱国精神，在这里我可以自豪的说，参加这次军训，我一生无憾。</w:t>
      </w:r>
      <w:r>
        <w:rPr>
          <w:lang w:eastAsia="zh-CN"/>
        </w:rPr>
        <w:br/>
      </w:r>
      <w:r>
        <w:rPr>
          <w:lang w:eastAsia="zh-CN"/>
        </w:rPr>
        <w:t xml:space="preserve">    2024年精选用军训心得体会范文 篇7 </w:t>
      </w:r>
      <w:r>
        <w:rPr>
          <w:lang w:eastAsia="zh-CN"/>
        </w:rPr>
        <w:br/>
      </w:r>
      <w:r>
        <w:rPr>
          <w:lang w:eastAsia="zh-CN"/>
        </w:rPr>
        <w:t>　　无论生活中有多少说不尽的苦难和绝望，一想到军训，就能从内心深处感受到苦中的甜。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随着酷暑的过去，我们迎来了凉爽的秋天，同时也迎来了向往已久的高中生活。</w:t>
      </w:r>
      <w:r>
        <w:rPr>
          <w:lang w:eastAsia="zh-CN"/>
        </w:rPr>
        <w:br/>
      </w:r>
      <w:r>
        <w:rPr>
          <w:lang w:eastAsia="zh-CN"/>
        </w:rPr>
        <w:t>　　这里，第一课是军训。军训，一个熟悉又陌生的词，之所以熟悉，是因为军训是在开学之初训练我们的体质，提高我们的素质所必须的。陌生感是因为经过几次军训，谁能解读出它的真谛?</w:t>
      </w:r>
      <w:r>
        <w:rPr>
          <w:lang w:eastAsia="zh-CN"/>
        </w:rPr>
        <w:br/>
      </w:r>
      <w:r>
        <w:rPr>
          <w:lang w:eastAsia="zh-CN"/>
        </w:rPr>
        <w:t>　　一直看不懂军训，但是之前军训留下的印象无非是苦和累，甚至有些无聊。这一次，或许是人长大了，又或许是生活环境不同，面对人群不同，所以我慢慢明白了。对，就是这样。明白了。</w:t>
      </w:r>
      <w:r>
        <w:rPr>
          <w:lang w:eastAsia="zh-CN"/>
        </w:rPr>
        <w:br/>
      </w:r>
      <w:r>
        <w:rPr>
          <w:lang w:eastAsia="zh-CN"/>
        </w:rPr>
        <w:t>　　军训很辛苦，但是很辛苦，很美好，很感动，很难忘!</w:t>
      </w:r>
      <w:r>
        <w:rPr>
          <w:lang w:eastAsia="zh-CN"/>
        </w:rPr>
        <w:br/>
      </w:r>
      <w:r>
        <w:rPr>
          <w:lang w:eastAsia="zh-CN"/>
        </w:rPr>
        <w:t>　　的确，以军人的姿态站着让人肩膀酸痛，双腿麻木，但也不要抱怨它的艰难困苦，因为那种坚定向上就像一棵树向上生长，是一往无前的。没有!应该说是一种尊严，一种权力，绝不向任何权力低头。人生苦短，哪有不曲折不痛苦的?如果不管遇到什么挫折，都能用这样的精神面貌去对待，那么所谓的困难就不难了。</w:t>
      </w:r>
      <w:r>
        <w:rPr>
          <w:lang w:eastAsia="zh-CN"/>
        </w:rPr>
        <w:br/>
      </w:r>
      <w:r>
        <w:rPr>
          <w:lang w:eastAsia="zh-CN"/>
        </w:rPr>
        <w:t>　　吃点苦的，累了，怕点什么。俗话说：“不经历风雨，何必见彩虹;无骨寒，梅花香在何处?”军训让我们从幼稚走向成熟，让我们勇于面对困难，敢于挑战。军训可以磨练我们的意志，锻炼我们的体质，增强我们的信心，美化我们的心灵.</w:t>
      </w:r>
      <w:r>
        <w:rPr>
          <w:lang w:eastAsia="zh-CN"/>
        </w:rPr>
        <w:br/>
      </w:r>
      <w:r>
        <w:rPr>
          <w:lang w:eastAsia="zh-CN"/>
        </w:rPr>
        <w:t>　　汪国真说：春天很美，因为大地开满了花。我们还想说，军训之所以美好，是因为它让我们完成了从破茧到蝴蝶，从铁打到钢锻的转变。我相信这段快乐的时光会让每一个经历过的同学都难以忘怀。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也许我学到的不止这些。但是，我个人在紧张愉快的训练中的经历，以及严厉平易近人的教官的谆谆教诲，我觉得我一辈子都得不到满足。</w:t>
      </w:r>
      <w:r>
        <w:rPr>
          <w:lang w:eastAsia="zh-CN"/>
        </w:rPr>
        <w:br/>
      </w:r>
      <w:r>
        <w:rPr>
          <w:lang w:eastAsia="zh-CN"/>
        </w:rPr>
        <w:t xml:space="preserve">    2024年精选用军训心得体会范文 篇8 </w:t>
      </w:r>
      <w:r>
        <w:rPr>
          <w:lang w:eastAsia="zh-CN"/>
        </w:rPr>
        <w:br/>
      </w:r>
      <w:r>
        <w:rPr>
          <w:lang w:eastAsia="zh-CN"/>
        </w:rPr>
        <w:t>　　心目中的军训是紧张与艰苦的交响乐;心目中的军训更是无常地响起那集合哨音，还有那烈日炎炎下的大集合、严训练;心目中的军训生活成百上千次地浮现在我的脑海，闪现在我的眼前。但我还是满怀欣喜与信心地去拥抱我向往已久的军训。</w:t>
      </w:r>
      <w:r>
        <w:rPr>
          <w:lang w:eastAsia="zh-CN"/>
        </w:rPr>
        <w:br/>
      </w:r>
      <w:r>
        <w:rPr>
          <w:lang w:eastAsia="zh-CN"/>
        </w:rPr>
        <w:t>　　在军训中，很苦很累，但我也相信这是一种人生体验，战胜自我，锻炼意志的良好契机。心里虽有些说不出的酸甜苦辣，在烈日酷暑下的曝晒，皮肤变成黑黝黝的，但这又何尝不是一种快乐，一种更好地朝人生目标前进的勇气，更增添了一份完善自我的信心。</w:t>
      </w:r>
      <w:r>
        <w:rPr>
          <w:lang w:eastAsia="zh-CN"/>
        </w:rPr>
        <w:br/>
      </w:r>
      <w:r>
        <w:rPr>
          <w:lang w:eastAsia="zh-CN"/>
        </w:rPr>
        <w:t>　　我满怀信心地开始了真正的训练。教官一遍遍耐心地指导代替了严厉的训斥。训练场上不但有我们整齐的步伐，也有我们阵阵洪亮的口号声，场下更有我们那嘹亮的红歌、军歌。 不积小流，无以成江海。没有每个人的努力，就不可能有一个完整的、高质量的团队。训练的每一个动作，都让我深深地体会到了团结的力量，合作的力量，以及团队精神的重要，我相信，它将使我终身受益。</w:t>
      </w:r>
      <w:r>
        <w:rPr>
          <w:lang w:eastAsia="zh-CN"/>
        </w:rPr>
        <w:br/>
      </w:r>
      <w:r>
        <w:rPr>
          <w:lang w:eastAsia="zh-CN"/>
        </w:rPr>
        <w:t>　　其实在自己的人生路上，也应该印满一条自己脚步的路，即使那路到处布满了荆棘，即使那路每一步都是那样的泥泞、那样的坎坷，也得让自己去踩、去踏、去摸索、去行进!我想那样的路才是真实的自我写照，决无半点虚假伪装之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对于人生而言，这_天只是转瞬即逝的刹那，但就是这个刹那却将成为我们人生的记忆长河中一朵绚丽异常的浪花，因为它给予我的东西很多。在军训中我学会了去勇敢的面对一切困难，并且用智慧与毅力来克服;学会了挑战自我，超越自我，这对于我今后的学习生活是一个良好的开端，我们要在今后的学习中发扬这种精神，不断向着目标迈进。</w:t>
      </w:r>
      <w:r>
        <w:rPr>
          <w:lang w:eastAsia="zh-CN"/>
        </w:rPr>
        <w:br/>
      </w:r>
      <w:r>
        <w:rPr>
          <w:lang w:eastAsia="zh-CN"/>
        </w:rPr>
        <w:t>　　_天的军训一眨眼就过去了。在军训时没有想过离别，不过在想到我们即将和教官道别的时候，我真的有点想哭，但是我一定会忍住。人的一生总是会有分开和离别的，别想那么多了，做好教官教我们的，努力践行。一定要把这次军训学到的用到学习和生活当中去!</w:t>
      </w:r>
      <w:r>
        <w:rPr>
          <w:lang w:eastAsia="zh-CN"/>
        </w:rPr>
        <w:br/>
      </w:r>
      <w:r>
        <w:rPr>
          <w:lang w:eastAsia="zh-CN"/>
        </w:rPr>
        <w:t>　　我当然也不会忘记在这些天里建立起的同学友谊，在这个大家庭里同学相互帮助，相互激励，团结共进，多了一些理解，多了一些忍让，多了一些谦虚，多了一份团结。最后这几天，我感觉自己一下子长大了许多，懂事了许多。从幼稚的孩童成长为羽翼渐丰满的雏鹰，就要展翅翱翔了。</w:t>
      </w:r>
      <w:r>
        <w:rPr>
          <w:lang w:eastAsia="zh-CN"/>
        </w:rPr>
        <w:br/>
      </w:r>
      <w:r>
        <w:rPr>
          <w:lang w:eastAsia="zh-CN"/>
        </w:rPr>
        <w:t>　　最后，我从内心深处感谢领导、教官，感谢所有为我们付出的每一个人!</w:t>
      </w:r>
      <w:r>
        <w:rPr>
          <w:lang w:eastAsia="zh-CN"/>
        </w:rPr>
        <w:br/>
      </w:r>
      <w:r>
        <w:rPr>
          <w:lang w:eastAsia="zh-CN"/>
        </w:rPr>
        <w:t xml:space="preserve">    2024年精选用军训心得体会范文 篇9 </w:t>
      </w:r>
      <w:r>
        <w:rPr>
          <w:lang w:eastAsia="zh-CN"/>
        </w:rPr>
        <w:br/>
      </w:r>
      <w:r>
        <w:rPr>
          <w:lang w:eastAsia="zh-CN"/>
        </w:rPr>
        <w:t>　　从小学到大学，我先后经历了三次军训，这次是为期最长、影响最大的。为何这样说?因为，虽然这次军训为期九天，但它教会我的恐怕不只是那稍息立正的军式训练，更多的，它让我的意志得到了淋浴，精神得到了洗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这次军训中，我体会到了往次没体会到的东西。比如说军人的气势，教官们整齐有序的步伐，让我想到了远在边疆地区千千万万个保家卫国的战士和哨兵。正是他们不怕风吹雨打日晒、年复一日的工作，才有了我们此刻的天伦之乐，想到这些，我们的头抬得更高了，胸也挺得更直了。</w:t>
      </w:r>
      <w:r>
        <w:rPr>
          <w:lang w:eastAsia="zh-CN"/>
        </w:rPr>
        <w:br/>
      </w:r>
      <w:r>
        <w:rPr>
          <w:lang w:eastAsia="zh-CN"/>
        </w:rPr>
        <w:t>　　军训中，同学们觉得最苦最累的便是站军姿了。太阳当顶，我们抬头挺胸、两眼目视前方，像棵笔直的树一样20分钟站立不动，在教官的法眼注视下，想动一下都很难。就在我们都快坚持不住的时候，教官说了句让我感到惊讶的话，他说他们当兵是最爱喜欢最享受站军姿。惊讶之余，他告诉了我们，因为他们当兵时站军姿是最简单的。是啊，军官们如此，我们为何不能学学他们，何不换种享受的表情去理解军姿呢?</w:t>
      </w:r>
      <w:r>
        <w:rPr>
          <w:lang w:eastAsia="zh-CN"/>
        </w:rPr>
        <w:br/>
      </w:r>
      <w:r>
        <w:rPr>
          <w:lang w:eastAsia="zh-CN"/>
        </w:rPr>
        <w:t>　　军训期间，我还体会到了团结的力量，你听，那一首首军歌是那样的动听，那样的悦耳;你看，那豪迈而整齐的步伐伴着那“一二一”嘹亮的口号，一排排、一列列，是那样的赏心悦目，那样的振奋人心。这便是团结的力量，他让我在训练中坚持了下来，更让我懂得了群众的荣誉感。</w:t>
      </w:r>
      <w:r>
        <w:rPr>
          <w:lang w:eastAsia="zh-CN"/>
        </w:rPr>
        <w:br/>
      </w:r>
      <w:r>
        <w:rPr>
          <w:lang w:eastAsia="zh-CN"/>
        </w:rPr>
        <w:t>　　军训，虽然简简单单的动作别我们反复的重复了很多遍，但这反复的过程，磨练了我们的意志，教会了我们坚持。备受关注的会操中、看到主席台上学校领导们满意和赞许的表情、听到同学们那一声声激烈的掌声，那种情绪那种感受真的能够用妙不可言来形容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军训就这样不知不觉的结束了，虽仅仅九天微不足道，但让我体会良多，给我留下了不可磨灭的印象。在那里，还得提提我们连的一个同学，因为是他用他乐观的心态感染了我，让我坚持了这么多天，他是站在我旁边的徐剑华同学，他是一个真真实实的、身残志坚的人，他本能够不用参加军训的，但他却能够坚持到军训的最后一天，期间教官叫他休息下时，他都是笑着说：“教官、没事我能够”，他尚能如此，我们这些身体完完整整的人还怎样好意思以种种理由拒绝军训呢?他残疾，但他的执着、他的坦然、他的乐观已深深的感染了我，在那里我真诚的感谢他给我的良多感触和自信。</w:t>
      </w:r>
      <w:r>
        <w:rPr>
          <w:lang w:eastAsia="zh-CN"/>
        </w:rPr>
        <w:br/>
      </w:r>
      <w:r>
        <w:rPr>
          <w:lang w:eastAsia="zh-CN"/>
        </w:rPr>
        <w:t>　　最后总结一下，军训不仅仅让我们学会了自立自强、自尊自爱，还让我们懂得的团结，树立群众荣誉感，最重要的是在军训中我们懂得了如何做人，做怎样样的人，此所谓“我军训着、所以我成长”。</w:t>
      </w:r>
      <w:r>
        <w:rPr>
          <w:lang w:eastAsia="zh-CN"/>
        </w:rPr>
        <w:br/>
      </w:r>
      <w:r>
        <w:rPr>
          <w:lang w:eastAsia="zh-CN"/>
        </w:rPr>
        <w:t>　　我相信，军训后的我们必须会踏着稳定的步伐、带着自信的笑容迈向完美的明天。</w:t>
      </w:r>
      <w:r>
        <w:rPr>
          <w:lang w:eastAsia="zh-CN"/>
        </w:rPr>
        <w:br/>
      </w:r>
      <w:r>
        <w:rPr>
          <w:lang w:eastAsia="zh-CN"/>
        </w:rPr>
        <w:t xml:space="preserve">    2024年精选用军训心得体会范文 篇10 </w:t>
      </w:r>
      <w:r>
        <w:rPr>
          <w:lang w:eastAsia="zh-CN"/>
        </w:rPr>
        <w:br/>
      </w:r>
      <w:r>
        <w:rPr>
          <w:lang w:eastAsia="zh-CN"/>
        </w:rPr>
        <w:t>　　跨进大学的大门，首先让我想到的是很多快乐的场所。如很多活动。很多集会。以及自由无来的生活。但是一场军训改变了我最初的想法，穿上了军装，让我有了紧迫感，同时也让我感觉到，现在的自己还不符合这身军装，因为有多的东西，需要我在这身军装下改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就因为穿上了这身军装，有太多事我们不能去做，也有太多事需要我们去做，穿上了这身军装我们的站。坐。行都会有一定的标准。不能任由己意，因为穿上了军装。你就进了集体。一个有严格规章制度，神圣不可侵犯的集体，你的一举一动会影响到集体的荣辱，我们不能穿上了军装，不要，玷污身上的绿色。</w:t>
      </w:r>
      <w:r>
        <w:rPr>
          <w:lang w:eastAsia="zh-CN"/>
        </w:rPr>
        <w:br/>
      </w:r>
      <w:r>
        <w:rPr>
          <w:lang w:eastAsia="zh-CN"/>
        </w:rPr>
        <w:t>　　有的人可能认为严就严吧。反正就半个月。过去就算了。其实并不是这样的。从我们穿了军服。接受军训那一天。我已经是主国的预备军人了。国家时刻都有需要我们的可能。所以军训会结束。但我们身上的使命不会因此而被卸下。这才是军训的意义，苦对于我们来水，苦是苦了点，累是累了些，但我饿有很想到，我们这知识单纯的训练，我们付出的知识些汗水，而真正穿军装的军人呢?解放战争的枪眼谁是堵。九八年的洪水谁去挡，人民最危急的时候军人，他们付出的可能是宝贵的生命呀!</w:t>
      </w:r>
      <w:r>
        <w:rPr>
          <w:lang w:eastAsia="zh-CN"/>
        </w:rPr>
        <w:br/>
      </w:r>
      <w:r>
        <w:rPr>
          <w:lang w:eastAsia="zh-CN"/>
        </w:rPr>
        <w:t>　　所以苦在累我们也要坚持军训，让我们的意志更坚定，体格更强健，这样我们才有更充足的资本去应付以后生活给我们各种考验，因为生活中也有很多规则需要我们遵守，而且生活是强者才能主宰的。你有梦想吗?你想变得更强吗?那么从这身军装开始做起吧!</w:t>
      </w:r>
      <w:r>
        <w:rPr>
          <w:lang w:eastAsia="zh-CN"/>
        </w:rPr>
        <w:br/>
      </w:r>
      <w:r>
        <w:rPr>
          <w:lang w:eastAsia="zh-CN"/>
        </w:rPr>
        <w:t>　　迈着矫健的步伐，排着整齐的方队，我们学前教育学院的同学昂首挺胸，步入营地。嘹亮的口号回荡在英才之巅，震撼霄云;教官威严的面孔刻画在心头之石，庄重而美丽。啊!那片营地，你就是一个炼金炉，而我们就是尚待被炼成的金子，太阳似炉炭，而尊敬的教官就是点燃炉碳的守护神，为我们铸造百炼不变之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们是渡航者，漂泊在海洋中，经受海水拍击;我们是采集人，采集军训中的快乐和邮商;我们是求知狂，迷恋知识宝库中的点点滴滴。展翅飞翔吧!骄阳之下，有你飒爽的英姿，有你坚强的毅力，练就军人的神气，练出人性之刚强!</w:t>
      </w:r>
      <w:r>
        <w:rPr>
          <w:lang w:eastAsia="zh-CN"/>
        </w:rPr>
        <w:br/>
      </w:r>
      <w:r>
        <w:rPr>
          <w:lang w:eastAsia="zh-CN"/>
        </w:rPr>
        <w:t xml:space="preserve">    2024年精选用军训心得体会范文 篇11 </w:t>
      </w:r>
      <w:r>
        <w:rPr>
          <w:lang w:eastAsia="zh-CN"/>
        </w:rPr>
        <w:br/>
      </w:r>
      <w:r>
        <w:rPr>
          <w:lang w:eastAsia="zh-CN"/>
        </w:rPr>
        <w:t>　　在军训中，很苦很累，但这是一种人生体验，战胜自我，锻炼意志的良机。心里虽有说不出的酸甜苦辣，在烈日酷暑下的曝晒，教官一遍遍耐心地指导代替了严厉的训斥。训练场上不但有我们整齐的步伐，也有我们阵阵洪亮的口号声，更有我们那嘹亮的军营歌曲。</w:t>
      </w:r>
      <w:r>
        <w:rPr>
          <w:lang w:eastAsia="zh-CN"/>
        </w:rPr>
        <w:br/>
      </w:r>
      <w:r>
        <w:rPr>
          <w:lang w:eastAsia="zh-CN"/>
        </w:rPr>
        <w:t>　　在汗水中磨练坚韧更能造就成功：而在泪水中换来的坚持总有一天会随时间消逝。像军人那样，我经历铁一样的坚韧，磨练钢一样的意志。虽然明白明天还是一个迷，但坚韧的心能将明天看的更清晰。生活中有许多困难是我想出来的。只要我有坚强的意志，坚定的信念，就一定能战胜自己。</w:t>
      </w:r>
      <w:r>
        <w:rPr>
          <w:lang w:eastAsia="zh-CN"/>
        </w:rPr>
        <w:br/>
      </w:r>
      <w:r>
        <w:rPr>
          <w:lang w:eastAsia="zh-CN"/>
        </w:rPr>
        <w:t>　　在军训过程中，我欢笑过，流泪过。今天，我经历风雨，承受磨练；明天，我迎接绚丽的彩虹。苦，我珍惜现在的甜；累，我体验到超出体力极限的快感。军训，让我学会了如何去面对挫折，如何在以后的人生路上披荆斩棘，如何去踏平坎坷，做到自制、自爱、自理、自强，走出自己的阳光大道，开创一片自己的天空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站军姿，给了我无穷的毅力。练转身，体现了人类活跃敏捷的思维，更体现了集体主义的伟大。不积滴水，无以成江海。没有我们每个人的努力，就不可能有一个完整的，高质量的方队。训练的每一个动作，都让我深深地体会到了团结的力量，合作的力量，以及团队精神的重要，我相信，它将使我终身受益，无论在哪个岗位上。</w:t>
      </w:r>
      <w:r>
        <w:rPr>
          <w:lang w:eastAsia="zh-CN"/>
        </w:rPr>
        <w:br/>
      </w:r>
      <w:r>
        <w:rPr>
          <w:lang w:eastAsia="zh-CN"/>
        </w:rPr>
        <w:t>　　在自己的人生路上，也应该印满一条自己脚步的路，即使那路到处布满了荆棘，即使那路每一步都是那样的泥泞、那样的坎坷，也得让自己去踩、去踏、去摸索、去行进！能够顺利的在高考中突出重围走进大学的校门我无比兴奋。我想在大学里得到锻炼。</w:t>
      </w:r>
      <w:r>
        <w:rPr>
          <w:lang w:eastAsia="zh-CN"/>
        </w:rPr>
        <w:br/>
      </w:r>
      <w:r>
        <w:rPr>
          <w:lang w:eastAsia="zh-CN"/>
        </w:rPr>
        <w:t xml:space="preserve">    2024年精选用军训心得体会范文 篇12 </w:t>
      </w:r>
      <w:r>
        <w:rPr>
          <w:lang w:eastAsia="zh-CN"/>
        </w:rPr>
        <w:br/>
      </w:r>
      <w:r>
        <w:rPr>
          <w:lang w:eastAsia="zh-CN"/>
        </w:rPr>
        <w:t>　　军训是我们每个人人生中的一篇乐章，虽然短暂，但却是最美、最精彩的旋律。细细品味，它留给我们的是一段珍贵的回忆。即使汗水在流淌，也依然坚持站军姿;即使脚底疼痛，也依然练习走正步;即使蚊虫在不停地肆虐，也依然遵守教官的指令。俗话说：“坚持就是胜利。”军训让我懂得了坚持的意义。</w:t>
      </w:r>
      <w:r>
        <w:rPr>
          <w:lang w:eastAsia="zh-CN"/>
        </w:rPr>
        <w:br/>
      </w:r>
      <w:r>
        <w:rPr>
          <w:lang w:eastAsia="zh-CN"/>
        </w:rPr>
        <w:t xml:space="preserve">    2024年精选用军训心得体会范文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年近半百参加军训，体验人生第一次军旅生活，充实而且愉快。我们每天的训练内容非常简单，不过是原地左右转、跨立、立正之类的动作，强度也不大，四天时间的军训非常短暂，但却给我留下了深刻的记忆。从早晨6时30分起床(其实我6时15分就行动了)，到6时40分集合，一天的训练就开始了。我们这些来自全省各地和省直有关单位的学员们，绝大多数没有从军的背景，军姿军容等素质自然不能美言，加之四、五十岁的年纪了，大家的身材可谓“五花八门、百花齐放”。然而，一旦步入训练场，只要教官一声令下，每个人都会立即紧张起来，从那严肃的面容和“笔直”又略带曲线的站立姿势上，看得出大家都很认真，并服从教官的指挥。训练中，除站立或行进时间长时感到腰部酸胀不适，总体感觉非常良好。四天来，从听到集合哨快步冲向集合场，从训练场上“夸夸”的跑步声，从高度对抗的拔河比赛中，从唱着军歌走向食堂的歌声里，我们仿佛回到了十八、九的年纪。我们曾经年轻，现在我们依然年轻，且潜力无限……。</w:t>
      </w:r>
      <w:r>
        <w:rPr>
          <w:lang w:eastAsia="zh-CN"/>
        </w:rPr>
        <w:br/>
      </w:r>
      <w:r>
        <w:rPr>
          <w:lang w:eastAsia="zh-CN"/>
        </w:rPr>
        <w:t>　　训练间的休息是最轻松热闹的时候，大家有的大声说笑，有的相互交流，有的拿着班级的通讯录寻找还不认识的同学。彼此间没有了官架子，没有了顾虑，没有了陌生，有的是相识、相知和友谊的开始，这或许才是军训中更大的收获吧!</w:t>
      </w:r>
      <w:r>
        <w:rPr>
          <w:lang w:eastAsia="zh-CN"/>
        </w:rPr>
        <w:br/>
      </w:r>
      <w:r>
        <w:rPr>
          <w:lang w:eastAsia="zh-CN"/>
        </w:rPr>
        <w:t xml:space="preserve">    2024年精选用军训心得体会范文 篇14 </w:t>
      </w:r>
      <w:r>
        <w:rPr>
          <w:lang w:eastAsia="zh-CN"/>
        </w:rPr>
        <w:br/>
      </w:r>
      <w:r>
        <w:rPr>
          <w:lang w:eastAsia="zh-CN"/>
        </w:rPr>
        <w:t>　　艳阳天，火热热的太阳炙烤着大地，地面蒸起一团团热气，和着干燥的秋风，无情地扑向我们。就是在这样的日子里，我们开始了军训生活。这也是我们大学生活伊始的第一堂必修课。</w:t>
      </w:r>
      <w:r>
        <w:rPr>
          <w:lang w:eastAsia="zh-CN"/>
        </w:rPr>
        <w:br/>
      </w:r>
      <w:r>
        <w:rPr>
          <w:lang w:eastAsia="zh-CN"/>
        </w:rPr>
        <w:t>　　那一排排的队伍犹如大树般伫立在草坪上，那一声声口令响亮的回荡在每一个个莘莘学子当中。口令变了，队伍随着变了，这就是军训，一次有组织性的活动。被晒黑得黝黑的面庞上，绽放的是丰收后喜悦而甜美的笑容！在大学军训中，让我们明白了太多太多人生哲理，唯有一句话让我感触最深，一分耕耘，一分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阳光明媚，学子们都面对太阳站军姿。头顶太阳，晒着眼睛都真睁不开。但无论谁都没有退缩，在跟太阳作战。在站军姿中，学子们付出努力越高就站得越好。齐步，跑步等训练都是很耗体力的活动，只要认真去做就能走齐，跑齐。内务训练亦如此，就拿叠被来说吧，亚被压的时间长，被就薄，相信经历过亦或没经历过的人对它的反应都是累，苦。确实，严格的作息时间，长时间的训练，炙热晃眼的太阳，这让我们这些一向娇生惯养的人来说还真是有点儿吃耐不祝</w:t>
      </w:r>
      <w:r>
        <w:rPr>
          <w:lang w:eastAsia="zh-CN"/>
        </w:rPr>
        <w:br/>
      </w:r>
      <w:r>
        <w:rPr>
          <w:lang w:eastAsia="zh-CN"/>
        </w:rPr>
        <w:t>　　在放声歌唱这一刻，我深深地理想了什么叫做哦真正的团结，什么叫做真正的集体荣誉感。我们生活在一个集体里，唯有团结进取，才能为团队增光，为自己添彩，才能促成灿烂的锦绣。只要我们手牵着手，心连着心，任凭骄阳如何猛烈，我们都能共同坚持到最后。人与人之间要团结协作。在集体中，我们学会了互相包容，彼此谅解，学会了忍让，我们也在团体中真正实现了自我价值。</w:t>
      </w:r>
      <w:r>
        <w:rPr>
          <w:lang w:eastAsia="zh-CN"/>
        </w:rPr>
        <w:br/>
      </w:r>
      <w:r>
        <w:rPr>
          <w:lang w:eastAsia="zh-CN"/>
        </w:rPr>
        <w:t>　　军训让我明白了一点，在汗水中磨练坚韧更能造就成功，而在泪水中换来的坚持总有一条会随着时间消逝。像军人那样，经历铁一样的坚韧，磨练钢一样的意志。虽然明白明天还是一个谜，但坚韧的心能够将明天看得更清楚。</w:t>
      </w:r>
      <w:r>
        <w:rPr>
          <w:lang w:eastAsia="zh-CN"/>
        </w:rPr>
        <w:br/>
      </w:r>
      <w:r>
        <w:rPr>
          <w:lang w:eastAsia="zh-CN"/>
        </w:rPr>
        <w:t>　　几乎每一个经历过军训的同学都会抱怨军训太苦太累。但当我们感觉到苦和累的同时，我们的教官不也是在烈日下手把手的教我们？其实他们比我们更苦更累。但他们从不抱怨。只要我们有坚强的意志，坚定的信念，就一定能战胜自己。我由衷的感谢至此军训，对我的磨砺，让我们努力成为生活的强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天空俞晴，星空愈灿烂，经历了辛苦而又充实的军训后，我们收获了丰厚的精神财富，我们的灵魂将得到升华，我相信军训后我们会拥有一个更灿烂的前途，我们会拥有一个绚烂的星空，我们会有一个更好的明天。</w:t>
      </w:r>
      <w:r>
        <w:rPr>
          <w:lang w:eastAsia="zh-CN"/>
        </w:rPr>
        <w:br/>
      </w:r>
      <w:r>
        <w:rPr>
          <w:lang w:eastAsia="zh-CN"/>
        </w:rPr>
        <w:t xml:space="preserve">    2024年精选用军训心得体会范文 篇15 </w:t>
      </w:r>
      <w:r>
        <w:rPr>
          <w:lang w:eastAsia="zh-CN"/>
        </w:rPr>
        <w:br/>
      </w:r>
      <w:r>
        <w:rPr>
          <w:lang w:eastAsia="zh-CN"/>
        </w:rPr>
        <w:t>　　在夏日，燥热的日子里，我们开始了军训的第三天。</w:t>
      </w:r>
      <w:r>
        <w:rPr>
          <w:lang w:eastAsia="zh-CN"/>
        </w:rPr>
        <w:br/>
      </w:r>
      <w:r>
        <w:rPr>
          <w:lang w:eastAsia="zh-CN"/>
        </w:rPr>
        <w:t>　　仍旧是纯净的天空，却又肆意地放纵着烈日，让它毫无忌惮地覆盖整个大地。只是在校内的小路上，留下一片绿荫。</w:t>
      </w:r>
      <w:r>
        <w:rPr>
          <w:lang w:eastAsia="zh-CN"/>
        </w:rPr>
        <w:br/>
      </w:r>
      <w:r>
        <w:rPr>
          <w:lang w:eastAsia="zh-CN"/>
        </w:rPr>
        <w:t>　　每一天，我们都从这片小路上静静走过，看着一个个熟悉或者陌生的面孔，我突然感觉到自己的渺小，无数的精英在这里汇聚，在往后的日子里，竞争无处不在。我想，不论是在学习上，还是军训中，我们这些莘莘学子，都应该不断地去超越，去迎接新的挑战。军训，更是给了我们一个很好的展现自己的舞台</w:t>
      </w:r>
      <w:r>
        <w:rPr>
          <w:lang w:eastAsia="zh-CN"/>
        </w:rPr>
        <w:br/>
      </w:r>
      <w:r>
        <w:rPr>
          <w:lang w:eastAsia="zh-CN"/>
        </w:rPr>
        <w:t>　　在这一条小路上，我们曾经开始了军训的第一天，在这条小路上，我们挥洒了我们在一中的第一份汗水，付出了我们在一中的第一次努力。我们的努力，随着这条悠长的小路，慢慢延续。</w:t>
      </w:r>
      <w:r>
        <w:rPr>
          <w:lang w:eastAsia="zh-CN"/>
        </w:rPr>
        <w:br/>
      </w:r>
      <w:r>
        <w:rPr>
          <w:lang w:eastAsia="zh-CN"/>
        </w:rPr>
        <w:t>　　第三天，我们来到了操场。</w:t>
      </w:r>
      <w:r>
        <w:rPr>
          <w:lang w:eastAsia="zh-CN"/>
        </w:rPr>
        <w:br/>
      </w:r>
      <w:r>
        <w:rPr>
          <w:lang w:eastAsia="zh-CN"/>
        </w:rPr>
        <w:t>　　满眼的绿色。天空仍然是那么的纯净，纯净地看不到一丝云朵，只有那蓝蓝的天空。</w:t>
      </w:r>
      <w:r>
        <w:rPr>
          <w:lang w:eastAsia="zh-CN"/>
        </w:rPr>
        <w:br/>
      </w:r>
      <w:r>
        <w:rPr>
          <w:lang w:eastAsia="zh-CN"/>
        </w:rPr>
        <w:t>　　军训时，静静地站在广阔的操场上，只觉得一张张渐渐熟悉的面孔，在我的身边纹丝不动地站立，我只是他们其中的一员。</w:t>
      </w:r>
      <w:r>
        <w:rPr>
          <w:lang w:eastAsia="zh-CN"/>
        </w:rPr>
        <w:br/>
      </w:r>
      <w:r>
        <w:rPr>
          <w:lang w:eastAsia="zh-CN"/>
        </w:rPr>
        <w:t>　　炎热的天气，丝毫不能动摇我们坚定的信念，我们在心中默念，坚持下去，永不言弃!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我们站立着，烈日不能催垮我们的意志，因为现在，我们都是一中人。</w:t>
      </w:r>
      <w:r>
        <w:rPr>
          <w:lang w:eastAsia="zh-CN"/>
        </w:rPr>
        <w:br/>
      </w:r>
      <w:r>
        <w:rPr>
          <w:lang w:eastAsia="zh-CN"/>
        </w:rPr>
        <w:t>　　坚持不懈，这就是一中人应有的信念!</w:t>
      </w:r>
      <w:r>
        <w:rPr>
          <w:lang w:eastAsia="zh-CN"/>
        </w:rPr>
        <w:br/>
      </w:r>
      <w:r>
        <w:rPr>
          <w:lang w:eastAsia="zh-CN"/>
        </w:rPr>
        <w:t>　　在烈日中，我们挺立着，九百五十个身影，在操场上刻下了一个个大写的人!</w:t>
      </w:r>
      <w:r>
        <w:rPr>
          <w:lang w:eastAsia="zh-CN"/>
        </w:rPr>
        <w:br/>
      </w:r>
      <w:r>
        <w:rPr>
          <w:lang w:eastAsia="zh-CN"/>
        </w:rPr>
        <w:t>　　我们是一道风景</w:t>
      </w:r>
      <w:r>
        <w:rPr>
          <w:lang w:eastAsia="zh-CN"/>
        </w:rPr>
        <w:br/>
      </w:r>
      <w:r>
        <w:rPr>
          <w:lang w:eastAsia="zh-CN"/>
        </w:rPr>
        <w:t>　　昨晚突降的暴雨并没有驱散丝毫暑气，今天仍然是烈日当空，但火热的天气丝毫不能减退我们更加火热的热情。</w:t>
      </w:r>
      <w:r>
        <w:rPr>
          <w:lang w:eastAsia="zh-CN"/>
        </w:rPr>
        <w:br/>
      </w:r>
      <w:r>
        <w:rPr>
          <w:lang w:eastAsia="zh-CN"/>
        </w:rPr>
        <w:t>　　毫无疑问，此时在每个人的内心中，军训就是意志的考验和磨练。因为这是一场对手是自己的战斗，所以我们都有不能输的理由，能够坚持，那么你就是胜者。宽阔的操场成了我们的战场，而在这个战场上，我们就是一道风景。</w:t>
      </w:r>
      <w:r>
        <w:rPr>
          <w:lang w:eastAsia="zh-CN"/>
        </w:rPr>
        <w:br/>
      </w:r>
      <w:r>
        <w:rPr>
          <w:lang w:eastAsia="zh-CN"/>
        </w:rPr>
        <w:t>　　整齐的队列，笔挺的身姿，是我们用意志描绘的风景。我们磨炼的是非凡的毅力，较量的是超常的体力，拼搏的是出类拔萃的耐力。听!耳畔拂过的清风在为我们喝彩。看!似火的骄阳在为我们加油。时间伴着汗水从指间滑落，这是意志的考验，每一个身影，充满着执著和坚定。</w:t>
      </w:r>
      <w:r>
        <w:rPr>
          <w:lang w:eastAsia="zh-CN"/>
        </w:rPr>
        <w:br/>
      </w:r>
      <w:r>
        <w:rPr>
          <w:lang w:eastAsia="zh-CN"/>
        </w:rPr>
        <w:t>　　震天的呐喊，嘹亮的歌声，是我们用声音描绘的风景。一，二，三，四&amp;&amp;洪亮的番号声在操场上空此起彼伏，久久回荡。那声音仿佛能穿透的云层，用我们的豪气和热情感染头顶的烈日。愉快的歌声缓解了军训紧张而严肃的气氛，我们认真的学习平时并不熟悉的军旅歌曲，在歌曲中体会和感悟当代军人的风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勇敢地挑战自我吧，挥洒汗水的同学们!炎炎烈日下，广阔天地间，时间早已见证了我们坚定的意志。只要我们坚持到最后，我们就是胜者，就是这道美丽的风景。</w:t>
      </w:r>
      <w:r>
        <w:rPr>
          <w:lang w:eastAsia="zh-CN"/>
        </w:rPr>
        <w:br/>
      </w:r>
      <w:r>
        <w:rPr>
          <w:lang w:eastAsia="zh-CN"/>
        </w:rPr>
        <w:t xml:space="preserve">    2024年精选用军训心得体会范文 篇16 </w:t>
      </w:r>
      <w:r>
        <w:rPr>
          <w:lang w:eastAsia="zh-CN"/>
        </w:rPr>
        <w:br/>
      </w:r>
      <w:r>
        <w:rPr>
          <w:lang w:eastAsia="zh-CN"/>
        </w:rPr>
        <w:t>　　这一周的时间说长不长，说短也不短。同学们都怀着极大的热情投入到军训生活中，都期待着另一种生活</w:t>
      </w:r>
      <w:r>
        <w:rPr>
          <w:lang w:eastAsia="zh-CN"/>
        </w:rPr>
        <w:br/>
      </w:r>
      <w:r>
        <w:rPr>
          <w:lang w:eastAsia="zh-CN"/>
        </w:rPr>
        <w:t>　　我们班虽然被分成几份插到其他班级，但这丝毫没有影响到同学们的热情，都积极配合教官的工作。说道军训最重要的就要数教官了。我们的教官被大家评为最帅的教官，事实也是如此，他是教官中最高的，长的与黄晓明神似，总之就是给我们留下了很深的第一印象。</w:t>
      </w:r>
      <w:r>
        <w:rPr>
          <w:lang w:eastAsia="zh-CN"/>
        </w:rPr>
        <w:br/>
      </w:r>
      <w:r>
        <w:rPr>
          <w:lang w:eastAsia="zh-CN"/>
        </w:rPr>
        <w:t>　　但是一接触起来才发现他原来是一个特别腼腆的人，说话声音特别小，而且还会脸红，一笑起来有两个浅浅的酒窝，真的是十分可爱，但是作为一个教官，一个军人，这样的腼腆真是急坏了我们，看到其他班的同学和教官一起训练，聊天，唱歌，而我们这边如此低调真是很郁闷的。其实我们都知道教官其实是一个极好的人呢，他虽然不多说话，但我们心里都明白他处处为我们着想，训练是总是不厌其烦的做示范，为了怕我们晒总是找阴凉地，总是扯着嗓子喊着教我们唱歌，总是因为我们挨骂却还是保持笑脸虽然你不说，但我们都知道，真的知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其实教官你的歌唱的真的很好的，我们都觉得可以去文工团了。尤其是你还会弹吉他呢，当时你说的时候我们还都有所怀疑，但当你真的拿起吉他的时候，我们都被震撼了虽然我不太了解，但看你的指法就知道你的水平不一般。经过了几天的相处大家都已经很熟了，可能是彼此熟悉的缘故，也可能是很久没碰吉他的缘故，当你专心弹唱的时候我才觉得那才是真的你，那么自由，那么自信</w:t>
      </w:r>
      <w:r>
        <w:rPr>
          <w:lang w:eastAsia="zh-CN"/>
        </w:rPr>
        <w:br/>
      </w:r>
      <w:r>
        <w:rPr>
          <w:lang w:eastAsia="zh-CN"/>
        </w:rPr>
        <w:t>　　说了这么多关于教官的事，也该说说我在军训中的所得吧。</w:t>
      </w:r>
      <w:r>
        <w:rPr>
          <w:lang w:eastAsia="zh-CN"/>
        </w:rPr>
        <w:br/>
      </w:r>
      <w:r>
        <w:rPr>
          <w:lang w:eastAsia="zh-CN"/>
        </w:rPr>
        <w:t>　　其实这次军训与高中军训没有什么本质区别。主要训练了稍息立正跨列，停止间转法，齐步走，跑步走，正步走这些内容的训练让我们从身体上接触了军事训练。在此次训练中还增加了军歌的学习，教官利用休息时间教我们唱军歌，这是我第一次学这么多军歌，有的甚至连听都没听过。可能是因为我自己是一个十分感性的人吧，每当听教官唱歌的时候眼睛就不自觉的浸满了泪有的歌慷慨激昂，唱出军人的雄心壮志;有的歌婉转抒情，唱进士兵的内心，每当这时我都会注视着教官的眼睛，仿佛可以通过它望见他们的家乡</w:t>
      </w:r>
      <w:r>
        <w:rPr>
          <w:lang w:eastAsia="zh-CN"/>
        </w:rPr>
        <w:br/>
      </w:r>
      <w:r>
        <w:rPr>
          <w:lang w:eastAsia="zh-CN"/>
        </w:rPr>
        <w:t>　　军训在集体会操后正式结束。在会操场上，各个班级都尽最大的努力，发挥出最好的水平，为丰富的军训生活画上完美的句号。</w:t>
      </w:r>
      <w:r>
        <w:rPr>
          <w:lang w:eastAsia="zh-CN"/>
        </w:rPr>
        <w:br/>
      </w:r>
      <w:r>
        <w:rPr>
          <w:lang w:eastAsia="zh-CN"/>
        </w:rPr>
        <w:t xml:space="preserve">    2024年精选用军训心得体会范文 篇17 </w:t>
      </w:r>
      <w:r>
        <w:rPr>
          <w:lang w:eastAsia="zh-CN"/>
        </w:rPr>
        <w:br/>
      </w:r>
      <w:r>
        <w:rPr>
          <w:lang w:eastAsia="zh-CN"/>
        </w:rPr>
        <w:t>　　短的9天军训生活，增强了我们的组织纪律观念，让我们真正的放下了任性和自私，学会了谦让和宽容，最主要的是让我们明白了团结合作的力量是多么的强大。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站军姿、稍息、立正、向左转、向右、齐步、正步平日看来最简单的动作竟然都有了那么多的规则。漫长的军姿、踢不完的正步、挨不完的训斥使我们慢慢变的坚强起来。军训虽然短暂，但足以让我们体会到人生的路途中并非总是一帆风顺，时常会有荆棘存在，与坎坷同行。</w:t>
      </w:r>
      <w:r>
        <w:rPr>
          <w:lang w:eastAsia="zh-CN"/>
        </w:rPr>
        <w:br/>
      </w:r>
      <w:r>
        <w:rPr>
          <w:lang w:eastAsia="zh-CN"/>
        </w:rPr>
        <w:t>　　教官对我们很严格，但也很关心我们。立正稍息我们练了很长时间，但也在无形中改掉了我喜欢驼背的毛病。所以当我觉得很苦很累时，当教官对我严格要求时，我振作起来，因为我知道教官也是这么苦出来的，他们付出同样甚至更多的汗水，我们这些小小的苦又算得了什么呢?我觉得自己应该做得更好，虽然我常会因为没有做好被批评，但只要是我努力做了，无论被批评还是被表扬都是值得的。</w:t>
      </w:r>
      <w:r>
        <w:rPr>
          <w:lang w:eastAsia="zh-CN"/>
        </w:rPr>
        <w:br/>
      </w:r>
      <w:r>
        <w:rPr>
          <w:lang w:eastAsia="zh-CN"/>
        </w:rPr>
        <w:t>　　由于军训汇报表演要出一个军体拳方队，所以要挑选打拳打得比较好的出来组成军体拳方队。我有幸被选中到军体拳方队主练军体拳了。太阳很猛烈，练军体拳也很累，但是我没有退缩，每个动作我都很认真的去学习，有些打得不够好的动作自己就多加训练，因为我们是经过教官挑选出来的，我们就必须做得更好。选人的时候，教官表明不想训练的可以马上提出离开，但是我没有提出，我认为我可以坚持，一定要做出一些成绩。</w:t>
      </w:r>
      <w:r>
        <w:rPr>
          <w:lang w:eastAsia="zh-CN"/>
        </w:rPr>
        <w:br/>
      </w:r>
      <w:r>
        <w:rPr>
          <w:lang w:eastAsia="zh-CN"/>
        </w:rPr>
        <w:t>　　经过四天的刻苦训练，我们军体拳方队每个人都做得很好，打拳的时候基本能表齐排面。最终在28号上午的军训汇报表演上我们军体拳方队表演得很成功，最终获得了第三名。能获得这个荣誉与大家的努力是分不开的，更重要的是我们军体拳的教官林sir对我们严格要求，要不是他的严厉，我们也就拿不到这个荣誉了，在这里想说一声：教官，辛苦了!</w:t>
      </w:r>
      <w:r>
        <w:rPr>
          <w:lang w:eastAsia="zh-CN"/>
        </w:rPr>
        <w:br/>
      </w:r>
    </w:p>
    <w:p w:rsidR="001B1F19" w14:textId="27C3F48A">
      <w:pPr>
        <w:rPr>
          <w:rFonts w:hint="eastAsia"/>
          <w:lang w:eastAsia="zh-CN"/>
        </w:rPr>
      </w:pPr>
      <w:r>
        <w:rPr>
          <w:lang w:eastAsia="zh-CN"/>
        </w:rPr>
        <w:t>　　军训不但培养人有吃苦耐劳的精神，而且能磨练人的坚强意志。苏轼有句话：古之立大事者，不惟有超世之才，亦必有坚忍不拔之志。这句话意思是成功的大门从来都是向意志运坚强的人敞开的，甚至可以说是只向意志坚强的人敞开。</w:t>
      </w:r>
      <w:r>
        <w:rPr>
          <w:lang w:eastAsia="zh-CN"/>
        </w:rPr>
        <w:br/>
      </w:r>
      <w:r>
        <w:rPr>
          <w:lang w:eastAsia="zh-CN"/>
        </w:rPr>
        <w:t>　　在军训中，很苦很累，但这是一种人生体验，战胜自我，锻炼意志的最佳良机。训练的每一个动作，都让我深深地体会到了团结的力量，合作的力量，以及团队精神的重要性，我相信，无论在哪个岗位上它将使我终身受益。心里虽有说不出的酸甜苦辣，在烈日酷暑下的曝晒，皮肤变成黑黝黝的，但这何尝不是一种快乐，一种更好地朝人生目标前进的勇气，更增添了一份完善自我的信心吗?</w:t>
      </w:r>
      <w:r>
        <w:rPr>
          <w:lang w:eastAsia="zh-CN"/>
        </w:rPr>
        <w:br/>
      </w:r>
      <w:r>
        <w:rPr>
          <w:lang w:eastAsia="zh-CN"/>
        </w:rPr>
        <w:t>　　我们是生长在新世纪的一代，我们是幸福的，父母把我们从天真浪慢的童年时代小心翼翼地扶我们走过来，在温暖和无微不至的怀抱中，得到了严父的教诲和慈母的垂爱。对于我们已踏入青年的行列，有了独特的思维，完整的性格和较稳定的人生观，正缺乏一种对意志的考验。英国作家狄更斯说过：顽强的毅力可以征服世界上的任何一座高峰。军训好困难，困难是磨炼坚强意志的一块磨刀石，坚强的意志总是在困难的磨砺中培养起来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https://d.book118.com/276034020012010052</w:t>
        </w:r>
      </w:hyperlink>
    </w:p>
    <w:p w:rsidR="001B1F19">
      <w:pPr>
        <w:rPr>
          <w:rFonts w:hint="eastAsia"/>
          <w:lang w:eastAsia="zh-CN"/>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76034020012010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