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rsidRPr="00937657" w14:paraId="7F7A67AA" w14:textId="0AE8485B">
      <w:pPr>
        <w:pStyle w:val="Heading1"/>
        <w:jc w:val="center"/>
        <w:rPr>
          <w:color w:val="000000" w:themeColor="text1"/>
          <w:lang w:eastAsia="zh-CN"/>
        </w:rPr>
      </w:pPr>
      <w:r>
        <w:rPr>
          <w:color w:val="000000" w:themeColor="text1"/>
          <w:sz w:val="44"/>
          <w:lang w:eastAsia="zh-CN"/>
        </w:rPr>
        <w:t>初中心理健康教育教学计划（35篇）</w:t>
      </w:r>
    </w:p>
    <w:p w:rsidR="001B1F19" w14:paraId="15E7D7A0" w14:textId="27C3F48A">
      <w:pPr>
        <w:rPr>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　　一、指导思想</w:t>
      </w:r>
      <w:r>
        <w:rPr>
          <w:lang w:eastAsia="zh-CN"/>
        </w:rPr>
        <w:br/>
      </w:r>
      <w:r>
        <w:rPr>
          <w:lang w:eastAsia="zh-CN"/>
        </w:rPr>
        <w:t>　　根据《中共中央国务院关于深化教育改革全面推进素质教育的定》和教育部《关于加强中小学心理健康教育的若干意见》，根据小学教育的特点和小学生心理发展的规律，通过各种途径继续认真开展小型多样的心理健康教育活动和指导，帮助学生获取心理健康的初步知识，促进学生人格的健全发展。</w:t>
      </w:r>
      <w:r>
        <w:rPr>
          <w:lang w:eastAsia="zh-CN"/>
        </w:rPr>
        <w:br/>
      </w:r>
      <w:r>
        <w:rPr>
          <w:lang w:eastAsia="zh-CN"/>
        </w:rPr>
        <w:t>　　二、教学目标</w:t>
      </w:r>
      <w:r>
        <w:rPr>
          <w:lang w:eastAsia="zh-CN"/>
        </w:rPr>
        <w:br/>
      </w:r>
      <w:r>
        <w:rPr>
          <w:lang w:eastAsia="zh-CN"/>
        </w:rPr>
        <w:t>　　总目标：培养与造就具有良好的文明习惯、学习习惯、生活习惯、劳动习惯和卫生习惯，具有坚忍不拔的意志品质，自立自强的生存、生活能力，有强烈的爱国意识与社会责任感，会做人，会求知，会创新，能从容迎接未来挑战的高素质的人才。</w:t>
      </w:r>
      <w:r>
        <w:rPr>
          <w:lang w:eastAsia="zh-CN"/>
        </w:rPr>
        <w:br/>
      </w:r>
      <w:r>
        <w:rPr>
          <w:lang w:eastAsia="zh-CN"/>
        </w:rPr>
        <w:t>　　具体目标：</w:t>
      </w:r>
      <w:r>
        <w:rPr>
          <w:lang w:eastAsia="zh-CN"/>
        </w:rPr>
        <w:br/>
      </w:r>
      <w:r>
        <w:rPr>
          <w:lang w:eastAsia="zh-CN"/>
        </w:rPr>
        <w:t>　　1、能够经常对自己进行“警句长鸣”DD一定要做到“守信”与“守时”，消除嫉妒心，言行一致，表里如一，充满信心，能够正确对待自己的学习成绩，勤于思考，不甘落后，走上成功之路。</w:t>
      </w:r>
      <w:r>
        <w:rPr>
          <w:lang w:eastAsia="zh-CN"/>
        </w:rPr>
        <w:br/>
      </w:r>
      <w:r>
        <w:rPr>
          <w:lang w:eastAsia="zh-CN"/>
        </w:rPr>
        <w:t>　　2、使学生明白什么是真正的友谊，男女同学间怎样进行交往好，如何同老师、同学保持密切的感情联系，有集体荣誉感，并掌握一定的社会行为规范，提高学生的社会适应能力。</w:t>
      </w:r>
      <w:r>
        <w:rPr>
          <w:lang w:eastAsia="zh-CN"/>
        </w:rPr>
        <w:br/>
      </w:r>
    </w:p>
    <w:p w:rsidR="001B1F19" w14:textId="27C3F48A">
      <w:pPr>
        <w:rPr>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3、使学生知道遇到困难与挫折应怎么办，自觉地控制与改变不良行为习惯，锻炼自己坚忍不拔的毅力，培养个人灵活应对的品格，初步学会休闲，提高自我保护意识。</w:t>
      </w:r>
      <w:r>
        <w:rPr>
          <w:lang w:eastAsia="zh-CN"/>
        </w:rPr>
        <w:br/>
      </w:r>
      <w:r>
        <w:rPr>
          <w:lang w:eastAsia="zh-CN"/>
        </w:rPr>
        <w:t>　　4、通过心理健康教育，帮助学生学会调适。帮助学生学会正确对待自己、接纳自己，化解冲突情绪，保持个人心理的内部和谐。矫治学生的问题行为，养成正确的适应学校与社会的行为，消除人际交往障碍，提高人际交往的质量。</w:t>
      </w:r>
      <w:r>
        <w:rPr>
          <w:lang w:eastAsia="zh-CN"/>
        </w:rPr>
        <w:br/>
      </w:r>
      <w:r>
        <w:rPr>
          <w:lang w:eastAsia="zh-CN"/>
        </w:rPr>
        <w:t>　　5、通过心理健康教育，引导学生认清自己的潜力与特长，确立有价值的生活目标，发挥主动性、创造性，追求高质量、高效率的生活。</w:t>
      </w:r>
      <w:r>
        <w:rPr>
          <w:lang w:eastAsia="zh-CN"/>
        </w:rPr>
        <w:br/>
      </w:r>
      <w:r>
        <w:rPr>
          <w:lang w:eastAsia="zh-CN"/>
        </w:rPr>
        <w:t>　　三、教学内容：</w:t>
      </w:r>
      <w:r>
        <w:rPr>
          <w:lang w:eastAsia="zh-CN"/>
        </w:rPr>
        <w:br/>
      </w:r>
      <w:r>
        <w:rPr>
          <w:lang w:eastAsia="zh-CN"/>
        </w:rPr>
        <w:t>　　1、立下坚强志DDD坚强意志与耐受挫折的教育。</w:t>
      </w:r>
      <w:r>
        <w:rPr>
          <w:lang w:eastAsia="zh-CN"/>
        </w:rPr>
        <w:br/>
      </w:r>
      <w:r>
        <w:rPr>
          <w:lang w:eastAsia="zh-CN"/>
        </w:rPr>
        <w:t>　　（1）培养坚持不懈、坚忍不拔的意志品质。</w:t>
      </w:r>
      <w:r>
        <w:rPr>
          <w:lang w:eastAsia="zh-CN"/>
        </w:rPr>
        <w:br/>
      </w:r>
      <w:r>
        <w:rPr>
          <w:lang w:eastAsia="zh-CN"/>
        </w:rPr>
        <w:t>　　（2）培养学生形成处事果断的良好习惯。</w:t>
      </w:r>
      <w:r>
        <w:rPr>
          <w:lang w:eastAsia="zh-CN"/>
        </w:rPr>
        <w:br/>
      </w:r>
      <w:r>
        <w:rPr>
          <w:lang w:eastAsia="zh-CN"/>
        </w:rPr>
        <w:t>　　（3）培养学生良好的自我控制力。</w:t>
      </w:r>
      <w:r>
        <w:rPr>
          <w:lang w:eastAsia="zh-CN"/>
        </w:rPr>
        <w:br/>
      </w:r>
      <w:r>
        <w:rPr>
          <w:lang w:eastAsia="zh-CN"/>
        </w:rPr>
        <w:t>　　（4）引导学生正确应对挫折与困难。</w:t>
      </w:r>
      <w:r>
        <w:rPr>
          <w:lang w:eastAsia="zh-CN"/>
        </w:rPr>
        <w:br/>
      </w:r>
      <w:r>
        <w:rPr>
          <w:lang w:eastAsia="zh-CN"/>
        </w:rPr>
        <w:t>　　2、浇灌友谊花DDD自我意识、人际交往教育。</w:t>
      </w:r>
      <w:r>
        <w:rPr>
          <w:lang w:eastAsia="zh-CN"/>
        </w:rPr>
        <w:br/>
      </w:r>
      <w:r>
        <w:rPr>
          <w:lang w:eastAsia="zh-CN"/>
        </w:rPr>
        <w:t>　　（1）学会正确认识自己，悦纳自己，尊重自己、相信自己。</w:t>
      </w:r>
      <w:r>
        <w:rPr>
          <w:lang w:eastAsia="zh-CN"/>
        </w:rPr>
        <w:br/>
      </w:r>
      <w:r>
        <w:rPr>
          <w:lang w:eastAsia="zh-CN"/>
        </w:rPr>
        <w:t>　　（2）学会正常人际交往，与同学、老师、家长良好关系。</w:t>
      </w:r>
      <w:r>
        <w:rPr>
          <w:lang w:eastAsia="zh-CN"/>
        </w:rPr>
        <w:br/>
      </w:r>
      <w:r>
        <w:rPr>
          <w:lang w:eastAsia="zh-CN"/>
        </w:rPr>
        <w:t>　　（3）正确认识性别差异，接受发育过程中的身体变化，正确认同性别角色，同异性同学保持正确的交往心态。</w:t>
      </w:r>
      <w:r>
        <w:rPr>
          <w:lang w:eastAsia="zh-CN"/>
        </w:rPr>
        <w:br/>
      </w:r>
      <w:r>
        <w:rPr>
          <w:lang w:eastAsia="zh-CN"/>
        </w:rPr>
        <w:t>　　3、迎接新挑战DDD人格养成教育。</w:t>
      </w:r>
      <w:r>
        <w:rPr>
          <w:lang w:eastAsia="zh-CN"/>
        </w:rPr>
        <w:br/>
      </w:r>
    </w:p>
    <w:p w:rsidR="001B1F19" w14:textId="27C3F48A">
      <w:pPr>
        <w:rPr>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（1）引导学生树立发展健全人格的愿望与动机。</w:t>
      </w:r>
      <w:r>
        <w:rPr>
          <w:lang w:eastAsia="zh-CN"/>
        </w:rPr>
        <w:br/>
      </w:r>
      <w:r>
        <w:rPr>
          <w:lang w:eastAsia="zh-CN"/>
        </w:rPr>
        <w:t>　　（2）注重学生的自我人格养成教育。</w:t>
      </w:r>
      <w:r>
        <w:rPr>
          <w:lang w:eastAsia="zh-CN"/>
        </w:rPr>
        <w:br/>
      </w:r>
      <w:r>
        <w:rPr>
          <w:lang w:eastAsia="zh-CN"/>
        </w:rPr>
        <w:t>　　（3）对有人格障碍的学生进行重点辅导。</w:t>
      </w:r>
      <w:r>
        <w:rPr>
          <w:lang w:eastAsia="zh-CN"/>
        </w:rPr>
        <w:br/>
      </w:r>
      <w:r>
        <w:rPr>
          <w:lang w:eastAsia="zh-CN"/>
        </w:rPr>
        <w:t>　　四、教学措施：</w:t>
      </w:r>
      <w:r>
        <w:rPr>
          <w:lang w:eastAsia="zh-CN"/>
        </w:rPr>
        <w:br/>
      </w:r>
      <w:r>
        <w:rPr>
          <w:lang w:eastAsia="zh-CN"/>
        </w:rPr>
        <w:t>　　1.坚持以人为本，根据学生心理、胜利的特点及发展规律，运用心理健康的理论与方法，开展丰富多彩的活动，培育学生良好的心理素质，促进他们身心全面和谐的发展。</w:t>
      </w:r>
      <w:r>
        <w:rPr>
          <w:lang w:eastAsia="zh-CN"/>
        </w:rPr>
        <w:br/>
      </w:r>
      <w:r>
        <w:rPr>
          <w:lang w:eastAsia="zh-CN"/>
        </w:rPr>
        <w:t>　　2.立足教育，重在指导，遵循学生身心发展规律，保证心理健康的实践性与实效性，面向全体学生，关注个别差异，以学生为本，尊重学生、理解学生。</w:t>
      </w:r>
      <w:r>
        <w:rPr>
          <w:lang w:eastAsia="zh-CN"/>
        </w:rPr>
        <w:br/>
      </w:r>
      <w:r>
        <w:rPr>
          <w:lang w:eastAsia="zh-CN"/>
        </w:rPr>
        <w:t>　　3.提高全体学生的训练素质，充分开发他们的潜力，培养学生乐观的、向上的心理品质，促进学生人格的健康发展。</w:t>
      </w:r>
      <w:r>
        <w:rPr>
          <w:lang w:eastAsia="zh-CN"/>
        </w:rPr>
        <w:br/>
      </w:r>
      <w:r>
        <w:rPr>
          <w:lang w:eastAsia="zh-CN"/>
        </w:rPr>
        <w:t>　　4.对少数有心里困扰或心理障碍的学生进行科学的、有效的心理咨询与辅导，使他们尽快摆脱障碍，提高心理健康水平，增强自我教育能力。</w:t>
      </w:r>
      <w:r>
        <w:rPr>
          <w:lang w:eastAsia="zh-CN"/>
        </w:rPr>
        <w:br/>
      </w:r>
      <w:r>
        <w:rPr>
          <w:lang w:eastAsia="zh-CN"/>
        </w:rPr>
        <w:t xml:space="preserve">    初中心理健康教育教学计划最新 篇19 </w:t>
      </w:r>
      <w:r>
        <w:rPr>
          <w:lang w:eastAsia="zh-CN"/>
        </w:rPr>
        <w:br/>
      </w:r>
      <w:r>
        <w:rPr>
          <w:lang w:eastAsia="zh-CN"/>
        </w:rPr>
        <w:t>　　一、小学生心理健康的含义</w:t>
      </w:r>
      <w:r>
        <w:rPr>
          <w:lang w:eastAsia="zh-CN"/>
        </w:rPr>
        <w:br/>
      </w:r>
      <w:r>
        <w:rPr>
          <w:lang w:eastAsia="zh-CN"/>
        </w:rPr>
        <w:t>　　小学生心理健康教育就是根据小学生生理、心理发展的规律和特点，运用心理学的教育方法和手段，培养小学生良好的心理素质，促进小学生身心全面和谐地发展和整体素质全面提高的教育。</w:t>
      </w:r>
      <w:r>
        <w:rPr>
          <w:lang w:eastAsia="zh-CN"/>
        </w:rPr>
        <w:br/>
      </w:r>
    </w:p>
    <w:p w:rsidR="001B1F19" w14:textId="27C3F48A">
      <w:pPr>
        <w:rPr>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小学生心理健康教育就是素质教育的重要组成部分，就是实施“面向21世纪教育振兴行动计划”、落实“跨世纪素质教育工程”、培养跨世纪高质量人才的重要环节。同时，切实有效地对小学生进行心理健康教育也就是现代教育的必然要求和广大小学教育工作者所面临的一项共同的紧迫任务。</w:t>
      </w:r>
      <w:r>
        <w:rPr>
          <w:lang w:eastAsia="zh-CN"/>
        </w:rPr>
        <w:br/>
      </w:r>
      <w:r>
        <w:rPr>
          <w:lang w:eastAsia="zh-CN"/>
        </w:rPr>
        <w:t>　　二、小学生心理健康教育的目的</w:t>
      </w:r>
      <w:r>
        <w:rPr>
          <w:lang w:eastAsia="zh-CN"/>
        </w:rPr>
        <w:br/>
      </w:r>
      <w:r>
        <w:rPr>
          <w:lang w:eastAsia="zh-CN"/>
        </w:rPr>
        <w:t>　　小学生心理健康教育的根本目的，说到底就就是要促进小学生个性心理的全面发展。小学生心理健康教育不就是孤立进行的，而就是服从于小学生素质教育的总目标，即以提高国民素质和民族创新能力为根本宗旨，以培养适应我国经济与社会发展所需要的、数以亿万计全面发展的人才为目的。具体来说主要包括以下三点：</w:t>
      </w:r>
      <w:r>
        <w:rPr>
          <w:lang w:eastAsia="zh-CN"/>
        </w:rPr>
        <w:br/>
      </w:r>
      <w:r>
        <w:rPr>
          <w:lang w:eastAsia="zh-CN"/>
        </w:rPr>
        <w:t>　　（1）要促使小学生形成健康的心理素质。</w:t>
      </w:r>
      <w:r>
        <w:rPr>
          <w:lang w:eastAsia="zh-CN"/>
        </w:rPr>
        <w:br/>
      </w:r>
      <w:r>
        <w:rPr>
          <w:lang w:eastAsia="zh-CN"/>
        </w:rPr>
        <w:t>　　（2）要维护小学生的心理健康，亦即减少和消除各种不良因素对其心理健康的影响。</w:t>
      </w:r>
      <w:r>
        <w:rPr>
          <w:lang w:eastAsia="zh-CN"/>
        </w:rPr>
        <w:br/>
      </w:r>
      <w:r>
        <w:rPr>
          <w:lang w:eastAsia="zh-CN"/>
        </w:rPr>
        <w:t>　　（3）要增进小学生的心理健康，即根据小学生成长发育的规律、特点和需要，采取各种形式和方法，提高小学生的心理健康水平，促使其人格即个性心理得到全面和谐的发展。</w:t>
      </w:r>
      <w:r>
        <w:rPr>
          <w:lang w:eastAsia="zh-CN"/>
        </w:rPr>
        <w:br/>
      </w:r>
      <w:r>
        <w:rPr>
          <w:lang w:eastAsia="zh-CN"/>
        </w:rPr>
        <w:t>　　三、小学生心理健康教育的方法</w:t>
      </w:r>
      <w:r>
        <w:rPr>
          <w:lang w:eastAsia="zh-CN"/>
        </w:rPr>
        <w:br/>
      </w:r>
      <w:r>
        <w:rPr>
          <w:lang w:eastAsia="zh-CN"/>
        </w:rPr>
        <w:t>　　（1）讲授法，即通过课堂教学、辅导答疑和学科渗透等形式，以小学生喜闻乐见、便于接受的方式宣传普及心理健康知识。</w:t>
      </w:r>
      <w:r>
        <w:rPr>
          <w:lang w:eastAsia="zh-CN"/>
        </w:rPr>
        <w:br/>
      </w:r>
      <w:r>
        <w:rPr>
          <w:lang w:eastAsia="zh-CN"/>
        </w:rPr>
        <w:t>　　（2）认识指导法，旨在提高小学生对心理健康的认识程度和水平，如指导阅读、举办故事会、参观访问、课堂讨论、自我表述和自我评价等。</w:t>
      </w:r>
      <w:r>
        <w:rPr>
          <w:lang w:eastAsia="zh-CN"/>
        </w:rPr>
        <w:br/>
      </w:r>
    </w:p>
    <w:p w:rsidR="001B1F19" w14:textId="27C3F48A">
      <w:pPr>
        <w:rPr>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（3）活动体验法，即通过亲身参与，加深体验，以丰富和发展小学生良好的情绪和情感，如做游戏、示范表演、实地观察、写作文、谈感想、绘画、演讲等。</w:t>
      </w:r>
      <w:r>
        <w:rPr>
          <w:lang w:eastAsia="zh-CN"/>
        </w:rPr>
        <w:br/>
      </w:r>
      <w:r>
        <w:rPr>
          <w:lang w:eastAsia="zh-CN"/>
        </w:rPr>
        <w:t>　　（4）行为改变法，即在引导小学生在认识上分清良好行为和不良行为基础上，鼓励良好行为，改变不良行为，有目的、有计划地进行行为训练、行为塑造、榜样示范和游戏性的奖励和惩罚，以达到良好行为养成和强化之目的。</w:t>
      </w:r>
      <w:r>
        <w:rPr>
          <w:lang w:eastAsia="zh-CN"/>
        </w:rPr>
        <w:br/>
      </w:r>
      <w:r>
        <w:rPr>
          <w:lang w:eastAsia="zh-CN"/>
        </w:rPr>
        <w:t>　　（5）自我调控法，即通过引导小学生自我教育来提高小学生的自我调控能力，以利于增进心理健康，如鼓励和要求小学生写日记、周记和小结，适当组织展览，谈收获、体会、感受等。</w:t>
      </w:r>
      <w:r>
        <w:rPr>
          <w:lang w:eastAsia="zh-CN"/>
        </w:rPr>
        <w:br/>
      </w:r>
      <w:r>
        <w:rPr>
          <w:lang w:eastAsia="zh-CN"/>
        </w:rPr>
        <w:t>　　四、小学生心理健康的维护</w:t>
      </w:r>
      <w:r>
        <w:rPr>
          <w:lang w:eastAsia="zh-CN"/>
        </w:rPr>
        <w:br/>
      </w:r>
      <w:r>
        <w:rPr>
          <w:lang w:eastAsia="zh-CN"/>
        </w:rPr>
        <w:t>　　1、智能训练，即帮助学生对智力的本质建立科学认识，并针对智力的不同成分，如注意力、观察力、记忆力等而设计不同的训练活动等。</w:t>
      </w:r>
      <w:r>
        <w:rPr>
          <w:lang w:eastAsia="zh-CN"/>
        </w:rPr>
        <w:br/>
      </w:r>
      <w:r>
        <w:rPr>
          <w:lang w:eastAsia="zh-CN"/>
        </w:rPr>
        <w:t>　　2、学习心理指导，即帮助学生对学习活动的本质建立科学认识，培养学生形成健康积极的学习态度、学习动机，训练学生养成良好的学习习惯，掌握科学的学习方法等。</w:t>
      </w:r>
      <w:r>
        <w:rPr>
          <w:lang w:eastAsia="zh-CN"/>
        </w:rPr>
        <w:br/>
      </w:r>
      <w:r>
        <w:rPr>
          <w:lang w:eastAsia="zh-CN"/>
        </w:rPr>
        <w:t>　　3、情感教育，即教会学生把握和表达自己的情绪情感，学会有效控制、调节和合理宣泄自己的消极情感，体察与理解别人的情绪情感，并进行相关技巧的训练。</w:t>
      </w:r>
      <w:r>
        <w:rPr>
          <w:lang w:eastAsia="zh-CN"/>
        </w:rPr>
        <w:br/>
      </w:r>
    </w:p>
    <w:p w:rsidR="001B1F19" w14:textId="27C3F48A">
      <w:pPr>
        <w:rPr>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4、人际关系指导，即围绕亲子、师生、同伴三大人际关系，知道学生正确认识各类关系的本质，并学会处理人际互动中各种问题的技巧与原则，包括解决冲突、合作与竞争、学会拒绝，以及尊重、支持等交往原则。</w:t>
      </w:r>
      <w:r>
        <w:rPr>
          <w:lang w:eastAsia="zh-CN"/>
        </w:rPr>
        <w:br/>
      </w:r>
      <w:r>
        <w:rPr>
          <w:lang w:eastAsia="zh-CN"/>
        </w:rPr>
        <w:t>　　5、健全人格的培养，即关于个体面队社会生存压力应具备的健康人格品质，如独立性、进取心、耐挫能力等。</w:t>
      </w:r>
      <w:r>
        <w:rPr>
          <w:lang w:eastAsia="zh-CN"/>
        </w:rPr>
        <w:br/>
      </w:r>
      <w:r>
        <w:rPr>
          <w:lang w:eastAsia="zh-CN"/>
        </w:rPr>
        <w:t xml:space="preserve">    初中心理健康教育教学计划最新 篇20 </w:t>
      </w:r>
      <w:r>
        <w:rPr>
          <w:lang w:eastAsia="zh-CN"/>
        </w:rPr>
        <w:br/>
      </w:r>
      <w:r>
        <w:rPr>
          <w:lang w:eastAsia="zh-CN"/>
        </w:rPr>
        <w:t>　　为了适应中小学心理健康教育发展的需要，教育部《中小学心理健康教育指导纲要(试行)》的指示精神，结合学校实际，积极推进我校心理健康教育再上新台阶，制定如下计划。</w:t>
      </w:r>
      <w:r>
        <w:rPr>
          <w:lang w:eastAsia="zh-CN"/>
        </w:rPr>
        <w:br/>
      </w:r>
      <w:r>
        <w:rPr>
          <w:lang w:eastAsia="zh-CN"/>
        </w:rPr>
        <w:t>　　一、心理健康教育的指导思想和基本原则</w:t>
      </w:r>
      <w:r>
        <w:rPr>
          <w:lang w:eastAsia="zh-CN"/>
        </w:rPr>
        <w:br/>
      </w:r>
      <w:r>
        <w:rPr>
          <w:lang w:eastAsia="zh-CN"/>
        </w:rPr>
        <w:t>　　(一)指导思想</w:t>
      </w:r>
      <w:r>
        <w:rPr>
          <w:lang w:eastAsia="zh-CN"/>
        </w:rPr>
        <w:br/>
      </w:r>
      <w:r>
        <w:rPr>
          <w:lang w:eastAsia="zh-CN"/>
        </w:rPr>
        <w:t>　　坚持以人为本，尊重学生的人格，遵循学生的心理发展规律，根据学生成长过程的需要，在学校的全教育过程中为学生提供心理方面的帮助和服务，以达到充分发挥学生潜能、促进形成中学生心理健康和个性主动发展的目标，让每一位学生在活动中了解自我、悦纳自我、调控自我、实现自我，超越自我。在教育活动中学会认知、学会做事、学会做人、学会共处。</w:t>
      </w:r>
      <w:r>
        <w:rPr>
          <w:lang w:eastAsia="zh-CN"/>
        </w:rPr>
        <w:br/>
      </w:r>
      <w:r>
        <w:rPr>
          <w:lang w:eastAsia="zh-CN"/>
        </w:rPr>
        <w:t>　　(二)基本原则</w:t>
      </w:r>
      <w:r>
        <w:rPr>
          <w:lang w:eastAsia="zh-CN"/>
        </w:rPr>
        <w:br/>
      </w:r>
      <w:r>
        <w:rPr>
          <w:lang w:eastAsia="zh-CN"/>
        </w:rPr>
        <w:t>　　我校在开展中学生心理健康教育过程中，为了保证心理健康教育的实践性与实效性，必须坚持以下基本原则：</w:t>
      </w:r>
      <w:r>
        <w:rPr>
          <w:lang w:eastAsia="zh-CN"/>
        </w:rPr>
        <w:br/>
      </w:r>
      <w:r>
        <w:rPr>
          <w:lang w:eastAsia="zh-CN"/>
        </w:rPr>
        <w:t>　　1、针对性原则。根据学生心理发展特点和身心发展规律，有针对性地实施教育;</w:t>
      </w:r>
      <w:r>
        <w:rPr>
          <w:lang w:eastAsia="zh-CN"/>
        </w:rPr>
        <w:br/>
      </w:r>
      <w:r>
        <w:rPr>
          <w:lang w:eastAsia="zh-CN"/>
        </w:rPr>
        <w:t>　　2、全面性原则。面对全体学生，通过普遍开展教育活动，使学生对心理健康教育有积极的认识，使心理素质逐步得到提高;</w:t>
      </w:r>
      <w:r>
        <w:rPr>
          <w:lang w:eastAsia="zh-CN"/>
        </w:rPr>
        <w:br/>
      </w:r>
    </w:p>
    <w:p w:rsidR="001B1F19" w14:textId="27C3F48A">
      <w:pPr>
        <w:rPr>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3、差异性原则。关注个别差异，根据学生的不同需要开展多种形式的教育和辅导，提高他们的心理健康水平;</w:t>
      </w:r>
      <w:r>
        <w:rPr>
          <w:lang w:eastAsia="zh-CN"/>
        </w:rPr>
        <w:br/>
      </w:r>
      <w:r>
        <w:rPr>
          <w:lang w:eastAsia="zh-CN"/>
        </w:rPr>
        <w:t>　　4、尊重学生，以学生为主体，充分启发和调动学生的积极性。积极做到心理健康教育的科学性与针对性相结合;面向全体与关注个别差异相结合，尊重、理解与真诚同感相结合，预防和发展相结合。</w:t>
      </w:r>
      <w:r>
        <w:rPr>
          <w:lang w:eastAsia="zh-CN"/>
        </w:rPr>
        <w:br/>
      </w:r>
      <w:r>
        <w:rPr>
          <w:lang w:eastAsia="zh-CN"/>
        </w:rPr>
        <w:t>　　5、保密性原则。对求助学生的所有资料和信息决不应作为社交闲谈的话题，要进行保密。</w:t>
      </w:r>
      <w:r>
        <w:rPr>
          <w:lang w:eastAsia="zh-CN"/>
        </w:rPr>
        <w:br/>
      </w:r>
      <w:r>
        <w:rPr>
          <w:lang w:eastAsia="zh-CN"/>
        </w:rPr>
        <w:t>　　二、心理健康教育的目标与任务</w:t>
      </w:r>
      <w:r>
        <w:rPr>
          <w:lang w:eastAsia="zh-CN"/>
        </w:rPr>
        <w:br/>
      </w:r>
      <w:r>
        <w:rPr>
          <w:lang w:eastAsia="zh-CN"/>
        </w:rPr>
        <w:t>　　心理健康教育的目标是：提高全体学生的心理素质，充分开发他们的潜能，培养学生乐观、向上的心理品质，使学生不断正确认识自我，增强调控自我，承受挫折，适应环境的能力，对有心理困扰或心理障碍的学生给予科学有效的`心理辅导，使他们尽快摆脱障碍、调节自我，提高心理健康水平。增强自我教育能力，适应21世纪日趋激烈的国际竞争需要。</w:t>
      </w:r>
      <w:r>
        <w:rPr>
          <w:lang w:eastAsia="zh-CN"/>
        </w:rPr>
        <w:br/>
      </w:r>
      <w:r>
        <w:rPr>
          <w:lang w:eastAsia="zh-CN"/>
        </w:rPr>
        <w:t>　　学校心理健康教育的主要任务是：全面推进素质教育，增强学校德育工作的针对性、实效性和主动性，帮助学生树立出现心理行为问题时的求助意识，促进学生形成健康的心理素质，维护学生的心理健康，减少和避免对他们心理健康的各种不利影响;培养身心健康，具有创新精神和实践能力的有理想、有道理、有文化、有纪律的一代新人。</w:t>
      </w:r>
      <w:r>
        <w:rPr>
          <w:lang w:eastAsia="zh-CN"/>
        </w:rPr>
        <w:br/>
      </w:r>
      <w:r>
        <w:rPr>
          <w:lang w:eastAsia="zh-CN"/>
        </w:rPr>
        <w:t>　　三、心理健康教育的主要内容</w:t>
      </w:r>
      <w:r>
        <w:rPr>
          <w:lang w:eastAsia="zh-CN"/>
        </w:rPr>
        <w:br/>
      </w:r>
    </w:p>
    <w:p w:rsidR="001B1F19" w14:textId="27C3F48A">
      <w:pPr>
        <w:rPr>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根据我校实际情况：普及心理健康基本知识，树立心理健康意识，了解简单的心理调节方法，认识心理异常现象，初步掌握心理保健常识，学会学习，学会交流，适应升学择业、生活、社会等。主要内容包括：帮助学生适应中学的学习环境和学习要求，培养正确的学习观念，发展其学习能力，改善学习方法，体验学习成功的乐趣;把握升学选择的方向;了解自己，学会克服青春期的烦恼，逐步学会调节和控制自己的情绪，抵制自己的冲动行为;加强自我认识，客观地评价自己，积极与同学、老师和家长进行有效的沟通;逐步适应生活和社会的各种变化，培养对挫折的耐受能力。</w:t>
      </w:r>
      <w:r>
        <w:rPr>
          <w:lang w:eastAsia="zh-CN"/>
        </w:rPr>
        <w:br/>
      </w:r>
      <w:r>
        <w:rPr>
          <w:lang w:eastAsia="zh-CN"/>
        </w:rPr>
        <w:t>　　四、心理健康教育的实施及活动计划</w:t>
      </w:r>
      <w:r>
        <w:rPr>
          <w:lang w:eastAsia="zh-CN"/>
        </w:rPr>
        <w:br/>
      </w:r>
      <w:r>
        <w:rPr>
          <w:lang w:eastAsia="zh-CN"/>
        </w:rPr>
        <w:t>　　(一)积极开展心理健康教育的教师培训，加强师资队伍建设是搞好心理健康教育工作的关键：通过培训提高专、兼职心理健康教育教师的基本理论，专业知识和操作技能水平。定期聘请心理健康教育专家来校做报告，增强心理健康教育的责任意识，建立全体教师共同参与的心理健康教育的工作的机制，今年暑期重点举办班主任心理健康教育培训班。逐步形成在校长领导下，分管干部负责，以专、兼职心理辅导教师和班主任为骨干，全体教师共同参与的心理健康教育的工作体制;同时学校重视教师心理健康教育工作，把教师心理健康教育作为教师职业道德教育的一个方面，为教师学习心理健康教育知识提供必要的条件。</w:t>
      </w:r>
      <w:r>
        <w:rPr>
          <w:lang w:eastAsia="zh-CN"/>
        </w:rPr>
        <w:br/>
      </w:r>
      <w:r>
        <w:rPr>
          <w:lang w:eastAsia="zh-CN"/>
        </w:rPr>
        <w:t>　　(二)开展多种多样的心理教育的途径和方法</w:t>
      </w:r>
      <w:r>
        <w:rPr>
          <w:lang w:eastAsia="zh-CN"/>
        </w:rPr>
        <w:br/>
      </w:r>
      <w:r>
        <w:rPr>
          <w:lang w:eastAsia="zh-CN"/>
        </w:rPr>
        <w:t>　　1、心理健康教育要有机渗透到学科教学</w:t>
      </w:r>
      <w:r>
        <w:rPr>
          <w:lang w:eastAsia="zh-CN"/>
        </w:rPr>
        <w:br/>
      </w:r>
      <w:r>
        <w:rPr>
          <w:lang w:eastAsia="zh-CN"/>
        </w:rPr>
        <w:t>　　1)开展学习辅导，促进学生的学习兴趣。</w:t>
      </w:r>
      <w:r>
        <w:rPr>
          <w:lang w:eastAsia="zh-CN"/>
        </w:rPr>
        <w:br/>
      </w:r>
    </w:p>
    <w:p w:rsidR="001B1F19" w14:textId="27C3F48A">
      <w:pPr>
        <w:rPr>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通过主题班会、学法指导月等活动，引导学生认识自己的潜能，端正学习的动机，掌握适合自己特点的学习方法，改变不良的学习习惯，从而改善学生在学习过程中的被动无助状态，增强学生对本学科的兴趣，增强自信，提高学习的效率。</w:t>
      </w:r>
      <w:r>
        <w:rPr>
          <w:lang w:eastAsia="zh-CN"/>
        </w:rPr>
        <w:br/>
      </w:r>
      <w:r>
        <w:rPr>
          <w:lang w:eastAsia="zh-CN"/>
        </w:rPr>
        <w:t>　　2)创设良好的课堂心理环境，使学生乐学会学</w:t>
      </w:r>
      <w:r>
        <w:rPr>
          <w:lang w:eastAsia="zh-CN"/>
        </w:rPr>
        <w:br/>
      </w:r>
      <w:r>
        <w:rPr>
          <w:lang w:eastAsia="zh-CN"/>
        </w:rPr>
        <w:t>　　在课堂中，教师努力创造一种和谐、民主、平等、轻松的心理氛围，充分发挥学生的主动性、独立性、合作性，让兴趣引导学习。在这样的氛围中学生健康愉快的情绪得以保持，自主性得到发展，合作精神、创新精神得到培养。</w:t>
      </w:r>
      <w:r>
        <w:rPr>
          <w:lang w:eastAsia="zh-CN"/>
        </w:rPr>
        <w:br/>
      </w:r>
      <w:r>
        <w:rPr>
          <w:lang w:eastAsia="zh-CN"/>
        </w:rPr>
        <w:t>　　3)利用教材与课堂，塑造学生完美人格</w:t>
      </w:r>
      <w:r>
        <w:rPr>
          <w:lang w:eastAsia="zh-CN"/>
        </w:rPr>
        <w:br/>
      </w:r>
      <w:r>
        <w:rPr>
          <w:lang w:eastAsia="zh-CN"/>
        </w:rPr>
        <w:t>　　教材的编写和制定都蕴含着不少心理健康教育的因素。教师要充分地有意识地运用教材本身的魅力作用，有机地运用它去塑造学生健全人格。</w:t>
      </w:r>
      <w:r>
        <w:rPr>
          <w:lang w:eastAsia="zh-CN"/>
        </w:rPr>
        <w:br/>
      </w:r>
      <w:r>
        <w:rPr>
          <w:lang w:eastAsia="zh-CN"/>
        </w:rPr>
        <w:t>　　2、开设心理健康活动课或专题讲座：包括心理训练、角色扮演、游戏辅导、心理知识讲座等，普及心理健康科学知识;每学期进行1-2次教师心理健康教育活动，由心理专家主讲，在全校普及心理健康科学知识。每学期分年级进行1-2次学生心理健康教育活动，帮助学生掌握心理保健知识，促进身心全面健康的发展。</w:t>
      </w:r>
      <w:r>
        <w:rPr>
          <w:lang w:eastAsia="zh-CN"/>
        </w:rPr>
        <w:br/>
      </w:r>
      <w:r>
        <w:rPr>
          <w:lang w:eastAsia="zh-CN"/>
        </w:rPr>
        <w:t>　　3、开设心理辅导室，进行个别的辅导。由心理咨询师和专业的心理健康教师进行定期辅导。对学生在学习和生活中出现的问题给予直接的指导，排解学生心理困扰，并对有关的心理行为问题进行诊断、矫治。</w:t>
      </w:r>
      <w:r>
        <w:rPr>
          <w:lang w:eastAsia="zh-CN"/>
        </w:rPr>
        <w:br/>
      </w:r>
    </w:p>
    <w:p w:rsidR="001B1F19" w14:textId="27C3F48A">
      <w:pPr>
        <w:rPr>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4、建立测试档案：对新生入学进行学生心理健康普查，了解我校学生心理问题，为心理健康教育提供参考依据，建立测试档案，有利于增强心理健康教育工作的实效性和针对性。</w:t>
      </w:r>
      <w:r>
        <w:rPr>
          <w:lang w:eastAsia="zh-CN"/>
        </w:rPr>
        <w:br/>
      </w:r>
      <w:r>
        <w:rPr>
          <w:lang w:eastAsia="zh-CN"/>
        </w:rPr>
        <w:t>　　5、建立了心理健康email和热线电话，以最快的时间答复，以便那些不愿和辅导教师见面的学生可以通过电话和悄悄话信箱、email寻求帮助。</w:t>
      </w:r>
      <w:r>
        <w:rPr>
          <w:lang w:eastAsia="zh-CN"/>
        </w:rPr>
        <w:br/>
      </w:r>
      <w:r>
        <w:rPr>
          <w:lang w:eastAsia="zh-CN"/>
        </w:rPr>
        <w:t>　　(三)心理健康教育与家庭教育结合</w:t>
      </w:r>
      <w:r>
        <w:rPr>
          <w:lang w:eastAsia="zh-CN"/>
        </w:rPr>
        <w:br/>
      </w:r>
      <w:r>
        <w:rPr>
          <w:lang w:eastAsia="zh-CN"/>
        </w:rPr>
        <w:t>　　家庭教育是学校教育的一个不可忽视的部分。但是家庭教育中，一些家长单纯地重视孩子的需求而忽视了孩子的心理健康教育。今年通过家长学校对家长进行教育培训，在校报开设家长心理健康教育专栏。通过举办专题讲座，开展亲子活动等提高家长教子的能力。</w:t>
      </w:r>
      <w:r>
        <w:rPr>
          <w:lang w:eastAsia="zh-CN"/>
        </w:rPr>
        <w:br/>
      </w:r>
      <w:r>
        <w:rPr>
          <w:lang w:eastAsia="zh-CN"/>
        </w:rPr>
        <w:t>　　(四)创设良好的校园心理环境</w:t>
      </w:r>
      <w:r>
        <w:rPr>
          <w:lang w:eastAsia="zh-CN"/>
        </w:rPr>
        <w:br/>
      </w:r>
      <w:r>
        <w:rPr>
          <w:lang w:eastAsia="zh-CN"/>
        </w:rPr>
        <w:t>　　为了使学生的心理健康素质得以正常发展，在学校日常工作中，重视营造良好的校园氛围和宽松的心理环境。学校注重校容校貌的建设，使学校环境实现绿化、美化、净化。继续健全、完善心理辅导室，配备设施，添置适合学生阅读的心理书籍，使心理辅导室漂亮、温馨。校橱窗设心理健康园地“心理健康园地”，通过校广播、电视、书刊、网络等宣传媒介大力宣传心理健康知识，使学生时时刻刻接受着健康的熏陶，学校心理环境谐和、真诚、奋进，孕育了一种健康向上的心理氛围。</w:t>
      </w:r>
      <w:r>
        <w:rPr>
          <w:lang w:eastAsia="zh-CN"/>
        </w:rPr>
        <w:br/>
      </w:r>
      <w:r>
        <w:rPr>
          <w:lang w:eastAsia="zh-CN"/>
        </w:rPr>
        <w:t>　　五、心理健康教育活动安排</w:t>
      </w:r>
      <w:r>
        <w:rPr>
          <w:lang w:eastAsia="zh-CN"/>
        </w:rPr>
        <w:br/>
      </w:r>
      <w:r>
        <w:rPr>
          <w:lang w:eastAsia="zh-CN"/>
        </w:rPr>
        <w:t>　　一月：召开心理研讨会</w:t>
      </w:r>
      <w:r>
        <w:rPr>
          <w:lang w:eastAsia="zh-CN"/>
        </w:rPr>
        <w:br/>
      </w:r>
    </w:p>
    <w:p w:rsidR="001B1F19" w14:textId="27C3F48A">
      <w:pPr>
        <w:rPr>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二月：各班设心理委员</w:t>
      </w:r>
      <w:r>
        <w:rPr>
          <w:lang w:eastAsia="zh-CN"/>
        </w:rPr>
        <w:br/>
      </w:r>
      <w:r>
        <w:rPr>
          <w:lang w:eastAsia="zh-CN"/>
        </w:rPr>
        <w:t>　　召开心理委员培训班</w:t>
      </w:r>
      <w:r>
        <w:rPr>
          <w:lang w:eastAsia="zh-CN"/>
        </w:rPr>
        <w:br/>
      </w:r>
      <w:r>
        <w:rPr>
          <w:lang w:eastAsia="zh-CN"/>
        </w:rPr>
        <w:t>　　三月：制定学年心理键康教育学年计划</w:t>
      </w:r>
      <w:r>
        <w:rPr>
          <w:lang w:eastAsia="zh-CN"/>
        </w:rPr>
        <w:br/>
      </w:r>
      <w:r>
        <w:rPr>
          <w:lang w:eastAsia="zh-CN"/>
        </w:rPr>
        <w:t>　　召开学校心理健康教育工作会</w:t>
      </w:r>
      <w:r>
        <w:rPr>
          <w:lang w:eastAsia="zh-CN"/>
        </w:rPr>
        <w:br/>
      </w:r>
      <w:r>
        <w:rPr>
          <w:lang w:eastAsia="zh-CN"/>
        </w:rPr>
        <w:t>　　四月：学生心理调查</w:t>
      </w:r>
      <w:r>
        <w:rPr>
          <w:lang w:eastAsia="zh-CN"/>
        </w:rPr>
        <w:br/>
      </w:r>
      <w:r>
        <w:rPr>
          <w:lang w:eastAsia="zh-CN"/>
        </w:rPr>
        <w:t>　　心理健康教育月</w:t>
      </w:r>
      <w:r>
        <w:rPr>
          <w:lang w:eastAsia="zh-CN"/>
        </w:rPr>
        <w:br/>
      </w:r>
      <w:r>
        <w:rPr>
          <w:lang w:eastAsia="zh-CN"/>
        </w:rPr>
        <w:t>　　选择心理健康教育实验班</w:t>
      </w:r>
      <w:r>
        <w:rPr>
          <w:lang w:eastAsia="zh-CN"/>
        </w:rPr>
        <w:br/>
      </w:r>
      <w:r>
        <w:rPr>
          <w:lang w:eastAsia="zh-CN"/>
        </w:rPr>
        <w:t>　　成人宣誓青春期教育</w:t>
      </w:r>
      <w:r>
        <w:rPr>
          <w:lang w:eastAsia="zh-CN"/>
        </w:rPr>
        <w:br/>
      </w:r>
      <w:r>
        <w:rPr>
          <w:lang w:eastAsia="zh-CN"/>
        </w:rPr>
        <w:t>　　五月：心理咨询室举行心理健康教育讲座</w:t>
      </w:r>
      <w:r>
        <w:rPr>
          <w:lang w:eastAsia="zh-CN"/>
        </w:rPr>
        <w:br/>
      </w:r>
      <w:r>
        <w:rPr>
          <w:lang w:eastAsia="zh-CN"/>
        </w:rPr>
        <w:t>　　六月：__老师上心理健康教育课</w:t>
      </w:r>
      <w:r>
        <w:rPr>
          <w:lang w:eastAsia="zh-CN"/>
        </w:rPr>
        <w:br/>
      </w:r>
      <w:r>
        <w:rPr>
          <w:lang w:eastAsia="zh-CN"/>
        </w:rPr>
        <w:t>　　七月：班主任心理健康教育培训</w:t>
      </w:r>
      <w:r>
        <w:rPr>
          <w:lang w:eastAsia="zh-CN"/>
        </w:rPr>
        <w:br/>
      </w:r>
      <w:r>
        <w:rPr>
          <w:lang w:eastAsia="zh-CN"/>
        </w:rPr>
        <w:t>　　八月：心理健康教育社团活动</w:t>
      </w:r>
      <w:r>
        <w:rPr>
          <w:lang w:eastAsia="zh-CN"/>
        </w:rPr>
        <w:br/>
      </w:r>
      <w:r>
        <w:rPr>
          <w:lang w:eastAsia="zh-CN"/>
        </w:rPr>
        <w:t>　　九月：__老师上心理健康教育课</w:t>
      </w:r>
      <w:r>
        <w:rPr>
          <w:lang w:eastAsia="zh-CN"/>
        </w:rPr>
        <w:br/>
      </w:r>
      <w:r>
        <w:rPr>
          <w:lang w:eastAsia="zh-CN"/>
        </w:rPr>
        <w:t>　　印发心理健康教育校本培训教材</w:t>
      </w:r>
      <w:r>
        <w:rPr>
          <w:lang w:eastAsia="zh-CN"/>
        </w:rPr>
        <w:br/>
      </w:r>
      <w:r>
        <w:rPr>
          <w:lang w:eastAsia="zh-CN"/>
        </w:rPr>
        <w:t>　　十月：聘请专家进行心理健康教育讲座</w:t>
      </w:r>
      <w:r>
        <w:rPr>
          <w:lang w:eastAsia="zh-CN"/>
        </w:rPr>
        <w:br/>
      </w:r>
      <w:r>
        <w:rPr>
          <w:lang w:eastAsia="zh-CN"/>
        </w:rPr>
        <w:t>　　十一月：学生心理健康教育讲座</w:t>
      </w:r>
      <w:r>
        <w:rPr>
          <w:lang w:eastAsia="zh-CN"/>
        </w:rPr>
        <w:br/>
      </w:r>
      <w:r>
        <w:rPr>
          <w:lang w:eastAsia="zh-CN"/>
        </w:rPr>
        <w:t>　　教师心理健康教育论文评选</w:t>
      </w:r>
      <w:r>
        <w:rPr>
          <w:lang w:eastAsia="zh-CN"/>
        </w:rPr>
        <w:br/>
      </w:r>
      <w:r>
        <w:rPr>
          <w:lang w:eastAsia="zh-CN"/>
        </w:rPr>
        <w:t>　　十二月：心理健康教育年终总结</w:t>
      </w:r>
      <w:r>
        <w:rPr>
          <w:lang w:eastAsia="zh-CN"/>
        </w:rPr>
        <w:br/>
      </w:r>
      <w:r>
        <w:rPr>
          <w:lang w:eastAsia="zh-CN"/>
        </w:rPr>
        <w:t xml:space="preserve">    初中心理健康教育教学计划最新 篇21 </w:t>
      </w:r>
      <w:r>
        <w:rPr>
          <w:lang w:eastAsia="zh-CN"/>
        </w:rPr>
        <w:br/>
      </w:r>
      <w:r>
        <w:rPr>
          <w:lang w:eastAsia="zh-CN"/>
        </w:rPr>
        <w:t>　　一、指导思想：</w:t>
      </w:r>
      <w:r>
        <w:rPr>
          <w:lang w:eastAsia="zh-CN"/>
        </w:rPr>
        <w:br/>
      </w:r>
    </w:p>
    <w:p w:rsidR="001B1F19" w14:textId="27C3F48A">
      <w:pPr>
        <w:rPr>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以教育部《关于加强中小学心理健康教育若干意见》、《中小学心理健康教育指导纲要》。进一步发挥心理健康教育在全面推进素质教育、实现教育现代化进程中的作用，推动全校师生心理素质的提高。</w:t>
      </w:r>
      <w:r>
        <w:rPr>
          <w:lang w:eastAsia="zh-CN"/>
        </w:rPr>
        <w:br/>
      </w:r>
      <w:r>
        <w:rPr>
          <w:lang w:eastAsia="zh-CN"/>
        </w:rPr>
        <w:t>　　二、工作重点：</w:t>
      </w:r>
      <w:r>
        <w:rPr>
          <w:lang w:eastAsia="zh-CN"/>
        </w:rPr>
        <w:br/>
      </w:r>
      <w:r>
        <w:rPr>
          <w:lang w:eastAsia="zh-CN"/>
        </w:rPr>
        <w:t>　　1. 加强学习，提高认识。</w:t>
      </w:r>
      <w:r>
        <w:rPr>
          <w:lang w:eastAsia="zh-CN"/>
        </w:rPr>
        <w:br/>
      </w:r>
      <w:r>
        <w:rPr>
          <w:lang w:eastAsia="zh-CN"/>
        </w:rPr>
        <w:t>　　进一步学习教育部《关于加强中小学心理健康教育的若干意见》及《中小学心理健康教育指导纲要》。充分认识心理健康教育是根据中小学生生理、心理发展特点，运用有关心理教育方法和手段，培养学生良好的心理素质，促进学生身心全面和谐发展和素质全面提高的教育活动，是素质教育的重要组成部分，是实现《面向21世纪教育振兴行动计划》，落实《跨世纪素质教育工程》，培养跨世纪高质量人才的重要环节。</w:t>
      </w:r>
      <w:r>
        <w:rPr>
          <w:lang w:eastAsia="zh-CN"/>
        </w:rPr>
        <w:br/>
      </w:r>
      <w:r>
        <w:rPr>
          <w:lang w:eastAsia="zh-CN"/>
        </w:rPr>
        <w:t>　　2.开展多种形式的心理健康教育</w:t>
      </w:r>
      <w:r>
        <w:rPr>
          <w:lang w:eastAsia="zh-CN"/>
        </w:rPr>
        <w:br/>
      </w:r>
      <w:r>
        <w:rPr>
          <w:lang w:eastAsia="zh-CN"/>
        </w:rPr>
        <w:t>　　心理健康教育是一项长期的工作，在加强学习有关专业知识的基础上，根据我校实际，以全国十五规划课题——“《学习动机的激发与培养》”为龙头，带领全体老师在课堂教学中进行探索。同时规范心理健康教育的组织机构建设，由校长室总负责，五条线抓落实，开展多种形式的心理健康教育。具体工作如下：</w:t>
      </w:r>
      <w:r>
        <w:rPr>
          <w:lang w:eastAsia="zh-CN"/>
        </w:rPr>
        <w:br/>
      </w:r>
      <w:r>
        <w:rPr>
          <w:lang w:eastAsia="zh-CN"/>
        </w:rPr>
        <w:t>　　(1)思品教研组：抓住心理健康教育的主渠道——思想品德课，探索“心理流通式”的思想品德课课堂教学模式。每月开展一次群体辅导活动。</w:t>
      </w:r>
      <w:r>
        <w:rPr>
          <w:lang w:eastAsia="zh-CN"/>
        </w:rPr>
        <w:br/>
      </w:r>
      <w:r>
        <w:rPr>
          <w:lang w:eastAsia="zh-CN"/>
        </w:rPr>
        <w:t>　　(2)大队部：设立知心姐姐信箱，帮助学生解决一些实际问题。</w:t>
      </w:r>
      <w:r>
        <w:rPr>
          <w:lang w:eastAsia="zh-CN"/>
        </w:rPr>
        <w:br/>
      </w:r>
    </w:p>
    <w:p w:rsidR="001B1F19" w14:textId="27C3F48A">
      <w:pPr>
        <w:rPr>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(3)心理咨询室：对个别存在心理障碍的学生，由德育处负责进行心理疏导。</w:t>
      </w:r>
      <w:r>
        <w:rPr>
          <w:lang w:eastAsia="zh-CN"/>
        </w:rPr>
        <w:br/>
      </w:r>
      <w:r>
        <w:rPr>
          <w:lang w:eastAsia="zh-CN"/>
        </w:rPr>
        <w:t>　　3.增强心理健康教育实效性。</w:t>
      </w:r>
      <w:r>
        <w:rPr>
          <w:lang w:eastAsia="zh-CN"/>
        </w:rPr>
        <w:br/>
      </w:r>
      <w:r>
        <w:rPr>
          <w:lang w:eastAsia="zh-CN"/>
        </w:rPr>
        <w:t>　　(1)采取走出去请进来的方法，邀请有关专家来校作专题讲座，不断提高全体教职员工的心理健康教育的基本理论知识。</w:t>
      </w:r>
      <w:r>
        <w:rPr>
          <w:lang w:eastAsia="zh-CN"/>
        </w:rPr>
        <w:br/>
      </w:r>
      <w:r>
        <w:rPr>
          <w:lang w:eastAsia="zh-CN"/>
        </w:rPr>
        <w:t>　　(2)全员参与，进行“小学德育功能研究”的课题研究，鼓励老师积极投入到心理健康教育的理论学习和实践探究，以科研促教育。</w:t>
      </w:r>
      <w:r>
        <w:rPr>
          <w:lang w:eastAsia="zh-CN"/>
        </w:rPr>
        <w:br/>
      </w:r>
      <w:r>
        <w:rPr>
          <w:lang w:eastAsia="zh-CN"/>
        </w:rPr>
        <w:t>　　(3)进行教学观摩，组织全校性的心理健康教育辅导活动研讨。</w:t>
      </w:r>
      <w:r>
        <w:rPr>
          <w:lang w:eastAsia="zh-CN"/>
        </w:rPr>
        <w:br/>
      </w:r>
      <w:r>
        <w:rPr>
          <w:lang w:eastAsia="zh-CN"/>
        </w:rPr>
        <w:t>　　(4)积极参加“市心理健康教育课题研究协作组”的活动，积极实践，总结经验，参与研讨，认真学习，不断提高。</w:t>
      </w:r>
      <w:r>
        <w:rPr>
          <w:lang w:eastAsia="zh-CN"/>
        </w:rPr>
        <w:br/>
      </w:r>
      <w:r>
        <w:rPr>
          <w:lang w:eastAsia="zh-CN"/>
        </w:rPr>
        <w:t xml:space="preserve">    初中心理健康教育教学计划最新 篇22 </w:t>
      </w:r>
      <w:r>
        <w:rPr>
          <w:lang w:eastAsia="zh-CN"/>
        </w:rPr>
        <w:br/>
      </w:r>
      <w:r>
        <w:rPr>
          <w:lang w:eastAsia="zh-CN"/>
        </w:rPr>
        <w:t>　　一、指导思想</w:t>
      </w:r>
      <w:r>
        <w:rPr>
          <w:lang w:eastAsia="zh-CN"/>
        </w:rPr>
        <w:br/>
      </w:r>
      <w:r>
        <w:rPr>
          <w:lang w:eastAsia="zh-CN"/>
        </w:rPr>
        <w:t>　　学校心理健康教育的目的旨在帮助学生更好地认识自我、悦纳自我、完善自我;培养良好的学习习惯;学习有效地情绪管理;处理好各种人际关系，促使身心健康发展，顺利渡过这一关键的过渡时期。</w:t>
      </w:r>
      <w:r>
        <w:rPr>
          <w:lang w:eastAsia="zh-CN"/>
        </w:rPr>
        <w:br/>
      </w:r>
      <w:r>
        <w:rPr>
          <w:lang w:eastAsia="zh-CN"/>
        </w:rPr>
        <w:t>　　初中学生，正处与脱离儿童群体而又尚未进入成人行列的过渡时期，是半幼稚和半成熟、独立性和依赖性、自觉性和幼稚性错综复杂的时期。处于过渡时期的初中学生无论是认知、观察力、记忆力还是情感、社会性方面都有显著的发展。由于身心的变化，受社会性影响日增，但由于知识经验不足，因而也是各种心理冲突、思想矛盾较为激烈的时期。从日常的教学、与学生交流中发生预备、高一新生适应比较困难，角色转变、环境变化都对其有重要的影响。</w:t>
      </w:r>
      <w:r>
        <w:rPr>
          <w:lang w:eastAsia="zh-CN"/>
        </w:rPr>
        <w:br/>
      </w:r>
    </w:p>
    <w:p w:rsidR="001B1F19" w14:textId="27C3F48A">
      <w:pPr>
        <w:rPr>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针对初中学生心理发展特点，在总结并延续我校以往常规工作的基础上，制定本学年的心理健康教育工作计划，具体方案如下：</w:t>
      </w:r>
      <w:r>
        <w:rPr>
          <w:lang w:eastAsia="zh-CN"/>
        </w:rPr>
        <w:br/>
      </w:r>
      <w:r>
        <w:rPr>
          <w:lang w:eastAsia="zh-CN"/>
        </w:rPr>
        <w:t>　　二、学生心理健康教育工作</w:t>
      </w:r>
      <w:r>
        <w:rPr>
          <w:lang w:eastAsia="zh-CN"/>
        </w:rPr>
        <w:br/>
      </w:r>
      <w:r>
        <w:rPr>
          <w:lang w:eastAsia="zh-CN"/>
        </w:rPr>
        <w:t>　　(一)针对不同年级的学生特点，确立不同的心理辅导目标</w:t>
      </w:r>
      <w:r>
        <w:rPr>
          <w:lang w:eastAsia="zh-CN"/>
        </w:rPr>
        <w:br/>
      </w:r>
      <w:r>
        <w:rPr>
          <w:lang w:eastAsia="zh-CN"/>
        </w:rPr>
        <w:t>　　1、预备年级：针对从小学到初中的过渡，突出对新环境的适应在原来的教学课程中增加如何适应环境及方法内容</w:t>
      </w:r>
      <w:r>
        <w:rPr>
          <w:lang w:eastAsia="zh-CN"/>
        </w:rPr>
        <w:br/>
      </w:r>
      <w:r>
        <w:rPr>
          <w:lang w:eastAsia="zh-CN"/>
        </w:rPr>
        <w:t>　　2、初一年级：学习合理表达情绪、处理各种人际关系加重学生认识情绪、如何合理的表达自己的情绪与方法等内容，学会团队合作。</w:t>
      </w:r>
      <w:r>
        <w:rPr>
          <w:lang w:eastAsia="zh-CN"/>
        </w:rPr>
        <w:br/>
      </w:r>
      <w:r>
        <w:rPr>
          <w:lang w:eastAsia="zh-CN"/>
        </w:rPr>
        <w:t>　　3、初二年级：掌握适合自己的学习策略、提高学习效率通过不定期的开展一些讲座使学生了解学习策略、方法;如何管理自己的时间。</w:t>
      </w:r>
      <w:r>
        <w:rPr>
          <w:lang w:eastAsia="zh-CN"/>
        </w:rPr>
        <w:br/>
      </w:r>
      <w:r>
        <w:rPr>
          <w:lang w:eastAsia="zh-CN"/>
        </w:rPr>
        <w:t>　　4、初三年级：突出考试、考前心理辅导不定期的开展一些专题心理辅导活动，培养学生积极心态、缓解考试焦虑。</w:t>
      </w:r>
      <w:r>
        <w:rPr>
          <w:lang w:eastAsia="zh-CN"/>
        </w:rPr>
        <w:br/>
      </w:r>
      <w:r>
        <w:rPr>
          <w:lang w:eastAsia="zh-CN"/>
        </w:rPr>
        <w:t>　　(二)加强学生心理健康档案的建设与管理</w:t>
      </w:r>
      <w:r>
        <w:rPr>
          <w:lang w:eastAsia="zh-CN"/>
        </w:rPr>
        <w:br/>
      </w:r>
      <w:r>
        <w:rPr>
          <w:lang w:eastAsia="zh-CN"/>
        </w:rPr>
        <w:t>　　1、对不同学生建立不同的档案，尤其是那些特殊学生的案例更要做好详细记录。</w:t>
      </w:r>
      <w:r>
        <w:rPr>
          <w:lang w:eastAsia="zh-CN"/>
        </w:rPr>
        <w:br/>
      </w:r>
      <w:r>
        <w:rPr>
          <w:lang w:eastAsia="zh-CN"/>
        </w:rPr>
        <w:t>　　2、对高一学生进行心理健康状况测试，形成更直观、系统的档案。</w:t>
      </w:r>
      <w:r>
        <w:rPr>
          <w:lang w:eastAsia="zh-CN"/>
        </w:rPr>
        <w:br/>
      </w:r>
      <w:r>
        <w:rPr>
          <w:lang w:eastAsia="zh-CN"/>
        </w:rPr>
        <w:t>　　3、综合以往的资料，加强学生心理健康档案的建设和管理。</w:t>
      </w:r>
      <w:r>
        <w:rPr>
          <w:lang w:eastAsia="zh-CN"/>
        </w:rPr>
        <w:br/>
      </w:r>
      <w:r>
        <w:rPr>
          <w:lang w:eastAsia="zh-CN"/>
        </w:rPr>
        <w:t>　　(三)心理辅导，帮助学生解决问题，使心理辅导真正融入学生的学习生活</w:t>
      </w:r>
      <w:r>
        <w:rPr>
          <w:lang w:eastAsia="zh-CN"/>
        </w:rPr>
        <w:br/>
      </w:r>
      <w:r>
        <w:rPr>
          <w:lang w:eastAsia="zh-CN"/>
        </w:rPr>
        <w:t>　　1、心理辅导中心，对学生进行个别心理咨询与辅导</w:t>
      </w:r>
      <w:r>
        <w:rPr>
          <w:lang w:eastAsia="zh-CN"/>
        </w:rPr>
        <w:br/>
      </w:r>
    </w:p>
    <w:p w:rsidR="001B1F19" w14:textId="27C3F48A">
      <w:pPr>
        <w:rPr>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2、对于潜在心理状况异常的学生进行重点关注、定期进行个别辅导</w:t>
      </w:r>
      <w:r>
        <w:rPr>
          <w:lang w:eastAsia="zh-CN"/>
        </w:rPr>
        <w:br/>
      </w:r>
      <w:r>
        <w:rPr>
          <w:lang w:eastAsia="zh-CN"/>
        </w:rPr>
        <w:t>　　3、认真做好辅导记录，根据心理辅导情况，及时与老师、家长取得联系，共同引导学生。</w:t>
      </w:r>
      <w:r>
        <w:rPr>
          <w:lang w:eastAsia="zh-CN"/>
        </w:rPr>
        <w:br/>
      </w:r>
      <w:r>
        <w:rPr>
          <w:lang w:eastAsia="zh-CN"/>
        </w:rPr>
        <w:t>　　(四)关注特殊学生，帮助其融入校园生活</w:t>
      </w:r>
      <w:r>
        <w:rPr>
          <w:lang w:eastAsia="zh-CN"/>
        </w:rPr>
        <w:br/>
      </w:r>
      <w:r>
        <w:rPr>
          <w:lang w:eastAsia="zh-CN"/>
        </w:rPr>
        <w:t>　　1、积极配合德育室和各年级做好特殊学生、随班就读学生的心理疏导工作。</w:t>
      </w:r>
      <w:r>
        <w:rPr>
          <w:lang w:eastAsia="zh-CN"/>
        </w:rPr>
        <w:br/>
      </w:r>
      <w:r>
        <w:rPr>
          <w:lang w:eastAsia="zh-CN"/>
        </w:rPr>
        <w:t>　　2、积累辅导记录，为随班就读学生建立个别咨询的档案。</w:t>
      </w:r>
      <w:r>
        <w:rPr>
          <w:lang w:eastAsia="zh-CN"/>
        </w:rPr>
        <w:br/>
      </w:r>
      <w:r>
        <w:rPr>
          <w:lang w:eastAsia="zh-CN"/>
        </w:rPr>
        <w:t>　　3、结合学期特点，组织随班就读学生开展活动，使他们感受关爱，融入校园。</w:t>
      </w:r>
      <w:r>
        <w:rPr>
          <w:lang w:eastAsia="zh-CN"/>
        </w:rPr>
        <w:br/>
      </w:r>
      <w:r>
        <w:rPr>
          <w:lang w:eastAsia="zh-CN"/>
        </w:rPr>
        <w:t>　　三、教师与家长参与的心理健康教育</w:t>
      </w:r>
      <w:r>
        <w:rPr>
          <w:lang w:eastAsia="zh-CN"/>
        </w:rPr>
        <w:br/>
      </w:r>
      <w:r>
        <w:rPr>
          <w:lang w:eastAsia="zh-CN"/>
        </w:rPr>
        <w:t>　　(一)教师层面</w:t>
      </w:r>
      <w:r>
        <w:rPr>
          <w:lang w:eastAsia="zh-CN"/>
        </w:rPr>
        <w:br/>
      </w:r>
      <w:r>
        <w:rPr>
          <w:lang w:eastAsia="zh-CN"/>
        </w:rPr>
        <w:t>　　1、向教师提供有效的减压方法。</w:t>
      </w:r>
      <w:r>
        <w:rPr>
          <w:lang w:eastAsia="zh-CN"/>
        </w:rPr>
        <w:br/>
      </w:r>
      <w:r>
        <w:rPr>
          <w:lang w:eastAsia="zh-CN"/>
        </w:rPr>
        <w:t>　　2、邀请心理健康领域的专家来校讲座，传授心理健康常识，以及处理常见的师生矛盾等。</w:t>
      </w:r>
      <w:r>
        <w:rPr>
          <w:lang w:eastAsia="zh-CN"/>
        </w:rPr>
        <w:br/>
      </w:r>
      <w:r>
        <w:rPr>
          <w:lang w:eastAsia="zh-CN"/>
        </w:rPr>
        <w:t>　　3、心理教师积极参加心理培训，钻研心理辅导技术，进一步提高自己心理辅导的能力。</w:t>
      </w:r>
      <w:r>
        <w:rPr>
          <w:lang w:eastAsia="zh-CN"/>
        </w:rPr>
        <w:br/>
      </w:r>
      <w:r>
        <w:rPr>
          <w:lang w:eastAsia="zh-CN"/>
        </w:rPr>
        <w:t>　　4、心理教师积极配合班主任的工作，与班主任老师共同学习有关班级心理辅导的内容。</w:t>
      </w:r>
      <w:r>
        <w:rPr>
          <w:lang w:eastAsia="zh-CN"/>
        </w:rPr>
        <w:br/>
      </w:r>
      <w:r>
        <w:rPr>
          <w:lang w:eastAsia="zh-CN"/>
        </w:rPr>
        <w:t xml:space="preserve">    初中心理健康教育教学计划最新 篇23 </w:t>
      </w:r>
      <w:r>
        <w:rPr>
          <w:lang w:eastAsia="zh-CN"/>
        </w:rPr>
        <w:br/>
      </w:r>
      <w:r>
        <w:rPr>
          <w:lang w:eastAsia="zh-CN"/>
        </w:rPr>
        <w:t>　　工作计划</w:t>
      </w:r>
      <w:r>
        <w:rPr>
          <w:lang w:eastAsia="zh-CN"/>
        </w:rPr>
        <w:br/>
      </w:r>
      <w:r>
        <w:rPr>
          <w:lang w:eastAsia="zh-CN"/>
        </w:rPr>
        <w:t>　　一、心育课程</w:t>
      </w:r>
      <w:r>
        <w:rPr>
          <w:lang w:eastAsia="zh-CN"/>
        </w:rPr>
        <w:br/>
      </w:r>
    </w:p>
    <w:p w:rsidR="001B1F19" w14:textId="27C3F48A">
      <w:pPr>
        <w:rPr>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1、心理健康活动课</w:t>
      </w:r>
      <w:r>
        <w:rPr>
          <w:lang w:eastAsia="zh-CN"/>
        </w:rPr>
        <w:br/>
      </w:r>
      <w:r>
        <w:rPr>
          <w:lang w:eastAsia="zh-CN"/>
        </w:rPr>
        <w:t>　　本期心理健康活动课仍在五、六年级开设。从内容形式上有生命教育课、积极心理品质培养课、团体心理疏导课三类。其中，五年级生命教育课主要从生命的自我探索出发，探讨性别的形成、生命的美好与死亡教育；六年级生命教育课则侧重生涯规划，为未来生活做准备。积极心理品质培养课方面，五年级注重坚持力培养及自我潜能的开发，六年级侧重抗挫与领导力等品格力量。团体心理疏导方面，五年级重在因学业负担和人际交往导致的消极情绪疏导，六年级则关注青春期健康心理问题。</w:t>
      </w:r>
      <w:r>
        <w:rPr>
          <w:lang w:eastAsia="zh-CN"/>
        </w:rPr>
        <w:br/>
      </w:r>
      <w:r>
        <w:rPr>
          <w:lang w:eastAsia="zh-CN"/>
        </w:rPr>
        <w:t>　　2、心理社团</w:t>
      </w:r>
      <w:r>
        <w:rPr>
          <w:lang w:eastAsia="zh-CN"/>
        </w:rPr>
        <w:br/>
      </w:r>
      <w:r>
        <w:rPr>
          <w:lang w:eastAsia="zh-CN"/>
        </w:rPr>
        <w:t>　　心理社团由“校园心理剧”精品社团和“沙盘世界”兴趣社团两个部分组成。“校园心理剧”社团结合_区和成都市的校园心理剧评比活动，旨在帮助学生了解校园心理剧，初步掌握校园心理剧的心理技术，能结合身边人的心理成长故事撰写校园心理剧剧本。面向五、六年级招生，授课时间为每周五下午第二节社团课。</w:t>
      </w:r>
      <w:r>
        <w:rPr>
          <w:lang w:eastAsia="zh-CN"/>
        </w:rPr>
        <w:br/>
      </w:r>
      <w:r>
        <w:rPr>
          <w:lang w:eastAsia="zh-CN"/>
        </w:rPr>
        <w:t>　　由于五年级孩子面临调考，同时小群体交往日渐密切，人际问题往往成为困扰学生的主要问题，六年级学生小升初的压力也较大，需要放松与调节，在毕业季中也希望与同伴留下难忘的回忆。针对学生的兴趣与需求，我们面向五六年级开设了“沙盘世界”社团，利用专业心理治疗器械――沙盘，开展团体心理沙盘活动。沙盘世界社团面向五六年级学生开展，上课时间为周二中午12:40-13:40。</w:t>
      </w:r>
      <w:r>
        <w:rPr>
          <w:lang w:eastAsia="zh-CN"/>
        </w:rPr>
        <w:br/>
      </w:r>
      <w:r>
        <w:rPr>
          <w:lang w:eastAsia="zh-CN"/>
        </w:rPr>
        <w:t>　　二、心育队伍</w:t>
      </w:r>
      <w:r>
        <w:rPr>
          <w:lang w:eastAsia="zh-CN"/>
        </w:rPr>
        <w:br/>
      </w:r>
    </w:p>
    <w:p w:rsidR="001B1F19" w14:textId="27C3F48A">
      <w:pPr>
        <w:rPr>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1、心理教师</w:t>
      </w:r>
      <w:r>
        <w:rPr>
          <w:lang w:eastAsia="zh-CN"/>
        </w:rPr>
        <w:br/>
      </w:r>
      <w:r>
        <w:rPr>
          <w:lang w:eastAsia="zh-CN"/>
        </w:rPr>
        <w:t>　　本期我校心理刘_老师将继续在_区教研员周玫老师的工作室中开展科研工作，提升自我专业素养。在去年的研究中，刘_老师开展了坚持力心育综合实践活动的研究，取得了较好的效果。本期，刘_老师将在五年级针对孩子的坚持力，开展家庭教育指导的研究。</w:t>
      </w:r>
      <w:r>
        <w:rPr>
          <w:lang w:eastAsia="zh-CN"/>
        </w:rPr>
        <w:br/>
      </w:r>
      <w:r>
        <w:rPr>
          <w:lang w:eastAsia="zh-CN"/>
        </w:rPr>
        <w:t>　　2、心理兼职教师队伍</w:t>
      </w:r>
      <w:r>
        <w:rPr>
          <w:lang w:eastAsia="zh-CN"/>
        </w:rPr>
        <w:br/>
      </w:r>
      <w:r>
        <w:rPr>
          <w:lang w:eastAsia="zh-CN"/>
        </w:rPr>
        <w:t>　　我校班主任大部分已经取得了成都市心理健康辅导员C证证书，其中有9名教师已经取得了学校心理健康辅导员B证。本期，我校又有新的一批老师成为了班主任老师。我校心理组将组织进行学校心理辅导员的统计和报名工作，在培训过程中及时解答疑问，班主任教师在专业化的道路上不断成长。</w:t>
      </w:r>
      <w:r>
        <w:rPr>
          <w:lang w:eastAsia="zh-CN"/>
        </w:rPr>
        <w:br/>
      </w:r>
      <w:r>
        <w:rPr>
          <w:lang w:eastAsia="zh-CN"/>
        </w:rPr>
        <w:t>　　三、重要工作</w:t>
      </w:r>
      <w:r>
        <w:rPr>
          <w:lang w:eastAsia="zh-CN"/>
        </w:rPr>
        <w:br/>
      </w:r>
      <w:r>
        <w:rPr>
          <w:lang w:eastAsia="zh-CN"/>
        </w:rPr>
        <w:t>　　1、_区心理赛课</w:t>
      </w:r>
      <w:r>
        <w:rPr>
          <w:lang w:eastAsia="zh-CN"/>
        </w:rPr>
        <w:br/>
      </w:r>
      <w:r>
        <w:rPr>
          <w:lang w:eastAsia="zh-CN"/>
        </w:rPr>
        <w:t>　　9月下旬，配合_区的学期工作计划，积极组织我校教师以生涯规划为主题，设计与实施班级心理健康活动课。</w:t>
      </w:r>
      <w:r>
        <w:rPr>
          <w:lang w:eastAsia="zh-CN"/>
        </w:rPr>
        <w:br/>
      </w:r>
      <w:r>
        <w:rPr>
          <w:lang w:eastAsia="zh-CN"/>
        </w:rPr>
        <w:t>　　2、小专题结题工作</w:t>
      </w:r>
      <w:r>
        <w:rPr>
          <w:lang w:eastAsia="zh-CN"/>
        </w:rPr>
        <w:br/>
      </w:r>
    </w:p>
    <w:p w:rsidR="001B1F19" w14:textId="27C3F48A">
      <w:pPr>
        <w:rPr>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9月上旬，就《培养小学高段学生坚持力的心育综合实践活动的研究》开展结题工作。去年，在_区积极心理健康教育工作室的带领下，我校针对学生的积极品格力量“坚持力”开展了心理健康教育综合实践活动，活动得到了班级教师及家长的大力支持，也取得了不错的效果，研究在评价方面做得也不错，得到了区上同仁的一致好评。本期我们将梳理前一阶段的研究成果，为下一学年的研究做好准备。</w:t>
      </w:r>
      <w:r>
        <w:rPr>
          <w:lang w:eastAsia="zh-CN"/>
        </w:rPr>
        <w:br/>
      </w:r>
      <w:r>
        <w:rPr>
          <w:lang w:eastAsia="zh-CN"/>
        </w:rPr>
        <w:t>　　3、录制心理健康微课</w:t>
      </w:r>
      <w:r>
        <w:rPr>
          <w:lang w:eastAsia="zh-CN"/>
        </w:rPr>
        <w:br/>
      </w:r>
      <w:r>
        <w:rPr>
          <w:lang w:eastAsia="zh-CN"/>
        </w:rPr>
        <w:t>　　在_区20_-20_学年的微课比赛中，心理组刘_老师的微课取得了_区二等奖的好成绩。今年我们将再接再励，继续推广心理课堂活动的视频教学，为今后的课堂教学及心理活动教学做准备。</w:t>
      </w:r>
      <w:r>
        <w:rPr>
          <w:lang w:eastAsia="zh-CN"/>
        </w:rPr>
        <w:br/>
      </w:r>
      <w:r>
        <w:rPr>
          <w:lang w:eastAsia="zh-CN"/>
        </w:rPr>
        <w:t>　　4、特殊学生个别化支持教育</w:t>
      </w:r>
      <w:r>
        <w:rPr>
          <w:lang w:eastAsia="zh-CN"/>
        </w:rPr>
        <w:br/>
      </w:r>
      <w:r>
        <w:rPr>
          <w:lang w:eastAsia="zh-CN"/>
        </w:rPr>
        <w:t>　　心理组将继续为特殊儿童的教育提供专业支持。开学初，帮助新进班主任老师完成新生适应初期的疏导工作，对适应不良的学生个别引导和关注。同时，我校有两名随班就读的儿童，升入五年级的他们在学习与交往方面也面临着新的挑战。心理组老师会持续关注并与任课老师继续跟进，为孩子的健康成长努力。</w:t>
      </w:r>
      <w:r>
        <w:rPr>
          <w:lang w:eastAsia="zh-CN"/>
        </w:rPr>
        <w:br/>
      </w:r>
      <w:r>
        <w:rPr>
          <w:lang w:eastAsia="zh-CN"/>
        </w:rPr>
        <w:t>　　5、开展培养学生坚持力的家庭指导策略的研究</w:t>
      </w:r>
      <w:r>
        <w:rPr>
          <w:lang w:eastAsia="zh-CN"/>
        </w:rPr>
        <w:br/>
      </w:r>
      <w:r>
        <w:rPr>
          <w:lang w:eastAsia="zh-CN"/>
        </w:rPr>
        <w:t>　　本期，我们将继续围绕培养学生坚持力的问题进行教学研究。我们将研究的重点放在家庭指导方面，试图通过研究探索形成培养坚持力的家庭教育指导方案，并在区域内推广展示。</w:t>
      </w:r>
      <w:r>
        <w:rPr>
          <w:lang w:eastAsia="zh-CN"/>
        </w:rPr>
        <w:br/>
      </w:r>
      <w:r>
        <w:rPr>
          <w:lang w:eastAsia="zh-CN"/>
        </w:rPr>
        <w:t xml:space="preserve">    初中心理健康教育教学计划最新 篇24 </w:t>
      </w:r>
      <w:r>
        <w:rPr>
          <w:lang w:eastAsia="zh-CN"/>
        </w:rPr>
        <w:br/>
      </w:r>
      <w:r>
        <w:rPr>
          <w:lang w:eastAsia="zh-CN"/>
        </w:rPr>
        <w:t>　　教学目标：</w:t>
      </w:r>
      <w:r>
        <w:rPr>
          <w:lang w:eastAsia="zh-CN"/>
        </w:rPr>
        <w:br/>
      </w:r>
      <w:r>
        <w:rPr>
          <w:lang w:eastAsia="zh-CN"/>
        </w:rPr>
        <w:t>　　1、知识目标：</w:t>
      </w:r>
      <w:r>
        <w:rPr>
          <w:lang w:eastAsia="zh-CN"/>
        </w:rPr>
        <w:br/>
      </w:r>
      <w:r>
        <w:rPr>
          <w:lang w:eastAsia="zh-CN"/>
        </w:rPr>
        <w:t>　　⑴、知道青春期里的“想入非非”是青少年性生理发育提前，受性激素的刺激而产生的心理变化，即生理变化而引起的心理变化。</w:t>
      </w:r>
      <w:r>
        <w:rPr>
          <w:lang w:eastAsia="zh-CN"/>
        </w:rPr>
        <w:br/>
      </w:r>
      <w:r>
        <w:rPr>
          <w:lang w:eastAsia="zh-CN"/>
        </w:rPr>
        <w:t>　　⑵、树立心理咨询意识，知道遇到心理问题时能采取多种有效的方式自我调节，减少烦恼。</w:t>
      </w:r>
      <w:r>
        <w:rPr>
          <w:lang w:eastAsia="zh-CN"/>
        </w:rPr>
        <w:br/>
      </w:r>
    </w:p>
    <w:p w:rsidR="001B1F19" w14:textId="27C3F48A">
      <w:pPr>
        <w:rPr>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2、能力目标：</w:t>
      </w:r>
      <w:r>
        <w:rPr>
          <w:lang w:eastAsia="zh-CN"/>
        </w:rPr>
        <w:br/>
      </w:r>
      <w:r>
        <w:rPr>
          <w:lang w:eastAsia="zh-CN"/>
        </w:rPr>
        <w:t>　　让学生通过多种形式的互动活动（如表演、辩论等）认识“想入非非”不是错，了解自我，培养他们把握尺度的能力。</w:t>
      </w:r>
      <w:r>
        <w:rPr>
          <w:lang w:eastAsia="zh-CN"/>
        </w:rPr>
        <w:br/>
      </w:r>
      <w:r>
        <w:rPr>
          <w:lang w:eastAsia="zh-CN"/>
        </w:rPr>
        <w:t>　　3、情感目标：</w:t>
      </w:r>
      <w:r>
        <w:rPr>
          <w:lang w:eastAsia="zh-CN"/>
        </w:rPr>
        <w:br/>
      </w:r>
      <w:r>
        <w:rPr>
          <w:lang w:eastAsia="zh-CN"/>
        </w:rPr>
        <w:t>　　让学生把握与异性交往的情感和行为尺度，使其获得积极、愉悦、健康的成长体验。</w:t>
      </w:r>
      <w:r>
        <w:rPr>
          <w:lang w:eastAsia="zh-CN"/>
        </w:rPr>
        <w:br/>
      </w:r>
      <w:r>
        <w:rPr>
          <w:lang w:eastAsia="zh-CN"/>
        </w:rPr>
        <w:t>　　教学重点：</w:t>
      </w:r>
      <w:r>
        <w:rPr>
          <w:lang w:eastAsia="zh-CN"/>
        </w:rPr>
        <w:br/>
      </w:r>
      <w:r>
        <w:rPr>
          <w:lang w:eastAsia="zh-CN"/>
        </w:rPr>
        <w:t>　　认识“想入非非”不是错，培养他们正确把握好尺度的能力。</w:t>
      </w:r>
      <w:r>
        <w:rPr>
          <w:lang w:eastAsia="zh-CN"/>
        </w:rPr>
        <w:br/>
      </w:r>
      <w:r>
        <w:rPr>
          <w:lang w:eastAsia="zh-CN"/>
        </w:rPr>
        <w:t>　　教学难点：</w:t>
      </w:r>
      <w:r>
        <w:rPr>
          <w:lang w:eastAsia="zh-CN"/>
        </w:rPr>
        <w:br/>
      </w:r>
      <w:r>
        <w:rPr>
          <w:lang w:eastAsia="zh-CN"/>
        </w:rPr>
        <w:t>　　树立对“性”的正确认识。</w:t>
      </w:r>
      <w:r>
        <w:rPr>
          <w:lang w:eastAsia="zh-CN"/>
        </w:rPr>
        <w:br/>
      </w:r>
      <w:r>
        <w:rPr>
          <w:lang w:eastAsia="zh-CN"/>
        </w:rPr>
        <w:t>　　教学准备：</w:t>
      </w:r>
      <w:r>
        <w:rPr>
          <w:lang w:eastAsia="zh-CN"/>
        </w:rPr>
        <w:br/>
      </w:r>
      <w:r>
        <w:rPr>
          <w:lang w:eastAsia="zh-CN"/>
        </w:rPr>
        <w:t>　　多媒体设备；课件；文字卡片若干；心理医生一名；有关个案、资料等。</w:t>
      </w:r>
      <w:r>
        <w:rPr>
          <w:lang w:eastAsia="zh-CN"/>
        </w:rPr>
        <w:br/>
      </w:r>
      <w:r>
        <w:rPr>
          <w:lang w:eastAsia="zh-CN"/>
        </w:rPr>
        <w:t>　　教学设计:</w:t>
      </w:r>
      <w:r>
        <w:rPr>
          <w:lang w:eastAsia="zh-CN"/>
        </w:rPr>
        <w:br/>
      </w:r>
      <w:r>
        <w:rPr>
          <w:lang w:eastAsia="zh-CN"/>
        </w:rPr>
        <w:t>　　一、情境导入：</w:t>
      </w:r>
      <w:r>
        <w:rPr>
          <w:lang w:eastAsia="zh-CN"/>
        </w:rPr>
        <w:br/>
      </w:r>
      <w:r>
        <w:rPr>
          <w:lang w:eastAsia="zh-CN"/>
        </w:rPr>
        <w:t>　　（学生表演小品，小品内容大致为：一位男生球打得特别好，引来一位女生的倾慕；女生过分地打扮自己；同学们之间上课互相传纸条；男生拿着同学恶作剧的纸条到处宣扬有一位女生喜欢他，很得意！）</w:t>
      </w:r>
      <w:r>
        <w:rPr>
          <w:lang w:eastAsia="zh-CN"/>
        </w:rPr>
        <w:br/>
      </w:r>
      <w:r>
        <w:rPr>
          <w:lang w:eastAsia="zh-CN"/>
        </w:rPr>
        <w:t>　　二、明确“想入非非”不是错：</w:t>
      </w:r>
      <w:r>
        <w:rPr>
          <w:lang w:eastAsia="zh-CN"/>
        </w:rPr>
        <w:br/>
      </w:r>
      <w:r>
        <w:rPr>
          <w:lang w:eastAsia="zh-CN"/>
        </w:rPr>
        <w:t>　　1、从刚才这段表演中你感受到剧中人物的心理都有一个什么共同点呢?（点题，板书：想入非非）</w:t>
      </w:r>
      <w:r>
        <w:rPr>
          <w:lang w:eastAsia="zh-CN"/>
        </w:rPr>
        <w:br/>
      </w:r>
    </w:p>
    <w:p w:rsidR="001B1F19" w14:textId="27C3F48A">
      <w:pPr>
        <w:rPr>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2、针对同学之间产生的这种心理现象，你有什么自己的看法呢？（自由回答，畅所欲言）</w:t>
      </w:r>
      <w:r>
        <w:rPr>
          <w:lang w:eastAsia="zh-CN"/>
        </w:rPr>
        <w:br/>
      </w:r>
      <w:r>
        <w:rPr>
          <w:lang w:eastAsia="zh-CN"/>
        </w:rPr>
        <w:t>　　3、迅速阅读课文有关段落，看看心理辅导老师是如何说明对这个问题的看法的。</w:t>
      </w:r>
      <w:r>
        <w:rPr>
          <w:lang w:eastAsia="zh-CN"/>
        </w:rPr>
        <w:br/>
      </w:r>
      <w:r>
        <w:rPr>
          <w:lang w:eastAsia="zh-CN"/>
        </w:rPr>
        <w:t>　　4、自由回答：从心理辅导老师的这一段话中你了解到了什么？</w:t>
      </w:r>
      <w:r>
        <w:rPr>
          <w:lang w:eastAsia="zh-CN"/>
        </w:rPr>
        <w:br/>
      </w:r>
      <w:r>
        <w:rPr>
          <w:lang w:eastAsia="zh-CN"/>
        </w:rPr>
        <w:t>　　5、出示课件，师点拨小结：</w:t>
      </w:r>
      <w:r>
        <w:rPr>
          <w:lang w:eastAsia="zh-CN"/>
        </w:rPr>
        <w:br/>
      </w:r>
      <w:r>
        <w:rPr>
          <w:lang w:eastAsia="zh-CN"/>
        </w:rPr>
        <w:t>　　像同学们这样想与男同学相处、交往是一种正常的心理现象，一般来讲，女孩子在11岁左右，男孩子在13岁左右，就会进入人生的第二生长高峰期——青春期。进入青春期后，身体会发生很大的变化，女孩子会来月经，乳房也会有所发育；男孩子的肌肉会更加发达，这些都是在性激素的作用下产生的，随之而然，性心理也会发生变化，而且会随着年龄的增长而表现得更加突出。因此，这是完全正常的现象，完全用不着为此而自责和烦恼。（板书：不是错）</w:t>
      </w:r>
      <w:r>
        <w:rPr>
          <w:lang w:eastAsia="zh-CN"/>
        </w:rPr>
        <w:br/>
      </w:r>
      <w:r>
        <w:rPr>
          <w:lang w:eastAsia="zh-CN"/>
        </w:rPr>
        <w:t>　　三、了解解决心理问题的途径：</w:t>
      </w:r>
      <w:r>
        <w:rPr>
          <w:lang w:eastAsia="zh-CN"/>
        </w:rPr>
        <w:br/>
      </w:r>
      <w:r>
        <w:rPr>
          <w:lang w:eastAsia="zh-CN"/>
        </w:rPr>
        <w:t>　　1、产生这些心理现象之后应该怎么办呢?翻开书第12课自由读一读课文，看一看书中的这个小女孩是怎样做的？（指名回答：咨询心理辅导老师）及时地进行咨询和求助是完全必要的，也是十分明智的。（板书：张贴“心理咨询”卡片）</w:t>
      </w:r>
      <w:r>
        <w:rPr>
          <w:lang w:eastAsia="zh-CN"/>
        </w:rPr>
        <w:br/>
      </w:r>
    </w:p>
    <w:p w:rsidR="001B1F19" w14:textId="27C3F48A">
      <w:pPr>
        <w:rPr>
          <w:lang w:eastAsia="zh-CN"/>
        </w:rPr>
      </w:pPr>
      <w:r>
        <w:rPr>
          <w:lang w:eastAsia="zh-CN"/>
        </w:rPr>
        <w:t>　　2、我们学校有心理辅导老师吗？你认为还有哪些人可以做你的心理辅导老师？（张贴“班主任”、“爸爸妈妈”“亲近的老师”“心理辅导老师”“心理辅导咨询机构”“其他可信赖的亲友”）</w:t>
      </w:r>
      <w:r>
        <w:rPr>
          <w:lang w:eastAsia="zh-CN"/>
        </w:rPr>
        <w:br/>
      </w:r>
      <w:r>
        <w:rPr>
          <w:lang w:eastAsia="zh-CN"/>
        </w:rPr>
        <w:t>　　3、小结</w:t>
      </w:r>
      <w:r>
        <w:rPr>
          <w:lang w:eastAsia="zh-CN"/>
        </w:rPr>
        <w:br/>
      </w:r>
      <w:r>
        <w:rPr>
          <w:lang w:eastAsia="zh-CN"/>
        </w:rPr>
        <w:t>　　四、正确认识“性”：</w:t>
      </w:r>
      <w:r>
        <w:rPr>
          <w:lang w:eastAsia="zh-CN"/>
        </w:rPr>
        <w:br/>
      </w:r>
      <w:r>
        <w:rPr>
          <w:lang w:eastAsia="zh-CN"/>
        </w:rPr>
        <w:t>　　1、一提到性这个问题，同学们都有些不自然，别别扭扭，有些不好意思，这是因为缺乏对性的正确认识，书中的小女孩莎莎也这样，自由读一读课文相关的文字，看看心理辅导老师是怎么说的吧。</w:t>
      </w:r>
      <w:r>
        <w:rPr>
          <w:lang w:eastAsia="zh-CN"/>
        </w:rPr>
        <w:br/>
      </w:r>
      <w:r>
        <w:rPr>
          <w:lang w:eastAsia="zh-CN"/>
        </w:rPr>
        <w:t>　　2、出示课件（人类、动物繁衍生息的动画），师小结：</w:t>
      </w:r>
      <w:r>
        <w:rPr>
          <w:lang w:eastAsia="zh-CN"/>
        </w:rPr>
        <w:br/>
      </w:r>
      <w:r>
        <w:rPr>
          <w:lang w:eastAsia="zh-CN"/>
        </w:rPr>
        <w:t>　　性是世界万事万物繁衍生息的纽带，如果没有性，就没有我们人类的生存，也不会有这世间这么多美丽、可爱的生命。</w:t>
      </w:r>
      <w:r>
        <w:rPr>
          <w:lang w:eastAsia="zh-CN"/>
        </w:rPr>
        <w:br/>
      </w:r>
      <w:r>
        <w:rPr>
          <w:lang w:eastAsia="zh-CN"/>
        </w:rPr>
        <w:t>　　五、如何把握好尺度：</w:t>
      </w:r>
      <w:r>
        <w:rPr>
          <w:lang w:eastAsia="zh-CN"/>
        </w:rPr>
        <w:br/>
      </w:r>
      <w:r>
        <w:rPr>
          <w:lang w:eastAsia="zh-CN"/>
        </w:rPr>
        <w:t>　　1、同学们这样的想法虽然是正常的，但是不是就可以整天都想呢？如果这样做了会导致怎样的后果呢？</w:t>
      </w:r>
      <w:r>
        <w:rPr>
          <w:lang w:eastAsia="zh-CN"/>
        </w:rPr>
        <w:br/>
      </w:r>
      <w:r>
        <w:rPr>
          <w:lang w:eastAsia="zh-CN"/>
        </w:rPr>
        <w:t>　　2、出示课件（因“想入非非”而导致的误入歧途的事例），总结把握尺度很重要。（板书：把握尺度）</w:t>
      </w:r>
      <w:r>
        <w:rPr>
          <w:lang w:eastAsia="zh-CN"/>
        </w:rPr>
        <w:br/>
      </w:r>
      <w:r>
        <w:rPr>
          <w:lang w:eastAsia="zh-CN"/>
        </w:rPr>
        <w:t>　　3、四人小组讨论：面对这样的心理问题出现后，应该怎么做呢？</w:t>
      </w:r>
      <w:r>
        <w:rPr>
          <w:lang w:eastAsia="zh-CN"/>
        </w:rPr>
        <w:br/>
      </w:r>
      <w:r>
        <w:rPr>
          <w:lang w:eastAsia="zh-CN"/>
        </w:rPr>
        <w:t>　　4、小组汇报：用你喜欢的方式演、唱、说、跳等，让同学们猜一猜你的好办法。</w:t>
      </w:r>
      <w:r>
        <w:rPr>
          <w:lang w:eastAsia="zh-CN"/>
        </w:rPr>
        <w:br/>
      </w:r>
      <w:r>
        <w:rPr>
          <w:lang w:eastAsia="zh-CN"/>
        </w:rPr>
        <w:t>　　5、出示课件，师小结：</w:t>
      </w:r>
      <w:r>
        <w:rPr>
          <w:lang w:eastAsia="zh-CN"/>
        </w:rPr>
        <w:br/>
      </w:r>
      <w:r>
        <w:rPr>
          <w:lang w:eastAsia="zh-CN"/>
        </w:rPr>
        <w:t>　　这些方法都总结为两类：注意转移法、情绪调节法、价值权衡法。（板书：要记住）</w:t>
      </w:r>
      <w:r>
        <w:rPr>
          <w:lang w:eastAsia="zh-CN"/>
        </w:rPr>
        <w:br/>
      </w:r>
      <w:r>
        <w:rPr>
          <w:lang w:eastAsia="zh-CN"/>
        </w:rPr>
        <w:t>　　六、延伸、指导：</w:t>
      </w:r>
      <w:r>
        <w:rPr>
          <w:lang w:eastAsia="zh-CN"/>
        </w:rPr>
        <w:br/>
      </w:r>
      <w:r>
        <w:rPr>
          <w:lang w:eastAsia="zh-CN"/>
        </w:rPr>
        <w:br/>
      </w:r>
      <w:r>
        <w:rPr>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https://d.book118.com/276110132103010100</w:t>
        </w:r>
      </w:hyperlink>
    </w:p>
    <w:p w:rsidR="001B1F19">
      <w:pPr>
        <w:rPr>
          <w:lang w:eastAsia="zh-CN"/>
        </w:rPr>
      </w:pPr>
    </w:p>
    <w:sectPr>
      <w:type w:val="nextPage"/>
      <w:pgSz w:w="11906" w:h="16838"/>
      <w:pgMar w:top="1440" w:right="1800" w:bottom="1440" w:left="1800" w:header="851" w:footer="992" w:gutter="0"/>
      <w:pgNumType w:start="2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 w:val="009376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276110132103010100"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6</cp:revision>
  <dcterms:created xsi:type="dcterms:W3CDTF">2024-01-11T00:28:00Z</dcterms:created>
  <dcterms:modified xsi:type="dcterms:W3CDTF">2024-02-08T13:34:00Z</dcterms:modified>
</cp:coreProperties>
</file>