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2024年学期安全工作总结范文（35篇）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2024年学期安全工作总结范文（通用35篇）</w:t>
      </w:r>
      <w:r>
        <w:rPr>
          <w:lang w:eastAsia="zh-CN"/>
        </w:rPr>
        <w:br/>
      </w:r>
      <w:r>
        <w:rPr>
          <w:lang w:eastAsia="zh-CN"/>
        </w:rPr>
        <w:t xml:space="preserve">    2024年学期安全工作总结范文 篇1 </w:t>
      </w:r>
      <w:r>
        <w:rPr>
          <w:lang w:eastAsia="zh-CN"/>
        </w:rPr>
        <w:br/>
      </w:r>
      <w:r>
        <w:rPr>
          <w:lang w:eastAsia="zh-CN"/>
        </w:rPr>
        <w:t>　　班主任除对班级学生进行爱国主义、社会主义、集体主义以及基本道德规范等思想政治教育和基础文化科学知识教育外，还要对学生进行安全教育和自护自救教育，让学生掌握一些基本的安全防范、安全自护和安全自救知识。班主任不仅自己要牢固树立安全责任重如山、生命责任大如天的意识，还要努力使学生树立安全第一观念。</w:t>
      </w:r>
      <w:r>
        <w:rPr>
          <w:lang w:eastAsia="zh-CN"/>
        </w:rPr>
        <w:br/>
      </w:r>
      <w:r>
        <w:rPr>
          <w:lang w:eastAsia="zh-CN"/>
        </w:rPr>
        <w:t>　　1、安全告知责任。</w:t>
      </w:r>
      <w:r>
        <w:rPr>
          <w:lang w:eastAsia="zh-CN"/>
        </w:rPr>
        <w:br/>
      </w:r>
      <w:r>
        <w:rPr>
          <w:lang w:eastAsia="zh-CN"/>
        </w:rPr>
        <w:t>　　班主任的告知可分为四个方面：一是把学校或班级进行的各种活动中有关安全方面应注意的问题对学生告知。二是把校园及其周边的设施包括环境中可能存在的安全隐患告知学生。三是把学生的有关情况对家长告知。四是把发现的班级内部、校园内部及校园周边存在的安全隐患以及安全事故向学校领导告知。班主任履行告知义务，可积极有效地预防安全事故的发生。</w:t>
      </w:r>
      <w:r>
        <w:rPr>
          <w:lang w:eastAsia="zh-CN"/>
        </w:rPr>
        <w:br/>
      </w:r>
      <w:r>
        <w:rPr>
          <w:lang w:eastAsia="zh-CN"/>
        </w:rPr>
        <w:t>　　2、安全告诫责任。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班主任在教育教学活动中负有对学生告诫的责任。加强对学生思想品德教育，增强学生的遵纪守法意识，规范学生的`日常行为，保护学生的合法权益等是班级安全管理工作的重要内容。特别是对学生的危险行为或潜在的危险行为要及时地告诫、制止和纠正。</w:t>
      </w:r>
      <w:r>
        <w:rPr>
          <w:lang w:eastAsia="zh-CN"/>
        </w:rPr>
        <w:br/>
      </w:r>
      <w:r>
        <w:rPr>
          <w:lang w:eastAsia="zh-CN"/>
        </w:rPr>
        <w:t>　　3、安全防范责任。</w:t>
      </w:r>
      <w:r>
        <w:rPr>
          <w:lang w:eastAsia="zh-CN"/>
        </w:rPr>
        <w:br/>
      </w:r>
      <w:r>
        <w:rPr>
          <w:lang w:eastAsia="zh-CN"/>
        </w:rPr>
        <w:t>　　班主任要对班级活动以及教育教学过程中可能出现的安全问题进行防范。如对流行病、传染病的防范，对班级进行的各种活动以及学生之间的矛盾纠纷、校园欺侮、包括隐性伤害在内的预防等。要防微杜渐，而不要亡羊补牢。</w:t>
      </w:r>
      <w:r>
        <w:rPr>
          <w:lang w:eastAsia="zh-CN"/>
        </w:rPr>
        <w:br/>
      </w:r>
      <w:r>
        <w:rPr>
          <w:lang w:eastAsia="zh-CN"/>
        </w:rPr>
        <w:t>　　4、安全救护责任。</w:t>
      </w:r>
      <w:r>
        <w:rPr>
          <w:lang w:eastAsia="zh-CN"/>
        </w:rPr>
        <w:br/>
      </w:r>
      <w:r>
        <w:rPr>
          <w:lang w:eastAsia="zh-CN"/>
        </w:rPr>
        <w:t>　　学生一旦发生安全事故后，除要及时按制度规定上报，还要力所能及地进行自护自救，并采取得力措施防止事故的扩大。</w:t>
      </w:r>
      <w:r>
        <w:rPr>
          <w:lang w:eastAsia="zh-CN"/>
        </w:rPr>
        <w:br/>
      </w:r>
      <w:r>
        <w:rPr>
          <w:lang w:eastAsia="zh-CN"/>
        </w:rPr>
        <w:t xml:space="preserve">    2024年学期安全工作总结范文 篇2 </w:t>
      </w:r>
      <w:r>
        <w:rPr>
          <w:lang w:eastAsia="zh-CN"/>
        </w:rPr>
        <w:br/>
      </w:r>
      <w:r>
        <w:rPr>
          <w:lang w:eastAsia="zh-CN"/>
        </w:rPr>
        <w:t>　　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r>
        <w:rPr>
          <w:lang w:eastAsia="zh-CN"/>
        </w:rPr>
        <w:br/>
      </w:r>
      <w:r>
        <w:rPr>
          <w:lang w:eastAsia="zh-CN"/>
        </w:rPr>
        <w:t>　　　　一、为幼儿提供轻松愉快的安全环境。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r>
        <w:rPr>
          <w:lang w:eastAsia="zh-CN"/>
        </w:rPr>
        <w:br/>
      </w:r>
      <w:r>
        <w:rPr>
          <w:lang w:eastAsia="zh-CN"/>
        </w:rPr>
        <w:t>　　　　二、把安全教育融入幼儿的日常生活中，动之以情，晓之以理。</w:t>
      </w:r>
      <w:r>
        <w:rPr>
          <w:lang w:eastAsia="zh-CN"/>
        </w:rPr>
        <w:br/>
      </w:r>
      <w:r>
        <w:rPr>
          <w:lang w:eastAsia="zh-CN"/>
        </w:rPr>
        <w:t>　　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教会</w:t>
      </w:r>
      <w:r>
        <w:rPr>
          <w:lang w:eastAsia="zh-CN"/>
        </w:rPr>
        <w:br/>
      </w:r>
      <w:r>
        <w:rPr>
          <w:lang w:eastAsia="zh-CN"/>
        </w:rPr>
        <w:t>　　孩子正确使用筷子的方法，做到：不咬、不挥、不戳、不敲，确保午餐安全。</w:t>
      </w:r>
      <w:r>
        <w:rPr>
          <w:lang w:eastAsia="zh-CN"/>
        </w:rPr>
        <w:br/>
      </w:r>
      <w:r>
        <w:rPr>
          <w:lang w:eastAsia="zh-CN"/>
        </w:rPr>
        <w:t>　　孩子在生活中，经常会碰上突如其来的事情，除了保证幼儿稳定的情绪外，我们还即时教会孩子紧急处理事情的办法，杜绝安全隐患。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三、把安全教育融入到教学活动中，牢固树立幼儿的安全意识。</w:t>
      </w:r>
      <w:r>
        <w:rPr>
          <w:lang w:eastAsia="zh-CN"/>
        </w:rPr>
        <w:br/>
      </w:r>
      <w:r>
        <w:rPr>
          <w:lang w:eastAsia="zh-CN"/>
        </w:rPr>
        <w:t>　　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r>
        <w:rPr>
          <w:lang w:eastAsia="zh-CN"/>
        </w:rPr>
        <w:br/>
      </w:r>
      <w:r>
        <w:rPr>
          <w:lang w:eastAsia="zh-CN"/>
        </w:rPr>
        <w:t>　　　　四、家园沟通，确保幼儿园外安全。</w:t>
      </w:r>
      <w:r>
        <w:rPr>
          <w:lang w:eastAsia="zh-CN"/>
        </w:rPr>
        <w:br/>
      </w:r>
      <w:r>
        <w:rPr>
          <w:lang w:eastAsia="zh-CN"/>
        </w:rPr>
        <w:t>　　本学期，我们利用家长园地、家园联系册、通过家访、电访等形式，与家长联系，及时提醒家长确保幼儿在家时、外出时的安全。我们还对每一位幼儿的来园、离园接送车辆、接送家长进行登记并核实，确保幼儿接送安全。</w:t>
      </w:r>
      <w:r>
        <w:rPr>
          <w:lang w:eastAsia="zh-CN"/>
        </w:rPr>
        <w:br/>
      </w:r>
      <w:r>
        <w:rPr>
          <w:lang w:eastAsia="zh-CN"/>
        </w:rPr>
        <w:t>　　安全工作是一项长期而艰巨的工作，我们将时刻警记！努力为幼儿提供健康安全的环境，确保每位幼儿健康快乐地成长。</w:t>
      </w:r>
      <w:r>
        <w:rPr>
          <w:lang w:eastAsia="zh-CN"/>
        </w:rPr>
        <w:br/>
      </w:r>
      <w:r>
        <w:rPr>
          <w:lang w:eastAsia="zh-CN"/>
        </w:rPr>
        <w:t xml:space="preserve">    2024年学期安全工作总结范文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根据我园安全工作将以广大师生的生命安全和社会稳定为目标，以确保园教育教学工作的顺利进行为出发点，以提高师生和家长的认识及广泛开展安全教育活动为途径，落实好《公安机关维护校园及周边治安秩序八条措施》和教育部《关于进一步做好中小学安全工作六条措施》的工作，《中小学幼儿园安全管理办法》、《云南省安全管理条例》以及有关安全法律法规、制度，进一步加强幼儿园的各方面安全工作，深入进行安全教育及检查，做到防患于未然。</w:t>
      </w:r>
      <w:r>
        <w:rPr>
          <w:lang w:eastAsia="zh-CN"/>
        </w:rPr>
        <w:br/>
      </w:r>
      <w:r>
        <w:rPr>
          <w:lang w:eastAsia="zh-CN"/>
        </w:rPr>
        <w:t>　　　　工作目标：</w:t>
      </w:r>
      <w:r>
        <w:rPr>
          <w:lang w:eastAsia="zh-CN"/>
        </w:rPr>
        <w:br/>
      </w:r>
      <w:r>
        <w:rPr>
          <w:lang w:eastAsia="zh-CN"/>
        </w:rPr>
        <w:t>　　通过安全教育活动，在广大师生中树立起安全观念，按照“谁主管谁负责”的原则，层层落实安全工作措施，层层签定安全责任书，明确责任，强化安全管理意识，增强安全防范意识和能力，及时消除事故隐患，防止各类事故的发生，力争本年度不发生安全事故，为确保社会稳定作出贡献。</w:t>
      </w:r>
      <w:r>
        <w:rPr>
          <w:lang w:eastAsia="zh-CN"/>
        </w:rPr>
        <w:br/>
      </w:r>
      <w:r>
        <w:rPr>
          <w:lang w:eastAsia="zh-CN"/>
        </w:rPr>
        <w:t>　　（一）加强领导、明确责任。</w:t>
      </w:r>
      <w:r>
        <w:rPr>
          <w:lang w:eastAsia="zh-CN"/>
        </w:rPr>
        <w:br/>
      </w:r>
      <w:r>
        <w:rPr>
          <w:lang w:eastAsia="zh-CN"/>
        </w:rPr>
        <w:t>　　1、成立领导小组。</w:t>
      </w:r>
      <w:r>
        <w:rPr>
          <w:lang w:eastAsia="zh-CN"/>
        </w:rPr>
        <w:br/>
      </w:r>
      <w:r>
        <w:rPr>
          <w:lang w:eastAsia="zh-CN"/>
        </w:rPr>
        <w:t>　　2、加强学校的内部管理，做好各项制度和措施的落实，把各项工作落到实处。</w:t>
      </w:r>
      <w:r>
        <w:rPr>
          <w:lang w:eastAsia="zh-CN"/>
        </w:rPr>
        <w:br/>
      </w:r>
      <w:r>
        <w:rPr>
          <w:lang w:eastAsia="zh-CN"/>
        </w:rPr>
        <w:t>　　3、明确责任：每位教职工都应该清醒的认识到安全工作是学校的重点工作之一，是确保学校教育教学活动正常有序进行的基础和保障。因此，全体教职工必须提高认识，认真履行自己的职责。领导小组成员必须做好学校安全教育活动的组织实施。后勤负责房屋、线路、电器等设施的使用检查维修及师生的饮食卫生；保健医生负责健康教育、传染病、常见病、多发病的预防工作；教研组、班主任等负责有关安全的宣传教育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（二）加强宣传教育</w:t>
      </w:r>
      <w:r>
        <w:rPr>
          <w:lang w:eastAsia="zh-CN"/>
        </w:rPr>
        <w:br/>
      </w:r>
      <w:r>
        <w:rPr>
          <w:lang w:eastAsia="zh-CN"/>
        </w:rPr>
        <w:t>　　1、利用“家园栏”、厨窗、黑板报等途径，根据季节的不同有针对性的对师生进行安全教育。内容包括：交通安全、用电安全、防火、防溺水、预防食物中毒、反对邪教、各种传染病的预防、家庭生活、户外活动安全活动等。</w:t>
      </w:r>
      <w:r>
        <w:rPr>
          <w:lang w:eastAsia="zh-CN"/>
        </w:rPr>
        <w:br/>
      </w:r>
      <w:r>
        <w:rPr>
          <w:lang w:eastAsia="zh-CN"/>
        </w:rPr>
        <w:t>　　2、利用家长会、家访等途径对家长进行有关安全方面的宣传教育，协助学校做好安全工作。</w:t>
      </w:r>
      <w:r>
        <w:rPr>
          <w:lang w:eastAsia="zh-CN"/>
        </w:rPr>
        <w:br/>
      </w:r>
      <w:r>
        <w:rPr>
          <w:lang w:eastAsia="zh-CN"/>
        </w:rPr>
        <w:t>　　3、安全月期间（2月18日—3月30日），幼儿园及各班更要围绕安全工作主题，利用多种形式开展安全教育活动，营造安全教育氛围。</w:t>
      </w:r>
      <w:r>
        <w:rPr>
          <w:lang w:eastAsia="zh-CN"/>
        </w:rPr>
        <w:br/>
      </w:r>
      <w:r>
        <w:rPr>
          <w:lang w:eastAsia="zh-CN"/>
        </w:rPr>
        <w:t>　　4、通过开展有关安全活动对师生进行自救、自护方面知识的教育。</w:t>
      </w:r>
      <w:r>
        <w:rPr>
          <w:lang w:eastAsia="zh-CN"/>
        </w:rPr>
        <w:br/>
      </w:r>
      <w:r>
        <w:rPr>
          <w:lang w:eastAsia="zh-CN"/>
        </w:rPr>
        <w:t>　　（三）加强检查，严格管理</w:t>
      </w:r>
      <w:r>
        <w:rPr>
          <w:lang w:eastAsia="zh-CN"/>
        </w:rPr>
        <w:br/>
      </w:r>
      <w:r>
        <w:rPr>
          <w:lang w:eastAsia="zh-CN"/>
        </w:rPr>
        <w:t>　　根据季节的'不同对有关安全情况进行重点检查，做到防患于未然。一日活动安全、饮食卫生等要常抓不懈，发现问题及时解决。</w:t>
      </w:r>
      <w:r>
        <w:rPr>
          <w:lang w:eastAsia="zh-CN"/>
        </w:rPr>
        <w:br/>
      </w:r>
      <w:r>
        <w:rPr>
          <w:lang w:eastAsia="zh-CN"/>
        </w:rPr>
        <w:t>　　1、幼儿园各岗位人员要经常性检查各方面设施的安全使用和防范工作。做到时时警惕。大型玩具管理人员每天检查一次大型玩具是否安全，并做记录；班级当班教师对班级设施设备每天检查一次，发现有情况及时登记上报；学校安全领导组每月召开一次安全工作会议，对全校工作进行研究解决。层层管理责任落实，保证校内设施的正常安全使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2、加强幼儿园各种电器的保管、检修、使用，发现线路老化裸露，插座、插头有安全隐患，各岗位人员在及时上报的同时立即解决。</w:t>
      </w:r>
      <w:r>
        <w:rPr>
          <w:lang w:eastAsia="zh-CN"/>
        </w:rPr>
        <w:br/>
      </w:r>
      <w:r>
        <w:rPr>
          <w:lang w:eastAsia="zh-CN"/>
        </w:rPr>
        <w:t>　　3、教学设备及设施，执行谁主管谁使用，谁负责的原则，如发生安全事故，将视情节追究责任人、当事人的责任。</w:t>
      </w:r>
      <w:r>
        <w:rPr>
          <w:lang w:eastAsia="zh-CN"/>
        </w:rPr>
        <w:br/>
      </w:r>
      <w:r>
        <w:rPr>
          <w:lang w:eastAsia="zh-CN"/>
        </w:rPr>
        <w:t>　　4、幼儿园的灭火器材要放在指定地点，有关教师必须了解灭火器的原理及使用。三月份组织师生进行火灾、地震等突发事件的自防、自救和逃生的演练。</w:t>
      </w:r>
      <w:r>
        <w:rPr>
          <w:lang w:eastAsia="zh-CN"/>
        </w:rPr>
        <w:br/>
      </w:r>
      <w:r>
        <w:rPr>
          <w:lang w:eastAsia="zh-CN"/>
        </w:rPr>
        <w:t>　　5、坚持每周一、四大扫除，每天早晚清扫室内外卫生，保持校园的优美环境。</w:t>
      </w:r>
      <w:r>
        <w:rPr>
          <w:lang w:eastAsia="zh-CN"/>
        </w:rPr>
        <w:br/>
      </w:r>
      <w:r>
        <w:rPr>
          <w:lang w:eastAsia="zh-CN"/>
        </w:rPr>
        <w:t>　　6、做好师生的饮食管理和检查，厨具、餐具等要定时三餐消毒，厨房、用餐地点必须每天打扫卫生、消毒。炊管人员要严把购物、制作等质量关，不购</w:t>
      </w:r>
      <w:r>
        <w:rPr>
          <w:lang w:eastAsia="zh-CN"/>
        </w:rPr>
        <w:br/>
      </w:r>
      <w:r>
        <w:rPr>
          <w:lang w:eastAsia="zh-CN"/>
        </w:rPr>
        <w:t>　　入过期、腐烂变质的食品，供货商索取三证，食品留样48小时，并做好记录。</w:t>
      </w:r>
      <w:r>
        <w:rPr>
          <w:lang w:eastAsia="zh-CN"/>
        </w:rPr>
        <w:br/>
      </w:r>
      <w:r>
        <w:rPr>
          <w:lang w:eastAsia="zh-CN"/>
        </w:rPr>
        <w:t>　　7、在开学前排除围墙、花园、大型玩具、电线路、厨房等处的安全隐患。</w:t>
      </w:r>
      <w:r>
        <w:rPr>
          <w:lang w:eastAsia="zh-CN"/>
        </w:rPr>
        <w:br/>
      </w:r>
      <w:r>
        <w:rPr>
          <w:lang w:eastAsia="zh-CN"/>
        </w:rPr>
        <w:t>　　8、将幼儿园不能解决的安全隐患上报教育安全办，即一号教学楼与二号教学楼之间挑梁断袭；一号楼震后开裂，新教学楼一楼墙裙开裂，外墙砖脱落，墙裙渗水。</w:t>
      </w:r>
      <w:r>
        <w:rPr>
          <w:lang w:eastAsia="zh-CN"/>
        </w:rPr>
        <w:br/>
      </w:r>
      <w:r>
        <w:rPr>
          <w:lang w:eastAsia="zh-CN"/>
        </w:rPr>
        <w:t xml:space="preserve">    2024年学期安全工作总结范文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平安是福，本班共有46学生人平平安安度过一学期。由于学生太小，我不但对他们进行安全知识教育，而且在课余时间我也注意去观察他们的动静，只要发现了某个学生有不安全的行为，就对他们进行安全教育，这学期的安全工作主要以下几点：</w:t>
      </w:r>
      <w:r>
        <w:rPr>
          <w:lang w:eastAsia="zh-CN"/>
        </w:rPr>
        <w:br/>
      </w:r>
      <w:r>
        <w:rPr>
          <w:lang w:eastAsia="zh-CN"/>
        </w:rPr>
        <w:t>　　1、结合区、学校的安全生产月活动，班级开展了系列活动：平安校园绘画，共收到8副学生作品，其中两幅送区参评、“交通安全标志”——“我来认”大比拼。通过这些主题教育活动让学生了解基本的交通安全知识，认识到：“安全第一、健康第一”。</w:t>
      </w:r>
      <w:r>
        <w:rPr>
          <w:lang w:eastAsia="zh-CN"/>
        </w:rPr>
        <w:br/>
      </w:r>
      <w:r>
        <w:rPr>
          <w:lang w:eastAsia="zh-CN"/>
        </w:rPr>
        <w:t>　　2、在午间管理，突发性进行地震、消防演练。让学生在险情中了解了避险知识，这一些安全知识教育对学生来说是生命中最宝贵的教育。</w:t>
      </w:r>
      <w:r>
        <w:rPr>
          <w:lang w:eastAsia="zh-CN"/>
        </w:rPr>
        <w:br/>
      </w:r>
      <w:r>
        <w:rPr>
          <w:lang w:eastAsia="zh-CN"/>
        </w:rPr>
        <w:t>　　3、良好的卫生习惯有助于孩子健康成长，应教育学生养成良好的健康行为，教育学生注意个人卫生，经常用肥皂和流动水洗手，特别在打喷嚏、咳嗽和清洁鼻子后要洗手。尤其是以前每天放学后教室总有很多杯子，隔天学生又继续拿来喝，为此通过严厉措施——有遗忘的杯子没收的方式，提醒学生每日带杯子回去。</w:t>
      </w:r>
      <w:r>
        <w:rPr>
          <w:lang w:eastAsia="zh-CN"/>
        </w:rPr>
        <w:br/>
      </w:r>
      <w:r>
        <w:rPr>
          <w:lang w:eastAsia="zh-CN"/>
        </w:rPr>
        <w:t>　　4、安全教育离不开家长的配合，经常在微信群、校讯通等平台向家长宣传安全教育的重要性，以及孩子学校的安全教育活动，请家长积极配合孩子学校做好安全教育工作，及家居生活安全与家居活动环境安全。</w:t>
      </w:r>
      <w:r>
        <w:rPr>
          <w:lang w:eastAsia="zh-CN"/>
        </w:rPr>
        <w:br/>
      </w:r>
      <w:r>
        <w:rPr>
          <w:lang w:eastAsia="zh-CN"/>
        </w:rPr>
        <w:t>　　一个学期结束了，在同学们和老师的努力下，全班46人无一例安全事故发生。但是，安全工作是班务工作中的重中之重，需要我们做到天天讲、时时讲，警钟长鸣才能杜绝一切不安全的事故发生。</w:t>
      </w:r>
      <w:r>
        <w:rPr>
          <w:lang w:eastAsia="zh-CN"/>
        </w:rPr>
        <w:br/>
      </w:r>
      <w:r>
        <w:rPr>
          <w:lang w:eastAsia="zh-CN"/>
        </w:rPr>
        <w:t xml:space="preserve">    2024年学期安全工作总结范文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幼儿园的安全工作任重而道远，我知道，家长把孩子送到我们手里，最先希望的不是学多少，而是孩子在幼儿园能开心，平安。所以，我们把安全工作放在了首位，更放在幼儿一日工作中。我们这学期开学初也制定了一系列的计划，现在学期结束了，我也将我们班安全工作做一下总结：</w:t>
      </w:r>
      <w:r>
        <w:rPr>
          <w:lang w:eastAsia="zh-CN"/>
        </w:rPr>
        <w:br/>
      </w:r>
      <w:r>
        <w:rPr>
          <w:lang w:eastAsia="zh-CN"/>
        </w:rPr>
        <w:t>　　一：本学期，我们班没发生一起安全事故，这是我们老师和孩子共同努力的结果，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r>
        <w:rPr>
          <w:lang w:eastAsia="zh-CN"/>
        </w:rPr>
        <w:br/>
      </w:r>
      <w:r>
        <w:rPr>
          <w:lang w:eastAsia="zh-CN"/>
        </w:rPr>
        <w:t>　　二、进行安全工作自查，及时地对班级里的桌椅，午睡室的床铺等进行检查，及时地进行修理，防止一些不安全隐患的存在；</w:t>
      </w:r>
      <w:r>
        <w:rPr>
          <w:lang w:eastAsia="zh-CN"/>
        </w:rPr>
        <w:br/>
      </w:r>
      <w:r>
        <w:rPr>
          <w:lang w:eastAsia="zh-CN"/>
        </w:rPr>
        <w:t>　　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r>
        <w:rPr>
          <w:lang w:eastAsia="zh-CN"/>
        </w:rPr>
        <w:br/>
      </w:r>
      <w:r>
        <w:rPr>
          <w:lang w:eastAsia="zh-CN"/>
        </w:rPr>
        <w:t>　　三、安全教育渗透于一日活动中。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1、通过谈话，观看安全教育录像等活动，利用发身在身边的一些事故对幼儿进行教育，使幼儿了解一些安全事故及自我保护的案例，提高幼儿的自我保护能力。</w:t>
      </w:r>
      <w:r>
        <w:rPr>
          <w:lang w:eastAsia="zh-CN"/>
        </w:rPr>
        <w:br/>
      </w:r>
      <w:r>
        <w:rPr>
          <w:lang w:eastAsia="zh-CN"/>
        </w:rPr>
        <w:t>　　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r>
        <w:rPr>
          <w:lang w:eastAsia="zh-CN"/>
        </w:rPr>
        <w:br/>
      </w:r>
      <w:r>
        <w:rPr>
          <w:lang w:eastAsia="zh-CN"/>
        </w:rPr>
        <w:t>　　总之，安全工作是一项长抓不懈的工作，只有把安全工作放在首位，才能保证幼儿的身心得到健康的发展。</w:t>
      </w:r>
      <w:r>
        <w:rPr>
          <w:lang w:eastAsia="zh-CN"/>
        </w:rPr>
        <w:br/>
      </w:r>
      <w:r>
        <w:rPr>
          <w:lang w:eastAsia="zh-CN"/>
        </w:rPr>
        <w:t xml:space="preserve">    2024年学期安全工作总结范文 篇6 </w:t>
      </w:r>
      <w:r>
        <w:rPr>
          <w:lang w:eastAsia="zh-CN"/>
        </w:rPr>
        <w:br/>
      </w:r>
      <w:r>
        <w:rPr>
          <w:lang w:eastAsia="zh-CN"/>
        </w:rPr>
        <w:t>　　我校长期以来切实把安全工作放在学校一切工作之首位，全面落实学校治安保卫安全责任制，不断完善安全工作制度，坚持“谁主管谁负责”的工作方针，标本兼治，多管齐下综合治理，进一步加强学校安全防范工作，建立健全学校安保工作长效工作机制，切实保障师生生命和财产安全。</w:t>
      </w:r>
      <w:r>
        <w:rPr>
          <w:lang w:eastAsia="zh-CN"/>
        </w:rPr>
        <w:br/>
      </w:r>
      <w:r>
        <w:rPr>
          <w:lang w:eastAsia="zh-CN"/>
        </w:rPr>
        <w:t>　　一、组织领导</w:t>
      </w:r>
      <w:r>
        <w:rPr>
          <w:lang w:eastAsia="zh-CN"/>
        </w:rPr>
        <w:br/>
      </w:r>
      <w:r>
        <w:rPr>
          <w:lang w:eastAsia="zh-CN"/>
        </w:rPr>
        <w:t>　　_、工作体系完善：学校专门成立了安全文明校园创建工作领导小组和工作小组，校长亲自分管学校的安全保卫工作，形成校长为学校安全工作第一责任人，校务处安保主任主管校园安全，分管副校长、校务主任、年级组长、各班主任为具体责任人的校园安全管理网络，努力做到安全工作责任到人，杜绝安全事故的发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_、责任分工明确：学校颁布《_小学安保工作实施细则》，明确了各部门条线、所有工作岗位的安全职责，安全文明校园创建工作做到了领导重视、职责明确、组织完善、齐抓共管的工作格局。学校内各职能部门间已经形成及时沟通、相互协作的良好工作格局。学校梳理各种不同岗位的安全工作职责，分别制定安保工作责任书，今年_0月，与全体教职工分别签订不同岗位的《_小学安保责任书》;根据市教委有关安全风险勘查的有关要求，加强了校园车辆管理工作，修改了《_小学车辆管理制度》，并与全体教职工和食堂工作人员签订了《_小学车辆管理责任书》。</w:t>
      </w:r>
      <w:r>
        <w:rPr>
          <w:lang w:eastAsia="zh-CN"/>
        </w:rPr>
        <w:br/>
      </w:r>
      <w:r>
        <w:rPr>
          <w:lang w:eastAsia="zh-CN"/>
        </w:rPr>
        <w:t>　　二、制度建设</w:t>
      </w:r>
      <w:r>
        <w:rPr>
          <w:lang w:eastAsia="zh-CN"/>
        </w:rPr>
        <w:br/>
      </w:r>
      <w:r>
        <w:rPr>
          <w:lang w:eastAsia="zh-CN"/>
        </w:rPr>
        <w:t>　　(一)建章立制</w:t>
      </w:r>
      <w:r>
        <w:rPr>
          <w:lang w:eastAsia="zh-CN"/>
        </w:rPr>
        <w:br/>
      </w:r>
      <w:r>
        <w:rPr>
          <w:lang w:eastAsia="zh-CN"/>
        </w:rPr>
        <w:t>　　_、管理制度与安全预案。</w:t>
      </w:r>
      <w:r>
        <w:rPr>
          <w:lang w:eastAsia="zh-CN"/>
        </w:rPr>
        <w:br/>
      </w:r>
      <w:r>
        <w:rPr>
          <w:lang w:eastAsia="zh-CN"/>
        </w:rPr>
        <w:t>　　我校根据教育形势的需要和学校的'实际情况，不断梳理学校的各类安全工作管理制度和各类应急预案，目前形成的安全工作制度有学校安保工作实施细则、安全保卫制度、信息与网络管理、办公室及专用教室安全管理、财务安全管理、食堂管理和学校场地管理等七个板块__项制度和__项指导性安全预案及重点分类安全预案(学生伤害事故、大型集体活动、食物中毒、校园暴力入侵等内容)，</w:t>
      </w:r>
      <w:r>
        <w:rPr>
          <w:lang w:eastAsia="zh-CN"/>
        </w:rPr>
        <w:br/>
      </w:r>
      <w:r>
        <w:rPr>
          <w:lang w:eastAsia="zh-CN"/>
        </w:rPr>
        <w:t>　　_、重视宣传教育。</w:t>
      </w:r>
      <w:r>
        <w:rPr>
          <w:lang w:eastAsia="zh-CN"/>
        </w:rPr>
        <w:br/>
      </w:r>
      <w:r>
        <w:rPr>
          <w:lang w:eastAsia="zh-CN"/>
        </w:rPr>
        <w:t>　　重点抓好学生教育、安保人员培训、教职工培训和家长教育。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德育处、教导处和校务处在开学初、寒暑假前、国定假前、新生入校时、集体外出活动时，有针对性地开展安全教育。德育处、校务处定期利用校园广播系统、宣传画廊、展板等宣传阵地向全体师生重点介绍交通安全、消防、地震、饮食卫生、校内外活动安全及其他意外事故的自救、自护知识等学习，努力增强学生安全防范意识。</w:t>
      </w:r>
      <w:r>
        <w:rPr>
          <w:lang w:eastAsia="zh-CN"/>
        </w:rPr>
        <w:br/>
      </w:r>
      <w:r>
        <w:rPr>
          <w:lang w:eastAsia="zh-CN"/>
        </w:rPr>
        <w:t>　　开展主题活动。今年__月_日-__月__日，德育处、校务处联合开展了主题为“查处火灾隐患，夯实防控基础”的“__9消防宣传周”主题教育活动，我校发动全校师生主动参与查找和消除身边的火灾隐患，普及消防安全知识，巩固重大火灾隐患集中整治专项活动成果,将一切不安全因素扼杀在萌芽状态之中，给师生一个安全的学习、工作环境。在这期间学校以国旗下讲话、户外电子屏滚动宣传、消防安全宣传横幅、全校性安全疏散演练、消防知识十分钟队会等形式开展了相关安全教育活动。__月_0日，交警四中队顾奇华警官到校对五(5)中队的学生进行交通安全知识的宣传;__月初，学校开展了“交通安全宣传日”主题教育活动。</w:t>
      </w:r>
      <w:r>
        <w:rPr>
          <w:lang w:eastAsia="zh-CN"/>
        </w:rPr>
        <w:br/>
      </w:r>
      <w:r>
        <w:rPr>
          <w:lang w:eastAsia="zh-CN"/>
        </w:rPr>
        <w:t>　　学校利用行政扩大会议、教职工会议、校园网、资料印发等多种方式组织教职工学习上级有关精神、学校各项安全制度和各类应急预案等内容，如：《上海市中小学校和托幼机构关于空气重污染以及极端天气应对工作指南华考|zk_68》、《_小学学生伤害事故处置预案》学习、空调使用温馨</w:t>
      </w:r>
      <w:r>
        <w:rPr>
          <w:lang w:eastAsia="zh-CN"/>
        </w:rPr>
        <w:br/>
      </w:r>
      <w:r>
        <w:rPr>
          <w:lang w:eastAsia="zh-CN"/>
        </w:rPr>
        <w:t>　　提示等内容的安全宣传，不断提高教职员工的安全意识</w:t>
      </w:r>
      <w:r>
        <w:rPr>
          <w:lang w:eastAsia="zh-CN"/>
        </w:rPr>
        <w:br/>
      </w:r>
      <w:r>
        <w:rPr>
          <w:lang w:eastAsia="zh-CN"/>
        </w:rPr>
        <w:t>　　德育处还以家长学校等为载体，架设家校沟通的桥梁。寒暑假、国定假日期间，我校均以告家长书的方式，提醒家长注意对子女的安全教育，以保证子女在假期中的安全。</w:t>
      </w:r>
      <w:r>
        <w:rPr>
          <w:lang w:eastAsia="zh-CN"/>
        </w:rPr>
        <w:br/>
      </w:r>
      <w:r>
        <w:rPr>
          <w:lang w:eastAsia="zh-CN"/>
        </w:rPr>
        <w:t>　　(二)制度执行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_、隐患排查。学校重视安全隐患排查，认真执行安全检查制度，校务处落实专人对校园房屋设施设备、大型体育器材、消防器材、技防设备等内容进行普查，每周还进行专项安全检查，对发现的安全隐患做到及时整改，并建立了完备的安全工作档案。对一些专业要求比较高的技防、消防、电力设施设备与专业维护单位签订维护合同，由维护单位定期来校维护或设备出现故障及时与维护单位取得联系以期得到迅速解决。今年开学初，按照_区安全管理中心的要求，在移动校门上增加了攀折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_、门卫管理。梳理门卫管理制度，将《_小学安保人员须知》、《_小学安保人员岗位职责》、《_小学门卫应急处置预案》等制度上墙，期初根据上学期发现的突出性问题及安保关键点，作为补充规定组织全体安保人员学习《_小学近期工作注意事项》，明确要求。为做到精细化管理，为每位安保人员制作《_小学安保人员管理手册》，内容涉及上级政策、内部管理制度、个人材料、日常工作等四大板块，日常工作板块中有值班安排、考勤记录、教育培训、技防设施操作考核、内部管理制度等五大内容，每月一次进行考核，并在各自的管理手册上予以体现。学校从今年7月开始，安保人员实行社会化管理，统一由上海国信保安服务有限公司接手，对学校门房的管理带来新的挑战，管理模式有了新的变化。学校作为用人单位对安保人员高度重视，针对前期安保人员对新的工作模式、福利待遇等思想波动，唐敏校长主动联系上海国信保安服务有限公司负责人汤建平、安保公司_地区督察员马林江于__月6日下午到校与全体安保人员进行了思想沟通，解读上级部门的有关政策，面对面了解安保人员遇到的具体问题，做好安保人员的思想工作。</w:t>
      </w:r>
      <w:r>
        <w:rPr>
          <w:lang w:eastAsia="zh-CN"/>
        </w:rPr>
        <w:br/>
      </w:r>
      <w:r>
        <w:rPr>
          <w:lang w:eastAsia="zh-CN"/>
        </w:rPr>
        <w:t>　　_、活动管理。加强学生活动安全管理，重视安全预案制定，制定了《_小学大型集体活动安全预案》，每次开展各种大型活动和集体外出活动，必须首先排查不安全因素，制订相应的预防措施和应急预案，做到人员分工明确，组织管理严密。协助其他部门加强对体育课、课外活动、运动会和各种文体比赛的安全管理，防止意外伤害事故的发生。</w:t>
      </w:r>
      <w:r>
        <w:rPr>
          <w:lang w:eastAsia="zh-CN"/>
        </w:rPr>
        <w:br/>
      </w:r>
      <w:r>
        <w:rPr>
          <w:lang w:eastAsia="zh-CN"/>
        </w:rPr>
        <w:t>　　4、加强学校运动场所对外开放管理。近几年来，我校按照_区体育局、_区教育局有关学校体育场地向社区开放的指示精神，积极利用学校的体育场馆及运动设施，做到每天早上、晚上、双休日、国定假和寒暑假向社区开放体育场地，为广大社区居民创设了一个良好的物质条件。为加强规范化管理，学校分别制定了《_小学体育俱乐部会员须知》、《_小学体育场地对外开放须知》、《关于学校运动场所对外开放的有关事项》、《_小学足球场地外借安保责任书》和《_小学足球场地对外开放管理流程》等工作制度，长期以来学校运动场所坚持对周边社区居民开放，特别是在完成学校操场隔离工程和灯光工程，保证每周对外开放_5小时的要求，对外开放工作井然有序，得到广大居民的积极配合。</w:t>
      </w:r>
      <w:r>
        <w:rPr>
          <w:lang w:eastAsia="zh-CN"/>
        </w:rPr>
        <w:br/>
      </w:r>
      <w:r>
        <w:rPr>
          <w:lang w:eastAsia="zh-CN"/>
        </w:rPr>
        <w:t>　　三、过程管理</w:t>
      </w:r>
      <w:r>
        <w:rPr>
          <w:lang w:eastAsia="zh-CN"/>
        </w:rPr>
        <w:br/>
      </w:r>
      <w:r>
        <w:rPr>
          <w:lang w:eastAsia="zh-CN"/>
        </w:rPr>
        <w:t>　　抓规范。学校对照上海市地方标准《中小学幼儿园安全防范基本要求》,</w:t>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进一步完善安全管理组织机构和日常管理制度，努力做到制度规范，并以上海市安全文明校园创建标准开展工作，以安全管理手册的建立和使用为载体，全面提升安全防范水平。</w:t>
      </w:r>
      <w:r>
        <w:rPr>
          <w:lang w:eastAsia="zh-CN"/>
        </w:rPr>
        <w:br/>
      </w:r>
      <w:r>
        <w:rPr>
          <w:lang w:eastAsia="zh-CN"/>
        </w:rPr>
        <w:t>　　抓重点。学校加强对校园内部重点部门、重点部位的安全管理安全技术防范工作。校长室、财务室、广播室、电脑房、档案室、图书馆和各个教室均安装了红外线探头，并在艺体综合楼内、办公楼、和学校出入口安装了分辨率高的闭路监视系统，在财务室、档案室、电脑房等重点部位还安装了防盗门窗，在校长室和门房间安装了与__0联网的紧急按钮，所有周界报警系统、视频监控装置都能正常使用，做好了设防、撤防记录。所有技防设备均处于正常使用状态、学校每周检查，一旦发生故障，能够及时联系修复，检查记录完备。</w:t>
      </w:r>
      <w:r>
        <w:rPr>
          <w:lang w:eastAsia="zh-CN"/>
        </w:rPr>
        <w:br/>
      </w:r>
      <w:r>
        <w:rPr>
          <w:lang w:eastAsia="zh-CN"/>
        </w:rPr>
        <w:t>　　抓重点时段。学校坚决执行学生上学和放学重点时段共同护导的工作机制。在学生上学和放学时段时，有警察、学校安保人员、学校行政、家长护校志愿者和社区保安共同维护校门口交通秩序和校华考范文园安全，防止不法人员乘人多秩序较乱而作案，确保了师生进出校园的安全，学校经过努力，比较有效地解决了校门口拥堵的现象。学校按上级有关规定，让学校安保人员对早到学校的学生及时放进校门，班主任提早到校负责早到校学生管理，学生放学采取分时段划等候区域的方法，由任课教师带队到达指定区域，无家长接送的孩子采取及时带回校门口和底楼多功能大厅由党团员志愿者、家长志愿者员和学校安保人员统一进行管理的模式，以确保对滞留学校学生的有效看护。</w:t>
      </w:r>
      <w:r>
        <w:rPr>
          <w:lang w:eastAsia="zh-CN"/>
        </w:rPr>
        <w:br/>
      </w:r>
      <w:r>
        <w:rPr>
          <w:lang w:eastAsia="zh-CN"/>
        </w:rPr>
        <w:t>　　四、取得成效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我校领导高度重视，对存在的疏漏与隐患，积极地查缺补漏，不断健全学校各类安全规章制度，有效落实安全防范措施，同时充分利用校内外的各种资源，使学校的安全文明工作上了一个新的台阶，呈现出人人参与，齐抓共管的良好局面。_0_4年_月，学校荣获_0-_0__年度上海市安全文明校园和上海市光荣称号。</w:t>
      </w:r>
      <w:r>
        <w:rPr>
          <w:lang w:eastAsia="zh-CN"/>
        </w:rPr>
        <w:br/>
      </w:r>
      <w:r>
        <w:rPr>
          <w:lang w:eastAsia="zh-CN"/>
        </w:rPr>
        <w:t>　　学校在之后的工作中，将始终将校园安全放在首要位置，严格执行岗位安全责任制，杜绝安全事件和意外事故的发生，确保学校的安全、稳定、和谐。</w:t>
      </w:r>
      <w:r>
        <w:rPr>
          <w:lang w:eastAsia="zh-CN"/>
        </w:rPr>
        <w:br/>
      </w:r>
      <w:r>
        <w:rPr>
          <w:lang w:eastAsia="zh-CN"/>
        </w:rPr>
        <w:t>　　_区_小学</w:t>
      </w:r>
      <w:r>
        <w:rPr>
          <w:lang w:eastAsia="zh-CN"/>
        </w:rPr>
        <w:br/>
      </w:r>
      <w:r>
        <w:rPr>
          <w:lang w:eastAsia="zh-CN"/>
        </w:rPr>
        <w:t xml:space="preserve">    2024年学期安全工作总结范文 篇7 </w:t>
      </w:r>
      <w:r>
        <w:rPr>
          <w:lang w:eastAsia="zh-CN"/>
        </w:rPr>
        <w:br/>
      </w:r>
      <w:r>
        <w:rPr>
          <w:lang w:eastAsia="zh-CN"/>
        </w:rPr>
        <w:t>　　11月9日是全国消防安全宣传活动日，为了进一步提高全体师幼的消防安全意识，增强幼儿的防火自救逃生能力，结合“11.9”消防日，我园特别组织全体人员进行了“11.9”消防演练活动。</w:t>
      </w:r>
      <w:r>
        <w:rPr>
          <w:lang w:eastAsia="zh-CN"/>
        </w:rPr>
        <w:br/>
      </w:r>
      <w:r>
        <w:rPr>
          <w:lang w:eastAsia="zh-CN"/>
        </w:rPr>
        <w:t>　　早在本次消防演练活动之前，我园对全体职工进行了消防知识培训，并制定了详细的演练方案，同时又安排各班老师对幼儿进行了专门的安全教育活动，使幼儿详细了解了火灾的危害，火灾中自救逃生的注意事项，以及出现危险怎样处理……</w:t>
      </w:r>
      <w:r>
        <w:rPr>
          <w:lang w:eastAsia="zh-CN"/>
        </w:rPr>
        <w:br/>
      </w:r>
      <w:r>
        <w:rPr>
          <w:lang w:eastAsia="zh-CN"/>
        </w:rPr>
        <w:t>　　演练活动开始，警报声响起，各班老师带领幼儿迅速取下各自浸湿的小毛巾，捂住口鼻，弯下身子迅速撤离活动室；然后，在老师的指挥和带领下，按照安全疏通路线迅速有序的跑向楼梯；最后，通过三个安全出口，全体人员集合到空旷的操场上，清点人数。演练活动历时5分钟，全部完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这次消防演练活动，虽然只有5分钟，但效果很好，下午离园时，许多孩子还在绘声绘色的向爸爸妈妈讲述自己的感受。相信这次活动，不仅让他们学会了火灾到来时如何保护自己，更重要的是将会在他们幼小的心灵中留下深刻的印象，使他们在以后的生活中学会处乱不惊、沉着应对。</w:t>
      </w:r>
      <w:r>
        <w:rPr>
          <w:lang w:eastAsia="zh-CN"/>
        </w:rPr>
        <w:br/>
      </w:r>
      <w:r>
        <w:rPr>
          <w:lang w:eastAsia="zh-CN"/>
        </w:rPr>
        <w:t>　　小太阳幼儿园始终把学校消防安全工作做为学校重要工作，消防安全关系到学校财产安全和全体师生的生命安全。</w:t>
      </w:r>
      <w:r>
        <w:rPr>
          <w:lang w:eastAsia="zh-CN"/>
        </w:rPr>
        <w:br/>
      </w:r>
      <w:r>
        <w:rPr>
          <w:lang w:eastAsia="zh-CN"/>
        </w:rPr>
        <w:t>　　在新开学一周我园就对学生进行了消防安全教育，要求学生在校内外不玩火，不玩电，不接触裸露的电线和电器开关等。利用黑板报进行了防火防触电的安全专题教育。各班班主任及时对教室、走廊等地方的电线、电器、教学设备进行了一次排查，发现破损的插头插座及时更换。对各功能室消防设施（灭火器等）进行了检查。各班级开展以防火防触电为重点的安全宣传教育，在班会上以安全教育为主要内容。用互动的方式通过学生向家长宣传防火防电的重要性，提醒家长做好家庭防火防触电等安全工作。</w:t>
      </w:r>
      <w:r>
        <w:rPr>
          <w:lang w:eastAsia="zh-CN"/>
        </w:rPr>
        <w:br/>
      </w:r>
      <w:r>
        <w:rPr>
          <w:lang w:eastAsia="zh-CN"/>
        </w:rPr>
        <w:t>　　各班在排查过程中，发现主要存在以下问题，学校原有疏散安全出口标志有缺损、走廊分道油漆已有部分模糊，学校将近期重新制作新的疏散标志、粉刷楼梯分道标志，确保学校消防安全，消除火灾隐患。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学校消防安全工作是一个艰巨的.长期的任务，不是一劳永逸的事情。只有思想上重视起来，安全行为才有保障。今后我们会更加重视消防安全工作的宣传，树立一种防患于未然的安全意识。在全校教职员工的共同努力下，我们一定能将消防安全工作做得更好，为学校发展和孩子的安全提供优良的环境。</w:t>
      </w:r>
      <w:r>
        <w:rPr>
          <w:lang w:eastAsia="zh-CN"/>
        </w:rPr>
        <w:br/>
      </w:r>
      <w:r>
        <w:rPr>
          <w:lang w:eastAsia="zh-CN"/>
        </w:rPr>
        <w:t xml:space="preserve">    2024年学期安全工作总结范文 篇8 </w:t>
      </w:r>
      <w:r>
        <w:rPr>
          <w:lang w:eastAsia="zh-CN"/>
        </w:rPr>
        <w:br/>
      </w:r>
      <w:r>
        <w:rPr>
          <w:lang w:eastAsia="zh-CN"/>
        </w:rPr>
        <w:t>　　我是九年一班的班主任，本班共26名学生。一学期结束了，我对本班的安全工作做如下总结：</w:t>
      </w:r>
      <w:r>
        <w:rPr>
          <w:lang w:eastAsia="zh-CN"/>
        </w:rPr>
        <w:br/>
      </w:r>
      <w:r>
        <w:rPr>
          <w:lang w:eastAsia="zh-CN"/>
        </w:rPr>
        <w:t>　　安全工作是所有工作的中心，如果安全都没有保证，其他工作更无法进行，更谈不上提高教育教学质量了，因此要把安全工作要放在教育教学工作的首位，只有安全的前提作保障，教育教学才能顺利进行。班级工作中更是如此，我对本班的安全高度重视，平时挤出时间给学生灌输有关安全方面的知识，不厌其烦地对他们进行安全教育。由于学生自制力不强，好动，模仿力强，我不但对他们进行安全知识教育，而且在课余时间我也注意去观察他们的动静，只要发现了某个学生有不安全的行为，就及时进行教育，及时引导。情节严重的学生要让家长到学校进行共同教育。具体工作如下：</w:t>
      </w:r>
      <w:r>
        <w:rPr>
          <w:lang w:eastAsia="zh-CN"/>
        </w:rPr>
        <w:br/>
      </w:r>
      <w:r>
        <w:rPr>
          <w:lang w:eastAsia="zh-CN"/>
        </w:rPr>
        <w:t>　　一、我和全班学生一起制定了本学期的工作计划。</w:t>
      </w:r>
      <w:r>
        <w:rPr>
          <w:lang w:eastAsia="zh-CN"/>
        </w:rPr>
        <w:br/>
      </w:r>
      <w:r>
        <w:rPr>
          <w:lang w:eastAsia="zh-CN"/>
        </w:rPr>
        <w:t>　　二、教育学生严格遵守学校的作息时间，并作到时时讲周周讲。禁止住宿的学生私自外出，必须经学校和班主任的允许才能离开学校，有病有事要向班主任或学校请假，否则不准离校。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三、在校内外，不允许学生做危险的游戏。如;互相追打、奔跑，不能私自接电，不能到河边和水库边，山上玩耍，禁止把鞭炮带进学校，禁止玩具有危险性的物品，禁止带有危险性的棍棒，刀具，火等进入校园一经发现将进行责任的追究并没收。班主任经常到学生的宿舍查看，对有可能出现的安全隐患等进行及时排除。</w:t>
      </w:r>
      <w:r>
        <w:rPr>
          <w:lang w:eastAsia="zh-CN"/>
        </w:rPr>
        <w:br/>
      </w:r>
      <w:r>
        <w:rPr>
          <w:lang w:eastAsia="zh-CN"/>
        </w:rPr>
        <w:t>　　四、教育学生不买三无食品，不吃腐烂变质的食物，不喝不卫生的水和饮料，不吃陌生人给的东西。养成讲究卫生的习惯。</w:t>
      </w:r>
      <w:r>
        <w:rPr>
          <w:lang w:eastAsia="zh-CN"/>
        </w:rPr>
        <w:br/>
      </w:r>
      <w:r>
        <w:rPr>
          <w:lang w:eastAsia="zh-CN"/>
        </w:rPr>
        <w:t>　　五、教育学生爱护公共设施，不践踏学校的草坪，不损坏学校的公物。</w:t>
      </w:r>
      <w:r>
        <w:rPr>
          <w:lang w:eastAsia="zh-CN"/>
        </w:rPr>
        <w:br/>
      </w:r>
      <w:r>
        <w:rPr>
          <w:lang w:eastAsia="zh-CN"/>
        </w:rPr>
        <w:t>　　六、教育学生不爬墙，不爬树，不爬学校的篮球架，不爬阳台上的栏杆，不坐在阳台上，禁止学生夜间外出，禁止学生抽烟，喝酒，赌博，打架和谈恋爱。</w:t>
      </w:r>
      <w:r>
        <w:rPr>
          <w:lang w:eastAsia="zh-CN"/>
        </w:rPr>
        <w:br/>
      </w:r>
      <w:r>
        <w:rPr>
          <w:lang w:eastAsia="zh-CN"/>
        </w:rPr>
        <w:t>　　七、教育学生不玩火、不玩电、不玩爆竹。</w:t>
      </w:r>
      <w:r>
        <w:rPr>
          <w:lang w:eastAsia="zh-CN"/>
        </w:rPr>
        <w:br/>
      </w:r>
      <w:r>
        <w:rPr>
          <w:lang w:eastAsia="zh-CN"/>
        </w:rPr>
        <w:t>　　八、不在井唇、变压台旁、高压电线下等危险的地方玩耍。不在上学和放学路上玩耍、逗留。</w:t>
      </w:r>
      <w:r>
        <w:rPr>
          <w:lang w:eastAsia="zh-CN"/>
        </w:rPr>
        <w:br/>
      </w:r>
      <w:r>
        <w:rPr>
          <w:lang w:eastAsia="zh-CN"/>
        </w:rPr>
        <w:t>　　九、无论是集体活动还是体育课，都必须在教师的带领下进行，不得随意离开集体自己活动或不听指挥，遇到他人生病、遇险等，要及时报告老师。</w:t>
      </w:r>
      <w:r>
        <w:rPr>
          <w:lang w:eastAsia="zh-CN"/>
        </w:rPr>
        <w:br/>
      </w:r>
      <w:r>
        <w:rPr>
          <w:lang w:eastAsia="zh-CN"/>
        </w:rPr>
        <w:t>　　十、夏季、只有在家长或老师的带领、陪同下方可到游泳池游泳。千万不能私自到水沟、水塘、鱼塘、游泳池里戏水、游泳。</w:t>
      </w:r>
      <w:r>
        <w:rPr>
          <w:lang w:eastAsia="zh-CN"/>
        </w:rPr>
        <w:br/>
      </w:r>
      <w:r>
        <w:rPr>
          <w:lang w:eastAsia="zh-CN"/>
        </w:rPr>
        <w:t>　　一个学期结束了，在同学们和老师的努力下，全班无一例安全事故发生。但是，安全工作是班务工作中的重中之重，需要我们做到天天讲、时时讲，警钟长鸣才能杜绝一切不安全的事故发生。</w:t>
      </w:r>
      <w:r>
        <w:rPr>
          <w:lang w:eastAsia="zh-CN"/>
        </w:rPr>
        <w:br/>
      </w:r>
      <w:r>
        <w:rPr>
          <w:lang w:eastAsia="zh-CN"/>
        </w:rPr>
        <w:t xml:space="preserve">    2024年学期安全工作总结范文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安全是幼儿园教育永恒的话题，也是家长老师最敏感的话题。在忙忙碌碌中，我们这学期也接近尾声，回顾这学期的工作，有喜有忧，在过去的一学期中，我们始终以“安全第一，预防为主”的思想指导自己的工作。</w:t>
      </w:r>
      <w:r>
        <w:rPr>
          <w:lang w:eastAsia="zh-CN"/>
        </w:rPr>
        <w:br/>
      </w:r>
      <w:r>
        <w:rPr>
          <w:lang w:eastAsia="zh-CN"/>
        </w:rPr>
        <w:t>　　在幼儿园一日生活中，我们坚持把安全放在首位，严格要求自己，并随时对幼儿进行安全及常规教育，让幼儿养成良好的安全习惯及自我保护意识和防范能力。</w:t>
      </w:r>
      <w:r>
        <w:rPr>
          <w:lang w:eastAsia="zh-CN"/>
        </w:rPr>
        <w:br/>
      </w:r>
      <w:r>
        <w:rPr>
          <w:lang w:eastAsia="zh-CN"/>
        </w:rPr>
        <w:t>　　1、做好晨检工</w:t>
      </w:r>
      <w:r>
        <w:rPr>
          <w:lang w:eastAsia="zh-CN"/>
        </w:rPr>
        <w:br/>
      </w:r>
      <w:r>
        <w:rPr>
          <w:lang w:eastAsia="zh-CN"/>
        </w:rPr>
        <w:t>　　作，防止幼儿带异物入园，主动像家长了解幼儿的情绪及身体状况，对带药幼儿做好登记，防止误吃。</w:t>
      </w:r>
      <w:r>
        <w:rPr>
          <w:lang w:eastAsia="zh-CN"/>
        </w:rPr>
        <w:br/>
      </w:r>
      <w:r>
        <w:rPr>
          <w:lang w:eastAsia="zh-CN"/>
        </w:rPr>
        <w:t>　　2、组织幼儿活动时，密切注意幼儿的行动，提醒幼儿注意安全，做到户外不随意追跑，教室不打闹，教育幼儿要团结，遇到不安全得事情要报告老师。</w:t>
      </w:r>
      <w:r>
        <w:rPr>
          <w:lang w:eastAsia="zh-CN"/>
        </w:rPr>
        <w:br/>
      </w:r>
      <w:r>
        <w:rPr>
          <w:lang w:eastAsia="zh-CN"/>
        </w:rPr>
        <w:t>　　3、幼儿如厕喝水时，有组织的进行，以免幼儿拥挤发生安全事故。</w:t>
      </w:r>
      <w:r>
        <w:rPr>
          <w:lang w:eastAsia="zh-CN"/>
        </w:rPr>
        <w:br/>
      </w:r>
      <w:r>
        <w:rPr>
          <w:lang w:eastAsia="zh-CN"/>
        </w:rPr>
        <w:t>　　4、幼儿进餐时，教育幼儿吃饭时细嚼慢咽，安全进餐，两位老师做好配合，保证幼儿良好进餐。</w:t>
      </w:r>
      <w:r>
        <w:rPr>
          <w:lang w:eastAsia="zh-CN"/>
        </w:rPr>
        <w:br/>
      </w:r>
      <w:r>
        <w:rPr>
          <w:lang w:eastAsia="zh-CN"/>
        </w:rPr>
        <w:t>　　5 、午睡时，我们教育幼儿安静安全午睡，我们会做好巡视，保证幼儿午睡。</w:t>
      </w:r>
      <w:r>
        <w:rPr>
          <w:lang w:eastAsia="zh-CN"/>
        </w:rPr>
        <w:br/>
      </w:r>
      <w:r>
        <w:rPr>
          <w:lang w:eastAsia="zh-CN"/>
        </w:rPr>
        <w:t>　　6、在平常的工作中，我们还会积极主动与家长交流，让家长配合，共同对孩子进行安全教育工作，真正做到家园配合。</w:t>
      </w:r>
      <w:r>
        <w:rPr>
          <w:lang w:eastAsia="zh-CN"/>
        </w:rPr>
        <w:br/>
      </w:r>
      <w:r>
        <w:rPr>
          <w:lang w:eastAsia="zh-CN"/>
        </w:rPr>
        <w:t>　　当然在本学期的工作中也有诸多的不足，如幼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儿有不安全的.行为出现，提醒时过于急躁，缺乏足够的耐心，去为幼儿讲解安全知识及道理，在以后的工作中，我会努力改正自己的不足，用幼儿容易接受的方式去教育幼儿。</w:t>
      </w:r>
      <w:r>
        <w:rPr>
          <w:lang w:eastAsia="zh-CN"/>
        </w:rPr>
        <w:br/>
      </w:r>
      <w:r>
        <w:rPr>
          <w:lang w:eastAsia="zh-CN"/>
        </w:rPr>
        <w:t>　　班级：月亮A班</w:t>
      </w:r>
      <w:r>
        <w:rPr>
          <w:lang w:eastAsia="zh-CN"/>
        </w:rPr>
        <w:br/>
      </w:r>
      <w:r>
        <w:rPr>
          <w:lang w:eastAsia="zh-CN"/>
        </w:rPr>
        <w:t>　　教师：位</w:t>
      </w:r>
      <w:r>
        <w:rPr>
          <w:lang w:eastAsia="zh-CN"/>
        </w:rPr>
        <w:br/>
      </w:r>
      <w:r>
        <w:rPr>
          <w:lang w:eastAsia="zh-CN"/>
        </w:rPr>
        <w:t>　　时间：20__年_月__日</w:t>
      </w:r>
      <w:r>
        <w:rPr>
          <w:lang w:eastAsia="zh-CN"/>
        </w:rPr>
        <w:br/>
      </w:r>
      <w:r>
        <w:rPr>
          <w:lang w:eastAsia="zh-CN"/>
        </w:rPr>
        <w:t xml:space="preserve">    2024年学期安全工作总结范文 篇10 </w:t>
      </w:r>
      <w:r>
        <w:rPr>
          <w:lang w:eastAsia="zh-CN"/>
        </w:rPr>
        <w:br/>
      </w:r>
      <w:r>
        <w:rPr>
          <w:lang w:eastAsia="zh-CN"/>
        </w:rPr>
        <w:t>　　根据上级有关文件的精神，结合本单位实际，牢固树立“珍爱生命，安全第一”的意识，坚持以人为本，加强安全教育，努力提高全体师生的安全意识和自我保护能力。本学期我校强化日常管理，狠抓各项科学预防措施的落实，本学期无重特大安全事故发生，“零犯罪、零死亡”。 现将本学期安全工作总结如下：</w:t>
      </w:r>
      <w:r>
        <w:rPr>
          <w:lang w:eastAsia="zh-CN"/>
        </w:rPr>
        <w:br/>
      </w:r>
      <w:r>
        <w:rPr>
          <w:lang w:eastAsia="zh-CN"/>
        </w:rPr>
        <w:t>　　一 、加强领导，措施有力</w:t>
      </w:r>
      <w:r>
        <w:rPr>
          <w:lang w:eastAsia="zh-CN"/>
        </w:rPr>
        <w:br/>
      </w:r>
      <w:r>
        <w:rPr>
          <w:lang w:eastAsia="zh-CN"/>
        </w:rPr>
        <w:t>　　1、靖边中学安全组织机构健全，以校长为组长，全体行政领导为组员，下设安全工作办公室，政教领导为组员。加强领导，分工细致，明确职责，责任到人，提高应急处理措施和能力。</w:t>
      </w:r>
      <w:r>
        <w:rPr>
          <w:lang w:eastAsia="zh-CN"/>
        </w:rPr>
        <w:br/>
      </w:r>
      <w:r>
        <w:rPr>
          <w:lang w:eastAsia="zh-CN"/>
        </w:rPr>
        <w:t>　　靖边中学安全工作组织机构</w:t>
      </w:r>
      <w:r>
        <w:rPr>
          <w:lang w:eastAsia="zh-CN"/>
        </w:rPr>
        <w:br/>
      </w:r>
      <w:r>
        <w:rPr>
          <w:lang w:eastAsia="zh-CN"/>
        </w:rPr>
        <w:t>　　组 长：</w:t>
      </w:r>
      <w:r>
        <w:rPr>
          <w:lang w:eastAsia="zh-CN"/>
        </w:rPr>
        <w:br/>
      </w:r>
      <w:r>
        <w:rPr>
          <w:lang w:eastAsia="zh-CN"/>
        </w:rPr>
        <w:t>　　副组长：</w:t>
      </w:r>
      <w:r>
        <w:rPr>
          <w:lang w:eastAsia="zh-CN"/>
        </w:rPr>
        <w:br/>
      </w:r>
      <w:r>
        <w:rPr>
          <w:lang w:eastAsia="zh-CN"/>
        </w:rPr>
        <w:t>　　成 员：</w:t>
      </w:r>
      <w:r>
        <w:rPr>
          <w:lang w:eastAsia="zh-CN"/>
        </w:rPr>
        <w:br/>
      </w:r>
      <w:r>
        <w:rPr>
          <w:lang w:eastAsia="zh-CN"/>
        </w:rPr>
        <w:t>　　安全工作办公室：</w:t>
      </w:r>
      <w:r>
        <w:rPr>
          <w:lang w:eastAsia="zh-CN"/>
        </w:rPr>
        <w:br/>
      </w:r>
      <w:r>
        <w:rPr>
          <w:lang w:eastAsia="zh-CN"/>
        </w:rPr>
        <w:t>　　主 任：</w:t>
      </w:r>
      <w:r>
        <w:rPr>
          <w:lang w:eastAsia="zh-CN"/>
        </w:rPr>
        <w:br/>
      </w:r>
      <w:r>
        <w:rPr>
          <w:lang w:eastAsia="zh-CN"/>
        </w:rPr>
        <w:t>　　副主任：</w:t>
      </w:r>
      <w:r>
        <w:rPr>
          <w:lang w:eastAsia="zh-CN"/>
        </w:rPr>
        <w:br/>
      </w:r>
      <w:r>
        <w:rPr>
          <w:lang w:eastAsia="zh-CN"/>
        </w:rPr>
        <w:t>　　职责：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（1）定期召开安全会议，布置安全工作。</w:t>
      </w:r>
      <w:r>
        <w:rPr>
          <w:lang w:eastAsia="zh-CN"/>
        </w:rPr>
        <w:br/>
      </w:r>
      <w:r>
        <w:rPr>
          <w:lang w:eastAsia="zh-CN"/>
        </w:rPr>
        <w:t>　　（2）指导、督促、检查安全工作，发现问题，提出整改建议。</w:t>
      </w:r>
      <w:r>
        <w:rPr>
          <w:lang w:eastAsia="zh-CN"/>
        </w:rPr>
        <w:br/>
      </w:r>
      <w:r>
        <w:rPr>
          <w:lang w:eastAsia="zh-CN"/>
        </w:rPr>
        <w:t>　　（3）积极主动地配合公安机关的安全检查。</w:t>
      </w:r>
      <w:r>
        <w:rPr>
          <w:lang w:eastAsia="zh-CN"/>
        </w:rPr>
        <w:br/>
      </w:r>
      <w:r>
        <w:rPr>
          <w:lang w:eastAsia="zh-CN"/>
        </w:rPr>
        <w:t>　　（4）检查教学楼、实验楼、公寓楼等消防实施。</w:t>
      </w:r>
      <w:r>
        <w:rPr>
          <w:lang w:eastAsia="zh-CN"/>
        </w:rPr>
        <w:br/>
      </w:r>
      <w:r>
        <w:rPr>
          <w:lang w:eastAsia="zh-CN"/>
        </w:rPr>
        <w:t>　　（5）检查全校电路安全，以防漏电、触电事故发生。</w:t>
      </w:r>
      <w:r>
        <w:rPr>
          <w:lang w:eastAsia="zh-CN"/>
        </w:rPr>
        <w:br/>
      </w:r>
      <w:r>
        <w:rPr>
          <w:lang w:eastAsia="zh-CN"/>
        </w:rPr>
        <w:t>　　（6）检查实验楼内易燃易爆物品的管理是否符合要求。</w:t>
      </w:r>
      <w:r>
        <w:rPr>
          <w:lang w:eastAsia="zh-CN"/>
        </w:rPr>
        <w:br/>
      </w:r>
      <w:r>
        <w:rPr>
          <w:lang w:eastAsia="zh-CN"/>
        </w:rPr>
        <w:t>　　（7）检查全校各类房屋安全，防止大事故的发生。</w:t>
      </w:r>
      <w:r>
        <w:rPr>
          <w:lang w:eastAsia="zh-CN"/>
        </w:rPr>
        <w:br/>
      </w:r>
      <w:r>
        <w:rPr>
          <w:lang w:eastAsia="zh-CN"/>
        </w:rPr>
        <w:t>　　（8）检查餐饮楼餐具，食品卫生状况及消防设施。</w:t>
      </w:r>
      <w:r>
        <w:rPr>
          <w:lang w:eastAsia="zh-CN"/>
        </w:rPr>
        <w:br/>
      </w:r>
      <w:r>
        <w:rPr>
          <w:lang w:eastAsia="zh-CN"/>
        </w:rPr>
        <w:t>　　（9）定期召开安全教育大会。</w:t>
      </w:r>
      <w:r>
        <w:rPr>
          <w:lang w:eastAsia="zh-CN"/>
        </w:rPr>
        <w:br/>
      </w:r>
      <w:r>
        <w:rPr>
          <w:lang w:eastAsia="zh-CN"/>
        </w:rPr>
        <w:t>　　（10）按时举办安全教育图片展览。</w:t>
      </w:r>
      <w:r>
        <w:rPr>
          <w:lang w:eastAsia="zh-CN"/>
        </w:rPr>
        <w:br/>
      </w:r>
      <w:r>
        <w:rPr>
          <w:lang w:eastAsia="zh-CN"/>
        </w:rPr>
        <w:t>　　（11）及时消除学生人身安全隐患，杜绝各类事故发生。</w:t>
      </w:r>
      <w:r>
        <w:rPr>
          <w:lang w:eastAsia="zh-CN"/>
        </w:rPr>
        <w:br/>
      </w:r>
      <w:r>
        <w:rPr>
          <w:lang w:eastAsia="zh-CN"/>
        </w:rPr>
        <w:t>　　（12）对发生安全事故的班级或个人将按有关规定追究相关责任。</w:t>
      </w:r>
      <w:r>
        <w:rPr>
          <w:lang w:eastAsia="zh-CN"/>
        </w:rPr>
        <w:br/>
      </w:r>
      <w:r>
        <w:rPr>
          <w:lang w:eastAsia="zh-CN"/>
        </w:rPr>
        <w:t>　　2、加强值周领导的管理，值周实行“日报制”。</w:t>
      </w:r>
      <w:r>
        <w:rPr>
          <w:lang w:eastAsia="zh-CN"/>
        </w:rPr>
        <w:br/>
      </w:r>
      <w:r>
        <w:rPr>
          <w:lang w:eastAsia="zh-CN"/>
        </w:rPr>
        <w:t>　　值周领导负责每天安全工作检查和落实，按时召开值周工作会和总结会，搞好安全工作，实行“日报制”及时处理校园安全工作存在的问题。</w:t>
      </w:r>
      <w:r>
        <w:rPr>
          <w:lang w:eastAsia="zh-CN"/>
        </w:rPr>
        <w:br/>
      </w:r>
      <w:r>
        <w:rPr>
          <w:lang w:eastAsia="zh-CN"/>
        </w:rPr>
        <w:t>　　3、加强校园设施设备、教学活动、食品卫生、周边环境整治等安全工作，强化对安全综治工作的领导、督查及检查，确保安全工作机制有效运行。</w:t>
      </w:r>
      <w:r>
        <w:rPr>
          <w:lang w:eastAsia="zh-CN"/>
        </w:rPr>
        <w:br/>
      </w:r>
      <w:r>
        <w:rPr>
          <w:lang w:eastAsia="zh-CN"/>
        </w:rPr>
        <w:t>　　4、加强校园巡逻检查制度，治安人员实行24小时值班制度，实行“谁值班、谁负责”的原则，责任到人。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5、严格执行放学时段安全检查制度，每天中午、下午放学时德育处领导、干事和治安人员到东大门外护送学生，确保安全。</w:t>
      </w:r>
      <w:r>
        <w:rPr>
          <w:lang w:eastAsia="zh-CN"/>
        </w:rPr>
        <w:br/>
      </w:r>
      <w:r>
        <w:rPr>
          <w:lang w:eastAsia="zh-CN"/>
        </w:rPr>
        <w:t>　　二、强化安全，警钟长鸣</w:t>
      </w:r>
      <w:r>
        <w:rPr>
          <w:lang w:eastAsia="zh-CN"/>
        </w:rPr>
        <w:br/>
      </w:r>
      <w:r>
        <w:rPr>
          <w:lang w:eastAsia="zh-CN"/>
        </w:rPr>
        <w:t>　　1、学校将安全工作作为学校的首要工作来抓，确立“时时安全，事事安全”的原则，定人定岗抓安全，大会小会讲安全，人人心中有安全，使学校上下都把安全工作当成做好本职工作的基本点，做到安全的事常提，严防死守，防患于未然。</w:t>
      </w:r>
      <w:r>
        <w:rPr>
          <w:lang w:eastAsia="zh-CN"/>
        </w:rPr>
        <w:br/>
      </w:r>
      <w:r>
        <w:rPr>
          <w:lang w:eastAsia="zh-CN"/>
        </w:rPr>
        <w:t>　　2、进行“10.24”校园安全警示日教育活动。教育学生树立珍爱生命，安全第一的观念,同学之间应友爱相处，杜绝暴力，讲文明，讲礼仪，讲团结，讲宽容,讲忍让的良好氛围。全校师生在思想上时时刻刻绷紧安全弦，在工作中处处防范安全隐患，做到警钟长鸣。</w:t>
      </w:r>
      <w:r>
        <w:rPr>
          <w:lang w:eastAsia="zh-CN"/>
        </w:rPr>
        <w:br/>
      </w:r>
      <w:r>
        <w:rPr>
          <w:lang w:eastAsia="zh-CN"/>
        </w:rPr>
        <w:t>　　3、强化学校安全技术防范，加强人防、物防、技防建设，形成校园“三防”合力。特别利用监控手段提高学校安全管理水平和管理的效果。</w:t>
      </w:r>
      <w:r>
        <w:rPr>
          <w:lang w:eastAsia="zh-CN"/>
        </w:rPr>
        <w:br/>
      </w:r>
      <w:r>
        <w:rPr>
          <w:lang w:eastAsia="zh-CN"/>
        </w:rPr>
        <w:t>　　4、加强学校周边治理</w:t>
      </w:r>
      <w:r>
        <w:rPr>
          <w:lang w:eastAsia="zh-CN"/>
        </w:rPr>
        <w:br/>
      </w:r>
      <w:r>
        <w:rPr>
          <w:lang w:eastAsia="zh-CN"/>
        </w:rPr>
        <w:t>　　学校主动争取各方支持，深入开展“警校共建”活动，积极主动与公安、工商、文化、卫生、安全监管等部门的配合，健全学校和所在地公安机关、家长、社区的学生安全联防制度，进一步加强校园周边环境治理，促使教书育人的环境不断优化，治安秩序保持平稳，营造全社会共同关心师生健康成长的良好氛围。</w:t>
      </w:r>
      <w:r>
        <w:rPr>
          <w:lang w:eastAsia="zh-CN"/>
        </w:rPr>
        <w:br/>
      </w:r>
      <w:r>
        <w:rPr>
          <w:lang w:eastAsia="zh-CN"/>
        </w:rPr>
        <w:t>　　三、制度保证，措施到位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1、完善了《靖边中学安全工作责任分工及安全事故责任追究方案》，将安全工作列入目标考核内容，并进行严格考核，严格执行责任追究制度，对造成重大安全事故的，要严肃追究责任。</w:t>
      </w:r>
      <w:r>
        <w:rPr>
          <w:lang w:eastAsia="zh-CN"/>
        </w:rPr>
        <w:br/>
      </w:r>
      <w:r>
        <w:rPr>
          <w:lang w:eastAsia="zh-CN"/>
        </w:rPr>
        <w:t>　　2、学校与班主任、学生家长、学生（包括校外租赁房、住宿生）签订各种安全责任书，明确了明确各自安全责任。贯彻“谁主管，谁负责”的原则，做到职责明确，责任到人。</w:t>
      </w:r>
      <w:r>
        <w:rPr>
          <w:lang w:eastAsia="zh-CN"/>
        </w:rPr>
        <w:br/>
      </w:r>
      <w:r>
        <w:rPr>
          <w:lang w:eastAsia="zh-CN"/>
        </w:rPr>
        <w:t>　　3、不断完善治安人员值班制度和学校安全工作规章制度</w:t>
      </w:r>
      <w:r>
        <w:rPr>
          <w:lang w:eastAsia="zh-CN"/>
        </w:rPr>
        <w:br/>
      </w:r>
      <w:r>
        <w:rPr>
          <w:lang w:eastAsia="zh-CN"/>
        </w:rPr>
        <w:t>　　强化治安人员的教育和管理，职责明确，实行内保定点包片定时值班制度，特别在各楼道实行值班巡逻的常态化，进一步加强校园安全防范。</w:t>
      </w:r>
      <w:r>
        <w:rPr>
          <w:lang w:eastAsia="zh-CN"/>
        </w:rPr>
        <w:br/>
      </w:r>
      <w:r>
        <w:rPr>
          <w:lang w:eastAsia="zh-CN"/>
        </w:rPr>
        <w:t>　　建立健全定期检查和日常防范相结合的安全管理制度，以及学生管理、门卫值班、领导值班、防火防灾、冬季防煤气中毒、体育器材检查、健康体检等规章制度。严禁学生参加商业性庆典活动，严禁组织学生从事不符合国家有关规定的危险性工作，严禁教师个人利用假期(日)私自带学生外出，在校外开展的社会实践活动实行申报制度，要有安全预案。对涉及学校安全的各项工作，都要做到有章可循，违章必究，不留盲点，不出漏洞。</w:t>
      </w:r>
      <w:r>
        <w:rPr>
          <w:lang w:eastAsia="zh-CN"/>
        </w:rPr>
        <w:br/>
      </w:r>
      <w:r>
        <w:rPr>
          <w:lang w:eastAsia="zh-CN"/>
        </w:rPr>
        <w:t>　　4、建立学校安全应急工作预案及疏散预案。</w:t>
      </w:r>
      <w:r>
        <w:rPr>
          <w:lang w:eastAsia="zh-CN"/>
        </w:rPr>
        <w:br/>
      </w:r>
      <w:r>
        <w:rPr>
          <w:lang w:eastAsia="zh-CN"/>
        </w:rPr>
        <w:t>　　组织二次教学楼紧急疏散演练和组织一次公寓楼紧急疏散演练。增强学生的消防安全意识、提高学生的应急逃生技能，进一步提升消防安全工作能力。</w:t>
      </w:r>
      <w:r>
        <w:rPr>
          <w:lang w:eastAsia="zh-CN"/>
        </w:rPr>
        <w:br/>
      </w:r>
      <w:r>
        <w:rPr>
          <w:lang w:eastAsia="zh-CN"/>
        </w:rPr>
        <w:t>　　四、加强教育，促进自护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要确保安全，根本在于提高安全意识、自我防范和自护自救能力，抓好安全教育是学校安全工作的基础。召开专题会议，分析学校安全隐患，对学生开展安全教育。</w:t>
      </w:r>
      <w:r>
        <w:rPr>
          <w:lang w:eastAsia="zh-CN"/>
        </w:rPr>
        <w:br/>
      </w:r>
      <w:r>
        <w:rPr>
          <w:lang w:eastAsia="zh-CN"/>
        </w:rPr>
        <w:t>　　1、认真做好安全教育工作。</w:t>
      </w:r>
      <w:r>
        <w:rPr>
          <w:lang w:eastAsia="zh-CN"/>
        </w:rPr>
        <w:br/>
      </w:r>
      <w:r>
        <w:rPr>
          <w:lang w:eastAsia="zh-CN"/>
        </w:rPr>
        <w:t>　　学校安全教育以"校园安全"为主题，组织学习安全教育工作文件，对校内易发事故类型、重点部位保护、工作薄弱环节、各类人员安全意识与安全技能等方面，开展深入全面的大检查，消除隐患，有针对性地扎实地开展教育和防范工作。</w:t>
      </w:r>
      <w:r>
        <w:rPr>
          <w:lang w:eastAsia="zh-CN"/>
        </w:rPr>
        <w:br/>
      </w:r>
      <w:r>
        <w:rPr>
          <w:lang w:eastAsia="zh-CN"/>
        </w:rPr>
        <w:t>　　2、开展丰富多彩的教育活动。利用升国旗、班会课等途径，开展安全预防教育，防溺水、防交通事故、防触电、防食物中毒、防病、防体育运动伤害、防火、防盗、防震、防骗、防煤气中毒等安全知识和技能教育。还利用学校广播、黑板报、手抄报、张贴标语等宣传工具及举行主题班会、讲座、知识竞赛等形式开展丰富多彩的安全教育。通过教育提高广大学生的安全意识、安全防范能力和自我保护能力。</w:t>
      </w:r>
      <w:r>
        <w:rPr>
          <w:lang w:eastAsia="zh-CN"/>
        </w:rPr>
        <w:br/>
      </w:r>
      <w:r>
        <w:rPr>
          <w:lang w:eastAsia="zh-CN"/>
        </w:rPr>
        <w:t>　　3、坚决杜绝学生骑电动车、摩托车上学，另外，对学生进行乘车安全教育，教育学生什么车能坐，什么车不能坐，乘车注意哪些安全问题，最大限度降低学生乘车安全隐患，并与交警部门建立联系，发现有非法乘载学生的车辆，及时上报。</w:t>
      </w:r>
      <w:r>
        <w:rPr>
          <w:lang w:eastAsia="zh-CN"/>
        </w:rPr>
        <w:br/>
      </w:r>
      <w:r>
        <w:rPr>
          <w:lang w:eastAsia="zh-CN"/>
        </w:rPr>
        <w:t>　　五、存在的主要问题</w:t>
      </w:r>
      <w:r>
        <w:rPr>
          <w:lang w:eastAsia="zh-CN"/>
        </w:rPr>
        <w:br/>
      </w:r>
      <w:r>
        <w:rPr>
          <w:lang w:eastAsia="zh-CN"/>
        </w:rPr>
        <w:t>　　1、社会育人环境存在不利于师生安全的因素。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有关职能部门的集中综合整治使得学校周边环境有明显的好转。但是，综合整治的长效机制没有建立，社会上的不安定因素和不良文化对师生安全的影响还是比较大的，学校离车站近，往来车子较多，对师生往返学校，造成了极大的安全隐患。</w:t>
      </w:r>
      <w:r>
        <w:rPr>
          <w:lang w:eastAsia="zh-CN"/>
        </w:rPr>
        <w:br/>
      </w:r>
      <w:r>
        <w:rPr>
          <w:lang w:eastAsia="zh-CN"/>
        </w:rPr>
        <w:t>　　2、东大门外十字路口缺少红绿灯的管控，居民交通意识薄弱，特别在学生上、下学高峰期，人车混杂，尤其是施工车辆速度快又不遵守交通秩序，道路交通面临巨大压力，给我校交通安全带来了极大的隐患。</w:t>
      </w:r>
      <w:r>
        <w:rPr>
          <w:lang w:eastAsia="zh-CN"/>
        </w:rPr>
        <w:br/>
      </w:r>
      <w:r>
        <w:rPr>
          <w:lang w:eastAsia="zh-CN"/>
        </w:rPr>
        <w:t>　　2、学校安全工作的难度不断增大。学生中独生子女越来越多，独生子女在家庭中往往受保护较多，而缺乏生活经验。学生作为社会的弱势群体，多数自我保护意识和安全防范能力低，大大增加了学校安全工作的难度。</w:t>
      </w:r>
      <w:r>
        <w:rPr>
          <w:lang w:eastAsia="zh-CN"/>
        </w:rPr>
        <w:br/>
      </w:r>
      <w:r>
        <w:rPr>
          <w:lang w:eastAsia="zh-CN"/>
        </w:rPr>
        <w:t>　　六、今后安全工作思路。</w:t>
      </w:r>
      <w:r>
        <w:rPr>
          <w:lang w:eastAsia="zh-CN"/>
        </w:rPr>
        <w:br/>
      </w:r>
      <w:r>
        <w:rPr>
          <w:lang w:eastAsia="zh-CN"/>
        </w:rPr>
        <w:t>　　1、继续加强对师生的安全教育，提高安全防范意识。严格落实安全工作，积极开展各种安全演练活动。</w:t>
      </w:r>
      <w:r>
        <w:rPr>
          <w:lang w:eastAsia="zh-CN"/>
        </w:rPr>
        <w:br/>
      </w:r>
      <w:r>
        <w:rPr>
          <w:lang w:eastAsia="zh-CN"/>
        </w:rPr>
        <w:t>　　2、加大安全工作考核机制及督查力度，切实把安全工作落到实处，渗透到学校工作的方方面面。</w:t>
      </w:r>
      <w:r>
        <w:rPr>
          <w:lang w:eastAsia="zh-CN"/>
        </w:rPr>
        <w:br/>
      </w:r>
      <w:r>
        <w:rPr>
          <w:lang w:eastAsia="zh-CN"/>
        </w:rPr>
        <w:t>　　3、加强宣传教育，与政府及相关部门健全联系制度，对师生进行安全教育，加强学校周边环境综合整治。</w:t>
      </w:r>
      <w:r>
        <w:rPr>
          <w:lang w:eastAsia="zh-CN"/>
        </w:rPr>
        <w:br/>
      </w:r>
      <w:r>
        <w:rPr>
          <w:lang w:eastAsia="zh-CN"/>
        </w:rPr>
        <w:t>　　总之，在安全工作方面虽然做了一定工作，安全工作得到了进一步加强，但是安全工作的难度越来越大，学校安全工作的形势仍然比较严峻。我们将进一步重视安全工作，及时总结经验，大胆探索创新，解决安全工作中发现的新问题，形成校园安全防范长效管理工作机制，不断提高我校安全工作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xml:space="preserve">    2024年学期安全工作总结范文 篇11 </w:t>
      </w:r>
      <w:r>
        <w:rPr>
          <w:lang w:eastAsia="zh-CN"/>
        </w:rPr>
        <w:br/>
      </w:r>
      <w:r>
        <w:rPr>
          <w:lang w:eastAsia="zh-CN"/>
        </w:rPr>
        <w:t>　　学校安全工作关系体师生的生命和财产，事关学校和社会的稳定和发展。我们在教育局和中心校的领导下以党的十八大精神为指针，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为能够营造一个安全、文明、健康的育人环境而狠抓学校安全工作，从而切实保障师生安全和财产不受损失，维护学校正常的教育教学秩序。具体工作现总结如下：</w:t>
      </w:r>
      <w:r>
        <w:rPr>
          <w:lang w:eastAsia="zh-CN"/>
        </w:rPr>
        <w:br/>
      </w:r>
      <w:r>
        <w:rPr>
          <w:lang w:eastAsia="zh-CN"/>
        </w:rPr>
        <w:t>　　一、加强领导，明确责任</w:t>
      </w:r>
      <w:r>
        <w:rPr>
          <w:lang w:eastAsia="zh-CN"/>
        </w:rPr>
        <w:br/>
      </w:r>
      <w:r>
        <w:rPr>
          <w:lang w:eastAsia="zh-CN"/>
        </w:rPr>
        <w:t>　　我们根据学校的实际特点，把全校安全管理主要划分为四大块，并明确了相应的责任部门：一是交通安全，由校政教处负责；二是电器和各项安全防护设施建设、学校总务处负责；三、是教学过程安全（包括体育运动、学科实验室操作等）由校教务处负责；四是教室安全和学生安全教育，由校政教处和各年级组长负责。对每一大块安全管理工作，又进行了纵向的层层分解，如教室安全由政教处负责，再由政教处到年级，年级分解到教学班，各班再分解每个同学，层层明确责任，实行目标管理。从而使全校安全管理工作形成了横向到达、纵向到底的网络体系，实现了校园安全的全方位设防。</w:t>
      </w:r>
      <w:r>
        <w:rPr>
          <w:lang w:eastAsia="zh-CN"/>
        </w:rPr>
        <w:br/>
      </w:r>
      <w:r>
        <w:rPr>
          <w:lang w:eastAsia="zh-CN"/>
        </w:rPr>
        <w:t>　　二、完善制度，强化管理，措施到位，健全管理网络。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1、建立安全保卫工作领导责任制和责任追究制。由学校校长负责，将安全保卫工作列入各有关处室的目标考核内容，并进行严格考核，严格执行责任追究制度。</w:t>
      </w:r>
      <w:r>
        <w:rPr>
          <w:lang w:eastAsia="zh-CN"/>
        </w:rPr>
        <w:br/>
      </w:r>
      <w:r>
        <w:rPr>
          <w:lang w:eastAsia="zh-CN"/>
        </w:rPr>
        <w:t>　　2、签订责任书。学校与处室和班主任、任课教师、后勤教辅人员层层签订责任书，明确各自的职责。</w:t>
      </w:r>
      <w:r>
        <w:rPr>
          <w:lang w:eastAsia="zh-CN"/>
        </w:rPr>
        <w:br/>
      </w:r>
      <w:r>
        <w:rPr>
          <w:lang w:eastAsia="zh-CN"/>
        </w:rPr>
        <w:t>　　3、建立健全定期检查和日常防范相结合的安全管理制度，以及学生管理、门卫值班、巡逻值班、防控传染病、食品卫生管理、防火安全管理、体育器材检查、健康体检等等一系列安全工作规章制度。4、建立学校安全意外事故处置预案制度。学校建立事故处置领导小组，制定了四项紧急情况处理预案，并在全体教职工大会上进行宣讲。</w:t>
      </w:r>
      <w:r>
        <w:rPr>
          <w:lang w:eastAsia="zh-CN"/>
        </w:rPr>
        <w:br/>
      </w:r>
      <w:r>
        <w:rPr>
          <w:lang w:eastAsia="zh-CN"/>
        </w:rPr>
        <w:t>　　三、广泛宣传，加强教育，促进自护提高安全意识。</w:t>
      </w:r>
      <w:r>
        <w:rPr>
          <w:lang w:eastAsia="zh-CN"/>
        </w:rPr>
        <w:br/>
      </w:r>
      <w:r>
        <w:rPr>
          <w:lang w:eastAsia="zh-CN"/>
        </w:rPr>
        <w:t>　　要确保安全，根本在于提高安全意识、自我防范和自护自救能力，抓好安全教育，是学校安全工作的基础。学校政教处负责学生安全教育工作，以活动为载体全体动员、全员参与，把安全工作作为学校日常的重点工作，寓安全教育于活动中，加强安全教育，提高安全意识，养成安全习惯。使全体师生面对困难时能够妥善，科学，合理的处理，避免了不必要的损失。</w:t>
      </w:r>
      <w:r>
        <w:rPr>
          <w:lang w:eastAsia="zh-CN"/>
        </w:rPr>
        <w:br/>
      </w:r>
      <w:r>
        <w:rPr>
          <w:lang w:eastAsia="zh-CN"/>
        </w:rPr>
        <w:t>　　四、狠抓落实，及时整改立足防范变“堵”为“疏”，确保安全万无一失。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安全工作难在一贯坚持，安全事故多是出于麻痹大意。为了把学校安全工作落到实处，做到不留漏洞，几年来，我校一直坚持“教育为重，预防为主，标本兼治，重要治本。”的方针，做足做好“防”文章，在此基础上变“堵”为“疏”。提高安全防范意识。</w:t>
      </w:r>
      <w:r>
        <w:rPr>
          <w:lang w:eastAsia="zh-CN"/>
        </w:rPr>
        <w:br/>
      </w:r>
      <w:r>
        <w:rPr>
          <w:lang w:eastAsia="zh-CN"/>
        </w:rPr>
        <w:t>　　五、齐抓共管群防群治，确保学生安全。</w:t>
      </w:r>
      <w:r>
        <w:rPr>
          <w:lang w:eastAsia="zh-CN"/>
        </w:rPr>
        <w:br/>
      </w:r>
      <w:r>
        <w:rPr>
          <w:lang w:eastAsia="zh-CN"/>
        </w:rPr>
        <w:t>　　学校安全教育工作是一项社会性的系统工程，需要社会、学校、家庭的密切配合。我们积极与镇政府、派出所等部门通力合作，做好学校安全保卫工作，学校组织开展一系列道德、法制教育活动，取得了良好的教育效果。</w:t>
      </w:r>
      <w:r>
        <w:rPr>
          <w:lang w:eastAsia="zh-CN"/>
        </w:rPr>
        <w:br/>
      </w:r>
      <w:r>
        <w:rPr>
          <w:lang w:eastAsia="zh-CN"/>
        </w:rPr>
        <w:t xml:space="preserve">    2024年学期安全工作总结范文 篇12 </w:t>
      </w:r>
      <w:r>
        <w:rPr>
          <w:lang w:eastAsia="zh-CN"/>
        </w:rPr>
        <w:br/>
      </w:r>
      <w:r>
        <w:rPr>
          <w:lang w:eastAsia="zh-CN"/>
        </w:rPr>
        <w:t>　　本学期我校把安全工作列为学校的头等大事，与学校德育工作紧密结合，坚持以教育为主，积极开展各类安全教育活动，落实各项防范措施，使安全工作得到全面、深入、有效地开展。现将一学期来的安全工作总结如下：</w:t>
      </w:r>
      <w:r>
        <w:rPr>
          <w:lang w:eastAsia="zh-CN"/>
        </w:rPr>
        <w:br/>
      </w:r>
      <w:r>
        <w:rPr>
          <w:lang w:eastAsia="zh-CN"/>
        </w:rPr>
        <w:t>　　一、组织健全职责明确</w:t>
      </w:r>
      <w:r>
        <w:rPr>
          <w:lang w:eastAsia="zh-CN"/>
        </w:rPr>
        <w:br/>
      </w:r>
      <w:r>
        <w:rPr>
          <w:lang w:eastAsia="zh-CN"/>
        </w:rPr>
        <w:t>　　为进一步做好安全教育工作，切实加强对安全教育工作的领导，学校把安全工作列入了重要议事日程，成立了学校安全工作领导小组，进一步增强全校师生的安全意识。我们还根据学校安全工作的具体形势，把涉及师生安全的各块内容进行认真分解落实到人，做到每一项工作都有对应的专管人员，防止了工作上的相互推诿。</w:t>
      </w:r>
      <w:r>
        <w:rPr>
          <w:lang w:eastAsia="zh-CN"/>
        </w:rPr>
        <w:br/>
      </w:r>
      <w:r>
        <w:rPr>
          <w:lang w:eastAsia="zh-CN"/>
        </w:rPr>
        <w:t>　　二、制度保证、实施到位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1、强化安全工作措施，把学校安全工作抓实抓牢。不断完善学校安全保卫工作规章制度。建立学校安全门卫工作的各项规章制度，加强对外来人员的管理，做好外访登记，严防闲散人员进入校园。做好上课期间师生外出登记工作，以免有人员在上课期间走失或出意外。确保校园治安安全，维护正常教学秩序。</w:t>
      </w:r>
      <w:r>
        <w:rPr>
          <w:lang w:eastAsia="zh-CN"/>
        </w:rPr>
        <w:br/>
      </w:r>
      <w:r>
        <w:rPr>
          <w:lang w:eastAsia="zh-CN"/>
        </w:rPr>
        <w:t>　　2、护导教师提前到岗，进行课前、课间、午间巡视，及时把偶发事件消灭在萌芽状态。上学、放学时间值日教师坚持在校门口维持秩序。</w:t>
      </w:r>
      <w:r>
        <w:rPr>
          <w:lang w:eastAsia="zh-CN"/>
        </w:rPr>
        <w:br/>
      </w:r>
      <w:r>
        <w:rPr>
          <w:lang w:eastAsia="zh-CN"/>
        </w:rPr>
        <w:t>　　3、点名制度：每天上午及下午上学前3分钟做好点名工作，每堂课的任课教师做好学生的当节课出席点名工作，发现问题及时与班主任和家长联系。</w:t>
      </w:r>
      <w:r>
        <w:rPr>
          <w:lang w:eastAsia="zh-CN"/>
        </w:rPr>
        <w:br/>
      </w:r>
      <w:r>
        <w:rPr>
          <w:lang w:eastAsia="zh-CN"/>
        </w:rPr>
        <w:t>　　4、放学3分钟安全教育制度：每天的上午及下午利用放学前3分钟进行安全教育。</w:t>
      </w:r>
      <w:r>
        <w:rPr>
          <w:lang w:eastAsia="zh-CN"/>
        </w:rPr>
        <w:br/>
      </w:r>
      <w:r>
        <w:rPr>
          <w:lang w:eastAsia="zh-CN"/>
        </w:rPr>
        <w:t>　　5、签订责任书、告家长书制度：学校对班主任及任课教师明确各自的岗位职责。学校在学期初与学生家长明确学生安全责任意识，明确了家长应做的工作和应负的责任。贯彻“谁主管，谁负责”的原则，做到职责明确，责任到人。</w:t>
      </w:r>
      <w:r>
        <w:rPr>
          <w:lang w:eastAsia="zh-CN"/>
        </w:rPr>
        <w:br/>
      </w:r>
      <w:r>
        <w:rPr>
          <w:lang w:eastAsia="zh-CN"/>
        </w:rPr>
        <w:t>　　6、加强检查，及时整改。定期对校园设施安全进行排查，对存在的隐患及时反映，及时整改。</w:t>
      </w:r>
      <w:r>
        <w:rPr>
          <w:lang w:eastAsia="zh-CN"/>
        </w:rPr>
        <w:br/>
      </w:r>
      <w:r>
        <w:rPr>
          <w:lang w:eastAsia="zh-CN"/>
        </w:rPr>
        <w:t>　　7、加强交通安全宣传和管理。严禁学生骑自行车、摩托车上下学，校内无学生骑车现象。</w:t>
      </w:r>
      <w:r>
        <w:rPr>
          <w:lang w:eastAsia="zh-CN"/>
        </w:rPr>
        <w:br/>
      </w:r>
      <w:r>
        <w:rPr>
          <w:lang w:eastAsia="zh-CN"/>
        </w:rPr>
        <w:t>　　8、严禁教师个人私自带学生外出，如遇学生生病必须向值班领导请假，并作好记录。学校所开展的'各种活动严格坚持大型活动上报审批制度。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9、加强学校卫生管理工作。培养学生的自理能力和卫生习惯，做好室内的清扫和保洁工作。学校少先大队及时进行检查评比。班主任、生活老师密切注意学生的身体状况，发现问题及时处理，实行学校传染病疫情报告制度，及时了解学生学习和生活的心理状况，对学生中出现的心理问题能及时地予以疏导。</w:t>
      </w:r>
      <w:r>
        <w:rPr>
          <w:lang w:eastAsia="zh-CN"/>
        </w:rPr>
        <w:br/>
      </w:r>
      <w:r>
        <w:rPr>
          <w:lang w:eastAsia="zh-CN"/>
        </w:rPr>
        <w:t>　　10、建立学校安全意外事故处理预案制度：结合学校本身的实际，制定校内突发事件工作预案、地震应急疏散预案、火灾事故应急预案、预防与控制传染病应急预案等，做到人员职责明确，信息渠道畅通，程序科学，实施便捷。</w:t>
      </w:r>
      <w:r>
        <w:rPr>
          <w:lang w:eastAsia="zh-CN"/>
        </w:rPr>
        <w:br/>
      </w:r>
      <w:r>
        <w:rPr>
          <w:lang w:eastAsia="zh-CN"/>
        </w:rPr>
        <w:t>　　三、加强教育、增强意识</w:t>
      </w:r>
      <w:r>
        <w:rPr>
          <w:lang w:eastAsia="zh-CN"/>
        </w:rPr>
        <w:br/>
      </w:r>
      <w:r>
        <w:rPr>
          <w:lang w:eastAsia="zh-CN"/>
        </w:rPr>
        <w:t>　　1、利用课间操、班队会等途径有针对性地对师生进行安全教育。内容包括：交通安全、用电安全、防火、防溺水、预防食物中毒、反对邪教、各种传染病的预防、家庭生活、户外活动安全活动等，大力加强学生良好行为习惯的培养，克服麻痹思想。法定假前校长利用集会等形式对学生进行专题安全教育。</w:t>
      </w:r>
      <w:r>
        <w:rPr>
          <w:lang w:eastAsia="zh-CN"/>
        </w:rPr>
        <w:br/>
      </w:r>
      <w:r>
        <w:rPr>
          <w:lang w:eastAsia="zh-CN"/>
        </w:rPr>
        <w:t>　　2、学期初，学校组织部分教师对校园进出点进行排查，在一些不安全的地方设置了警示牌或警示语，提醒学生注意，通过这些措施的采取，有效地杜绝了安全事故的发生。</w:t>
      </w:r>
      <w:r>
        <w:rPr>
          <w:lang w:eastAsia="zh-CN"/>
        </w:rPr>
        <w:br/>
      </w:r>
      <w:r>
        <w:rPr>
          <w:lang w:eastAsia="zh-CN"/>
        </w:rPr>
        <w:t>　　3、加强学校安全稳定教育，提高师生安全防范意识。紧密结合上级有关文件精神，在教师会议上及时部署落实。有计划地开展安全教育，强化师生法制观念，增强师生安全防范意识。</w:t>
      </w:r>
      <w:r>
        <w:rPr>
          <w:lang w:eastAsia="zh-CN"/>
        </w:rPr>
        <w:br/>
      </w:r>
      <w:r>
        <w:rPr>
          <w:lang w:eastAsia="zh-CN"/>
        </w:rPr>
        <w:t>　　4、经常开展安全工作监督和检查，发现问题立即整改，重视安全投入，不断完善安全防范水平。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5、开展丰富多彩的教育活动。利用班会、队活动、学科渗透等途径，通过讲解、培训等方式对学生开展安全预防教育，使学生接受比较系统的防溺水、防交通事故、防触电、防食物中毒、防病、防体育运动伤害、防火、防盗、防震、防骗、防煤气中毒等安全知识和技能教育。</w:t>
      </w:r>
      <w:r>
        <w:rPr>
          <w:lang w:eastAsia="zh-CN"/>
        </w:rPr>
        <w:br/>
      </w:r>
      <w:r>
        <w:rPr>
          <w:lang w:eastAsia="zh-CN"/>
        </w:rPr>
        <w:t>　　6、抓好安全教育，是学校安全工作的基础。我们以“安全教育日、月”活动为重点，经常性地对学生开展安全教育。通过安全教育月系列活动，增强学生的安全意识和自我防护能力。</w:t>
      </w:r>
      <w:r>
        <w:rPr>
          <w:lang w:eastAsia="zh-CN"/>
        </w:rPr>
        <w:br/>
      </w:r>
      <w:r>
        <w:rPr>
          <w:lang w:eastAsia="zh-CN"/>
        </w:rPr>
        <w:t>　　7、全校开展一节“火灾逃生知识”主题班会，提高安全意识、自我防范和自护自救能力。组织消防演练，使学生基本掌握突发火灾事件时的逃身方法和一些基本的灭火方法。</w:t>
      </w:r>
      <w:r>
        <w:rPr>
          <w:lang w:eastAsia="zh-CN"/>
        </w:rPr>
        <w:br/>
      </w:r>
      <w:r>
        <w:rPr>
          <w:lang w:eastAsia="zh-CN"/>
        </w:rPr>
        <w:t>　　8、进一步加强食品卫生安全教育。通过健康教育课、班队活动、广播、宣传栏、宣传单等多种教育教学形式对学生进行宣传教育。特别要教育学生不买街头无照、无证商贩出售的各类食品；不食用来历不明的可疑食物，增强学校食品卫生安全意识和自我保护能力。</w:t>
      </w:r>
      <w:r>
        <w:rPr>
          <w:lang w:eastAsia="zh-CN"/>
        </w:rPr>
        <w:br/>
      </w:r>
      <w:r>
        <w:rPr>
          <w:lang w:eastAsia="zh-CN"/>
        </w:rPr>
        <w:t>　　9、在学校宣传栏中设立“安全知识宣传专栏”，加强对全校师生日常的安全知识宣传和普法教育，做到人人知晓学校组织的安全、法制教育。通过专题讲座，提高学校师生安全意识和自我保护能力。</w:t>
      </w:r>
      <w:r>
        <w:rPr>
          <w:lang w:eastAsia="zh-CN"/>
        </w:rPr>
        <w:br/>
      </w:r>
      <w:r>
        <w:rPr>
          <w:lang w:eastAsia="zh-CN"/>
        </w:rPr>
        <w:t xml:space="preserve">    2024年学期安全工作总结范文 篇13 </w:t>
      </w:r>
      <w:r>
        <w:rPr>
          <w:lang w:eastAsia="zh-CN"/>
        </w:rPr>
        <w:br/>
      </w:r>
      <w:r>
        <w:rPr>
          <w:lang w:eastAsia="zh-CN"/>
        </w:rPr>
        <w:t>　　俗话说平安是福，安全工作在当前的社会生产、生活中越来越突出，做好安全工作已经成为社会一切工作的首要保障。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对于一个学校来说，毫无疑问它承担育人的任务，育人同时又必须在一个和谐、有安全保障的情况下进行，而安全常识又是育人的一个重要组成部分。每一个孩子就是一个家庭的全部，孩子的喜怒哀乐，孩子的健康和安全，都关系着一个家庭的悲欢。而一年级的孩子仿佛初生牛犊，安全意识非常淡漠，因此安全教育任务更加繁重。</w:t>
      </w:r>
      <w:r>
        <w:rPr>
          <w:lang w:eastAsia="zh-CN"/>
        </w:rPr>
        <w:br/>
      </w:r>
      <w:r>
        <w:rPr>
          <w:lang w:eastAsia="zh-CN"/>
        </w:rPr>
        <w:t>　　按照学校领导提出的各项工作要求对学生进行安全教育：</w:t>
      </w:r>
      <w:r>
        <w:rPr>
          <w:lang w:eastAsia="zh-CN"/>
        </w:rPr>
        <w:br/>
      </w:r>
      <w:r>
        <w:rPr>
          <w:lang w:eastAsia="zh-CN"/>
        </w:rPr>
        <w:t>　　一.把防止校园拥挤踩踏事故放到突出位置;</w:t>
      </w:r>
      <w:r>
        <w:rPr>
          <w:lang w:eastAsia="zh-CN"/>
        </w:rPr>
        <w:br/>
      </w:r>
      <w:r>
        <w:rPr>
          <w:lang w:eastAsia="zh-CN"/>
        </w:rPr>
        <w:t>　　二.是有针对性地加强学校交通安全教育和管理;</w:t>
      </w:r>
      <w:r>
        <w:rPr>
          <w:lang w:eastAsia="zh-CN"/>
        </w:rPr>
        <w:br/>
      </w:r>
      <w:r>
        <w:rPr>
          <w:lang w:eastAsia="zh-CN"/>
        </w:rPr>
        <w:t>　　三.是加强心理辅导，有效防止校园暴力、伤害事故的发生;</w:t>
      </w:r>
      <w:r>
        <w:rPr>
          <w:lang w:eastAsia="zh-CN"/>
        </w:rPr>
        <w:br/>
      </w:r>
      <w:r>
        <w:rPr>
          <w:lang w:eastAsia="zh-CN"/>
        </w:rPr>
        <w:t>　　四.是认真做好预防感冒、高致病性禽流感及冬春季传染病防控工作，进行落实措施。</w:t>
      </w:r>
      <w:r>
        <w:rPr>
          <w:lang w:eastAsia="zh-CN"/>
        </w:rPr>
        <w:br/>
      </w:r>
      <w:r>
        <w:rPr>
          <w:lang w:eastAsia="zh-CN"/>
        </w:rPr>
        <w:t>　　一、指导思想</w:t>
      </w:r>
      <w:r>
        <w:rPr>
          <w:lang w:eastAsia="zh-CN"/>
        </w:rPr>
        <w:br/>
      </w:r>
      <w:r>
        <w:rPr>
          <w:lang w:eastAsia="zh-CN"/>
        </w:rPr>
        <w:t>　　通过开展安全教育，让一年级孩子了解危险的存在;知道躲避危险和求生、求助的简单方法、技能;强调个人安全，逐步形成安全意识，掌握必要的安全行为的知识和技能，养成在日常生活和突发安全事件中正确应对的习惯，最大限度地预防安全事故发生。</w:t>
      </w:r>
      <w:r>
        <w:rPr>
          <w:lang w:eastAsia="zh-CN"/>
        </w:rPr>
        <w:br/>
      </w:r>
      <w:r>
        <w:rPr>
          <w:lang w:eastAsia="zh-CN"/>
        </w:rPr>
        <w:t>　　二、工作重点</w:t>
      </w:r>
      <w:r>
        <w:rPr>
          <w:lang w:eastAsia="zh-CN"/>
        </w:rPr>
        <w:br/>
      </w:r>
      <w:r>
        <w:rPr>
          <w:lang w:eastAsia="zh-CN"/>
        </w:rPr>
        <w:t>　　1、了解并遵守各种公共场所活动的安全常识。</w:t>
      </w:r>
      <w:r>
        <w:rPr>
          <w:lang w:eastAsia="zh-CN"/>
        </w:rPr>
        <w:br/>
      </w:r>
      <w:r>
        <w:rPr>
          <w:lang w:eastAsia="zh-CN"/>
        </w:rPr>
        <w:t>　　2、认识与陌生人交往中应当注意的安全问题，逐步形成基本的自我保护意识。</w:t>
      </w:r>
      <w:r>
        <w:rPr>
          <w:lang w:eastAsia="zh-CN"/>
        </w:rPr>
        <w:br/>
      </w:r>
      <w:r>
        <w:rPr>
          <w:lang w:eastAsia="zh-CN"/>
        </w:rPr>
        <w:t>　　3、了解基本公共卫生和饮食卫生常识，养成良好的个人卫生和健康行为及饮食习惯。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4、初步识别各种危险标志;学习家用电器、煤气(柴火)、刀具等日常用品的安全使用方法。</w:t>
      </w:r>
      <w:r>
        <w:rPr>
          <w:lang w:eastAsia="zh-CN"/>
        </w:rPr>
        <w:br/>
      </w:r>
      <w:r>
        <w:rPr>
          <w:lang w:eastAsia="zh-CN"/>
        </w:rPr>
        <w:t>　　5、初步学会在事故灾害事件中自我保护和求助、求生的简单技能。学会正确使用和拨打110、119、120电话。</w:t>
      </w:r>
      <w:r>
        <w:rPr>
          <w:lang w:eastAsia="zh-CN"/>
        </w:rPr>
        <w:br/>
      </w:r>
      <w:r>
        <w:rPr>
          <w:lang w:eastAsia="zh-CN"/>
        </w:rPr>
        <w:t>　　三、具体措施：</w:t>
      </w:r>
      <w:r>
        <w:rPr>
          <w:lang w:eastAsia="zh-CN"/>
        </w:rPr>
        <w:br/>
      </w:r>
      <w:r>
        <w:rPr>
          <w:lang w:eastAsia="zh-CN"/>
        </w:rPr>
        <w:t>　　(一)、由于学生的年龄小，对安全常识、措施较难理解，因此，作为班主任需要花更多的时间跟踪他们的行为，并及时矫正，主要的措施有：</w:t>
      </w:r>
      <w:r>
        <w:rPr>
          <w:lang w:eastAsia="zh-CN"/>
        </w:rPr>
        <w:br/>
      </w:r>
      <w:r>
        <w:rPr>
          <w:lang w:eastAsia="zh-CN"/>
        </w:rPr>
        <w:t>　　1、做到每天科任老师进行沟通、联系，及时及时发现他们的不当行为、有安全隐患的行为，以便及时教育、矫正。</w:t>
      </w:r>
      <w:r>
        <w:rPr>
          <w:lang w:eastAsia="zh-CN"/>
        </w:rPr>
        <w:br/>
      </w:r>
      <w:r>
        <w:rPr>
          <w:lang w:eastAsia="zh-CN"/>
        </w:rPr>
        <w:t>　　2、碰到有安全隐患的行为的同学，及时和其家长联系，让家长共同教育，使学生能更快地改正过来。</w:t>
      </w:r>
      <w:r>
        <w:rPr>
          <w:lang w:eastAsia="zh-CN"/>
        </w:rPr>
        <w:br/>
      </w:r>
      <w:r>
        <w:rPr>
          <w:lang w:eastAsia="zh-CN"/>
        </w:rPr>
        <w:t>　　3、坚持观察他们的行为规范，处理学生之间的一些小摩擦，并进行教育。</w:t>
      </w:r>
      <w:r>
        <w:rPr>
          <w:lang w:eastAsia="zh-CN"/>
        </w:rPr>
        <w:br/>
      </w:r>
      <w:r>
        <w:rPr>
          <w:lang w:eastAsia="zh-CN"/>
        </w:rPr>
        <w:t>　　4、课间10分钟坚持做到监视他们的行为规范，不让学生过分的玩耍。</w:t>
      </w:r>
      <w:r>
        <w:rPr>
          <w:lang w:eastAsia="zh-CN"/>
        </w:rPr>
        <w:br/>
      </w:r>
      <w:r>
        <w:rPr>
          <w:lang w:eastAsia="zh-CN"/>
        </w:rPr>
        <w:t>　　5、杜绝学生带小刀、刀片、危险玩具等有安全隐患的东西到学校。</w:t>
      </w:r>
      <w:r>
        <w:rPr>
          <w:lang w:eastAsia="zh-CN"/>
        </w:rPr>
        <w:br/>
      </w:r>
      <w:r>
        <w:rPr>
          <w:lang w:eastAsia="zh-CN"/>
        </w:rPr>
        <w:t>　　6、杜绝学生在没有家长或老师的陪同下到校外，不让学生和高年级学生在没有老师、家长的情况下一同外出。</w:t>
      </w:r>
      <w:r>
        <w:rPr>
          <w:lang w:eastAsia="zh-CN"/>
        </w:rPr>
        <w:br/>
      </w:r>
      <w:r>
        <w:rPr>
          <w:lang w:eastAsia="zh-CN"/>
        </w:rPr>
        <w:t>　　7、对个别比较调皮的学生进行重点的监视和教育，及时从老师、班干部那了解他们的行为习惯。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(二)、认真组织实施。</w:t>
      </w:r>
      <w:r>
        <w:rPr>
          <w:lang w:eastAsia="zh-CN"/>
        </w:rPr>
        <w:br/>
      </w:r>
      <w:r>
        <w:rPr>
          <w:lang w:eastAsia="zh-CN"/>
        </w:rPr>
        <w:t>　　1、对教室内的电、门、窗、窗罩及校园其它建筑设施进行排查，加强维护。</w:t>
      </w:r>
      <w:r>
        <w:rPr>
          <w:lang w:eastAsia="zh-CN"/>
        </w:rPr>
        <w:br/>
      </w:r>
      <w:r>
        <w:rPr>
          <w:lang w:eastAsia="zh-CN"/>
        </w:rPr>
        <w:t>　　2、把防止校园拥挤踩踏事故放到突出位置，对地震、火灾如何逃生，如何疏散都进行讲解、示范。</w:t>
      </w:r>
      <w:r>
        <w:rPr>
          <w:lang w:eastAsia="zh-CN"/>
        </w:rPr>
        <w:br/>
      </w:r>
      <w:r>
        <w:rPr>
          <w:lang w:eastAsia="zh-CN"/>
        </w:rPr>
        <w:t>　　3、根据学生的特点，加强学生心理辅导，特别是当学生受到挫折时该怎么办，同时怎样有效预防校园暴力、伤害事故发生。</w:t>
      </w:r>
      <w:r>
        <w:rPr>
          <w:lang w:eastAsia="zh-CN"/>
        </w:rPr>
        <w:br/>
      </w:r>
      <w:r>
        <w:rPr>
          <w:lang w:eastAsia="zh-CN"/>
        </w:rPr>
        <w:t>　　4、开展丰富多彩的安全教育活动。利用班会、少队活动等途径，对学生开展安全教育，本班安全教育活动有：</w:t>
      </w:r>
      <w:r>
        <w:rPr>
          <w:lang w:eastAsia="zh-CN"/>
        </w:rPr>
        <w:br/>
      </w:r>
      <w:r>
        <w:rPr>
          <w:lang w:eastAsia="zh-CN"/>
        </w:rPr>
        <w:t>　　①防火安全教育</w:t>
      </w:r>
      <w:r>
        <w:rPr>
          <w:lang w:eastAsia="zh-CN"/>
        </w:rPr>
        <w:br/>
      </w:r>
      <w:r>
        <w:rPr>
          <w:lang w:eastAsia="zh-CN"/>
        </w:rPr>
        <w:t>　　教育孩子不要将火柴、打火机和刀具等物品装在身上;不要将鞭炮、火药等易爆当作玩具带进校园;不得玩弄、搬动消防器材。初步识别各种危险标志;学习家用电器、煤气(柴火)、刀具等日常用品的安全使用方法。晓之以危险、危害所在，教育学生远离危险品。</w:t>
      </w:r>
      <w:r>
        <w:rPr>
          <w:lang w:eastAsia="zh-CN"/>
        </w:rPr>
        <w:br/>
      </w:r>
      <w:r>
        <w:rPr>
          <w:lang w:eastAsia="zh-CN"/>
        </w:rPr>
        <w:t>　　①注意食物卫生、个人卫生、防寒保暖，预防感染高致病性禽流感及冬春传染病防控工作的知识教育;</w:t>
      </w:r>
      <w:r>
        <w:rPr>
          <w:lang w:eastAsia="zh-CN"/>
        </w:rPr>
        <w:br/>
      </w:r>
      <w:r>
        <w:rPr>
          <w:lang w:eastAsia="zh-CN"/>
        </w:rPr>
        <w:t>　　A及时了解学生有没有生病状况</w:t>
      </w:r>
      <w:r>
        <w:rPr>
          <w:lang w:eastAsia="zh-CN"/>
        </w:rPr>
        <w:br/>
      </w:r>
      <w:r>
        <w:rPr>
          <w:lang w:eastAsia="zh-CN"/>
        </w:rPr>
        <w:t>　　B 向他们讲解一些卫生常识</w:t>
      </w:r>
      <w:r>
        <w:rPr>
          <w:lang w:eastAsia="zh-CN"/>
        </w:rPr>
        <w:br/>
      </w:r>
      <w:r>
        <w:rPr>
          <w:lang w:eastAsia="zh-CN"/>
        </w:rPr>
        <w:t>　　②、防毒安全教育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教育学生注意饮食卫生，不购买任何不符合卫生规范的小食品，防止食物中毒。不喝生水，不吃零食;不带各种药品进入校园，远离毒品。了解基本公共卫生和饮食卫生常识，养成良好的饮食习惯和个人卫生习惯。</w:t>
      </w:r>
      <w:r>
        <w:rPr>
          <w:lang w:eastAsia="zh-CN"/>
        </w:rPr>
        <w:br/>
      </w:r>
      <w:r>
        <w:rPr>
          <w:lang w:eastAsia="zh-CN"/>
        </w:rPr>
        <w:t>　　③、劳动安全教育</w:t>
      </w:r>
      <w:r>
        <w:rPr>
          <w:lang w:eastAsia="zh-CN"/>
        </w:rPr>
        <w:br/>
      </w:r>
      <w:r>
        <w:rPr>
          <w:lang w:eastAsia="zh-CN"/>
        </w:rPr>
        <w:t>　　教育孩子在做卫生值日工作时，不准玩耍劳动工具，杜绝拿着工具追逐打闹，以防造成意外的伤害;擦玻璃时要防止划伤，高层楼窗户只需掸尘，防止失足坠楼;参加社会公益劳动时，听从老师的安排，确保安全。</w:t>
      </w:r>
      <w:r>
        <w:rPr>
          <w:lang w:eastAsia="zh-CN"/>
        </w:rPr>
        <w:br/>
      </w:r>
      <w:r>
        <w:rPr>
          <w:lang w:eastAsia="zh-CN"/>
        </w:rPr>
        <w:t>　　④、防电安全教育</w:t>
      </w:r>
      <w:r>
        <w:rPr>
          <w:lang w:eastAsia="zh-CN"/>
        </w:rPr>
        <w:br/>
      </w:r>
      <w:r>
        <w:rPr>
          <w:lang w:eastAsia="zh-CN"/>
        </w:rPr>
        <w:t>　　严禁乱动日光灯管、保护电器插头、插座，发现盖板破损、电线落地立即报告老师。</w:t>
      </w:r>
      <w:r>
        <w:rPr>
          <w:lang w:eastAsia="zh-CN"/>
        </w:rPr>
        <w:br/>
      </w:r>
      <w:r>
        <w:rPr>
          <w:lang w:eastAsia="zh-CN"/>
        </w:rPr>
        <w:t>　　⑤、开展交通安全教育、法制教育、禁毒教育;</w:t>
      </w:r>
      <w:r>
        <w:rPr>
          <w:lang w:eastAsia="zh-CN"/>
        </w:rPr>
        <w:br/>
      </w:r>
      <w:r>
        <w:rPr>
          <w:lang w:eastAsia="zh-CN"/>
        </w:rPr>
        <w:t>　　A强调在没有大人带领的情况下不要私自外出，尤其是过马路。 B外出时应遵守交通规则。</w:t>
      </w:r>
      <w:r>
        <w:rPr>
          <w:lang w:eastAsia="zh-CN"/>
        </w:rPr>
        <w:br/>
      </w:r>
      <w:r>
        <w:rPr>
          <w:lang w:eastAsia="zh-CN"/>
        </w:rPr>
        <w:t>　　⑥、开展地震、火灾，校园拥挤踩踏知识教育;</w:t>
      </w:r>
      <w:r>
        <w:rPr>
          <w:lang w:eastAsia="zh-CN"/>
        </w:rPr>
        <w:br/>
      </w:r>
      <w:r>
        <w:rPr>
          <w:lang w:eastAsia="zh-CN"/>
        </w:rPr>
        <w:t>　　A教育他们一些消防常识;并让他们懂得防火的重要性</w:t>
      </w:r>
      <w:r>
        <w:rPr>
          <w:lang w:eastAsia="zh-CN"/>
        </w:rPr>
        <w:br/>
      </w:r>
      <w:r>
        <w:rPr>
          <w:lang w:eastAsia="zh-CN"/>
        </w:rPr>
        <w:t>　　B一旦出现火灾应怎么保护自己，做到安全逃生。</w:t>
      </w:r>
      <w:r>
        <w:rPr>
          <w:lang w:eastAsia="zh-CN"/>
        </w:rPr>
        <w:br/>
      </w:r>
      <w:r>
        <w:rPr>
          <w:lang w:eastAsia="zh-CN"/>
        </w:rPr>
        <w:t>　　⑦、开展安全日校纪校规、日常行为规范教育;</w:t>
      </w:r>
      <w:r>
        <w:rPr>
          <w:lang w:eastAsia="zh-CN"/>
        </w:rPr>
        <w:br/>
      </w:r>
      <w:r>
        <w:rPr>
          <w:lang w:eastAsia="zh-CN"/>
        </w:rPr>
        <w:t>　　杜绝一些危险系数过高的游戏、课间玩耍因注意什么问题。</w:t>
      </w:r>
      <w:r>
        <w:rPr>
          <w:lang w:eastAsia="zh-CN"/>
        </w:rPr>
        <w:br/>
      </w:r>
      <w:r>
        <w:rPr>
          <w:lang w:eastAsia="zh-CN"/>
        </w:rPr>
        <w:t>　　⑧、开展关爱生命，注意安全教育。通过这些广泛深入、形式多样，进一步加强我班学生的安全意识和自我防护意识。</w:t>
      </w:r>
      <w:r>
        <w:rPr>
          <w:lang w:eastAsia="zh-CN"/>
        </w:rPr>
        <w:br/>
      </w:r>
      <w:r>
        <w:rPr>
          <w:lang w:eastAsia="zh-CN"/>
        </w:rPr>
        <w:t>　　5、结合品德生活课，利用班会课进行安全教育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①.教育学生在校园内做到轻声慢步，课间不追打皮闹;看懂教材图画的内容，懂得在楼梯上追打皮闹的危险性，明确上下楼梯必须靠右行走。</w:t>
      </w:r>
      <w:r>
        <w:rPr>
          <w:lang w:eastAsia="zh-CN"/>
        </w:rPr>
        <w:br/>
      </w:r>
      <w:r>
        <w:rPr>
          <w:lang w:eastAsia="zh-CN"/>
        </w:rPr>
        <w:t>　　②、不自行攀高、坐窗、爬护栏等，防止发生伤害事故。 ③、严格遵守学校作息时间，不无故滞留校园或在路上玩耍。 ④、养成离校关窗、锁门的习惯。</w:t>
      </w:r>
      <w:r>
        <w:rPr>
          <w:lang w:eastAsia="zh-CN"/>
        </w:rPr>
        <w:br/>
      </w:r>
      <w:r>
        <w:rPr>
          <w:lang w:eastAsia="zh-CN"/>
        </w:rPr>
        <w:t>　　⑤、上学、放学自觉排队，有秩序地进、出校门;路上要遵守交通规则，了解并遵守各种公共场所活动的安全常识。</w:t>
      </w:r>
      <w:r>
        <w:rPr>
          <w:lang w:eastAsia="zh-CN"/>
        </w:rPr>
        <w:br/>
      </w:r>
      <w:r>
        <w:rPr>
          <w:lang w:eastAsia="zh-CN"/>
        </w:rPr>
        <w:t>　　⑥、教会孩子在事故灾害事件中自我保护和求助、求生的简单技能。学会正确使用和拨打110、119、120电话。</w:t>
      </w:r>
      <w:r>
        <w:rPr>
          <w:lang w:eastAsia="zh-CN"/>
        </w:rPr>
        <w:br/>
      </w:r>
      <w:r>
        <w:rPr>
          <w:lang w:eastAsia="zh-CN"/>
        </w:rPr>
        <w:t>　　⑦、教会孩子安全饮用纯净水的方法：先适当地倒一些冷水，再慢慢添加一些热水，以防烫伤。</w:t>
      </w:r>
      <w:r>
        <w:rPr>
          <w:lang w:eastAsia="zh-CN"/>
        </w:rPr>
        <w:br/>
      </w:r>
      <w:r>
        <w:rPr>
          <w:lang w:eastAsia="zh-CN"/>
        </w:rPr>
        <w:t>　　目前，整个社会的安全工作形势十分严峻，做为特殊教育学校的工作者我们安全教育任务还十分的繁重、艰巨，许多问题还有待我们认真的去探索和研究，在以后的工作中，我还会把学生的安全教育放在第一位，让学生远离安全隐患、坚决杜绝安全事故的发生。</w:t>
      </w:r>
      <w:r>
        <w:rPr>
          <w:lang w:eastAsia="zh-CN"/>
        </w:rPr>
        <w:br/>
      </w:r>
      <w:r>
        <w:rPr>
          <w:lang w:eastAsia="zh-CN"/>
        </w:rPr>
        <w:t xml:space="preserve">    2024年学期安全工作总结范文 篇14 </w:t>
      </w:r>
      <w:r>
        <w:rPr>
          <w:lang w:eastAsia="zh-CN"/>
        </w:rPr>
        <w:br/>
      </w:r>
      <w:r>
        <w:rPr>
          <w:lang w:eastAsia="zh-CN"/>
        </w:rPr>
        <w:t>　　承蒙各级领导机关的关爱，在上级领导的带领下，我园渐渐粗壮成长。本园初开，园内各规章制度，日常秩序依照上级规程日益完善。本园坚持以师幼发展为根本，以优质保教为中心，以科学管理为保障，认真落实上级领导和学校工作指示，不断提高幼儿园办园质量和服务水平，全面提升幼儿素质，规范与发展并举，现将本学期幼儿园各项工作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一、安全主题作为本园重点工作，严格卫生防疫，营造规范和谐校园</w:t>
      </w:r>
      <w:r>
        <w:rPr>
          <w:lang w:eastAsia="zh-CN"/>
        </w:rPr>
        <w:br/>
      </w:r>
      <w:r>
        <w:rPr>
          <w:lang w:eastAsia="zh-CN"/>
        </w:rPr>
        <w:t>　　1、安全教育活动持续到位</w:t>
      </w:r>
      <w:r>
        <w:rPr>
          <w:lang w:eastAsia="zh-CN"/>
        </w:rPr>
        <w:br/>
      </w:r>
      <w:r>
        <w:rPr>
          <w:lang w:eastAsia="zh-CN"/>
        </w:rPr>
        <w:t>　　本园每周进行安全会议总结，提高各教职员工意识安全以预防为主。对教职员工进行持续有效的安全教育培训，每周各班有计划开展一次集中安全教育活动，开展全园幼儿进行安全疏散演习，全园88名幼儿全部疏离活动室仅用38秒。筑起安全防线，营造规范和谐校园。</w:t>
      </w:r>
      <w:r>
        <w:rPr>
          <w:lang w:eastAsia="zh-CN"/>
        </w:rPr>
        <w:br/>
      </w:r>
      <w:r>
        <w:rPr>
          <w:lang w:eastAsia="zh-CN"/>
        </w:rPr>
        <w:t>　　2、卫生保健工作日渐规范</w:t>
      </w:r>
      <w:r>
        <w:rPr>
          <w:lang w:eastAsia="zh-CN"/>
        </w:rPr>
        <w:br/>
      </w:r>
      <w:r>
        <w:rPr>
          <w:lang w:eastAsia="zh-CN"/>
        </w:rPr>
        <w:t>　　设立专职卫生保健员，学习制定带量食谱，结合本园实际，完善卫生保健十项制度，规范卫生保健工作各项工作记录，积极申报幼儿园卫生保健合格证，完善卫生保健室条件和班级卫生设施。加装紫外线消毒灯。每天按时要求进行各项消毒措施，各项记录齐全到位，在家长与全体教职工的努力下，本园未出现过任何传染病例。</w:t>
      </w:r>
      <w:r>
        <w:rPr>
          <w:lang w:eastAsia="zh-CN"/>
        </w:rPr>
        <w:br/>
      </w:r>
      <w:r>
        <w:rPr>
          <w:lang w:eastAsia="zh-CN"/>
        </w:rPr>
        <w:t>　　二、加强培训学习，提高保教质量，逐步提高教师素质。</w:t>
      </w:r>
      <w:r>
        <w:rPr>
          <w:lang w:eastAsia="zh-CN"/>
        </w:rPr>
        <w:br/>
      </w:r>
      <w:r>
        <w:rPr>
          <w:lang w:eastAsia="zh-CN"/>
        </w:rPr>
        <w:t>　　1、在交流学习活动中提高认识</w:t>
      </w:r>
      <w:r>
        <w:rPr>
          <w:lang w:eastAsia="zh-CN"/>
        </w:rPr>
        <w:br/>
      </w:r>
      <w:r>
        <w:rPr>
          <w:lang w:eastAsia="zh-CN"/>
        </w:rPr>
        <w:t>　　鼓励教师利用业余时间自学各种幼儿教育理论，加强教师的理论素养。开展本学期教学优评活动，利用每周例会进行教学讨论会。各教师积极发言，达到引领教师关注幼教事业开展的目的。</w:t>
      </w:r>
      <w:r>
        <w:rPr>
          <w:lang w:eastAsia="zh-CN"/>
        </w:rPr>
        <w:br/>
      </w:r>
      <w:r>
        <w:rPr>
          <w:lang w:eastAsia="zh-CN"/>
        </w:rPr>
        <w:t>　　2、在各种培训活动中增长见识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全园积极参加教育局举办的各种培训会议，通过培训提高了全体教职工对卫生清洁与消毒工作的认识，掌握了常见传染病得预防与隔离措施，知道意外伤害事故的应急处理方法，了解幼儿身体发育所需要的营养。园长积极引进先进的教学方法和教学内容。多次邀请教授与专家进行讲座。本学期教师队伍得到质的提升。</w:t>
      </w:r>
      <w:r>
        <w:rPr>
          <w:lang w:eastAsia="zh-CN"/>
        </w:rPr>
        <w:br/>
      </w:r>
      <w:r>
        <w:rPr>
          <w:lang w:eastAsia="zh-CN"/>
        </w:rPr>
        <w:t>　　三、综合展示，促进幼儿全面发展</w:t>
      </w:r>
      <w:r>
        <w:rPr>
          <w:lang w:eastAsia="zh-CN"/>
        </w:rPr>
        <w:br/>
      </w:r>
      <w:r>
        <w:rPr>
          <w:lang w:eastAsia="zh-CN"/>
        </w:rPr>
        <w:t>　　本园把握每一次节日的契机，周密准备，精心策划，遵循展示幼儿园日常工作和为每位幼儿提供发展机会的原则，将每次活动分为综艺表演，文艺学习展示，美术展览等等。</w:t>
      </w:r>
      <w:r>
        <w:rPr>
          <w:lang w:eastAsia="zh-CN"/>
        </w:rPr>
        <w:br/>
      </w:r>
      <w:r>
        <w:rPr>
          <w:lang w:eastAsia="zh-CN"/>
        </w:rPr>
        <w:t>　　本学期共开展了4次大型活动，9月份“庆中秋文艺汇演”，10月份“亲近大自然，农庄亲子游”，11月份“家长开放日”，12月份“幼儿冬季运动会”本学期的教学活动得到了家长们的大力支持，教师们的教育教学能力得到各界人士的认可。幼儿园的声誉越来越好。</w:t>
      </w:r>
      <w:r>
        <w:rPr>
          <w:lang w:eastAsia="zh-CN"/>
        </w:rPr>
        <w:br/>
      </w:r>
      <w:r>
        <w:rPr>
          <w:lang w:eastAsia="zh-CN"/>
        </w:rPr>
        <w:t>　　四、密切家园联系，利用家长资源，有效形成家园合力</w:t>
      </w:r>
      <w:r>
        <w:rPr>
          <w:lang w:eastAsia="zh-CN"/>
        </w:rPr>
        <w:br/>
      </w:r>
      <w:r>
        <w:rPr>
          <w:lang w:eastAsia="zh-CN"/>
        </w:rPr>
        <w:t>　　1、几时召开新生家长会，让家长了解入园准备</w:t>
      </w:r>
      <w:r>
        <w:rPr>
          <w:lang w:eastAsia="zh-CN"/>
        </w:rPr>
        <w:br/>
      </w:r>
      <w:r>
        <w:rPr>
          <w:lang w:eastAsia="zh-CN"/>
        </w:rPr>
        <w:t>　　为使家长更好地了解幼儿园的情况，做好幼儿入园前的各项准备工作，我们在招生一周后及时召开新生家长会。</w:t>
      </w:r>
      <w:r>
        <w:rPr>
          <w:lang w:eastAsia="zh-CN"/>
        </w:rPr>
        <w:br/>
      </w:r>
      <w:r>
        <w:rPr>
          <w:lang w:eastAsia="zh-CN"/>
        </w:rPr>
        <w:t>　　2、在家长监督中提升保教质量</w:t>
      </w:r>
      <w:r>
        <w:rPr>
          <w:lang w:eastAsia="zh-CN"/>
        </w:rPr>
        <w:br/>
      </w:r>
      <w:r>
        <w:rPr>
          <w:lang w:eastAsia="zh-CN"/>
        </w:rPr>
        <w:t>　　继续发挥家长的监督作用，为减少顾虑，采用让家长无记名投票的方式全面客观评价教师和幼儿园各项工作，不断规范教育行为，提升幼儿园保教质量和办园水平。</w:t>
      </w:r>
      <w:r>
        <w:rPr>
          <w:lang w:eastAsia="zh-CN"/>
        </w:rPr>
        <w:br/>
      </w:r>
      <w:r>
        <w:rPr>
          <w:lang w:eastAsia="zh-CN"/>
        </w:rPr>
        <w:t>　　3、在家长合作中形成教育合力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根据幼儿园教育教学需要，充分利用家长资源，请家长体验教师工作，与幼儿近距离接触，走进幼儿园课堂。例如大班，大大班邀请家长们与幼儿一起动手设计教具。</w:t>
      </w:r>
      <w:r>
        <w:rPr>
          <w:lang w:eastAsia="zh-CN"/>
        </w:rPr>
        <w:br/>
      </w:r>
      <w:r>
        <w:rPr>
          <w:lang w:eastAsia="zh-CN"/>
        </w:rPr>
        <w:t>　　五、积极开发园内各种功能区</w:t>
      </w:r>
      <w:r>
        <w:rPr>
          <w:lang w:eastAsia="zh-CN"/>
        </w:rPr>
        <w:br/>
      </w:r>
      <w:r>
        <w:rPr>
          <w:lang w:eastAsia="zh-CN"/>
        </w:rPr>
        <w:t>　　本学期，我园投资50万经费，分别提高了教学硬件措施，提高教职工职能效应。本园分别在开学初期兴建了电子琴室、宝宝阅览室、宝宝种植园、宝宝家园等。电子琴室面积为30平方米，摆放12台幼儿电子琴。宝宝阅览室面积为15平方米，按照小、中、大的书籍摆放，定期更换新书籍，提高幼儿对阅读的兴趣。幼儿园将32平方米地修建为农业用地，让幼儿亲身体验种植的乐趣，提高幼儿对大自然的认知与兴趣。</w:t>
      </w:r>
      <w:r>
        <w:rPr>
          <w:lang w:eastAsia="zh-CN"/>
        </w:rPr>
        <w:br/>
      </w:r>
      <w:r>
        <w:rPr>
          <w:lang w:eastAsia="zh-CN"/>
        </w:rPr>
        <w:t>　　回顾过去，有收获，也有遗憾，但我们没有什么后悔的，因为</w:t>
      </w:r>
      <w:r>
        <w:rPr>
          <w:lang w:eastAsia="zh-CN"/>
        </w:rPr>
        <w:br/>
      </w:r>
      <w:r>
        <w:rPr>
          <w:lang w:eastAsia="zh-CN"/>
        </w:rPr>
        <w:t>　　我们一直在尽心尽力地去完善去改进幼儿园的工作。展望未来，我们充满了憧憬和希望，因为我们满载着领导与家长的期望。我们定会继续总结经验，找准前进的目标，不断开拓进取，使天富艺术幼儿园向更高目标发展。</w:t>
      </w:r>
      <w:r>
        <w:rPr>
          <w:lang w:eastAsia="zh-CN"/>
        </w:rPr>
        <w:br/>
      </w:r>
      <w:r>
        <w:rPr>
          <w:lang w:eastAsia="zh-CN"/>
        </w:rPr>
        <w:t xml:space="preserve">    2024年学期安全工作总结范文 篇15 </w:t>
      </w:r>
      <w:r>
        <w:rPr>
          <w:lang w:eastAsia="zh-CN"/>
        </w:rPr>
        <w:br/>
      </w:r>
      <w:r>
        <w:rPr>
          <w:lang w:eastAsia="zh-CN"/>
        </w:rPr>
        <w:t>　　校园安全事关全体师生的生命和财产，事关学校和社会的稳定，20__—20__学年我校高度重视校园安全工作，认真落实“生命至上，安全第一”这个工作方针，把安全放在学校工作首位狠抓落实。根据各级关于加强学校安全工作要求，对学校的安全工作进行了周密的布置和严格的落实，具体从以下几个方面做起：</w:t>
      </w:r>
      <w:r>
        <w:rPr>
          <w:lang w:eastAsia="zh-CN"/>
        </w:rPr>
        <w:br/>
      </w:r>
      <w:r>
        <w:rPr>
          <w:lang w:eastAsia="zh-CN"/>
        </w:rPr>
        <w:t>　　一、强化了校园安全工作领导责任、安全管理责任落实力度。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我校成立有安全工作领导小组，通过签订安全责任书明确了校长是安全工作第一责任人、分管领导是直接责任人。建立了学校值班护校队，校内各处室责任人名单及相关职责张贴在校内，进一步建立责任追究制度，要求各责任人尽职尽责。学校成立安全工作领导小组：依照教育局关于《学校安全工作意见》，进一步规范整理学校各项安全管理制度。</w:t>
      </w:r>
      <w:r>
        <w:rPr>
          <w:lang w:eastAsia="zh-CN"/>
        </w:rPr>
        <w:br/>
      </w:r>
      <w:r>
        <w:rPr>
          <w:lang w:eastAsia="zh-CN"/>
        </w:rPr>
        <w:t>　　二、健全门卫和值周工作制度，把好校园安全“门卫第一关”。</w:t>
      </w:r>
      <w:r>
        <w:rPr>
          <w:lang w:eastAsia="zh-CN"/>
        </w:rPr>
        <w:br/>
      </w:r>
      <w:r>
        <w:rPr>
          <w:lang w:eastAsia="zh-CN"/>
        </w:rPr>
        <w:t>　　实行门卫24小时值班，严格落实外来人员入校门卫盘查登记、身份确认。校园封闭管理，学生因特殊原因离校实行门卫审查，未经学校、教师书面同意或家长来接，一律不得离校。落实值日教师责任，上、放学期间，参与值班的18名教师与门卫指导疏散学生，维持安全有序的入校、离校秩序。</w:t>
      </w:r>
      <w:r>
        <w:rPr>
          <w:lang w:eastAsia="zh-CN"/>
        </w:rPr>
        <w:br/>
      </w:r>
      <w:r>
        <w:rPr>
          <w:lang w:eastAsia="zh-CN"/>
        </w:rPr>
        <w:t>　　三、配备安保设施，加强技防，提高安全防范能力。</w:t>
      </w:r>
      <w:r>
        <w:rPr>
          <w:lang w:eastAsia="zh-CN"/>
        </w:rPr>
        <w:br/>
      </w:r>
      <w:r>
        <w:rPr>
          <w:lang w:eastAsia="zh-CN"/>
        </w:rPr>
        <w:t>　　我校按要求在校门口建立了视频监控系统，进行24小时视频监控。门卫室配备了橡胶警棍、防刺背心手套、钢叉等。教学楼和实验楼、寝室楼配备了相应的灭火器、应急灯、应急出口、沙袋等消防器材设施，做到定时检查与维护。</w:t>
      </w:r>
      <w:r>
        <w:rPr>
          <w:lang w:eastAsia="zh-CN"/>
        </w:rPr>
        <w:br/>
      </w:r>
      <w:r>
        <w:rPr>
          <w:lang w:eastAsia="zh-CN"/>
        </w:rPr>
        <w:t>　　四、制定并实施《学生活动安全措施》和《大型集会安全制度》等30余种制度和预案。</w:t>
      </w:r>
      <w:r>
        <w:rPr>
          <w:lang w:eastAsia="zh-CN"/>
        </w:rPr>
        <w:br/>
      </w:r>
      <w:r>
        <w:rPr>
          <w:lang w:eastAsia="zh-CN"/>
        </w:rPr>
        <w:t>　　对学生课间活动安全、上下楼梯安全等薄弱环节进行了明确规定，责任落实到人。</w:t>
      </w:r>
      <w:r>
        <w:rPr>
          <w:lang w:eastAsia="zh-CN"/>
        </w:rPr>
        <w:br/>
      </w:r>
      <w:r>
        <w:rPr>
          <w:lang w:eastAsia="zh-CN"/>
        </w:rPr>
        <w:t>　　五、加强各种安全教育，培养学生自我防范意识和自我保护能力。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2"/>
          <w:cols w:space="425"/>
          <w:titlePg w:val="0"/>
          <w:docGrid w:type="lines" w:linePitch="312"/>
        </w:sectPr>
      </w:pPr>
      <w:r>
        <w:rPr>
          <w:lang w:eastAsia="zh-CN"/>
        </w:rPr>
        <w:t>　　20__—20__学年，我校通过升旗、班队会、板报、手抄报、画展、校园广播等多种形式对学生进行安全教</w:t>
      </w:r>
      <w:r>
        <w:rPr>
          <w:lang w:eastAsia="zh-CN"/>
        </w:rPr>
        <w:br/>
      </w:r>
      <w:r>
        <w:rPr>
          <w:lang w:eastAsia="zh-CN"/>
        </w:rPr>
        <w:t>　　育。针对不同季节和时段，通过校信通、告家长书等形式对家长进行安全提示和要求。组织实施了学生安全疏散演练。组织全体师生观看相关教育宣传片。由于我校完善了制度建设，落实了责任，确立了责任追究机制，20__—20__学年有效保证了师生平安，保证了教育教学有序开展。总之，安全无小事，我校将一如既往的做到“警钟长鸣”，时刻把安全工作放在第一位，使师生安心，家长放心，社会满意。</w:t>
      </w:r>
      <w:r>
        <w:rPr>
          <w:lang w:eastAsia="zh-CN"/>
        </w:rPr>
        <w:br/>
      </w:r>
      <w:r>
        <w:rPr>
          <w:lang w:eastAsia="zh-CN"/>
        </w:rPr>
        <w:t>　　栾川县合峪小学</w:t>
      </w:r>
      <w:r>
        <w:rPr>
          <w:lang w:eastAsia="zh-CN"/>
        </w:rPr>
        <w:br/>
      </w:r>
      <w:r>
        <w:rPr>
          <w:lang w:eastAsia="zh-CN"/>
        </w:rPr>
        <w:t xml:space="preserve">    2024年学期安全工作总结范文 篇16 </w:t>
      </w:r>
      <w:r>
        <w:rPr>
          <w:lang w:eastAsia="zh-CN"/>
        </w:rPr>
        <w:br/>
      </w:r>
      <w:r>
        <w:rPr>
          <w:lang w:eastAsia="zh-CN"/>
        </w:rPr>
        <w:t>　　安全是学校教育教学活动顺利进行的基础和保障。每一个孩子的背后都是一个家庭的希望。本学期，二年级安全教育做到了常常强调，时时关注，事事规划，安全无死角。</w:t>
      </w:r>
      <w:r>
        <w:rPr>
          <w:lang w:eastAsia="zh-CN"/>
        </w:rPr>
        <w:br/>
      </w:r>
      <w:r>
        <w:rPr>
          <w:lang w:eastAsia="zh-CN"/>
        </w:rPr>
        <w:t>　　一、指导思想</w:t>
      </w:r>
      <w:r>
        <w:rPr>
          <w:lang w:eastAsia="zh-CN"/>
        </w:rPr>
        <w:br/>
      </w:r>
      <w:r>
        <w:rPr>
          <w:lang w:eastAsia="zh-CN"/>
        </w:rPr>
        <w:t>　　以学校安全教育的指导思想为依据，认真贯彻落实各级教育安全工作的法律法规和会议精神，落实安全教育内容，努力创建校园安全氛围。</w:t>
      </w:r>
      <w:r>
        <w:rPr>
          <w:lang w:eastAsia="zh-CN"/>
        </w:rPr>
        <w:br/>
      </w:r>
      <w:r>
        <w:rPr>
          <w:lang w:eastAsia="zh-CN"/>
        </w:rPr>
        <w:t>　　二、教育内容落实</w:t>
      </w:r>
      <w:r>
        <w:rPr>
          <w:lang w:eastAsia="zh-CN"/>
        </w:rPr>
        <w:br/>
      </w:r>
      <w:r>
        <w:rPr>
          <w:lang w:eastAsia="zh-CN"/>
        </w:rPr>
        <w:t>　　（一）开展了生活安全教育</w:t>
      </w:r>
      <w:r>
        <w:rPr>
          <w:lang w:eastAsia="zh-CN"/>
        </w:rPr>
        <w:br/>
      </w:r>
      <w:r>
        <w:rPr>
          <w:lang w:eastAsia="zh-CN"/>
        </w:rPr>
        <w:t>　　1、</w:t>
      </w:r>
    </w:p>
    <w:p w:rsidR="001B1F19" w14:textId="27C3F48A">
      <w:pPr>
        <w:rPr>
          <w:rFonts w:hint="eastAsia"/>
          <w:lang w:eastAsia="zh-CN"/>
        </w:rPr>
        <w:sectPr>
          <w:type w:val="nextPage"/>
          <w:pgSz w:w="11906" w:h="16838"/>
          <w:pgMar w:top="1440" w:right="1800" w:bottom="1440" w:left="1800" w:header="851" w:footer="992" w:gutter="0"/>
          <w:pgNumType w:start="43"/>
          <w:cols w:space="425"/>
          <w:titlePg w:val="0"/>
          <w:docGrid w:type="lines" w:linePitch="312"/>
        </w:sectPr>
      </w:pPr>
      <w:r>
        <w:rPr>
          <w:lang w:eastAsia="zh-CN"/>
        </w:rPr>
        <w:t xml:space="preserve"> 知道了什么是身份信息，了解了泄露身份信息的危害，知道如何保护自己的身份信息，并懂得牢记自己的身份信息，必要时学会利用身份信息保护自己。</w:t>
      </w:r>
      <w:r>
        <w:rPr>
          <w:lang w:eastAsia="zh-CN"/>
        </w:rPr>
        <w:br/>
      </w:r>
      <w:r>
        <w:rPr>
          <w:lang w:eastAsia="zh-CN"/>
        </w:rPr>
        <w:t>　　2、 知道不乱动交通工具，儿童乘车时要有成人陪伴，能认清乘车中的危险行为，知道乱动交通工具可能砸伤自己，或损毁交通工具，严重时还会造成致命的人身伤害。掌握了一些简单的救护常识。</w:t>
      </w:r>
      <w:r>
        <w:rPr>
          <w:lang w:eastAsia="zh-CN"/>
        </w:rPr>
        <w:br/>
      </w:r>
      <w:r>
        <w:rPr>
          <w:lang w:eastAsia="zh-CN"/>
        </w:rPr>
        <w:t>　　3、 知道迷恋动画、游戏危害大，会让人沉迷其中，造成视力下降，有害健康，影响正常的学习和生活。能正确对待动画和游戏，合理安排时间，健康积极地学习和生活。</w:t>
      </w:r>
      <w:r>
        <w:rPr>
          <w:lang w:eastAsia="zh-CN"/>
        </w:rPr>
        <w:br/>
      </w:r>
      <w:r>
        <w:rPr>
          <w:lang w:eastAsia="zh-CN"/>
        </w:rPr>
        <w:t>　　（二）开展了卫生安全教育</w:t>
      </w:r>
      <w:r>
        <w:rPr>
          <w:lang w:eastAsia="zh-CN"/>
        </w:rPr>
        <w:br/>
      </w:r>
      <w:r>
        <w:rPr>
          <w:lang w:eastAsia="zh-CN"/>
        </w:rPr>
        <w:t>　　1、 知道是药三分毒，不能乱吃，乱吃药会带来生命危险。不同药品的性能和作用都不一样，一定要遵医嘱。了解了一些吃错药时的应急处理方法。</w:t>
      </w:r>
      <w:r>
        <w:rPr>
          <w:lang w:eastAsia="zh-CN"/>
        </w:rPr>
        <w:br/>
      </w:r>
      <w:r>
        <w:rPr>
          <w:lang w:eastAsia="zh-CN"/>
        </w:rPr>
        <w:t>　　2、 了解了不科学饮水的危害，知道水是我们生活中不可缺少的一部分，我们每天喝水的量要与体内的水分消耗相平衡。懂得不能喝生水，不能用饮料代替水，会科学饮水。</w:t>
      </w:r>
      <w:r>
        <w:rPr>
          <w:lang w:eastAsia="zh-CN"/>
        </w:rPr>
        <w:br/>
      </w:r>
      <w:r>
        <w:rPr>
          <w:lang w:eastAsia="zh-CN"/>
        </w:rPr>
        <w:t>　　3、 学会了健康饮食、科学饮食，认识了垃圾食品，知道了它的危害，能自觉远离垃圾食品。</w:t>
      </w:r>
      <w:r>
        <w:rPr>
          <w:lang w:eastAsia="zh-CN"/>
        </w:rPr>
        <w:br/>
      </w:r>
      <w:r>
        <w:rPr>
          <w:lang w:eastAsia="zh-CN"/>
        </w:rPr>
        <w:t>　　4、 认识了疫苗的作用，了解了不接种疫苗的危害，知道接种疫苗能够防疾病。能正确区分常见疫苗及其能预防的传染病，明白要按时接种疫苗，知道了接种疫苗前后要注意哪些问题。</w:t>
      </w:r>
      <w:r>
        <w:rPr>
          <w:lang w:eastAsia="zh-CN"/>
        </w:rPr>
        <w:br/>
      </w:r>
      <w:r>
        <w:rPr>
          <w:lang w:eastAsia="zh-CN"/>
        </w:rPr>
        <w:t>　　5、能说出什么是过敏现象，有哪些过敏现象，清楚过敏的危害，知道应远离过敏源，避免过敏的发生。</w:t>
      </w:r>
      <w:r>
        <w:rPr>
          <w:lang w:eastAsia="zh-CN"/>
        </w:rPr>
        <w:br/>
      </w:r>
    </w:p>
    <w:p w:rsidR="001B1F19" w14:textId="27C3F48A">
      <w:pPr>
        <w:rPr>
          <w:rFonts w:hint="eastAsia"/>
          <w:lang w:eastAsia="zh-CN"/>
        </w:rPr>
      </w:pPr>
      <w:r>
        <w:rPr>
          <w:lang w:eastAsia="zh-CN"/>
        </w:rPr>
        <w:t>　　6、知道良好的卫生习惯有哪些，了解不讲卫生的危害，能对照自身查找，制定计划，改掉不良卫生习惯。</w:t>
      </w:r>
      <w:r>
        <w:rPr>
          <w:lang w:eastAsia="zh-CN"/>
        </w:rPr>
        <w:br/>
      </w:r>
      <w:r>
        <w:rPr>
          <w:lang w:eastAsia="zh-CN"/>
        </w:rPr>
        <w:t>　　（三）其他教育</w:t>
      </w:r>
      <w:r>
        <w:rPr>
          <w:lang w:eastAsia="zh-CN"/>
        </w:rPr>
        <w:br/>
      </w:r>
      <w:r>
        <w:rPr>
          <w:lang w:eastAsia="zh-CN"/>
        </w:rPr>
        <w:t>　　配合学校开展了应急疏散演练教育和防火安全教育，增强了学生的安全意识及预防应急能力。</w:t>
      </w:r>
      <w:r>
        <w:rPr>
          <w:lang w:eastAsia="zh-CN"/>
        </w:rPr>
        <w:br/>
      </w:r>
      <w:r>
        <w:rPr>
          <w:lang w:eastAsia="zh-CN"/>
        </w:rPr>
        <w:t>　　总之，做到安全教育天天讲，时时讲，处处讲，努力营造“平安校园”，做到无意外事故发生。</w:t>
      </w:r>
      <w:r>
        <w:rPr>
          <w:lang w:eastAsia="zh-CN"/>
        </w:rPr>
        <w:br/>
      </w:r>
      <w:r>
        <w:rPr>
          <w:lang w:eastAsia="zh-CN"/>
        </w:rPr>
        <w:t xml:space="preserve">    2024年学期安全工作总结范文 篇17 </w:t>
      </w:r>
      <w:r>
        <w:rPr>
          <w:lang w:eastAsia="zh-CN"/>
        </w:rPr>
        <w:br/>
      </w:r>
      <w:r>
        <w:rPr>
          <w:lang w:eastAsia="zh-CN"/>
        </w:rPr>
        <w:t>　　班主任是班级安全工作第一责任人，对本班学生安全、班级教育教学安全、教室内的设施设备安全负责，除履行国家规定的班主任工作职责外，还是应履行下列职责。</w:t>
      </w:r>
      <w:r>
        <w:rPr>
          <w:lang w:eastAsia="zh-CN"/>
        </w:rPr>
        <w:br/>
      </w:r>
      <w:r>
        <w:rPr>
          <w:lang w:eastAsia="zh-CN"/>
        </w:rPr>
        <w:t>　　1、及时传达学校和上级有关安全的文件精神，经常督促指导学生共同认真做好班级安全管理工作，发挥班级干部的作用，建立班级安全制度。</w:t>
      </w:r>
      <w:r>
        <w:rPr>
          <w:lang w:eastAsia="zh-CN"/>
        </w:rPr>
        <w:br/>
      </w:r>
      <w:r>
        <w:rPr>
          <w:lang w:eastAsia="zh-CN"/>
        </w:rPr>
        <w:t>　　2、对学生进行防盗、防火、防食物中毒、防煤气中毒、防传染并防溺水、防交通事故、防雷、防暴雨、防汛、防震、防侵害等多方面的宣传教育，增强学生的安全意识，提高学生自身保护能力，做到安全教育的经常、及时和有针对性。每周的安全教育材料、记录必须整理好，期末上交教导处。</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https://d.book118.com/277134010025006036</w:t>
        </w:r>
      </w:hyperlink>
    </w:p>
    <w:p w:rsidR="001B1F19">
      <w:pPr>
        <w:rPr>
          <w:rFonts w:hint="eastAsia"/>
          <w:lang w:eastAsia="zh-CN"/>
        </w:rPr>
      </w:pPr>
    </w:p>
    <w:sectPr>
      <w:type w:val="nextPage"/>
      <w:pgSz w:w="11906" w:h="16838"/>
      <w:pgMar w:top="1440" w:right="1800" w:bottom="1440" w:left="1800" w:header="851" w:footer="992" w:gutter="0"/>
      <w:pgNumType w:start="4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77134010025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