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技术部工作总结简短（18篇）</w:t>
      </w:r>
    </w:p>
    <w:p>
      <w:pPr>
        <w:spacing w:before="100" w:after="200" w:line="360" w:lineRule="auto"/>
        <w:ind w:firstLine="576"/>
        <w:jc w:val="left"/>
      </w:pPr>
      <w:r>
        <w:rPr>
          <w:rFonts w:ascii="宋体" w:eastAsia="宋体" w:hAnsi="宋体"/>
          <w:sz w:val="28"/>
        </w:rPr>
        <w:t>2023年技术部工作总结简短（精选18篇）</w:t>
      </w:r>
    </w:p>
    <w:p>
      <w:pPr>
        <w:spacing w:before="100" w:after="200" w:line="360" w:lineRule="auto"/>
        <w:ind w:firstLine="576"/>
        <w:jc w:val="left"/>
      </w:pPr>
      <w:r>
        <w:rPr>
          <w:rFonts w:ascii="宋体" w:eastAsia="宋体" w:hAnsi="宋体"/>
          <w:sz w:val="28"/>
        </w:rPr>
        <w:t>在这辞旧迎新之际，我对这一年来工程部的工作做简要总结：</w:t>
      </w:r>
    </w:p>
    <w:p>
      <w:pPr>
        <w:spacing w:before="100" w:after="200" w:line="360" w:lineRule="auto"/>
        <w:jc w:val="left"/>
      </w:pPr>
      <w:r>
        <w:rPr>
          <w:rFonts w:ascii="宋体 (中文正文)" w:eastAsia="宋体" w:hAnsi="宋体 (中文正文)"/>
          <w:sz w:val="28"/>
        </w:rPr>
        <w:t>一、工程建设方面：</w:t>
      </w:r>
    </w:p>
    <w:p>
      <w:pPr>
        <w:spacing w:before="100" w:after="200" w:line="360" w:lineRule="auto"/>
        <w:ind w:firstLine="576"/>
        <w:jc w:val="left"/>
      </w:pPr>
      <w:r>
        <w:rPr>
          <w:rFonts w:ascii="宋体" w:eastAsia="宋体" w:hAnsi="宋体"/>
          <w:sz w:val="28"/>
        </w:rPr>
        <w:t>2022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spacing w:before="100" w:after="200" w:line="360" w:lineRule="auto"/>
        <w:ind w:firstLine="576"/>
        <w:jc w:val="left"/>
      </w:pPr>
      <w:r>
        <w:rPr>
          <w:rFonts w:ascii="宋体" w:eastAsia="宋体" w:hAnsi="宋体"/>
          <w:sz w:val="28"/>
        </w:rPr>
        <w:t>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spacing w:before="100" w:after="200" w:line="360" w:lineRule="auto"/>
        <w:jc w:val="left"/>
      </w:pPr>
      <w:r>
        <w:rPr>
          <w:rFonts w:ascii="宋体 (中文正文)" w:eastAsia="宋体" w:hAnsi="宋体 (中文正文)"/>
          <w:sz w:val="28"/>
        </w:rPr>
        <w:t>二、团队建设方面：</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spacing w:before="100" w:after="200" w:line="360" w:lineRule="auto"/>
        <w:ind w:firstLine="576"/>
        <w:jc w:val="left"/>
      </w:pPr>
      <w:r>
        <w:rPr>
          <w:rFonts w:ascii="宋体" w:eastAsia="宋体" w:hAnsi="宋体"/>
          <w:sz w:val="28"/>
        </w:rPr>
        <w:t>三：现场管理、沟通协调方面：</w:t>
      </w:r>
    </w:p>
    <w:p>
      <w:pPr>
        <w:spacing w:before="100" w:after="200" w:line="360" w:lineRule="auto"/>
        <w:ind w:firstLine="576"/>
        <w:jc w:val="left"/>
      </w:pPr>
      <w:r>
        <w:rPr>
          <w:rFonts w:ascii="宋体" w:eastAsia="宋体" w:hAnsi="宋体"/>
          <w:sz w:val="28"/>
        </w:rPr>
        <w:t>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spacing w:before="100" w:after="200" w:line="360" w:lineRule="auto"/>
        <w:ind w:firstLine="576"/>
        <w:jc w:val="left"/>
      </w:pPr>
      <w:r>
        <w:rPr>
          <w:rFonts w:ascii="宋体" w:eastAsia="宋体" w:hAnsi="宋体"/>
          <w:sz w:val="28"/>
        </w:rPr>
        <w:t>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spacing w:before="100" w:after="200" w:line="360" w:lineRule="auto"/>
        <w:ind w:firstLine="576"/>
        <w:jc w:val="left"/>
      </w:pPr>
      <w:r>
        <w:rPr>
          <w:rFonts w:ascii="宋体" w:eastAsia="宋体" w:hAnsi="宋体"/>
          <w:sz w:val="28"/>
        </w:rPr>
        <w:t>时间一晃而过，转眼间来到公司已有了七个月，在这一段时间里，在公司领导的精心培育和教导下，加上自身的不断努力，无论是思想上、学习上还是工作上，都取得了长足的发展和巨大的收获，这是我人生中弥足珍贵的经历，也给我留下了精彩而美好的回忆。</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回顾这七个月来的工作，我有很多的感想和体会。刚加入公司，在公司领导和同事的指导下，使我在较短的时间内适应了公司的工作环境。在这七个月的生活和工作中，我一直能够严格的要求自己，认真、细心且具有较强的责任心和进取心，富于工作热情与团队协作能力，确实完成领导交付的工作，和公司同事之间能够通力合作，关系相处融洽而和睦，一起配合成功地完成各项工作;积极学习新知识、技能，注重自身的发展和进步。领导的关爱与工作条件在不断改善给了我工作的动力;及其同事间的友情关怀与协作互助给了我工作的舒畅感和踏实感;更给了我工作的信心。</w:t>
      </w:r>
    </w:p>
    <w:p>
      <w:pPr>
        <w:spacing w:before="100" w:after="200" w:line="360" w:lineRule="auto"/>
        <w:ind w:firstLine="576"/>
        <w:jc w:val="left"/>
      </w:pPr>
      <w:r>
        <w:rPr>
          <w:rFonts w:ascii="宋体" w:eastAsia="宋体" w:hAnsi="宋体"/>
          <w:sz w:val="28"/>
        </w:rPr>
        <w:t>当然，在平时的工作过程中，难免也会出现一些小差错;但前事之鉴，后事之师，这些经历也让我不断的成熟起来，在处理各种问题时考虑得更全面，杜绝类似失误的发生。我觉得自己还有以下的缺点和不足：一、处理问题的经验方面还要有待于提高;二、对工作的预见性和创造性还不够;三、专业知识(基站硬件)方面掌握的还不够扎实等。在今后的工作和学习中，我会进一步的严格要求自己，虚心向领导、同事学习，我相信凭着自己高度的责任心和自信心，一定能够改正这些不足之处，争取在各方面取得更大的进步。同时我要特地感谢公司领导和同事们对我的入职指引和帮助，感谢他们对我工作中出现的失误的提醒和指正。</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自从进入公司就加入了项目，6、7、8月份在县城二组主要完成第三方迎检工作、“领导会议”通信保障工作、“泛北论坛”通信保障工作的测试、(包括、)县城专项优化工作，具体包括北区、行政村、涠洲岛、领导会议及餐饮娱乐场所、(包括、)县城专项、相关的二级路测试、高速路测试、铁路测试及其对一些相关基站进行调整等等。9、10、11、12月份转入县城一组担任组长主要完成北区22个重要场所CQT测试、相关点的AB类集团测试、“会议一节”通信保障测试、新站点覆盖测试、相关的二级路测试、高速路测试、铁路测试、第三方迎检工作测试、港专项、16个乡镇道路测试、协助代维完成和基站勘察工作、专项、专项、网络问题投诉处理和差小区处理，并对存有问题的路段和测试点进行调整与复测，完成相应的报告。通过这一段时间来的学习、实践和对相关网络问题的处理，不管是测试方面还是处理网络问题和基站故障方面都取得了很大的进步，特别是基站故障处理和调整方面，与同事出去进行处理中，能够一起讨论一些相关性问题的处理方法，积累更多相关的经验;从中也了解和掌握了各种测试工具的使用及其出现故障进行处理的方法与技巧，领略更多的网络现象和对应的处理方法和技巧，根据不同的地理位置环境和当前网络的具体情况，选择更为合适解决问题的方法与技巧。除此之外，还认真学习一些相关性的技术资料，不断的增强自身理论知识，为下一步的提高打好坚实的基础。</w:t>
      </w:r>
    </w:p>
    <w:p>
      <w:pPr>
        <w:spacing w:before="100" w:after="200" w:line="360" w:lineRule="auto"/>
        <w:ind w:firstLine="576"/>
        <w:jc w:val="left"/>
      </w:pPr>
      <w:r>
        <w:rPr>
          <w:rFonts w:ascii="宋体" w:eastAsia="宋体" w:hAnsi="宋体"/>
          <w:sz w:val="28"/>
        </w:rPr>
        <w:t>20xx年又是一个充满激情的一年，在今后的工作中，我将会继续努力提高自身的各项素质，克服不足，不断地完善自我，且朝着以下几个方面去努力：一、学无止镜，我将坚持不懈地努力学习通信专业相关的知识，并用于指导实践;二、“业精于勤而荒于嬉”，在以后的工作中不断学习专业知识，通过多看、多学、多练来不断的提高自己的各项业务技能;三、不断锻炼自己的胆识和毅力，提高自己解决实际问题的能力，并在工作过程中积极、热情、细致地的对待每一项工作;四、进一步的严格要求自己，提高工作积极性，勤奋努力，不畏艰难，尽职尽责，为公司做出更多的贡献;五、重视加强理论和业务知识学习，在工作中，坚持一边工作一边学习，不断提高自身综合素质水平;六、领导交办的每一项工作，科学安排时间，按时、按质、按量更好得完成任务。</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总之，在这七个月时间的工作中接触到了许多新的事物、产生了许多新的问题，也学习到了许多新的知识与经验，使自己在思想认识和工作能力上有了新的提高和进一步的完善。在明年的工作中，我将继续发挥自身的长处，及时纠正和弥补自身的不足和缺陷。加强学习，多虚心求教，多动脑思考，不断充实自己、完善自己，使工作水平能有质的提高，为公司多做贡献，不辜负领导和同事们的期望。同时在这年终岁尾之季，再次向公司领导和同事们表示衷心的感谢，感谢大家在这一年里对我的关怀和帮助。最后相信在全体员工的共同努力创造下，新的一年里公司更加辉煌腾达!</w:t>
      </w:r>
    </w:p>
    <w:p>
      <w:pPr>
        <w:spacing w:before="100" w:after="200" w:line="360" w:lineRule="auto"/>
        <w:ind w:firstLine="576"/>
        <w:jc w:val="left"/>
      </w:pPr>
      <w:r>
        <w:rPr>
          <w:rFonts w:ascii="宋体" w:eastAsia="宋体" w:hAnsi="宋体"/>
          <w:sz w:val="28"/>
        </w:rPr>
        <w:t>温故而知新，前行回望更知曲直，20__平静悄无声息的过去，可是作为一个锐意进取的人来说过去的不是结束，而是新起点爆发力的积累。在此辞旧迎新之际展翅欲飞时，将技术部门在2022年的工作做一个回顾，旨在去疑窦、组纲目、立主脑，为2022年能具有绩效的工作，打下坚实的基础。2022年技术部门各工作人员善处于单兵据点各自为战的磨合期，而主要工作任务也是学习各优秀站点成功的技术应用和运营方式。在那里我对技术部目前遇到的困难及解决方式作个总结：</w:t>
      </w:r>
    </w:p>
    <w:p>
      <w:pPr>
        <w:spacing w:before="100" w:after="200" w:line="360" w:lineRule="auto"/>
        <w:jc w:val="left"/>
      </w:pPr>
      <w:r>
        <w:rPr>
          <w:rFonts w:ascii="宋体 (中文正文)" w:eastAsia="宋体" w:hAnsi="宋体 (中文正文)"/>
          <w:b/>
          <w:sz w:val="28"/>
        </w:rPr>
        <w:t>一、专业技术队伍薄弱</w:t>
      </w:r>
    </w:p>
    <w:p>
      <w:pPr>
        <w:spacing w:before="100" w:after="200" w:line="360" w:lineRule="auto"/>
        <w:ind w:firstLine="576"/>
        <w:jc w:val="left"/>
      </w:pPr>
      <w:r>
        <w:rPr>
          <w:rFonts w:ascii="宋体" w:eastAsia="宋体" w:hAnsi="宋体"/>
          <w:sz w:val="28"/>
        </w:rPr>
        <w:t>由于新公司成立不久，存在人才奇缺的严重不足。作为新兴的信息科技公司目前公司技术部共三人，美工一人、程序两人。看似稳定的三角组合先且不论稳定与否，其合理性就有待商酌。专业网建公司建网站的流程一般为：策划分析需求-美工按需制版-切片按版制页-程序按需求制作功能模块、按页组合程序为网站，目前技术部策划由总经理和美工、程序兼任，切片由美工兼任，美工一人而任三职多有不堪。程序无需求文档，且版面多变，以致事必下问。而美工、总经理均非职专策划且一心多用，答非所问更是常事。是以沟通不顺进取受挫、事不顺思不畅终致全无绩效可言。</w:t>
      </w:r>
    </w:p>
    <w:p>
      <w:pPr>
        <w:spacing w:before="100" w:after="200" w:line="360" w:lineRule="auto"/>
        <w:ind w:firstLine="576"/>
        <w:jc w:val="left"/>
      </w:pPr>
      <w:r>
        <w:rPr>
          <w:rFonts w:ascii="宋体" w:eastAsia="宋体" w:hAnsi="宋体"/>
          <w:sz w:val="28"/>
        </w:rPr>
        <w:t>日前已与总经理协商，拟组建项目控制中心全盘控制项目始末如工厂跟单部，此处不便详言。公司技术人员缺乏亦非一两日，公司也曾多次招聘，几次面试亦无成效。一方面公司新立，待遇不丰，而使任劳者寡。另一方面电子商务正显锋芒，能精心实地的技术人才确每况愈下。是以公司招聘当立重点及持久方针。</w:t>
      </w:r>
    </w:p>
    <w:p>
      <w:pPr>
        <w:spacing w:before="100" w:after="200" w:line="360" w:lineRule="auto"/>
        <w:jc w:val="left"/>
      </w:pPr>
      <w:r>
        <w:rPr>
          <w:rFonts w:ascii="宋体 (中文正文)" w:eastAsia="宋体" w:hAnsi="宋体 (中文正文)"/>
          <w:b/>
          <w:sz w:val="28"/>
        </w:rPr>
        <w:t>二、项目多头并进</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2022年共开展项目如下：</w:t>
      </w:r>
    </w:p>
    <w:p>
      <w:pPr>
        <w:spacing w:before="100" w:after="200" w:line="360" w:lineRule="auto"/>
        <w:ind w:firstLine="576"/>
        <w:jc w:val="left"/>
      </w:pPr>
      <w:r>
        <w:rPr>
          <w:rFonts w:ascii="宋体" w:eastAsia="宋体" w:hAnsi="宋体"/>
          <w:sz w:val="28"/>
        </w:rPr>
        <w:t>____商城(B2C项目)，改版三次最终选用全仿名品秀网站，耗时三个月有余(前期自主开发耗时两月余)。</w:t>
      </w:r>
    </w:p>
    <w:p>
      <w:pPr>
        <w:spacing w:before="100" w:after="200" w:line="360" w:lineRule="auto"/>
        <w:ind w:firstLine="576"/>
        <w:jc w:val="left"/>
      </w:pPr>
      <w:r>
        <w:rPr>
          <w:rFonts w:ascii="宋体" w:eastAsia="宋体" w:hAnsi="宋体"/>
          <w:sz w:val="28"/>
        </w:rPr>
        <w:t>__综合社区(SNS项目)，改版八次，其中穿插几个开发(投票、日志分类、系统升级)耗时三个月有余。</w:t>
      </w:r>
    </w:p>
    <w:p>
      <w:pPr>
        <w:spacing w:before="100" w:after="200" w:line="360" w:lineRule="auto"/>
        <w:ind w:firstLine="576"/>
        <w:jc w:val="left"/>
      </w:pPr>
      <w:r>
        <w:rPr>
          <w:rFonts w:ascii="宋体" w:eastAsia="宋体" w:hAnsi="宋体"/>
          <w:sz w:val="28"/>
        </w:rPr>
        <w:t>__DNA(资讯项目)，改版三五次，其中穿插几个开发(抢购、)耗时四月余。</w:t>
      </w:r>
    </w:p>
    <w:p>
      <w:pPr>
        <w:spacing w:before="100" w:after="200" w:line="360" w:lineRule="auto"/>
        <w:ind w:firstLine="576"/>
        <w:jc w:val="left"/>
      </w:pPr>
      <w:r>
        <w:rPr>
          <w:rFonts w:ascii="宋体" w:eastAsia="宋体" w:hAnsi="宋体"/>
          <w:sz w:val="28"/>
        </w:rPr>
        <w:t>__DNA(比价返利项目)，全新开发，耗时两月余。技术部年__DNA(仿__点评项目)，全新开发改版两次耗时两月，二次开发耗时一月。</w:t>
      </w:r>
    </w:p>
    <w:p>
      <w:pPr>
        <w:spacing w:before="100" w:after="200" w:line="360" w:lineRule="auto"/>
        <w:ind w:firstLine="576"/>
        <w:jc w:val="left"/>
      </w:pPr>
      <w:r>
        <w:rPr>
          <w:rFonts w:ascii="宋体" w:eastAsia="宋体" w:hAnsi="宋体"/>
          <w:sz w:val="28"/>
        </w:rPr>
        <w:t>这些项目中我想仅有开发者自身才明白这些项目的特性或许有些特性开发者也已经忘记或被混淆了。这些项目仅有"仿__点评项目"和"资讯项目"是贴合最初构思目标和目的的。</w:t>
      </w:r>
    </w:p>
    <w:p>
      <w:pPr>
        <w:spacing w:before="100" w:after="200" w:line="360" w:lineRule="auto"/>
        <w:ind w:firstLine="576"/>
        <w:jc w:val="left"/>
      </w:pPr>
      <w:r>
        <w:rPr>
          <w:rFonts w:ascii="宋体" w:eastAsia="宋体" w:hAnsi="宋体"/>
          <w:sz w:val="28"/>
        </w:rPr>
        <w:t>项目的多头并进是任何一个追求绩效的公司的忌讳，缺乏单纯动机的多项目开发往往使得开发人员多不可估算的项目产生恐惧。</w:t>
      </w:r>
    </w:p>
    <w:p>
      <w:pPr>
        <w:spacing w:before="100" w:after="200" w:line="360" w:lineRule="auto"/>
        <w:jc w:val="left"/>
      </w:pPr>
      <w:r>
        <w:rPr>
          <w:rFonts w:ascii="宋体 (中文正文)" w:eastAsia="宋体" w:hAnsi="宋体 (中文正文)"/>
          <w:b/>
          <w:sz w:val="28"/>
        </w:rPr>
        <w:t>三、技术可是关</w:t>
      </w:r>
    </w:p>
    <w:p>
      <w:pPr>
        <w:spacing w:before="100" w:after="200" w:line="360" w:lineRule="auto"/>
        <w:ind w:firstLine="576"/>
        <w:jc w:val="left"/>
      </w:pPr>
      <w:r>
        <w:rPr>
          <w:rFonts w:ascii="宋体" w:eastAsia="宋体" w:hAnsi="宋体"/>
          <w:sz w:val="28"/>
        </w:rPr>
        <w:t>网站不是一堆网页的集合，而是现实生活中的可见的或不可见的数据的集合并以必须可变的逻辑表现出来。技术部的任务大致能够分为三类：设计数据类别以便存储数据、归纳常用逻辑、表现数据，目前技术部三块均存在问题。</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设计数据类别：技术部门没有专业市场认识，对可能出现的数据类型缺乏预见性，以致开发的系统不能如同行网站一样运营。其中技术部美工对市场缺乏认识，导致前台界面与后台数据不吻合被迫改版或导致图片版与最终效果不一致。另技术部程序对系统数据设计和开发时间缺乏安排，导致__DNA(仿__点评项目)和__DNA(比价返利项目)均不一样程度的进行二次开发。</w:t>
      </w:r>
    </w:p>
    <w:p>
      <w:pPr>
        <w:spacing w:before="100" w:after="200" w:line="360" w:lineRule="auto"/>
        <w:ind w:firstLine="576"/>
        <w:jc w:val="left"/>
      </w:pPr>
      <w:r>
        <w:rPr>
          <w:rFonts w:ascii="宋体" w:eastAsia="宋体" w:hAnsi="宋体"/>
          <w:sz w:val="28"/>
        </w:rPr>
        <w:t>程序逻辑设计：____商城(B2C项目)、__综合社区(SNS项目)、__DNA(资讯项目)这三个项目开源程序涉及的仅简单的页面显示逻辑。__DNA(比价返利项目)程序逻辑设计目前仅实现比价逻辑，返利、产品、与其它平台同步价格这几快程序逻辑均因技术部程序见识不够、想法不够而不能实现。__DNA(仿__点评项目)这个程序比__还复杂，目前除了能仿的能够实现外，其余部分还停留在理论可实现阶段。而将__DNA(仿__点评项目)及__DNA(资讯项目)共同整合成产品库的形式，则停留在想法阶段。</w:t>
      </w:r>
    </w:p>
    <w:p>
      <w:pPr>
        <w:spacing w:before="100" w:after="200" w:line="360" w:lineRule="auto"/>
        <w:ind w:firstLine="576"/>
        <w:jc w:val="left"/>
      </w:pPr>
      <w:r>
        <w:rPr>
          <w:rFonts w:ascii="宋体" w:eastAsia="宋体" w:hAnsi="宋体"/>
          <w:sz w:val="28"/>
        </w:rPr>
        <w:t>懒散及目标的缺乏导致表现数据阶段效率低下。设计数据类别、程序逻辑设计算是挑战式的技术活的话，那表现数据就纯粹是手工针线活，要充分的细心和耐心。技术部缺乏目标或者是目标太多，总之一到表现数据阶段项目就卡住了。____商城(B2C项目)、__综合社区(SNS项目)、__DNA(资讯项目)三个项目均为表现数据的细手工活，可是只要动手不要动脑的活偏偏是做的最慢的。</w:t>
      </w:r>
    </w:p>
    <w:p>
      <w:pPr>
        <w:spacing w:before="100" w:after="200" w:line="360" w:lineRule="auto"/>
        <w:jc w:val="left"/>
      </w:pPr>
      <w:r>
        <w:rPr>
          <w:rFonts w:ascii="宋体 (中文正文)" w:eastAsia="宋体" w:hAnsi="宋体 (中文正文)"/>
          <w:sz w:val="28"/>
        </w:rPr>
        <w:t>一、产量：</w:t>
      </w:r>
    </w:p>
    <w:p>
      <w:pPr>
        <w:spacing w:before="100" w:after="200" w:line="360" w:lineRule="auto"/>
        <w:ind w:firstLine="576"/>
        <w:jc w:val="left"/>
      </w:pPr>
      <w:r>
        <w:rPr>
          <w:rFonts w:ascii="宋体" w:eastAsia="宋体" w:hAnsi="宋体"/>
          <w:sz w:val="28"/>
        </w:rPr>
        <w:t>2022年全年没有进行生产，以维修巷道及2305工作面调试设备为主。年底预计完成5万余吨工程煤。</w:t>
      </w:r>
    </w:p>
    <w:p>
      <w:pPr>
        <w:spacing w:before="100" w:after="200" w:line="360" w:lineRule="auto"/>
        <w:jc w:val="left"/>
      </w:pPr>
      <w:r>
        <w:rPr>
          <w:rFonts w:ascii="宋体 (中文正文)" w:eastAsia="宋体" w:hAnsi="宋体 (中文正文)"/>
          <w:sz w:val="28"/>
        </w:rPr>
        <w:t>二、掘进：</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截止2022年年底，预计完成进尺4800余米(全部为维修改造进尺，无掘进巷道)。其中木棚支护改工字钢支护4323.2米，锚网支护218.1米。</w:t>
      </w:r>
    </w:p>
    <w:p>
      <w:pPr>
        <w:spacing w:before="100" w:after="200" w:line="360" w:lineRule="auto"/>
        <w:ind w:firstLine="576"/>
        <w:jc w:val="left"/>
      </w:pPr>
      <w:r>
        <w:rPr>
          <w:rFonts w:ascii="宋体" w:eastAsia="宋体" w:hAnsi="宋体"/>
          <w:sz w:val="28"/>
        </w:rPr>
        <w:t>今年未完成年初计划的原因：由于2022年各种证件的延期及主体矿变更期间停工等原因，生产系统未能按年初衔接计划顺利开展各项工作，致使全年原煤产量、巷道掘进任务未能按计划完成，只能进行巷道维修改造。</w:t>
      </w:r>
    </w:p>
    <w:p>
      <w:pPr>
        <w:spacing w:before="100" w:after="200" w:line="360" w:lineRule="auto"/>
        <w:jc w:val="left"/>
      </w:pPr>
      <w:r>
        <w:rPr>
          <w:rFonts w:ascii="宋体 (中文正文)" w:eastAsia="宋体" w:hAnsi="宋体 (中文正文)"/>
          <w:b/>
          <w:sz w:val="28"/>
        </w:rPr>
        <w:t>三、重点工程:</w:t>
      </w:r>
    </w:p>
    <w:p>
      <w:pPr>
        <w:spacing w:before="100" w:after="200" w:line="360" w:lineRule="auto"/>
        <w:ind w:firstLine="576"/>
        <w:jc w:val="left"/>
      </w:pPr>
      <w:r>
        <w:rPr>
          <w:rFonts w:ascii="宋体" w:eastAsia="宋体" w:hAnsi="宋体"/>
          <w:sz w:val="28"/>
        </w:rPr>
        <w:t>1、工字钢支护改造工程：从今年1月份开始积极组织队伍对井下木棚支护巷道进行工字钢支护改造，到目前为止进行工字钢改造4541.3米。井下主要巷道及主要设施全部改造完成。</w:t>
      </w:r>
    </w:p>
    <w:p>
      <w:pPr>
        <w:spacing w:before="100" w:after="200" w:line="360" w:lineRule="auto"/>
        <w:ind w:firstLine="576"/>
        <w:jc w:val="left"/>
      </w:pPr>
      <w:r>
        <w:rPr>
          <w:rFonts w:ascii="宋体" w:eastAsia="宋体" w:hAnsi="宋体"/>
          <w:sz w:val="28"/>
        </w:rPr>
        <w:t>2、锚网支护改造工程</w:t>
      </w:r>
    </w:p>
    <w:p>
      <w:pPr>
        <w:spacing w:before="100" w:after="200" w:line="360" w:lineRule="auto"/>
        <w:ind w:firstLine="576"/>
        <w:jc w:val="left"/>
      </w:pPr>
      <w:r>
        <w:rPr>
          <w:rFonts w:ascii="宋体" w:eastAsia="宋体" w:hAnsi="宋体"/>
          <w:sz w:val="28"/>
        </w:rPr>
        <w:t>(1)井下中央变电所锚网喷支护改造及辅助工程：对井下中央变电所进行锚网支护改造，进尺为43米。现在已完工，并已投入使用。</w:t>
      </w:r>
    </w:p>
    <w:p>
      <w:pPr>
        <w:spacing w:before="100" w:after="200" w:line="360" w:lineRule="auto"/>
        <w:ind w:firstLine="576"/>
        <w:jc w:val="left"/>
      </w:pPr>
      <w:r>
        <w:rPr>
          <w:rFonts w:ascii="宋体" w:eastAsia="宋体" w:hAnsi="宋体"/>
          <w:sz w:val="28"/>
        </w:rPr>
        <w:t>(2)井下主水泵房锚网喷支护改造工程：对井下主水泵房进行锚网喷支护改造，进尺为47米，已全部完工。</w:t>
      </w:r>
    </w:p>
    <w:p>
      <w:pPr>
        <w:spacing w:before="100" w:after="200" w:line="360" w:lineRule="auto"/>
        <w:ind w:firstLine="576"/>
        <w:jc w:val="left"/>
      </w:pPr>
      <w:r>
        <w:rPr>
          <w:rFonts w:ascii="宋体" w:eastAsia="宋体" w:hAnsi="宋体"/>
          <w:sz w:val="28"/>
        </w:rPr>
        <w:t>3、2305工作面支架、煤溜、皮带、采煤机等设备设施均已进行了检修、维护及调试，现已具备正式生产条件。</w:t>
      </w:r>
    </w:p>
    <w:p>
      <w:pPr>
        <w:spacing w:before="100" w:after="200" w:line="360" w:lineRule="auto"/>
        <w:ind w:firstLine="576"/>
        <w:jc w:val="left"/>
      </w:pPr>
      <w:r>
        <w:rPr>
          <w:rFonts w:ascii="宋体" w:eastAsia="宋体" w:hAnsi="宋体"/>
          <w:sz w:val="28"/>
        </w:rPr>
        <w:t>同时对1307工作面(悬移支架)进行了维护检修,确保了1307工作面具备回撤条件。</w:t>
      </w:r>
    </w:p>
    <w:p>
      <w:pPr>
        <w:spacing w:before="100" w:after="200" w:line="360" w:lineRule="auto"/>
        <w:ind w:firstLine="576"/>
        <w:jc w:val="left"/>
      </w:pPr>
      <w:r>
        <w:rPr>
          <w:rFonts w:ascii="宋体" w:eastAsia="宋体" w:hAnsi="宋体"/>
          <w:sz w:val="28"/>
        </w:rPr>
        <w:t>4、顶板管理</w:t>
      </w:r>
    </w:p>
    <w:p>
      <w:pPr>
        <w:spacing w:before="100" w:after="200" w:line="360" w:lineRule="auto"/>
        <w:ind w:firstLine="576"/>
        <w:jc w:val="left"/>
      </w:pPr>
      <w:r>
        <w:rPr>
          <w:rFonts w:ascii="宋体" w:eastAsia="宋体" w:hAnsi="宋体"/>
          <w:sz w:val="28"/>
        </w:rPr>
        <w:t>2022年全年狠抓工程质量和顶板管理，特别对在改造期间顶板有变化的特殊地段，及时进行现场调研，根据实际情况采取针对性措施，发现问题及时进行处理。全年没有发生一起顶板事故和工程质量事故。</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5、质量标准化建设</w:t>
      </w:r>
    </w:p>
    <w:p>
      <w:pPr>
        <w:spacing w:before="100" w:after="200" w:line="360" w:lineRule="auto"/>
        <w:ind w:firstLine="576"/>
        <w:jc w:val="left"/>
      </w:pPr>
      <w:r>
        <w:rPr>
          <w:rFonts w:ascii="宋体" w:eastAsia="宋体" w:hAnsi="宋体"/>
          <w:sz w:val="28"/>
        </w:rPr>
        <w:t>在西翼轨道大巷、西翼皮带大巷工网改造完成后，现正在对主要大巷进行质量标准化建设，主要是对两巷排水系统进行质量标准化改造。轨道巷按要求重新铺设道轨、皮带巷铺底硬化;对主要巷道的风、水管路按质量标准化标准进行了规范敷设。</w:t>
      </w:r>
    </w:p>
    <w:p>
      <w:pPr>
        <w:spacing w:before="100" w:after="200" w:line="360" w:lineRule="auto"/>
        <w:jc w:val="left"/>
      </w:pPr>
      <w:r>
        <w:rPr>
          <w:rFonts w:ascii="宋体 (中文正文)" w:eastAsia="宋体" w:hAnsi="宋体 (中文正文)"/>
          <w:b/>
          <w:sz w:val="28"/>
        </w:rPr>
        <w:t>四、亮点工程</w:t>
      </w:r>
    </w:p>
    <w:p>
      <w:pPr>
        <w:spacing w:before="100" w:after="200" w:line="360" w:lineRule="auto"/>
        <w:ind w:firstLine="576"/>
        <w:jc w:val="left"/>
      </w:pPr>
      <w:r>
        <w:rPr>
          <w:rFonts w:ascii="宋体" w:eastAsia="宋体" w:hAnsi="宋体"/>
          <w:sz w:val="28"/>
        </w:rPr>
        <w:t>在维修过程中，旧巷道损坏严重，顶板围岩变形离层等现象较多，更换支护时存在严重顶板隐患。在实际施工过程中，根据改造支护方式和现场实际情况，设计并使用了一些有针对性和创新性的支护方式和实施(亮点工程)，促进了施工工程质量和安全性的提高。具体有以下几项：</w:t>
      </w:r>
    </w:p>
    <w:p>
      <w:pPr>
        <w:spacing w:before="100" w:after="200" w:line="360" w:lineRule="auto"/>
        <w:ind w:firstLine="576"/>
        <w:jc w:val="left"/>
      </w:pPr>
      <w:r>
        <w:rPr>
          <w:rFonts w:ascii="宋体" w:eastAsia="宋体" w:hAnsi="宋体"/>
          <w:sz w:val="28"/>
        </w:rPr>
        <w:t>1、前探梁超前支护;</w:t>
      </w:r>
    </w:p>
    <w:p>
      <w:pPr>
        <w:spacing w:before="100" w:after="200" w:line="360" w:lineRule="auto"/>
        <w:ind w:firstLine="576"/>
        <w:jc w:val="left"/>
      </w:pPr>
      <w:r>
        <w:rPr>
          <w:rFonts w:ascii="宋体" w:eastAsia="宋体" w:hAnsi="宋体"/>
          <w:sz w:val="28"/>
        </w:rPr>
        <w:t>2、主要大巷交叉点及坡度较大的维修地点棚梁联锁;</w:t>
      </w:r>
    </w:p>
    <w:p>
      <w:pPr>
        <w:spacing w:before="100" w:after="200" w:line="360" w:lineRule="auto"/>
        <w:ind w:firstLine="576"/>
        <w:jc w:val="left"/>
      </w:pPr>
      <w:r>
        <w:rPr>
          <w:rFonts w:ascii="宋体" w:eastAsia="宋体" w:hAnsi="宋体"/>
          <w:sz w:val="28"/>
        </w:rPr>
        <w:t>3、抬棚梁及联锁棚梁的锚索起吊装置。</w:t>
      </w:r>
    </w:p>
    <w:p>
      <w:pPr>
        <w:spacing w:before="100" w:after="200" w:line="360" w:lineRule="auto"/>
        <w:jc w:val="left"/>
      </w:pPr>
      <w:r>
        <w:rPr>
          <w:rFonts w:ascii="宋体 (中文正文)" w:eastAsia="宋体" w:hAnsi="宋体 (中文正文)"/>
          <w:b/>
          <w:sz w:val="28"/>
        </w:rPr>
        <w:t>五、日常工作及学习</w:t>
      </w:r>
    </w:p>
    <w:p>
      <w:pPr>
        <w:spacing w:before="100" w:after="200" w:line="360" w:lineRule="auto"/>
        <w:ind w:firstLine="576"/>
        <w:jc w:val="left"/>
      </w:pPr>
      <w:r>
        <w:rPr>
          <w:rFonts w:ascii="宋体" w:eastAsia="宋体" w:hAnsi="宋体"/>
          <w:sz w:val="28"/>
        </w:rPr>
        <w:t>1、在日常工作中对工作面工程质量进行监督及验收，发现问题及时“三定”及时处理，每月组织对全矿进行质量标准化检查、评比，逐步有序地推进质量标准化建设进程。</w:t>
      </w:r>
    </w:p>
    <w:p>
      <w:pPr>
        <w:spacing w:before="100" w:after="200" w:line="360" w:lineRule="auto"/>
        <w:ind w:firstLine="576"/>
        <w:jc w:val="left"/>
      </w:pPr>
      <w:r>
        <w:rPr>
          <w:rFonts w:ascii="宋体" w:eastAsia="宋体" w:hAnsi="宋体"/>
          <w:sz w:val="28"/>
        </w:rPr>
        <w:t>2、在巷道改造过程中及时安排本部门员工对变化条件或特殊条件下的施工地点进行跟班监督、检查，确保安全生产、工程质量合格、施工现场不留隐患。</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3、加强对本部门员工的学习和培训管理，专业知识及标准要求全面掌握、牢记于心、运用于现场管理，快速提高自身的专业素质和工作能力;同时加强对公司、集团及省厅文件的学习及贯彻实施，认真领会各级部门的精神要求，提升自身政治素养及觉悟。</w:t>
      </w:r>
    </w:p>
    <w:p>
      <w:pPr>
        <w:spacing w:before="100" w:after="200" w:line="360" w:lineRule="auto"/>
        <w:jc w:val="left"/>
      </w:pPr>
      <w:r>
        <w:rPr>
          <w:rFonts w:ascii="宋体 (中文正文)" w:eastAsia="宋体" w:hAnsi="宋体 (中文正文)"/>
          <w:b/>
          <w:sz w:val="28"/>
        </w:rPr>
        <w:t>六、日常工作中存在的不足及预防措施</w:t>
      </w:r>
    </w:p>
    <w:p>
      <w:pPr>
        <w:spacing w:before="100" w:after="200" w:line="360" w:lineRule="auto"/>
        <w:ind w:firstLine="576"/>
        <w:jc w:val="left"/>
      </w:pPr>
      <w:r>
        <w:rPr>
          <w:rFonts w:ascii="宋体" w:eastAsia="宋体" w:hAnsi="宋体"/>
          <w:sz w:val="28"/>
        </w:rPr>
        <w:t>1、超前意识不强，考虑问题不够全面。由于矿井存在问题较多，在遇到特殊问题时考虑不及时、不全面，在组织和协调上出现脱节。今后工作中要勤思考、超前考虑、多个角度考虑问题，将问题彻底解决。</w:t>
      </w:r>
    </w:p>
    <w:p>
      <w:pPr>
        <w:spacing w:before="100" w:after="200" w:line="360" w:lineRule="auto"/>
        <w:ind w:firstLine="576"/>
        <w:jc w:val="left"/>
      </w:pPr>
      <w:r>
        <w:rPr>
          <w:rFonts w:ascii="宋体" w:eastAsia="宋体" w:hAnsi="宋体"/>
          <w:sz w:val="28"/>
        </w:rPr>
        <w:t>2、工作效率较低。今后要加强业务知识学习，扩展知识面，提高工作能力及效率。</w:t>
      </w:r>
    </w:p>
    <w:p>
      <w:pPr>
        <w:spacing w:before="100" w:after="200" w:line="360" w:lineRule="auto"/>
        <w:ind w:firstLine="576"/>
        <w:jc w:val="left"/>
      </w:pPr>
      <w:r>
        <w:rPr>
          <w:rFonts w:ascii="宋体" w:eastAsia="宋体" w:hAnsi="宋体"/>
          <w:sz w:val="28"/>
        </w:rPr>
        <w:t>3、今后在保证正常工作及正规循环作业前提下，要组织部门业务骨干对工人进行针对性的专业培训，使队组的技术得到及时提升。我部门今后需配备一定的专业技术人员。</w:t>
      </w:r>
    </w:p>
    <w:p>
      <w:pPr>
        <w:spacing w:before="100" w:after="200" w:line="360" w:lineRule="auto"/>
        <w:ind w:firstLine="576"/>
        <w:jc w:val="left"/>
      </w:pPr>
      <w:r>
        <w:rPr>
          <w:rFonts w:ascii="宋体" w:eastAsia="宋体" w:hAnsi="宋体"/>
          <w:sz w:val="28"/>
        </w:rPr>
        <w:t>4、对队组的管理力度不足，今后要加强对队组的管理，在最短时间内制定出适合我公司切实有效的管理办法。严格督促队组按照作业计划或既定计划(方案)进行作业。</w:t>
      </w:r>
    </w:p>
    <w:p>
      <w:pPr>
        <w:spacing w:before="100" w:after="200" w:line="360" w:lineRule="auto"/>
        <w:ind w:firstLine="576"/>
        <w:jc w:val="left"/>
      </w:pPr>
      <w:r>
        <w:rPr>
          <w:rFonts w:ascii="宋体" w:eastAsia="宋体" w:hAnsi="宋体"/>
          <w:sz w:val="28"/>
        </w:rPr>
        <w:t>5、对照集团公司质量标准化要求，进一步规范井下质量标准化建设;严把工程质量关，监督检查队组施工工程质量，杜绝出现不合格工程;严格控制回采工作面回采率，提高资源回收率，杜绝出现资源浪费。</w:t>
      </w:r>
    </w:p>
    <w:p>
      <w:pPr>
        <w:spacing w:before="100" w:after="200" w:line="360" w:lineRule="auto"/>
        <w:ind w:firstLine="576"/>
        <w:jc w:val="left"/>
      </w:pPr>
      <w:r>
        <w:rPr>
          <w:rFonts w:ascii="宋体" w:eastAsia="宋体" w:hAnsi="宋体"/>
          <w:sz w:val="28"/>
        </w:rPr>
        <w:t>6、队组之间的相互协调配合和工人工作积极性较差。今后要加大对施工队组的组织协调力度，使之做到力往一处使，劲往一处聚，齐心协力，挖掘潜力，确保各项生产任务能够顺利完成。</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时光荏苒，忙碌而又硕果累累的2022年就要过去了，值此辞旧迎新之际，将技术部门在2022年的工作做一个回顾，以便弥补不足，更新观念，为2022年能取得更大的成绩，使技术部门的`工作开拓新的局面，打下坚实的基础。2022年在公司领导正确科学的领导下，在人事部门的指导协助下，我部门以坚持精益求精，开拓进取，与时俱进的精神，本着实事求是的科学观，并坚持谨慎，细心的工作态度统领全面工作。按照科学人才观的要求，抓好专业技术人才队伍建设，并取得了必须的成绩。同时工作中也存在必须的不足，现将2022年工作做如下总结：</w:t>
      </w:r>
    </w:p>
    <w:p>
      <w:pPr>
        <w:spacing w:before="100" w:after="200" w:line="360" w:lineRule="auto"/>
        <w:jc w:val="left"/>
      </w:pPr>
      <w:r>
        <w:rPr>
          <w:rFonts w:ascii="宋体 (中文正文)" w:eastAsia="宋体" w:hAnsi="宋体 (中文正文)"/>
          <w:b/>
          <w:sz w:val="28"/>
        </w:rPr>
        <w:t>一、正在建设起一支强有力的专业技术队伍</w:t>
      </w:r>
    </w:p>
    <w:p>
      <w:pPr>
        <w:spacing w:before="100" w:after="200" w:line="360" w:lineRule="auto"/>
        <w:ind w:firstLine="576"/>
        <w:jc w:val="left"/>
      </w:pPr>
      <w:r>
        <w:rPr>
          <w:rFonts w:ascii="宋体" w:eastAsia="宋体" w:hAnsi="宋体"/>
          <w:sz w:val="28"/>
        </w:rPr>
        <w:t>由于新公司成立不久，各部门都存在人才奇缺的严重不足，技术部门也不例外。但是在公司领导的强大支持下，在公司人事部门的大力协助中，为技术部门招聘了超多的技术人才，根据公司的需要，本着择优录用的原则，在不断的努力中技术部正逐步留下并巩固起一支强有力的专业技术队伍。然而由于新人对公司的产品不熟悉以及专业基础知识的薄弱，明年的培训任务还是比较重。但是，相信在公司领导的支持下，我部门会克服困难，排除问题，使全部门所有人员在新的一年中取得专业技术的飞速提高。</w:t>
      </w:r>
    </w:p>
    <w:p>
      <w:pPr>
        <w:spacing w:before="100" w:after="200" w:line="360" w:lineRule="auto"/>
        <w:jc w:val="left"/>
      </w:pPr>
      <w:r>
        <w:rPr>
          <w:rFonts w:ascii="宋体 (中文正文)" w:eastAsia="宋体" w:hAnsi="宋体 (中文正文)"/>
          <w:b/>
          <w:sz w:val="28"/>
        </w:rPr>
        <w:t>二、完成了公司下达的各项工作任务</w:t>
      </w:r>
    </w:p>
    <w:p>
      <w:pPr>
        <w:spacing w:before="100" w:after="200" w:line="360" w:lineRule="auto"/>
        <w:ind w:firstLine="576"/>
        <w:jc w:val="left"/>
      </w:pPr>
      <w:r>
        <w:rPr>
          <w:rFonts w:ascii="宋体" w:eastAsia="宋体" w:hAnsi="宋体"/>
          <w:sz w:val="28"/>
        </w:rPr>
        <w:t>本年度的工作因为各种原因，存在任务重，时间紧的困难。但经过公司领导的正确指导和全部门所有人员众志成城，精诚合作，不懈努力，基本保证了各项任务在公司的规定时间内，高标准，严要求的完成。这和公司领导的正确指导，大力支持，全部门员工的不懈努力密不可分。但有时也因为赶进度，图纸出现了必须的漏标尺寸、误标尺寸的纰漏，这是明年应大力解决的问题，争取在新的一年中避免和减少图纸中出现不就应犯的错误。</w:t>
      </w:r>
    </w:p>
    <w:p>
      <w:pPr>
        <w:spacing w:before="100" w:after="200" w:line="360" w:lineRule="auto"/>
        <w:jc w:val="left"/>
        <w:sectPr w:rsidSect="00034616">
          <w:type w:val="nextPage"/>
          <w:pgSz w:w="11906" w:h="16838"/>
          <w:pgMar w:top="1440" w:right="1440" w:bottom="1440" w:left="1440" w:header="720" w:footer="720" w:gutter="0"/>
          <w:pgNumType w:start="11"/>
          <w:cols w:space="720"/>
          <w:titlePg w:val="0"/>
          <w:docGrid w:linePitch="360"/>
        </w:sectPr>
      </w:pPr>
      <w:r>
        <w:rPr>
          <w:rFonts w:ascii="宋体 (中文正文)" w:eastAsia="宋体" w:hAnsi="宋体 (中文正文)"/>
          <w:b/>
          <w:sz w:val="28"/>
        </w:rPr>
        <w:t>三、快速安全地完成了产品转型</w:t>
      </w:r>
    </w:p>
    <w:p>
      <w:pPr>
        <w:spacing w:before="100" w:after="200" w:line="360" w:lineRule="auto"/>
        <w:ind w:firstLine="576"/>
        <w:jc w:val="left"/>
      </w:pPr>
      <w:r>
        <w:rPr>
          <w:rFonts w:ascii="宋体" w:eastAsia="宋体" w:hAnsi="宋体"/>
          <w:sz w:val="28"/>
        </w:rPr>
        <w:t>新公司在_月份成立，技术部门纳入正规在_月末，正式开始从前轮毂到轮毂单元的产品转型是从_月份开始，在短短的四个月中，我部门开发和设计了二十多种一代、二代、三代轮毂单元，并随着技术的日渐完善与成熟，开发速度也出现了前所未有的局面。按目前进度计算如果是常规一代、二代轮毂单元，能够到达两天开发设计出一种新产品的高效率。目前我部门设计开发的一代、二代轮毂单元已成功批量生产的，到达了十几个品种，基本到达了开发设计与实际生产成功率__%。三代轮毂单元也进入了试制阶段，相信在公司领导的英明领导和公司各部门精诚合作下，三代轮毂单元也会在年底正式批量生产。然而，市场在不断的变化，轮毂单元新品也不断的涌现，我部门此刻也仅保证了公司任务的完成，在新品的研发中，争取使公司产品到达行业高技术标准，和新技术的研究方面投入比较少，这样势必会造成总走别人后路的落后局面，在新的一年中，会加大力度研究行业领头公司的技术，争取使公司的技术在最短的时间内赶上，国内领头企业的技术标准。</w:t>
      </w:r>
    </w:p>
    <w:p>
      <w:pPr>
        <w:spacing w:before="100" w:after="200" w:line="360" w:lineRule="auto"/>
        <w:jc w:val="left"/>
      </w:pPr>
      <w:r>
        <w:rPr>
          <w:rFonts w:ascii="宋体 (中文正文)" w:eastAsia="宋体" w:hAnsi="宋体 (中文正文)"/>
          <w:b/>
          <w:sz w:val="28"/>
        </w:rPr>
        <w:t>四、革新了工艺</w:t>
      </w:r>
    </w:p>
    <w:p>
      <w:pPr>
        <w:spacing w:before="100" w:after="200" w:line="360" w:lineRule="auto"/>
        <w:ind w:firstLine="576"/>
        <w:jc w:val="left"/>
      </w:pPr>
      <w:r>
        <w:rPr>
          <w:rFonts w:ascii="宋体" w:eastAsia="宋体" w:hAnsi="宋体"/>
          <w:sz w:val="28"/>
        </w:rPr>
        <w:t>新公司成立后，购进了大批的高精加工设备，为工艺的创造了条件。由于总公司原先的设备比较落后，原先的生产工艺已经不能满足此刻的生产实际，在公司各部门的大力合作下，我部门对原有的工艺进行了大胆的，此次革新，减少了不必要的生产工序，提高了生产效率，也为公司节约了成本。目前为至，原有的___套前轮毂生产工艺已完成了工艺革新。但是还有数十套原有的前轮毂旧工艺需要革新，这也是明年工作的一个重点。</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回顾过去，成绩是喜人的，但成绩属于过去，未来的任务会更加艰巨。在看成绩的同时，我部门也有一些问题亟待解决，比如：新员工专业知识的提高还需要一个漫长的过程，原有旧工艺的革新任务还较重，生产技术革新较慢，新技术研发较少等等问题，是明年工作的重点。相信在新的一年中，技术部门会取得更大的成绩，同时也祝愿公司取得更加辉煌的成就!</w:t>
      </w:r>
    </w:p>
    <w:p>
      <w:pPr>
        <w:spacing w:before="100" w:after="200" w:line="360" w:lineRule="auto"/>
        <w:ind w:firstLine="576"/>
        <w:jc w:val="left"/>
      </w:pPr>
      <w:r>
        <w:rPr>
          <w:rFonts w:ascii="宋体" w:eastAsia="宋体" w:hAnsi="宋体"/>
          <w:sz w:val="28"/>
        </w:rPr>
        <w:t>2022年工作回顾</w:t>
      </w:r>
    </w:p>
    <w:p>
      <w:pPr>
        <w:spacing w:before="100" w:after="200" w:line="360" w:lineRule="auto"/>
        <w:ind w:firstLine="576"/>
        <w:jc w:val="left"/>
      </w:pPr>
      <w:r>
        <w:rPr>
          <w:rFonts w:ascii="宋体" w:eastAsia="宋体" w:hAnsi="宋体"/>
          <w:sz w:val="28"/>
        </w:rPr>
        <w:t>2022年度技术部在总公司和公司领导的关怀指导下，认真贯彻落实公司领导指示精神，克服当时筹建时的艰苦条件，面对来自各方前所未有巨大困难和压力，上下团结一心，同舟共济，勇于探索，迎接挑战。在2022年度发电厂从基础筹建全面进入设备安装、调试、试运。2022年5月份开始进行设备单体调试，7月20日厂用电倒送电成功，8月7日开始设备转为分系统联调阶段。到8月19日首次并网试运。9月3—6日进行72/24小时试运行，9月—12月试运行生产。</w:t>
      </w:r>
    </w:p>
    <w:p>
      <w:pPr>
        <w:spacing w:before="100" w:after="200" w:line="360" w:lineRule="auto"/>
        <w:ind w:firstLine="576"/>
        <w:jc w:val="left"/>
      </w:pPr>
      <w:r>
        <w:rPr>
          <w:rFonts w:ascii="宋体" w:eastAsia="宋体" w:hAnsi="宋体"/>
          <w:sz w:val="28"/>
        </w:rPr>
        <w:t>其间技术部各专业工程师、与运行和检修人员，共同努力，走过了崎岖坎坷不平凡的一年，历经艰辛万苦，熬过无数不眠之夜，挥洒了太多的汗水，终于在2022年度取得了可傲的业绩。</w:t>
      </w:r>
    </w:p>
    <w:p>
      <w:pPr>
        <w:spacing w:before="100" w:after="200" w:line="360" w:lineRule="auto"/>
        <w:ind w:firstLine="576"/>
        <w:jc w:val="left"/>
      </w:pPr>
      <w:r>
        <w:rPr>
          <w:rFonts w:ascii="宋体" w:eastAsia="宋体" w:hAnsi="宋体"/>
          <w:sz w:val="28"/>
        </w:rPr>
        <w:t>下面是技术部对2022年度主要工作的总结：</w:t>
      </w:r>
    </w:p>
    <w:p>
      <w:pPr>
        <w:spacing w:before="100" w:after="200" w:line="360" w:lineRule="auto"/>
        <w:ind w:firstLine="576"/>
        <w:jc w:val="left"/>
      </w:pPr>
      <w:r>
        <w:rPr>
          <w:rFonts w:ascii="宋体" w:eastAsia="宋体" w:hAnsi="宋体"/>
          <w:sz w:val="28"/>
        </w:rPr>
        <w:t>(一)筹建安装时期的主要工作：</w:t>
      </w:r>
    </w:p>
    <w:p>
      <w:pPr>
        <w:spacing w:before="100" w:after="200" w:line="360" w:lineRule="auto"/>
        <w:ind w:firstLine="576"/>
        <w:jc w:val="left"/>
      </w:pPr>
      <w:r>
        <w:rPr>
          <w:rFonts w:ascii="宋体" w:eastAsia="宋体" w:hAnsi="宋体"/>
          <w:sz w:val="28"/>
        </w:rPr>
        <w:t>1、设计图的审阅</w:t>
      </w:r>
    </w:p>
    <w:p>
      <w:pPr>
        <w:spacing w:before="100" w:after="200" w:line="360" w:lineRule="auto"/>
        <w:ind w:firstLine="576"/>
        <w:jc w:val="left"/>
      </w:pPr>
      <w:r>
        <w:rPr>
          <w:rFonts w:ascii="宋体" w:eastAsia="宋体" w:hAnsi="宋体"/>
          <w:sz w:val="28"/>
        </w:rPr>
        <w:t>2、设备竞标评审和材料订购验收</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p>
    <w:p>
      <w:pPr>
        <w:spacing w:before="100" w:after="200" w:line="360" w:lineRule="auto"/>
        <w:ind w:firstLine="576"/>
        <w:jc w:val="left"/>
      </w:pPr>
      <w:r>
        <w:rPr>
          <w:rFonts w:ascii="宋体" w:eastAsia="宋体" w:hAnsi="宋体"/>
          <w:sz w:val="28"/>
        </w:rPr>
        <w:t>认真参与设备的竞标评选，把握设备的质量关，到厂家进行实地的考查评估。根据设计图纸及现场设备安装情况，跟进安装配件材料的订购和选型、验收工作。针对设备(如：电缆桥架和电缆规格长度不符等)出现的质量问题，及时将信息返馈给采购部及厂商。对确实不符合要求质量的设备材料进行退货更换处理。有时设备深夜到场，各专工都是不分昼夜的验货，并帮助安排卸货。</w:t>
      </w:r>
    </w:p>
    <w:p>
      <w:pPr>
        <w:spacing w:before="100" w:after="200" w:line="360" w:lineRule="auto"/>
        <w:ind w:firstLine="576"/>
        <w:jc w:val="left"/>
      </w:pPr>
      <w:r>
        <w:rPr>
          <w:rFonts w:ascii="宋体" w:eastAsia="宋体" w:hAnsi="宋体"/>
          <w:sz w:val="28"/>
        </w:rPr>
        <w:t>3、各专业跟进安装施工质量及进度</w:t>
      </w:r>
    </w:p>
    <w:p>
      <w:pPr>
        <w:spacing w:before="100" w:after="200" w:line="360" w:lineRule="auto"/>
        <w:ind w:firstLine="576"/>
        <w:jc w:val="left"/>
      </w:pPr>
      <w:r>
        <w:rPr>
          <w:rFonts w:ascii="宋体" w:eastAsia="宋体" w:hAnsi="宋体"/>
          <w:sz w:val="28"/>
        </w:rPr>
        <w:t>4、技术部积极与电业局、锅检所、环保局、自来水厂等部门协调办理相关申请及资料的报验审批</w:t>
      </w:r>
    </w:p>
    <w:p>
      <w:pPr>
        <w:spacing w:before="100" w:after="200" w:line="360" w:lineRule="auto"/>
        <w:ind w:firstLine="576"/>
        <w:jc w:val="left"/>
      </w:pPr>
      <w:r>
        <w:rPr>
          <w:rFonts w:ascii="宋体" w:eastAsia="宋体" w:hAnsi="宋体"/>
          <w:sz w:val="28"/>
        </w:rPr>
        <w:t>5、技术部积极配合福建省电力建设工程质量监督中心站的检查验收</w:t>
      </w:r>
    </w:p>
    <w:p>
      <w:pPr>
        <w:spacing w:before="100" w:after="200" w:line="360" w:lineRule="auto"/>
        <w:ind w:firstLine="576"/>
        <w:jc w:val="left"/>
      </w:pPr>
      <w:r>
        <w:rPr>
          <w:rFonts w:ascii="宋体" w:eastAsia="宋体" w:hAnsi="宋体"/>
          <w:sz w:val="28"/>
        </w:rPr>
        <w:t>全面配合福建省电力建设工程质量监督中心站组织相关专家于7月6日对我厂厂用电受电前的验收检查工作。提出问题整改15条，我们组织相关各参建单位及本公司运行、检修人员在任务重，时间紧的情况下，针对存在的问题逐条整改落实到位。使倒送电工作在短时间内顺利送电。8月9日—11日省电力建设工程质量监督中心站组织有关各专业8名专家，根据《垃圾发电工程机组整套启动试运前质量监督检查典型大纲》的要求进行质量监督检查验收，提出整改问题32条。8月12日召开发电机整组启动委员会，8月19日顺利并网发电。</w:t>
      </w:r>
    </w:p>
    <w:p>
      <w:pPr>
        <w:spacing w:before="100" w:after="200" w:line="360" w:lineRule="auto"/>
        <w:ind w:firstLine="576"/>
        <w:jc w:val="left"/>
      </w:pPr>
      <w:r>
        <w:rPr>
          <w:rFonts w:ascii="宋体" w:eastAsia="宋体" w:hAnsi="宋体"/>
          <w:sz w:val="28"/>
        </w:rPr>
        <w:t>6、技术部对电厂生产筹备的工作</w:t>
      </w:r>
    </w:p>
    <w:p>
      <w:pPr>
        <w:spacing w:before="100" w:after="200" w:line="360" w:lineRule="auto"/>
        <w:ind w:firstLine="576"/>
        <w:jc w:val="left"/>
      </w:pPr>
      <w:r>
        <w:rPr>
          <w:rFonts w:ascii="宋体" w:eastAsia="宋体" w:hAnsi="宋体"/>
          <w:sz w:val="28"/>
        </w:rPr>
        <w:t>编写《运行规程》、《生产管理制度》、《标准倒闸操作票》和《启、停机操作票》，《应急预案》等。绘制专业系统图，编写各种运行报表和巡察路线图。组织运行人员对设备进行编号，做标示牌及张贴工作，各专业建立了《设备台账》。组织值长和运行人员在饭堂进行是岗前的培训。</w:t>
      </w:r>
    </w:p>
    <w:p>
      <w:pPr>
        <w:spacing w:before="100" w:after="200" w:line="360" w:lineRule="auto"/>
        <w:jc w:val="left"/>
      </w:pPr>
      <w:r>
        <w:rPr>
          <w:rFonts w:ascii="宋体 (中文正文)" w:eastAsia="宋体" w:hAnsi="宋体 (中文正文)"/>
          <w:b/>
          <w:sz w:val="28"/>
        </w:rPr>
        <w:t>一、主要工作开展情况</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做好煤炭产业发展基础工作，强化两个主体责任的落实;加强监管，规范煤矿安全生产行为;强化基础管理工作，提高煤矿安全生产水平。</w:t>
      </w:r>
    </w:p>
    <w:p>
      <w:pPr>
        <w:spacing w:before="100" w:after="200" w:line="360" w:lineRule="auto"/>
        <w:ind w:firstLine="576"/>
        <w:jc w:val="left"/>
      </w:pPr>
      <w:r>
        <w:rPr>
          <w:rFonts w:ascii="宋体" w:eastAsia="宋体" w:hAnsi="宋体"/>
          <w:sz w:val="28"/>
        </w:rPr>
        <w:t>严格煤矿复工复产工作，为全年煤矿的安全生产奠定良好的基础。加大执法检查力度，铁腕治安，严厉打击各种违法违规行为。全年全县煤矿企业因存在不同程度的安全隐患和不执行监管指令的情况，按照有关法律、法规的规定，分别进行了不同程度的经济处罚，起到了一定的警示教育作用。</w:t>
      </w:r>
    </w:p>
    <w:p>
      <w:pPr>
        <w:spacing w:before="100" w:after="200" w:line="360" w:lineRule="auto"/>
        <w:ind w:firstLine="576"/>
        <w:jc w:val="left"/>
      </w:pPr>
      <w:r>
        <w:rPr>
          <w:rFonts w:ascii="宋体" w:eastAsia="宋体" w:hAnsi="宋体"/>
          <w:sz w:val="28"/>
        </w:rPr>
        <w:t>建立健全隐患排查治理长效机制，消除事故隐患。将隐患排查治理工作贯穿于安全生产活动全过程，认真执行定期报告、重点监控、挂牌督办、公告公示、限期销号制度，煤矿每月要报告事故隐患排查治理情况。</w:t>
      </w:r>
    </w:p>
    <w:p>
      <w:pPr>
        <w:spacing w:before="100" w:after="200" w:line="360" w:lineRule="auto"/>
        <w:ind w:firstLine="576"/>
        <w:jc w:val="left"/>
      </w:pPr>
      <w:r>
        <w:rPr>
          <w:rFonts w:ascii="宋体" w:eastAsia="宋体" w:hAnsi="宋体"/>
          <w:sz w:val="28"/>
        </w:rPr>
        <w:t>加强支护方式，强化顶板管理。年初就要求全县所有煤矿主运输大巷推广使用锚喷支护，消灭裸体巷道;采煤工作面逐步淘汰木支护和金属摩擦支柱支护，推广使用单体液压支柱。掘进工作面使用前探梁支护，严禁无支护进行作业。要求煤矿必须建立至少由5人组成的顶板管理专业队伍，现场全程跟班作业，强化现场管理，及时排查事故隐患。</w:t>
      </w:r>
    </w:p>
    <w:p>
      <w:pPr>
        <w:spacing w:before="100" w:after="200" w:line="360" w:lineRule="auto"/>
        <w:ind w:firstLine="576"/>
        <w:jc w:val="left"/>
      </w:pPr>
      <w:r>
        <w:rPr>
          <w:rFonts w:ascii="宋体" w:eastAsia="宋体" w:hAnsi="宋体"/>
          <w:sz w:val="28"/>
        </w:rPr>
        <w:t>加强现场管理，杜绝习惯性违章。督促煤矿建立健全煤矿负责人和生产经营管理人员下井带班制度并抓好落实，实行井下交接班制度。严格落实入井检身制度，要求入井人员的佩带必须符合规范要求，严禁穿化纤服装、解放鞋等下井。安全管理员和班组长必须坚持作业现场带班，加强现场检查和安全管理，严格按照安全规程、作业规程、操作规程组织生产，从严查处“三违”现象，杜绝习惯性违章。</w:t>
      </w:r>
    </w:p>
    <w:p>
      <w:pPr>
        <w:spacing w:before="100" w:after="200" w:line="360" w:lineRule="auto"/>
        <w:jc w:val="left"/>
      </w:pPr>
      <w:r>
        <w:rPr>
          <w:rFonts w:ascii="宋体 (中文正文)" w:eastAsia="宋体" w:hAnsi="宋体 (中文正文)"/>
          <w:b/>
          <w:sz w:val="28"/>
        </w:rPr>
        <w:t>二、日常学习</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1、在日常工作中对工作面工程质量进行监督及验收，发现问题及时“三定”及时处理，每月组织对全矿进行质量标准化检查、评比，逐步有序地推进质量标准化建设进程。</w:t>
      </w:r>
    </w:p>
    <w:p>
      <w:pPr>
        <w:spacing w:before="100" w:after="200" w:line="360" w:lineRule="auto"/>
        <w:ind w:firstLine="576"/>
        <w:jc w:val="left"/>
      </w:pPr>
      <w:r>
        <w:rPr>
          <w:rFonts w:ascii="宋体" w:eastAsia="宋体" w:hAnsi="宋体"/>
          <w:sz w:val="28"/>
        </w:rPr>
        <w:t>2、在巷道改造过程中及时安排本部门员工对变化条件或特殊条件下的施工地点进行跟班监督、检查，确保安全生产、工程质量合格、施工现场不留隐患。</w:t>
      </w:r>
    </w:p>
    <w:p>
      <w:pPr>
        <w:spacing w:before="100" w:after="200" w:line="360" w:lineRule="auto"/>
        <w:ind w:firstLine="576"/>
        <w:jc w:val="left"/>
      </w:pPr>
      <w:r>
        <w:rPr>
          <w:rFonts w:ascii="宋体" w:eastAsia="宋体" w:hAnsi="宋体"/>
          <w:sz w:val="28"/>
        </w:rPr>
        <w:t>3、加强对本部门员工的学习和培训管理，专业知识及标准要求全面掌握、牢记于心、运用于现场管理，快速提高自身的专业素质和工作能力;同时加强对公司、集团及省厅文件的学习及贯彻实施，认真领会各级部门的精神要求，提升自身政治素养及觉悟。</w:t>
      </w:r>
    </w:p>
    <w:p>
      <w:pPr>
        <w:spacing w:before="100" w:after="200" w:line="360" w:lineRule="auto"/>
        <w:jc w:val="left"/>
      </w:pPr>
      <w:r>
        <w:rPr>
          <w:rFonts w:ascii="宋体 (中文正文)" w:eastAsia="宋体" w:hAnsi="宋体 (中文正文)"/>
          <w:b/>
          <w:sz w:val="28"/>
        </w:rPr>
        <w:t>三、工作中存在的不足及预防措施</w:t>
      </w:r>
    </w:p>
    <w:p>
      <w:pPr>
        <w:spacing w:before="100" w:after="200" w:line="360" w:lineRule="auto"/>
        <w:ind w:firstLine="576"/>
        <w:jc w:val="left"/>
      </w:pPr>
      <w:r>
        <w:rPr>
          <w:rFonts w:ascii="宋体" w:eastAsia="宋体" w:hAnsi="宋体"/>
          <w:sz w:val="28"/>
        </w:rPr>
        <w:t>1、超前意识不强，考虑问题不够全面。由于矿井存在问题较多，在遇到特殊问题时考虑不及时、不全面，在组织和协调上出现脱节。今后工作中要勤思考、超前考虑、多个角度考虑问题，将问题彻底解决。</w:t>
      </w:r>
    </w:p>
    <w:p>
      <w:pPr>
        <w:spacing w:before="100" w:after="200" w:line="360" w:lineRule="auto"/>
        <w:ind w:firstLine="576"/>
        <w:jc w:val="left"/>
      </w:pPr>
      <w:r>
        <w:rPr>
          <w:rFonts w:ascii="宋体" w:eastAsia="宋体" w:hAnsi="宋体"/>
          <w:sz w:val="28"/>
        </w:rPr>
        <w:t>2、工作效率较低。今后要加强业务知识学习，扩展知识面，提高工作能力及效率。</w:t>
      </w:r>
    </w:p>
    <w:p>
      <w:pPr>
        <w:spacing w:before="100" w:after="200" w:line="360" w:lineRule="auto"/>
        <w:ind w:firstLine="576"/>
        <w:jc w:val="left"/>
      </w:pPr>
      <w:r>
        <w:rPr>
          <w:rFonts w:ascii="宋体" w:eastAsia="宋体" w:hAnsi="宋体"/>
          <w:sz w:val="28"/>
        </w:rPr>
        <w:t>3、今后在保证正常工作及正规循环作业前提下，要组织部门业务骨干对工人进行针对性的专业培训，使队组的技术得到及时提升。我部门今后需配备一定的专业技术人员。</w:t>
      </w:r>
    </w:p>
    <w:p>
      <w:pPr>
        <w:spacing w:before="100" w:after="200" w:line="360" w:lineRule="auto"/>
        <w:ind w:firstLine="576"/>
        <w:jc w:val="left"/>
      </w:pPr>
      <w:r>
        <w:rPr>
          <w:rFonts w:ascii="宋体" w:eastAsia="宋体" w:hAnsi="宋体"/>
          <w:sz w:val="28"/>
        </w:rPr>
        <w:t>4、对队组的管理力度不足，今后要加强对队组的管理，在最短时间内制定出适合我公司切实有效的管理办法。严格督促队组按照作业计划或既定计划方案进行作业。</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5、对照集团公司质量标准化要求，进一步规范井下质量标准化建设;严把工程质量关，监督检查队组施工工程质量，杜绝出现不合格工程;严格控制回采工作面回采率，提高资源回收率，杜绝出现资源浪费。</w:t>
      </w:r>
    </w:p>
    <w:p>
      <w:pPr>
        <w:spacing w:before="100" w:after="200" w:line="360" w:lineRule="auto"/>
        <w:ind w:firstLine="576"/>
        <w:jc w:val="left"/>
      </w:pPr>
      <w:r>
        <w:rPr>
          <w:rFonts w:ascii="宋体" w:eastAsia="宋体" w:hAnsi="宋体"/>
          <w:sz w:val="28"/>
        </w:rPr>
        <w:t>6、队组之间的相互协调配合和工人工作积极性较差。今后要加大对施工队组的组织协调力度，使之做到力往一处使，劲往一处聚，齐心协力，挖掘潜力，确保各项生产任务能够顺利完成。</w:t>
      </w:r>
    </w:p>
    <w:p>
      <w:pPr>
        <w:spacing w:before="100" w:after="200" w:line="360" w:lineRule="auto"/>
        <w:ind w:firstLine="576"/>
        <w:jc w:val="left"/>
      </w:pPr>
      <w:r>
        <w:rPr>
          <w:rFonts w:ascii="宋体" w:eastAsia="宋体" w:hAnsi="宋体"/>
          <w:sz w:val="28"/>
        </w:rPr>
        <w:t>首先感谢公司的各位领导和同事给于我信任和支持，在公司领导及部门领导带领下，在各位同事的大力协助下，作为我院集体中的新的一员，能够很快融入并投入工作中去，这个工作上取得一些得成果。</w:t>
      </w:r>
    </w:p>
    <w:p>
      <w:pPr>
        <w:spacing w:before="100" w:after="200" w:line="360" w:lineRule="auto"/>
        <w:ind w:firstLine="576"/>
        <w:jc w:val="left"/>
      </w:pPr>
      <w:r>
        <w:rPr>
          <w:rFonts w:ascii="宋体" w:eastAsia="宋体" w:hAnsi="宋体"/>
          <w:sz w:val="28"/>
        </w:rPr>
        <w:t>我从去年三月份来设计院，来我院已快一年时间，对过去的一年工作进行回顾，总结以往的经验教训，以在新的一年中有所改进，提高设计质量，更加注重服务意思，以院里“质量第一、顾客至上”的社会责任和服务原则严格要求自己，我以前主要从事桥梁设计，来我院大半年时间里从事一些道路、停车场、景观桥梁、驳岸设计工作，过去的这段时间里，主要完成以下项目：</w:t>
      </w:r>
    </w:p>
    <w:p>
      <w:pPr>
        <w:spacing w:before="100" w:after="200" w:line="360" w:lineRule="auto"/>
        <w:ind w:firstLine="576"/>
        <w:jc w:val="left"/>
      </w:pPr>
      <w:r>
        <w:rPr>
          <w:rFonts w:ascii="宋体" w:eastAsia="宋体" w:hAnsi="宋体"/>
          <w:sz w:val="28"/>
        </w:rPr>
        <w:t>道路设计工作，由于我以前一直从事桥梁设计工作，道路设计经验比较少，来我院在杨工的指导下，积极学校道路规范及以往道路设计图纸，完成一些小区的道路和停车场的设计，目前道路设计主要以住宅小区、商业区的道路以及一些景观道路设计为主，小区的道路设计和一般的市政道路有所区别，需要结合建筑总体布局考虑，建筑结构物多且复杂，设计上牵扯的部门比较多，设计中和各个部门沟通协调工作尤为重要，做到局部设计与总体设计协调一致。</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桥梁设计工作，在过去的一年中，设计的桥梁及变更以及复核的桥梁一共6座，目前正在设计的桥梁5座，桥梁设计总数不多，我院的大部分为景观桥梁，设计上需要考虑美观因素，增加桥梁设计难度，在过去一年中，虽然设计的桥梁比较少，但未放下桥梁专业方便学习，在空余时间里，收集一些国内外的一些优美的景观桥梁，学习经验，希望能将这些学习的经验运用到以后的实际工作中去。</w:t>
      </w:r>
    </w:p>
    <w:p>
      <w:pPr>
        <w:spacing w:before="100" w:after="200" w:line="360" w:lineRule="auto"/>
        <w:ind w:firstLine="576"/>
        <w:jc w:val="left"/>
      </w:pPr>
      <w:r>
        <w:rPr>
          <w:rFonts w:ascii="宋体" w:eastAsia="宋体" w:hAnsi="宋体"/>
          <w:sz w:val="28"/>
        </w:rPr>
        <w:t>工作中任务大小不一，处理时间长短不同，我都是认认真真保质保量，按时完成，尽我最大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了解其他部门的工作性质，进一步提高自己专业知识技能，积极吸收新的观念与设计理念，很好的理解自己工作和责任，履行了岗位职责，能够高质、高效的完成本职工作，为本部门的工作做出了应有的贡献。要继续在自己的工作岗位上踏踏实实做事，老老实实做人，争取做出更大的成绩来，为公司带来更大的效益!</w:t>
      </w:r>
    </w:p>
    <w:p>
      <w:pPr>
        <w:spacing w:before="100" w:after="200" w:line="360" w:lineRule="auto"/>
        <w:ind w:firstLine="576"/>
        <w:jc w:val="left"/>
      </w:pPr>
      <w:r>
        <w:rPr>
          <w:rFonts w:ascii="宋体" w:eastAsia="宋体" w:hAnsi="宋体"/>
          <w:sz w:val="28"/>
        </w:rPr>
        <w:t>新的一年意味着新的起点新的机遇新的挑战!新的一年里期望设计院将具有市政乙级资质，作为结构部市政组一员将期待在这一年里市政专业能有更大的发展，积极配合院里的发展市政专业，将不断地总结与反省，不断地鞭策自己并充实能量，提高自身设计水平与业务水平，以适应企业的发展，与各位共同进步，与公司共同成长。</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时光荏苒，忙碌而又硕果累累的xx年就要过去了，值此辞旧迎新之际，将技术部门在xx年的工作做一个回顾，以便弥补不足，更新观念，为xx年能取得更大的成绩，使技术部门的工作开拓新的局面，打下坚实的基础。xx年在公司经理正确科学的领导下，在与销售部门的相互协助和配合下，我部门以坚持精益求精，开拓进取，与时俱进的精神，本着实事求是的行事风范，并坚持谨慎，细心的工作态度统领全面技术工作。按照培训的纲要，抓好专业技术人才队伍建设，并取得了一定的成绩。同时工作中也存在一定的不足，现将xx年工作情况做如下总结：</w:t>
      </w:r>
    </w:p>
    <w:p>
      <w:pPr>
        <w:spacing w:before="100" w:after="200" w:line="360" w:lineRule="auto"/>
        <w:ind w:firstLine="576"/>
        <w:jc w:val="left"/>
      </w:pPr>
      <w:r>
        <w:rPr>
          <w:rFonts w:ascii="宋体" w:eastAsia="宋体" w:hAnsi="宋体"/>
          <w:sz w:val="28"/>
        </w:rPr>
        <w:t>1、本人代表技术部，作为公司的其中一名技术主管，由经理牵头，与朱林凡主管主导并制定了技术部门的基本章程：《服务及监督标准》、《维修流程》、《装机规范》、《员工守则》。经过一定的耕耘，取得了一定的成绩。其中《维修流程》、《装机规范》、《员工守则》的实行，较去年有较明显的改观，落实的较好，一举端掉了技术部门脏乱差，缺乏组织性和纪律性的帽子。</w:t>
      </w:r>
    </w:p>
    <w:p>
      <w:pPr>
        <w:spacing w:before="100" w:after="200" w:line="360" w:lineRule="auto"/>
        <w:ind w:firstLine="576"/>
        <w:jc w:val="left"/>
      </w:pPr>
      <w:r>
        <w:rPr>
          <w:rFonts w:ascii="宋体" w:eastAsia="宋体" w:hAnsi="宋体"/>
          <w:sz w:val="28"/>
        </w:rPr>
        <w:t>但是《服务及监督标准》中的“6、回访机制”在今年年底才开始由销售部和技术不配合初步落实了了下来，未见成效;“7、员工考核”只落实了销售部，技术部门未落实;“8、销售服务质量监控、抱怨处理及预防”完全没有实施。这三大部分中第6和8部分直接关系到公司的口碑和效益，需要全年不间断重点落实，第7部分也是后面要提及的，关系到技术人员的根本利益，根本出发点，公司的技术部门的绩效和效率，用户的口碑，需尽快落实。</w:t>
      </w:r>
    </w:p>
    <w:p>
      <w:pPr>
        <w:spacing w:before="100" w:after="200" w:line="360" w:lineRule="auto"/>
        <w:ind w:firstLine="576"/>
        <w:jc w:val="left"/>
      </w:pPr>
      <w:r>
        <w:rPr>
          <w:rFonts w:ascii="宋体" w:eastAsia="宋体" w:hAnsi="宋体"/>
          <w:sz w:val="28"/>
        </w:rPr>
        <w:t>2、本人6至7月进行了一些工业区的相关工作，非常的感谢公司经理对我的信任和支持、以及对我的培养，给了我一个很大的空间去尝试和提升自己，更多的是宽阔了我的视野，增长了见识。但是出于种种的内在的、外在的因素，故适时转变工作重心，落实售后工作，以谋再次出力，更好的配合各部门的工作的实施，为公司带来效益。</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r>
        <w:rPr>
          <w:rFonts w:ascii="宋体" w:eastAsia="宋体" w:hAnsi="宋体"/>
          <w:sz w:val="28"/>
        </w:rPr>
        <w:t>3、8月份以后落实售后工作，培养并执行技术部门的“精准好”的服务风格，间断的做了4次重要的技术培训，还利用闲暇时间，通过谈心的方式，穿插了各种技术经验和维修技能，做人做事的准则，使技术员得到了应有的提高。xx年，本人将继续贯彻“精准好”的服务风格，配合朱林凡技术主管，建设一支专业的，人性化的，快捷高效的技术人才队伍。</w:t>
      </w:r>
    </w:p>
    <w:p>
      <w:pPr>
        <w:spacing w:before="100" w:after="200" w:line="360" w:lineRule="auto"/>
        <w:ind w:firstLine="576"/>
        <w:jc w:val="left"/>
      </w:pPr>
      <w:r>
        <w:rPr>
          <w:rFonts w:ascii="宋体" w:eastAsia="宋体" w:hAnsi="宋体"/>
          <w:sz w:val="28"/>
        </w:rPr>
        <w:t>总结和思考</w:t>
      </w:r>
    </w:p>
    <w:p>
      <w:pPr>
        <w:spacing w:before="100" w:after="200" w:line="360" w:lineRule="auto"/>
        <w:ind w:firstLine="576"/>
        <w:jc w:val="left"/>
      </w:pPr>
      <w:r>
        <w:rPr>
          <w:rFonts w:ascii="宋体" w:eastAsia="宋体" w:hAnsi="宋体"/>
          <w:sz w:val="28"/>
        </w:rPr>
        <w:t>技术部门，常人看来应该是一个缺乏热情，激情，甚至挑战的枯燥无味的部门。但我凭借多年来积累的经验，虚心与人交流的作风，不自觉的分享经验和成果，让我感觉自己在技术部是热情高涨的，乐于共享的，我相信我给我们部门的这种感受，甚至扩散到其他部门都有这样的感觉。</w:t>
      </w:r>
    </w:p>
    <w:p>
      <w:pPr>
        <w:spacing w:before="100" w:after="200" w:line="360" w:lineRule="auto"/>
        <w:ind w:firstLine="576"/>
        <w:jc w:val="left"/>
      </w:pPr>
      <w:r>
        <w:rPr>
          <w:rFonts w:ascii="宋体" w:eastAsia="宋体" w:hAnsi="宋体"/>
          <w:sz w:val="28"/>
        </w:rPr>
        <w:t>我部门对于未来有个很前瞻的目标，我们相信我们所作的事能够给公司带来效益上的稳定与突破，能够帮助我们的客户实现利益，我们也相信个人价值也能得到实现。有了这样的一个信念，那么工作起来自然和以前有所不同。有些想法有所改变，有些有所加强，下面我将几个重要的问题阐述一下。</w:t>
      </w:r>
    </w:p>
    <w:p>
      <w:pPr>
        <w:spacing w:before="100" w:after="200" w:line="360" w:lineRule="auto"/>
        <w:ind w:firstLine="576"/>
        <w:jc w:val="left"/>
      </w:pPr>
      <w:r>
        <w:rPr>
          <w:rFonts w:ascii="宋体" w:eastAsia="宋体" w:hAnsi="宋体"/>
          <w:sz w:val="28"/>
        </w:rPr>
        <w:t>1、部门定位与自我定位的确立</w:t>
      </w:r>
    </w:p>
    <w:p>
      <w:pPr>
        <w:spacing w:before="100" w:after="200" w:line="360" w:lineRule="auto"/>
        <w:ind w:firstLine="576"/>
        <w:jc w:val="left"/>
      </w:pPr>
      <w:r>
        <w:rPr>
          <w:rFonts w:ascii="宋体" w:eastAsia="宋体" w:hAnsi="宋体"/>
          <w:sz w:val="28"/>
        </w:rPr>
        <w:t>我们将部门明确定义为客户关怀部门，为公司提供客户关怀服务。将我部门定义为家，将自己定义为专家，为客户提供一个整体的解决方案，让客户有家的感觉。可能现在我们实际的情况离这个定位还有些差距，但是这正是我们努力去做的目标。以前我们将部门定义为技术服务部门，当然这肯定是我们在公司中扮演的一个角色。但是这个定义低了一些，高度不够。</w:t>
      </w:r>
    </w:p>
    <w:p>
      <w:pPr>
        <w:spacing w:before="100" w:after="200" w:line="360" w:lineRule="auto"/>
        <w:ind w:firstLine="576"/>
        <w:jc w:val="left"/>
      </w:pPr>
      <w:r>
        <w:rPr>
          <w:rFonts w:ascii="宋体" w:eastAsia="宋体" w:hAnsi="宋体"/>
          <w:sz w:val="28"/>
        </w:rPr>
        <w:t>这样的定义就把我们固化在一个被动的地位，其他部门或者客户有了麻烦的时候才来找我们，有问题需要解决的时候才来找我们。我在xx年是这么为我部门定义和安慰的：“技术部门的最高评价是一年没有听到批评他们的声音，因为这说明他们已经解决了客户的全部问题”。这样的想法一形成，很容易让我自己觉的，跟搞售后服务的一样。对自身的定位也一样，以前自己对自身的定位是个工程师，这有时候限制了想法。</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https://d.book118.com/278075116107006046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78075116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