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2024年教育演讲稿（34篇）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2024年教育演讲稿（精选34篇）</w:t>
      </w:r>
      <w:r>
        <w:rPr>
          <w:lang w:eastAsia="zh-CN"/>
        </w:rPr>
        <w:br/>
      </w:r>
      <w:r>
        <w:rPr>
          <w:lang w:eastAsia="zh-CN"/>
        </w:rPr>
        <w:t xml:space="preserve">    2024年教育演讲稿 篇1 </w:t>
      </w:r>
      <w:r>
        <w:rPr>
          <w:lang w:eastAsia="zh-CN"/>
        </w:rPr>
        <w:br/>
      </w:r>
      <w:r>
        <w:rPr>
          <w:lang w:eastAsia="zh-CN"/>
        </w:rPr>
        <w:t>　　老师们，同学们：</w:t>
      </w:r>
      <w:r>
        <w:rPr>
          <w:lang w:eastAsia="zh-CN"/>
        </w:rPr>
        <w:br/>
      </w:r>
      <w:r>
        <w:rPr>
          <w:lang w:eastAsia="zh-CN"/>
        </w:rPr>
        <w:t>　　早上好！</w:t>
      </w:r>
      <w:r>
        <w:rPr>
          <w:lang w:eastAsia="zh-CN"/>
        </w:rPr>
        <w:br/>
      </w:r>
      <w:r>
        <w:rPr>
          <w:lang w:eastAsia="zh-CN"/>
        </w:rPr>
        <w:t>　　今天我讲话的题目是：法制伴我们健康成长。</w:t>
      </w:r>
      <w:r>
        <w:rPr>
          <w:lang w:eastAsia="zh-CN"/>
        </w:rPr>
        <w:br/>
      </w:r>
      <w:r>
        <w:rPr>
          <w:lang w:eastAsia="zh-CN"/>
        </w:rPr>
        <w:t>　　在这个社会大家庭里，我们每个人如何约束自己、规范自己的行为呢？那就是知法懂法。“法”使我们每个人明确是非的界限，而这也是我们每个公民所应具备的最基本的素质。</w:t>
      </w:r>
      <w:r>
        <w:rPr>
          <w:lang w:eastAsia="zh-CN"/>
        </w:rPr>
        <w:br/>
      </w:r>
      <w:r>
        <w:rPr>
          <w:lang w:eastAsia="zh-CN"/>
        </w:rPr>
        <w:t>　　法律离我们很近，渗透在我们生活的方方面面。它与道德、习惯、纪律一样，都在规范着人们的行为。正是有了法律，这个社会才变得有序；正是由于法律的存在，才使我们的权利得到应有的保障。</w:t>
      </w:r>
      <w:r>
        <w:rPr>
          <w:lang w:eastAsia="zh-CN"/>
        </w:rPr>
        <w:br/>
      </w:r>
      <w:r>
        <w:rPr>
          <w:lang w:eastAsia="zh-CN"/>
        </w:rPr>
        <w:t>　　俗话说：“没有规矩不成方圆”，无论做什么事都要有个规矩，否则就什么也做不成。青少年是祖国的未来，民族的未来希望。青少年法律素质的高低，在一定程度上决定了未来社会的稳定程度。正处在生理和心理的生长发育阶段的我们，可塑性很强，从小培养法律意识，进行普法教育，不仅可以预防和减少违法犯罪，更重要的是能促使我们养成依法办事，遵纪守法的良好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不要忽视遵纪的作用，“以小见大”的道理人人都懂。“勿以善小而不为，勿以恶小而为之”，现在小小的放松很可能会酿成将来大的失足。我们现在只有从一名合格的小学生做起，才能在我们走出校园，融入社会后，真正成为一名知法、懂法、守法的好公民。</w:t>
      </w:r>
      <w:r>
        <w:rPr>
          <w:lang w:eastAsia="zh-CN"/>
        </w:rPr>
        <w:br/>
      </w:r>
      <w:r>
        <w:rPr>
          <w:lang w:eastAsia="zh-CN"/>
        </w:rPr>
        <w:t>　　同学们，从今天起，从这一刻起，让我们一起踏上与法同行的道路吧！教育演讲稿篇5</w:t>
      </w:r>
      <w:r>
        <w:rPr>
          <w:lang w:eastAsia="zh-CN"/>
        </w:rPr>
        <w:br/>
      </w:r>
      <w:r>
        <w:rPr>
          <w:lang w:eastAsia="zh-CN"/>
        </w:rPr>
        <w:t>　　大家好！今天我演讲的题目是：《我愿青春献家乡心为教育终不悔》。</w:t>
      </w:r>
      <w:r>
        <w:rPr>
          <w:lang w:eastAsia="zh-CN"/>
        </w:rPr>
        <w:br/>
      </w:r>
      <w:r>
        <w:rPr>
          <w:lang w:eastAsia="zh-CN"/>
        </w:rPr>
        <w:t>　　我是三甲镇中心幼儿园的一名普通教师，至今从教已有五年了，五年的执着，五年的努力、五年的真心付出，让我不断脱变。</w:t>
      </w:r>
      <w:r>
        <w:rPr>
          <w:lang w:eastAsia="zh-CN"/>
        </w:rPr>
        <w:br/>
      </w:r>
      <w:r>
        <w:rPr>
          <w:lang w:eastAsia="zh-CN"/>
        </w:rPr>
        <w:t>　　记得刚入岗时，每当看到孩子入园，哭闹不止，父母焦急万分时，我总是手忙脚乱的，孩子哭，家长急，我更慌。而现在的我总能从容的去应对这一切状况！然而我知道我的成长离不开我爱的孩子们，是他们让我感到幼教工作的快乐与幸福，是他们给了我自信让我找到作为人师的支撑点，是他们给予了更多执着幼教事业的理由；我的成长也离不开每天见面的同事们，她们对工作兢兢业业、认真负责的态度给了我榜样的力量，我的成长离不开默默支持我的家长朋友，她们一句句温暖的话语让我感到教师职业的无上荣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清晨，当我踏着轻快的步子来到幼儿园里，微笑着接待那一张张扬起的小脸时，我就觉得世界是如此的美好。看到一双双明亮的小眼睛，摸着一颗颗温热的小脑瓜、拉着一双双温暖的小手，我没有办法不去爱他们，我将我的心融进她们所在的每一个角落。在有的人眼中我们幼儿教师就是高级保姆，因为我们要管理孩子的吃喝拉撒，可孩子们不这样认为，我们在孩子眼中那是仅次于妈妈，甚至比爱妈妈更爱的`老师，因为老师除了像妈妈一样照顾她们外，还会和他们一起做很好玩的游戏、还会给他们讲很好听的故事、还会带着他们一起探索大自然的奥秘。</w:t>
      </w:r>
      <w:r>
        <w:rPr>
          <w:lang w:eastAsia="zh-CN"/>
        </w:rPr>
        <w:br/>
      </w:r>
      <w:r>
        <w:rPr>
          <w:lang w:eastAsia="zh-CN"/>
        </w:rPr>
        <w:t>　　我觉得每个人都是带着一种使命来到这个世界！而我的使命就是和孩子们在一起，用青春和誓言诠释幼教职业的本质—————"爱与职责"。我是一名青年，也许在"三晋名镇舒心三甲"的建设中我不能够做出凸显的成绩，也许在家乡的建设大军中我毫无名气，但是在家乡的幼教事业中我可以立足于平平淡淡的真诚、实实在在的耕耘，我以我的渺小来做好孩子们受教育的基础。陶行知先生说得好：捧着一颗心来，不带半根草去，这正是无私奉献爱心的典范，也是我教师工作的一面镜子，时刻提醒自己作为师者的责任，用我的爱与尊重去照亮孩子心灵窗户里的那盏盏烛光。</w:t>
      </w:r>
      <w:r>
        <w:rPr>
          <w:lang w:eastAsia="zh-CN"/>
        </w:rPr>
        <w:br/>
      </w:r>
      <w:r>
        <w:rPr>
          <w:lang w:eastAsia="zh-CN"/>
        </w:rPr>
        <w:t>　　弹指一挥，五年过去了，我在这块教育园地里辛勤的耕耘，默默的奉献着，本着对事业的衷心，对幼儿的爱心，对工作的热心，对未来的信心，我将继续在咱们三甲镇的幼教岗位上兢兢业业，无私奉献，让我与幼教事业共风雨、共兼程，共成长！我愿青春献家乡心为幼教终不悔！</w:t>
      </w:r>
      <w:r>
        <w:rPr>
          <w:lang w:eastAsia="zh-CN"/>
        </w:rPr>
        <w:br/>
      </w:r>
      <w:r>
        <w:rPr>
          <w:lang w:eastAsia="zh-CN"/>
        </w:rPr>
        <w:t xml:space="preserve">    2024年教育演讲稿 篇2 </w:t>
      </w:r>
      <w:r>
        <w:rPr>
          <w:lang w:eastAsia="zh-CN"/>
        </w:rPr>
        <w:br/>
      </w:r>
      <w:r>
        <w:rPr>
          <w:lang w:eastAsia="zh-CN"/>
        </w:rPr>
        <w:t>　　尊敬的大武口区人武部官兵、老师们，尊敬的家长和同学们：</w:t>
      </w:r>
      <w:r>
        <w:rPr>
          <w:lang w:eastAsia="zh-CN"/>
        </w:rPr>
        <w:br/>
      </w:r>
      <w:r>
        <w:rPr>
          <w:lang w:eastAsia="zh-CN"/>
        </w:rPr>
        <w:t>　　大家好!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大武口区武装部和高一年级全体师生的共同努力下，我校__年高一新生入学教育及军训工作，圆满完成了预定的各项计划，今天就要结束了。本次入学教育和军训，得到了大武口区人武部的大力支持，他们千方百计克服自身人员少、工作任务重、无兵源等困难，及时抽调20名干部战士承担了我校高一年级16个班的军训任务。人武部领导在百忙中几次抽出时间，专程前来我校对军训工作给予指导，体现了部队领导高度的责任心、严谨扎实的工作作风和认真负责的精神。在学校的精心组织安排下，通过10天的入学教育和教官的严格训练，取得了明显成效，汇报表演获得圆满成功，达到了军训和入学教育的预期目的'。在此，我代表学校向关心支持我校军训工作的大武口区人武部领导以及全体教官表示衷心的感谢，向在军训中表现突出的优秀班集体和优秀学生、优秀教官表示热烈的祝贺!</w:t>
      </w:r>
      <w:r>
        <w:rPr>
          <w:lang w:eastAsia="zh-CN"/>
        </w:rPr>
        <w:br/>
      </w:r>
      <w:r>
        <w:rPr>
          <w:lang w:eastAsia="zh-CN"/>
        </w:rPr>
        <w:t>　　回顾我校今年的军训和入学教育工作，主要有五个特点：</w:t>
      </w:r>
      <w:r>
        <w:rPr>
          <w:lang w:eastAsia="zh-CN"/>
        </w:rPr>
        <w:br/>
      </w:r>
      <w:r>
        <w:rPr>
          <w:lang w:eastAsia="zh-CN"/>
        </w:rPr>
        <w:t>　　一是学校领导高度重视，多次会同武装部领导协商学生军训工作，并召开有关会议研究安排此项工作;</w:t>
      </w:r>
      <w:r>
        <w:rPr>
          <w:lang w:eastAsia="zh-CN"/>
        </w:rPr>
        <w:br/>
      </w:r>
      <w:r>
        <w:rPr>
          <w:lang w:eastAsia="zh-CN"/>
        </w:rPr>
        <w:t>　　二是动手早，准备充分。德育处为此专门制定了详细的军训和入学教育计划，逐项明确责任分工，落实讲课人员和训练科目，做到有的放矢;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三是内容丰富充实，时间安排紧凑。短短10天的入学教育内容涵盖了中学生日常行为规范、文明礼仪、高中新课程学习方法指导、安全法制教育、校园文化解读、消防知识和防火避震演练、参观军营等方面。军训内容涉及军容军姿、队例队形、三大步伐等;</w:t>
      </w:r>
      <w:r>
        <w:rPr>
          <w:lang w:eastAsia="zh-CN"/>
        </w:rPr>
        <w:br/>
      </w:r>
      <w:r>
        <w:rPr>
          <w:lang w:eastAsia="zh-CN"/>
        </w:rPr>
        <w:t>　　四是德育处、年级部、总务处密切配合，热情为参训官兵和学生服务，搞好后勤保障;</w:t>
      </w:r>
      <w:r>
        <w:rPr>
          <w:lang w:eastAsia="zh-CN"/>
        </w:rPr>
        <w:br/>
      </w:r>
      <w:r>
        <w:rPr>
          <w:lang w:eastAsia="zh-CN"/>
        </w:rPr>
        <w:t>　　五是形式灵活多样，入学教育以讲座为主，配合音像资料穿插一些班级常规教育、防灾演练，军训间隙还穿插些游戏娱乐活动。</w:t>
      </w:r>
      <w:r>
        <w:rPr>
          <w:lang w:eastAsia="zh-CN"/>
        </w:rPr>
        <w:br/>
      </w:r>
      <w:r>
        <w:rPr>
          <w:lang w:eastAsia="zh-CN"/>
        </w:rPr>
        <w:t>　　每天结束前，由教官和班主任进行小结点评，丰富了入学教育和军训生活。需要特别提出的是大部分教官和教师都能尽职尽责，对入学教育和军训工作投入了极大的热情。训练中，教官们做到严格要求、严格训练，对每一个动作反复纠正，一丝不苟，班主任老师们早出晚归，坚持跟班，了解学生思想状态，主动做好班级学生教育管理工作，为学生服务，与学生打成一片，同甘共苦，从而确保了入学教育和军训任务的顺利完成。</w:t>
      </w:r>
      <w:r>
        <w:rPr>
          <w:lang w:eastAsia="zh-CN"/>
        </w:rPr>
        <w:br/>
      </w:r>
      <w:r>
        <w:rPr>
          <w:lang w:eastAsia="zh-CN"/>
        </w:rPr>
        <w:t>　　十多天中，同学们主动接受入学教育和军事训练，专心听讲，认真作听课笔记，撰写心得体会和日记。虽然每天骄阳似火，酷热难耐，但同学们热情高涨，信心十足。训练中，虚心向教官学习，不怕苦、不怕脏、不怕累，严守纪律，坚持训练，经受住了考验。汇报表演中，个个精神抖擞，队列、步伐整齐，动作规范，口号响亮，有的同学带病坚持训练，有的班级和同学自愿留下来训练。表现出本届新生崭新的精神风貌和昂扬向上的进取精神。同学们用实际行动为班集体赢得了荣誉，也为高中三年的学习生活开了一个好头，得到前来参加观摩的领导与家长的一致好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同学们：经过入学教育，使大家对高中阶段学习生活特点、学习方法和学校管理规范有了深入了解，同时也明确了跨入三中校门以后自己的努力方向和奋斗目标，进一步增强了遵纪守法、勤奋学习、合作交流和文明礼貌的意识;通过军训使大家领会和体验了军人那种特别能吃苦、特别能战斗的精神以及人民军队服从命令、听党指挥、服务人民的铁的纪律、铁的意志和铁的作风，从而进一步增强了组织纪律观念和国防意识，锤炼了坚强的意志和顽强的作风，大大激发了爱班级、爱学校、爱家乡、爱祖国的朴素情感。也在军地联合开展学生思想品德教育、国防教育方面积累了宝贵经验，对当前乃至今后学校精神文明建设必将起到积极的推动作用。</w:t>
      </w:r>
      <w:r>
        <w:rPr>
          <w:lang w:eastAsia="zh-CN"/>
        </w:rPr>
        <w:br/>
      </w:r>
      <w:r>
        <w:rPr>
          <w:lang w:eastAsia="zh-CN"/>
        </w:rPr>
        <w:t xml:space="preserve">    2024年教育演讲稿 篇3 </w:t>
      </w:r>
      <w:r>
        <w:rPr>
          <w:lang w:eastAsia="zh-CN"/>
        </w:rPr>
        <w:br/>
      </w:r>
      <w:r>
        <w:rPr>
          <w:lang w:eastAsia="zh-CN"/>
        </w:rPr>
        <w:t>　　，我们中队在公司领导及机关各组室的关心指导下，克服困难，大胆创新，在各项工作中均取得了较好的成绩。</w:t>
      </w:r>
      <w:r>
        <w:rPr>
          <w:lang w:eastAsia="zh-CN"/>
        </w:rPr>
        <w:br/>
      </w:r>
      <w:r>
        <w:rPr>
          <w:lang w:eastAsia="zh-CN"/>
        </w:rPr>
        <w:t>　　下面就我中队在管理方面特别是体系管理方面的一些做法与大家作一交流。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体系安全管理上，我们坚持教育为先，预防为主，提倡警觉性驾驶，坚定了“抓生产从安全入手，抓安全从思想出发”的工作理念，及时规范和完善安全基础资料，广泛宣传交,广泛宣传交通安全知识，加强安全监督检查，加大考核力度，逐步形成了安全生产稳定发展的良好局面。我们以健全和完善“预防为主”的安全生产管理体制、构建安全生产长效机制为重点，以提高驾驶员的安全意识和安全技术素质，杜绝各类安全事故发生为目标，结合安全生产专项整治活动的开展，通过学习、教育、检查、考核等多种方式，把安全生产理念、制度、方法灌输到每个人的头脑中，以实现“以制度管安全”的安全生产文化理念。如在“反习惯性违章”活动中，结合习惯性违章的特点和安全生产的实际，在制定实施意见的基础上，广泛宣传，层层发动，强化措施，注重实效，使“反习惯性违章”成为操作人员的自觉行为。</w:t>
      </w:r>
      <w:r>
        <w:rPr>
          <w:lang w:eastAsia="zh-CN"/>
        </w:rPr>
        <w:br/>
      </w:r>
      <w:r>
        <w:rPr>
          <w:lang w:eastAsia="zh-CN"/>
        </w:rPr>
        <w:t>　　在“安全生产月”活动期间，我们通过开展“十看”活动（看各级领导对安全生产工作的重视程度、看安全生产首位意识树立情况、看安全生产教育是否到位、看安全生产制度落实情况、看安全生产事故隐患排查整改情况、看生产设备设施的安全状况、看对“三违”人员的处罚情况、看对以前发生的一些小事故的反思情况、看安全生产投入及安全生产技术管理和创新情况、看对上级和公司有关安全生产文件及会议精神的落实情况），深入排查安全生产工作中存在的隐患和问题，做到了注重实效，不搞形式，不走过场，真正在措施上行动上体现“安全第一”的要求，从而在全队范围营造出了“关注安全，关心生命”的浓厚氛围。</w:t>
      </w:r>
      <w:r>
        <w:rPr>
          <w:lang w:eastAsia="zh-CN"/>
        </w:rPr>
        <w:br/>
      </w:r>
      <w:r>
        <w:rPr>
          <w:lang w:eastAsia="zh-CN"/>
        </w:rPr>
        <w:t>　　安全工作的全面提高需要全体人员的共同努力，而对驾驶员的安全教育是重中之重。如何做好基层安全教育工作，作为基层管理者应该有耐心、有恒心，有创新，需要平时做多方面卓有成效的工作，以人为本，提高人的素质是关键。素质的提高，教育是最有效的途径，我们发现在驾驶员安全教育过程中，做好以下几个方面十分重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一是教育内容突出针对性。安全教育的内容广泛，在有限的安全活动里，只能集中精力解决一两个突出问题。面面俱到，胡子眉毛一把抓，很难收到良好的效果。</w:t>
      </w:r>
      <w:r>
        <w:rPr>
          <w:lang w:eastAsia="zh-CN"/>
        </w:rPr>
        <w:br/>
      </w:r>
      <w:r>
        <w:rPr>
          <w:lang w:eastAsia="zh-CN"/>
        </w:rPr>
        <w:t>　　二是教育对象要突出层次性。安全教育不能一个模式，不能新老职工“一锅煮”。我们根据驾驶员的工作年限，违章记录等情况，划出不同层次，依据各个层次的实际情况，对症下药，确定不同的教育内容，做到“一把钥匙开一把锁”。力求达到安全教育实用、有效。</w:t>
      </w:r>
      <w:r>
        <w:rPr>
          <w:lang w:eastAsia="zh-CN"/>
        </w:rPr>
        <w:br/>
      </w:r>
      <w:r>
        <w:rPr>
          <w:lang w:eastAsia="zh-CN"/>
        </w:rPr>
        <w:t>　　三是形式要突出灵活性。在长期的'安全教育过程中，我们发现如果总是以一种模式进行，驾驶员会容易产生厌烦心理，因此安全教育形式要多样化，灵活安排，要因地制宜，可以采取黑板报、宣传栏、安全知识问答，安全座谈会等驾驶员喜闻乐见的形式，使驾驶员易于接受。我们还根据天气变化情况，通过电话等形式及时提醒驾驶员应注意的事项，在日常工作中，随时随地的与驾驶员进行交流，既温暖了职工的心，也使得安全教育的效果更佳。</w:t>
      </w:r>
      <w:r>
        <w:rPr>
          <w:lang w:eastAsia="zh-CN"/>
        </w:rPr>
        <w:br/>
      </w:r>
      <w:r>
        <w:rPr>
          <w:lang w:eastAsia="zh-CN"/>
        </w:rPr>
        <w:t>　　四是语言要突出趣味性。以前，我们在周一安全教育例会中总是老一套，教育干巴巴的，驾驶员听得昏昏欲睡，重要的一条原因是知识性、趣味性不强，老生常谈，语言单调平淡，平铺直叙，缺乏吸引力。而现在，我们把典型事故、安全警句等穿插运用，做到内容丰富、语言幽默、寓意深刻，把安全教育渗透到员工日常工作学习和生活娱乐中去，把知识性和趣味性有效地结合起来，使职工在娱乐中受到了潜移默化的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五是事例要突出典型性。安全教育少不了列举事故案例，现在我们很注意改变案例只讲远、不讲近，只讲大、不讲小，一个案例讲半天的状况。而是根据教育内容，精心选择具有普遍性和代表性，能引起员工警觉的案例，使大家印象深刻。</w:t>
      </w:r>
      <w:r>
        <w:rPr>
          <w:lang w:eastAsia="zh-CN"/>
        </w:rPr>
        <w:br/>
      </w:r>
      <w:r>
        <w:rPr>
          <w:lang w:eastAsia="zh-CN"/>
        </w:rPr>
        <w:t>　　六是教育中突出参与性。在现在的安全教育课中，我们十分注意驾驶员的有效参与，仅靠队部的几个人讲显得面太狭窄。而打破“一言堂”、“满堂灌”的陈规，让驾驶员唱主角，会取得意想不到的效果。大家通过谈经验、体会、教训，达到经验大家学，教训共同吸取，取长补短，互相提高的目的。</w:t>
      </w:r>
      <w:r>
        <w:rPr>
          <w:lang w:eastAsia="zh-CN"/>
        </w:rPr>
        <w:br/>
      </w:r>
      <w:r>
        <w:rPr>
          <w:lang w:eastAsia="zh-CN"/>
        </w:rPr>
        <w:t>　　安全教育是安全工作的立本之举，因为它不仅关系到安全生产，关系到企业的经济效益，而且关系到家庭的幸福，社会和稳定。因此尽管安全教育是一项长期而艰巨的工作，但为有一个安定的生产环境和稳定的社会环境，安全教育工作要持之以恒。随着企业改制的不断深入，不断会有新的问题出现，需要我们在提高自身素质的同时，更加认真分析研究，把工作做得更好。有的同学上下楼梯时，不靠右行走，你推我挤，甚至把楼梯扶手当做滑滑梯;有的同学随意地把脑袋甚至半个身子探出窗口，或者向窗外扔东西;有的同学总是攀爬栏杆、树木;还有的同学放学后不按时回家，在校园、街头逗留闲逛。从以上这些事实中，不难看出我们同学们的生活中还存在着很大的安全隐患。</w:t>
      </w:r>
      <w:r>
        <w:rPr>
          <w:lang w:eastAsia="zh-CN"/>
        </w:rPr>
        <w:br/>
      </w:r>
      <w:r>
        <w:rPr>
          <w:lang w:eastAsia="zh-CN"/>
        </w:rPr>
        <w:t>　　在这里，我向各位同学提出几点建议：</w:t>
      </w:r>
      <w:r>
        <w:rPr>
          <w:lang w:eastAsia="zh-CN"/>
        </w:rPr>
        <w:br/>
      </w:r>
      <w:r>
        <w:rPr>
          <w:lang w:eastAsia="zh-CN"/>
        </w:rPr>
        <w:t>　　1、严格遵守“三不奔跑”，即教室里面不奔跑;楼梯上下不奔跑;走廊转弯处不奔跑。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2、在学校劳动中注意安全，如扫地，擦窗户，搬桌子等，预防意外事故。</w:t>
      </w:r>
      <w:r>
        <w:rPr>
          <w:lang w:eastAsia="zh-CN"/>
        </w:rPr>
        <w:br/>
      </w:r>
      <w:r>
        <w:rPr>
          <w:lang w:eastAsia="zh-CN"/>
        </w:rPr>
        <w:t>　　3、同学们购买袋装食品要看清楚生产日期、保质期、生产厂家及地址，不购买“三无”食品;不在街头流动摊点购买零食，防止误食不卫生食品、过期变质食品，造成食物中毒。</w:t>
      </w:r>
      <w:r>
        <w:rPr>
          <w:lang w:eastAsia="zh-CN"/>
        </w:rPr>
        <w:br/>
      </w:r>
      <w:r>
        <w:rPr>
          <w:lang w:eastAsia="zh-CN"/>
        </w:rPr>
        <w:t>　　4.上体育课和课外活动前要充分做好准备活动，运动时不要剧烈碰撞，以免撞伤或摔伤。</w:t>
      </w:r>
      <w:r>
        <w:rPr>
          <w:lang w:eastAsia="zh-CN"/>
        </w:rPr>
        <w:br/>
      </w:r>
      <w:r>
        <w:rPr>
          <w:lang w:eastAsia="zh-CN"/>
        </w:rPr>
        <w:t>　　5.要注意心理安全。同学之间要互相体谅和互相理解，多看看别人的长处，尊重同学的不同个性;同时自己也要以平和的心态来处理自己面对的困难。</w:t>
      </w:r>
      <w:r>
        <w:rPr>
          <w:lang w:eastAsia="zh-CN"/>
        </w:rPr>
        <w:br/>
      </w:r>
      <w:r>
        <w:rPr>
          <w:lang w:eastAsia="zh-CN"/>
        </w:rPr>
        <w:t>　　6、同学之间要互相提醒，发现安全隐患，或者不安全的行为及时向老师和班干部报告。</w:t>
      </w:r>
      <w:r>
        <w:rPr>
          <w:lang w:eastAsia="zh-CN"/>
        </w:rPr>
        <w:br/>
      </w:r>
      <w:r>
        <w:rPr>
          <w:lang w:eastAsia="zh-CN"/>
        </w:rPr>
        <w:t>　　同学们，让我们共同努力创建平安校园。让我们在国旗下共同祝愿,祝愿我们每天平平安安高高兴兴，祝愿我们的校园真正成为全校师生安全的港湾，和谐的家园!</w:t>
      </w:r>
      <w:r>
        <w:rPr>
          <w:lang w:eastAsia="zh-CN"/>
        </w:rPr>
        <w:br/>
      </w:r>
      <w:r>
        <w:rPr>
          <w:lang w:eastAsia="zh-CN"/>
        </w:rPr>
        <w:t xml:space="preserve">    2024年教育演讲稿 篇4 </w:t>
      </w:r>
      <w:r>
        <w:rPr>
          <w:lang w:eastAsia="zh-CN"/>
        </w:rPr>
        <w:br/>
      </w:r>
      <w:r>
        <w:rPr>
          <w:lang w:eastAsia="zh-CN"/>
        </w:rPr>
        <w:t>　　各位老师、同学们：</w:t>
      </w:r>
      <w:r>
        <w:rPr>
          <w:lang w:eastAsia="zh-CN"/>
        </w:rPr>
        <w:br/>
      </w:r>
      <w:r>
        <w:rPr>
          <w:lang w:eastAsia="zh-CN"/>
        </w:rPr>
        <w:t>　　大家好!接上级通知，五一放假时间为4月29日～5月1日，星期六下午放学后至下星期二下午返校。三天的假期，会使我们紧张的身心得以休整，同时也会使我们调整心态，更好地投入到假期后紧张而又繁忙的学习和工作中去。希望各位同学能够度过一个安全、文明、快乐的五一假期，特就安全方面对大家提以下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一、交通安全。大家一定要注意交通安全，严格遵守交通规则。结合我校实际，严禁同学们在马路上骑单车;不得在马路上玩闹、游戏;路上靠右边走，不横穿马路,注意行路安全;外出不得乘坐农用三轮车、报废车辆和手续不全的车辆，以免发生交通意外;乘车时不准将头、手伸出车外，注意文明礼貌，主动给老人、儿童和残疾人让座。在公共场所要遵守秩序，有礼貌。</w:t>
      </w:r>
      <w:r>
        <w:rPr>
          <w:lang w:eastAsia="zh-CN"/>
        </w:rPr>
        <w:br/>
      </w:r>
      <w:r>
        <w:rPr>
          <w:lang w:eastAsia="zh-CN"/>
        </w:rPr>
        <w:t>　　二、防溺水、防火安全。天气逐渐炎热，由于本校离丹江河近，且学生都家居农村，离山林、山塘、水库等也较近。因此同学们切不可独自或结伴进山林，尤其不得在野外用火，以免发生森林火灾、意外事件。严禁独自或结伴去河边、山塘、水库等地玩耍，以免发生溺水事件。</w:t>
      </w:r>
      <w:r>
        <w:rPr>
          <w:lang w:eastAsia="zh-CN"/>
        </w:rPr>
        <w:br/>
      </w:r>
      <w:r>
        <w:rPr>
          <w:lang w:eastAsia="zh-CN"/>
        </w:rPr>
        <w:t>　　三、注意食品安全，防止传染病的发生。不买、不食腐败变质、污秽不洁、过保质期、标识不全或“三无”的食品;不暴饮暴食，不光顾流动摊档和卫生条件不佳的饮食店，不食用来历不明的食品;预防食物中毒，尽量减少在外就餐;春夏季是传染病高发季节，为了防止各种传染性疾病，尽量不要进入空气混浊、不流通、人群稠密的公共场所;经常开窗通风，保持居室的空气流通和环境卫生;勤洗手，保证充足睡眠，养成良好的卫生习惯。</w:t>
      </w:r>
      <w:r>
        <w:rPr>
          <w:lang w:eastAsia="zh-CN"/>
        </w:rPr>
        <w:br/>
      </w:r>
      <w:r>
        <w:rPr>
          <w:lang w:eastAsia="zh-CN"/>
        </w:rPr>
        <w:t>　　四、居家和外出安全。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根据我校学生情况，学生家长大多早出晚归，白天时间多由学生独自或跟年迈的爷爷奶奶在家，同学们一定要注意居家安全，如：室内活动安全(防滑防摔防坠楼等);如何正确使用电器、煤气、刀具，饮食安全等。不爬高，不上树，不爬电线杆、栏杆、房屋、桥梁、土坡、不做危险性的活动等，不到铁路、施工重地等不安全的地方玩耍。</w:t>
      </w:r>
      <w:r>
        <w:rPr>
          <w:lang w:eastAsia="zh-CN"/>
        </w:rPr>
        <w:br/>
      </w:r>
      <w:r>
        <w:rPr>
          <w:lang w:eastAsia="zh-CN"/>
        </w:rPr>
        <w:t>　　“五一”期间严禁外出上网吧、游戏厅等一些不利于青少年健康成长的场所;不吸烟、不酗酒，不参加赌博等各种违法犯罪活动;严禁接触毒品;要预防意外事故发生。</w:t>
      </w:r>
      <w:r>
        <w:rPr>
          <w:lang w:eastAsia="zh-CN"/>
        </w:rPr>
        <w:br/>
      </w:r>
      <w:r>
        <w:rPr>
          <w:lang w:eastAsia="zh-CN"/>
        </w:rPr>
        <w:t>　　外出旅游要注意自身安全，注意保护旅游景点的公共设施及环境卫生，做一个文明的游客。不和陌生人说话，不跟陌生人走路，不吃陌生人给的东西。不独自外出，外出时必须有家长带领，在无父母陪伴下，外出玩耍时要告诉父母：到哪里去、和谁一起、什么时间回来。严禁几个同学私自外出玩耍，未经家长允许不准在外过夜。</w:t>
      </w:r>
      <w:r>
        <w:rPr>
          <w:lang w:eastAsia="zh-CN"/>
        </w:rPr>
        <w:br/>
      </w:r>
      <w:r>
        <w:rPr>
          <w:lang w:eastAsia="zh-CN"/>
        </w:rPr>
        <w:t>　　希望每位同学认真完成假期作业，多看一些有益的书籍;认真遵守安全行为公约，互相监督，互相约束;发现不良行为及时向家长报告，消除安全隐患，防止各种事故的发生。</w:t>
      </w:r>
      <w:r>
        <w:rPr>
          <w:lang w:eastAsia="zh-CN"/>
        </w:rPr>
        <w:br/>
      </w:r>
      <w:r>
        <w:rPr>
          <w:lang w:eastAsia="zh-CN"/>
        </w:rPr>
        <w:t>　　同学们，生命是最为宝贵的，失去了就不可能重来。所以重视安全，是我们每个人的`义务更是我们每个人的责任。在安全的问题上，来不得半点麻痹和侥幸，必须要树立高度的安全意识，人人讲安全，时时讲安全，事事讲安全，珍爱生命、远离事故、远离伤痛!校内外活动安全、个人家居安全等等。</w:t>
      </w:r>
      <w:r>
        <w:rPr>
          <w:lang w:eastAsia="zh-CN"/>
        </w:rPr>
        <w:br/>
      </w:r>
      <w:r>
        <w:rPr>
          <w:lang w:eastAsia="zh-CN"/>
        </w:rPr>
        <w:t>　　今天主要给同学们讲讲校内安全和交通安全。</w:t>
      </w:r>
      <w:r>
        <w:rPr>
          <w:lang w:eastAsia="zh-CN"/>
        </w:rPr>
        <w:br/>
      </w:r>
      <w:r>
        <w:rPr>
          <w:lang w:eastAsia="zh-CN"/>
        </w:rPr>
        <w:t>　　(一)校内安全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1、在校内不互相追逐打闹，上下楼梯不要拥挤，要注意礼让靠右慢行。严禁在楼梯的扶手栏杆向下直滑或追逐奔跑。</w:t>
      </w:r>
      <w:r>
        <w:rPr>
          <w:lang w:eastAsia="zh-CN"/>
        </w:rPr>
        <w:br/>
      </w:r>
      <w:r>
        <w:rPr>
          <w:lang w:eastAsia="zh-CN"/>
        </w:rPr>
        <w:t>　　2、严禁爬高或在阳台护栏上探取东西，大扫除时二层以上在没有安全防护措施的情况下，不要探出身去擦外窗玻璃。在做卫生时，禁止打闹，以防滑倒跌伤。</w:t>
      </w:r>
      <w:r>
        <w:rPr>
          <w:lang w:eastAsia="zh-CN"/>
        </w:rPr>
        <w:br/>
      </w:r>
      <w:r>
        <w:rPr>
          <w:lang w:eastAsia="zh-CN"/>
        </w:rPr>
        <w:t>　　3、学习用电常识，不要用硬的物品接触电源，也不要用人体某个部位接触电源，以防触电。不要乱插、私接电源，特别是不要用湿手去插电源插头。不要用湿布擦电器开关。</w:t>
      </w:r>
      <w:r>
        <w:rPr>
          <w:lang w:eastAsia="zh-CN"/>
        </w:rPr>
        <w:br/>
      </w:r>
      <w:r>
        <w:rPr>
          <w:lang w:eastAsia="zh-CN"/>
        </w:rPr>
        <w:t>　　4、从小养成卫生习惯，饭、便前后都要洗手，不到无证摊贩购买不洁零食和其他来路不明的食物，以免食物中毒。</w:t>
      </w:r>
      <w:r>
        <w:rPr>
          <w:lang w:eastAsia="zh-CN"/>
        </w:rPr>
        <w:br/>
      </w:r>
      <w:r>
        <w:rPr>
          <w:lang w:eastAsia="zh-CN"/>
        </w:rPr>
        <w:t>　　5、体育课要做好准备活动，以防拉伤身体。身体有某些方面疾病的同学一定提前报告给班主任，防止在体育课或做其他剧烈运动时发生意外。</w:t>
      </w:r>
      <w:r>
        <w:rPr>
          <w:lang w:eastAsia="zh-CN"/>
        </w:rPr>
        <w:br/>
      </w:r>
      <w:r>
        <w:rPr>
          <w:lang w:eastAsia="zh-CN"/>
        </w:rPr>
        <w:t>　　(二)注意交通安全</w:t>
      </w:r>
      <w:r>
        <w:rPr>
          <w:lang w:eastAsia="zh-CN"/>
        </w:rPr>
        <w:br/>
      </w:r>
      <w:r>
        <w:rPr>
          <w:lang w:eastAsia="zh-CN"/>
        </w:rPr>
        <w:t>　　(1)行人走路须走人行道，养成文明走路好习惯。</w:t>
      </w:r>
      <w:r>
        <w:rPr>
          <w:lang w:eastAsia="zh-CN"/>
        </w:rPr>
        <w:br/>
      </w:r>
      <w:r>
        <w:rPr>
          <w:lang w:eastAsia="zh-CN"/>
        </w:rPr>
        <w:t>　　(2)横过公路时，应走人行横道线或人行天桥和人行地道。</w:t>
      </w:r>
      <w:r>
        <w:rPr>
          <w:lang w:eastAsia="zh-CN"/>
        </w:rPr>
        <w:br/>
      </w:r>
      <w:r>
        <w:rPr>
          <w:lang w:eastAsia="zh-CN"/>
        </w:rPr>
        <w:t>　　(3)遇有信号灯的路段，须严格遵守红灯停。绿灯行的规定。</w:t>
      </w:r>
      <w:r>
        <w:rPr>
          <w:lang w:eastAsia="zh-CN"/>
        </w:rPr>
        <w:br/>
      </w:r>
      <w:r>
        <w:rPr>
          <w:lang w:eastAsia="zh-CN"/>
        </w:rPr>
        <w:t>　　(4)在没有人行横道、人行天桥或地道的路段，横过公路应观察无来往车辆时，做到快速通过。</w:t>
      </w:r>
      <w:r>
        <w:rPr>
          <w:lang w:eastAsia="zh-CN"/>
        </w:rPr>
        <w:br/>
      </w:r>
      <w:r>
        <w:rPr>
          <w:lang w:eastAsia="zh-CN"/>
        </w:rPr>
        <w:t>　　(5)不要在车辆临近时突然横穿公路。</w:t>
      </w:r>
      <w:r>
        <w:rPr>
          <w:lang w:eastAsia="zh-CN"/>
        </w:rPr>
        <w:br/>
      </w:r>
      <w:r>
        <w:rPr>
          <w:lang w:eastAsia="zh-CN"/>
        </w:rPr>
        <w:t>　　(6)严禁翻越行人护栏或其他交通隔离设施。</w:t>
      </w:r>
      <w:r>
        <w:rPr>
          <w:lang w:eastAsia="zh-CN"/>
        </w:rPr>
        <w:br/>
      </w:r>
      <w:r>
        <w:rPr>
          <w:lang w:eastAsia="zh-CN"/>
        </w:rPr>
        <w:t>　　(7)不要嬉戏。打闹，不要在车前车后乱跑。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(8)乘车人应注意乘车安全，不要把头手伸出车外。</w:t>
      </w:r>
      <w:r>
        <w:rPr>
          <w:lang w:eastAsia="zh-CN"/>
        </w:rPr>
        <w:br/>
      </w:r>
      <w:r>
        <w:rPr>
          <w:lang w:eastAsia="zh-CN"/>
        </w:rPr>
        <w:t>　　(9)候车时应站在人行道上，不要在车行道上候车。</w:t>
      </w:r>
      <w:r>
        <w:rPr>
          <w:lang w:eastAsia="zh-CN"/>
        </w:rPr>
        <w:br/>
      </w:r>
      <w:r>
        <w:rPr>
          <w:lang w:eastAsia="zh-CN"/>
        </w:rPr>
        <w:t>　　同学们：安全责任重于泰山，你们也是国家未来的希望，希望广大同学，为了自己，为了家庭，为了学校，注意自己的行走安全，骑车安全，校内卫生、住宿、用电、体育课等方方面面的安全。</w:t>
      </w:r>
      <w:r>
        <w:rPr>
          <w:lang w:eastAsia="zh-CN"/>
        </w:rPr>
        <w:br/>
      </w:r>
      <w:r>
        <w:rPr>
          <w:lang w:eastAsia="zh-CN"/>
        </w:rPr>
        <w:t xml:space="preserve">    2024年教育演讲稿 篇5 </w:t>
      </w:r>
      <w:r>
        <w:rPr>
          <w:lang w:eastAsia="zh-CN"/>
        </w:rPr>
        <w:br/>
      </w:r>
      <w:r>
        <w:rPr>
          <w:lang w:eastAsia="zh-CN"/>
        </w:rPr>
        <w:t>　　尊敬的评委老师，各位朋友：</w:t>
      </w:r>
      <w:r>
        <w:rPr>
          <w:lang w:eastAsia="zh-CN"/>
        </w:rPr>
        <w:br/>
      </w:r>
      <w:r>
        <w:rPr>
          <w:lang w:eastAsia="zh-CN"/>
        </w:rPr>
        <w:t>　　大家好!</w:t>
      </w:r>
      <w:r>
        <w:rPr>
          <w:lang w:eastAsia="zh-CN"/>
        </w:rPr>
        <w:br/>
      </w:r>
      <w:r>
        <w:rPr>
          <w:lang w:eastAsia="zh-CN"/>
        </w:rPr>
        <w:t>　　我是09级班的，今天我演讲的题目是《安全护航幸福生活》</w:t>
      </w:r>
      <w:r>
        <w:rPr>
          <w:lang w:eastAsia="zh-CN"/>
        </w:rPr>
        <w:br/>
      </w:r>
      <w:r>
        <w:rPr>
          <w:lang w:eastAsia="zh-CN"/>
        </w:rPr>
        <w:t>　　安全对我们生活的`意义，就好比罗盘对航船的意义一样，没有罗盘，在茫茫大海上航行的船便难以到达成功的彼岸，而没有安全的保障，我们何以谈幸福的生活?</w:t>
      </w:r>
      <w:r>
        <w:rPr>
          <w:lang w:eastAsia="zh-CN"/>
        </w:rPr>
        <w:br/>
      </w:r>
      <w:r>
        <w:rPr>
          <w:lang w:eastAsia="zh-CN"/>
        </w:rPr>
        <w:t>　　“孩子，绕过前面的石子”，这是母亲在我蹒跚学步时的指点; 最后，祝大家永远与平安相伴，与幸福相随!谢谢大家!</w:t>
      </w:r>
      <w:r>
        <w:rPr>
          <w:lang w:eastAsia="zh-CN"/>
        </w:rPr>
        <w:br/>
      </w:r>
      <w:r>
        <w:rPr>
          <w:lang w:eastAsia="zh-CN"/>
        </w:rPr>
        <w:t xml:space="preserve">    2024年教育演讲稿 篇6 </w:t>
      </w:r>
      <w:r>
        <w:rPr>
          <w:lang w:eastAsia="zh-CN"/>
        </w:rPr>
        <w:br/>
      </w:r>
      <w:r>
        <w:rPr>
          <w:lang w:eastAsia="zh-CN"/>
        </w:rPr>
        <w:t>　　水，是生命之源，万物之本，但水又同样会给人们带来不可预料的灾难。水常常在无声无息中不断地破坏着我们赖以生存的大地，若我们稍有不慎便会命丧黄泉。这都是因为我们的人类乱砍乱伐、破坏环境，才使柔弱的水变得异常凶猛。因此，我们不得不有一颗防溺水的心，一定要时时刻刻的学会保护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迷人之水，既能养育一代一代的生命，也同样能将一切的一切全部毁灭。我还清清楚楚地记得，发生在去年暑假中的一个真实的事故：在20__年的`7月15日，这是一个艳阳高照的好天气，此时此刻，许许多多的人都喜欢整天的泡在水里，谁料天有不测风云，人有旦夕祸福。今天就有5个人，悄然离世。在这一天3个小男生和2名女生，结伴去河里游泳。在一个女生下水游泳时，这个女生的脚突然的抽筋了，在这千钧一发的时刻，其他几个人立刻跳下水救援，并没有大声呼救，而且这附近也没什么人。他们下去的很急，那里的水又很冰很深，结果一个人没救成，反而搭上了4条宝贵的生命。等死者的父母到达现场时，一个个都痛哭流涕，有几个父母亲还昏倒了过去。是啊，水是生命之源，但又是害人之源。像这样的事例，真是举不胜举。因此，也告诉我们一个道理，在遇到这种事情的时候，我们不能慌张，要做出明智的决定。</w:t>
      </w:r>
      <w:r>
        <w:rPr>
          <w:lang w:eastAsia="zh-CN"/>
        </w:rPr>
        <w:br/>
      </w:r>
      <w:r>
        <w:rPr>
          <w:lang w:eastAsia="zh-CN"/>
        </w:rPr>
        <w:t>　　珍惜生命预防溺水每一个学生都必须牢牢记在心中。因为每个人都离死亡很近，只要一个不小心，就会被暗中的死神带走，所以我们一定要保护好自己的生命。一颗防溺水的心，永远也不能忘记。同学们，防溺水，永铭心吧！</w:t>
      </w:r>
      <w:r>
        <w:rPr>
          <w:lang w:eastAsia="zh-CN"/>
        </w:rPr>
        <w:br/>
      </w:r>
      <w:r>
        <w:rPr>
          <w:lang w:eastAsia="zh-CN"/>
        </w:rPr>
        <w:t xml:space="preserve">    2024年教育演讲稿 篇7 </w:t>
      </w:r>
      <w:r>
        <w:rPr>
          <w:lang w:eastAsia="zh-CN"/>
        </w:rPr>
        <w:br/>
      </w:r>
      <w:r>
        <w:rPr>
          <w:lang w:eastAsia="zh-CN"/>
        </w:rPr>
        <w:t>　　尊敬的老师和亲爱的同学们：</w:t>
      </w:r>
      <w:r>
        <w:rPr>
          <w:lang w:eastAsia="zh-CN"/>
        </w:rPr>
        <w:br/>
      </w:r>
      <w:r>
        <w:rPr>
          <w:lang w:eastAsia="zh-CN"/>
        </w:rPr>
        <w:t>　　大家早上好，暑假又来了，为了让我们的暑假生活舒适、安全、有意义，学校对安全提出了一些要求，希望大家都能遵守。</w:t>
      </w:r>
      <w:r>
        <w:rPr>
          <w:lang w:eastAsia="zh-CN"/>
        </w:rPr>
        <w:br/>
      </w:r>
      <w:r>
        <w:rPr>
          <w:lang w:eastAsia="zh-CN"/>
        </w:rPr>
        <w:t>　　一、交通安全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严格遵守交通规则，要过马路的时候记得走斑马线。同时，我们应该做到红灯停、绿灯行，不要在路上互相追逐和大脑，12周岁以下的学生不允许骑自行车。乘公共汽的'时候，在车停稳后，才上车和下车。不要抢上抢下，以免出意外。</w:t>
      </w:r>
      <w:r>
        <w:rPr>
          <w:lang w:eastAsia="zh-CN"/>
        </w:rPr>
        <w:br/>
      </w:r>
      <w:r>
        <w:rPr>
          <w:lang w:eastAsia="zh-CN"/>
        </w:rPr>
        <w:t>　　二、饮食安全</w:t>
      </w:r>
      <w:r>
        <w:rPr>
          <w:lang w:eastAsia="zh-CN"/>
        </w:rPr>
        <w:br/>
      </w:r>
      <w:r>
        <w:rPr>
          <w:lang w:eastAsia="zh-CN"/>
        </w:rPr>
        <w:t>　　1、养成饭前洗手的习惯;2、生吃瓜果之前要进行清洗;3、不要随便吃野菜、野果;4、不要吃腐烂变质的食物;5、不要随意购买或食用街头摊贩出售的劣质食品和饮料;6、购买食品时，应注意"生产日期"，不要购买过期食品，更不要购买"三无"食品。</w:t>
      </w:r>
      <w:r>
        <w:rPr>
          <w:lang w:eastAsia="zh-CN"/>
        </w:rPr>
        <w:br/>
      </w:r>
      <w:r>
        <w:rPr>
          <w:lang w:eastAsia="zh-CN"/>
        </w:rPr>
        <w:t>　　在夏季，也要吃得合理，不能暴饮暴食，要做到适度。</w:t>
      </w:r>
      <w:r>
        <w:rPr>
          <w:lang w:eastAsia="zh-CN"/>
        </w:rPr>
        <w:br/>
      </w:r>
      <w:r>
        <w:rPr>
          <w:lang w:eastAsia="zh-CN"/>
        </w:rPr>
        <w:t>　　三、增强自我防范意识</w:t>
      </w:r>
      <w:r>
        <w:rPr>
          <w:lang w:eastAsia="zh-CN"/>
        </w:rPr>
        <w:br/>
      </w:r>
      <w:r>
        <w:rPr>
          <w:lang w:eastAsia="zh-CN"/>
        </w:rPr>
        <w:t>　　暑假期间，特别要做好防止溺水的安全工作。现在是夏天，天气很热，有些学生会去游泳。在这里，严格禁止在没有父母陪伴的情况下游泳和玩水，未经允许不得与同学一起去河流和水库。</w:t>
      </w:r>
      <w:r>
        <w:rPr>
          <w:lang w:eastAsia="zh-CN"/>
        </w:rPr>
        <w:br/>
      </w:r>
      <w:r>
        <w:rPr>
          <w:lang w:eastAsia="zh-CN"/>
        </w:rPr>
        <w:t>　　不要随便相信陌生人，不要被人进行利用。要时刻提醒自己，要有自我保护意识，以免上当受骗。</w:t>
      </w:r>
      <w:r>
        <w:rPr>
          <w:lang w:eastAsia="zh-CN"/>
        </w:rPr>
        <w:br/>
      </w:r>
      <w:r>
        <w:rPr>
          <w:lang w:eastAsia="zh-CN"/>
        </w:rPr>
        <w:t>　　四、注意游戏安全</w:t>
      </w:r>
      <w:r>
        <w:rPr>
          <w:lang w:eastAsia="zh-CN"/>
        </w:rPr>
        <w:br/>
      </w:r>
      <w:r>
        <w:rPr>
          <w:lang w:eastAsia="zh-CN"/>
        </w:rPr>
        <w:t>　　当你去娱乐场所玩的时候，要注意游乐设施的安全性能。当你乘坐大型游乐设施时，首先要了解需要注意的相关事项，确定是否可以乘坐相关游乐设施，并在乘坐时遵循工作人员的指示，同时注意自己的身体情况。</w:t>
      </w:r>
      <w:r>
        <w:rPr>
          <w:lang w:eastAsia="zh-CN"/>
        </w:rPr>
        <w:br/>
      </w:r>
      <w:r>
        <w:rPr>
          <w:lang w:eastAsia="zh-CN"/>
        </w:rPr>
        <w:t>　　为了安全起见，希望大家少参与一些过于刺激的娱乐活动，不要参加高度危险的活动，以及在娱乐设施和设备中存在安全风险的活动。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五、出了事故怎么办</w:t>
      </w:r>
      <w:r>
        <w:rPr>
          <w:lang w:eastAsia="zh-CN"/>
        </w:rPr>
        <w:br/>
      </w:r>
      <w:r>
        <w:rPr>
          <w:lang w:eastAsia="zh-CN"/>
        </w:rPr>
        <w:t>　　在家或商场、电影院及其他人多的地方，万一发生意外怎么办?着火时：立即拨打110，向消防队求助。跑到一个安全的地方，一旦你不能出去，用湿毛巾盖住你的嘴和鼻子，把湿被子盖在你的身体上，然后趴在低处呼吸。</w:t>
      </w:r>
      <w:r>
        <w:rPr>
          <w:lang w:eastAsia="zh-CN"/>
        </w:rPr>
        <w:br/>
      </w:r>
      <w:r>
        <w:rPr>
          <w:lang w:eastAsia="zh-CN"/>
        </w:rPr>
        <w:t>　　如果遇紧急情况和突发情况，应立即致电报警热线110。如果有紧急情况，需要查询热线，请致电查询热线114。如果你发现某人突发疾病，请拨打紧急热线：120。如果你遇到交通事故，请立即拨打122。</w:t>
      </w:r>
      <w:r>
        <w:rPr>
          <w:lang w:eastAsia="zh-CN"/>
        </w:rPr>
        <w:br/>
      </w:r>
      <w:r>
        <w:rPr>
          <w:lang w:eastAsia="zh-CN"/>
        </w:rPr>
        <w:t>　　严禁进入商业娱乐场所、网吧等一些成人活动场所，不得参与赌博、迷信、邪教等违法活动，远离毒品和坏人。</w:t>
      </w:r>
      <w:r>
        <w:rPr>
          <w:lang w:eastAsia="zh-CN"/>
        </w:rPr>
        <w:br/>
      </w:r>
      <w:r>
        <w:rPr>
          <w:lang w:eastAsia="zh-CN"/>
        </w:rPr>
        <w:t>　　安全关系到我们的生活、健康和家庭幸福，我希望同学们永远记住"安全第一"这一句话。</w:t>
      </w:r>
      <w:r>
        <w:rPr>
          <w:lang w:eastAsia="zh-CN"/>
        </w:rPr>
        <w:br/>
      </w:r>
      <w:r>
        <w:rPr>
          <w:lang w:eastAsia="zh-CN"/>
        </w:rPr>
        <w:t>　　最后，祝大家暑假平安快乐!</w:t>
      </w:r>
      <w:r>
        <w:rPr>
          <w:lang w:eastAsia="zh-CN"/>
        </w:rPr>
        <w:br/>
      </w:r>
      <w:r>
        <w:rPr>
          <w:lang w:eastAsia="zh-CN"/>
        </w:rPr>
        <w:t xml:space="preserve">    2024年教育演讲稿 篇8 </w:t>
      </w:r>
      <w:r>
        <w:rPr>
          <w:lang w:eastAsia="zh-CN"/>
        </w:rPr>
        <w:br/>
      </w:r>
      <w:r>
        <w:rPr>
          <w:lang w:eastAsia="zh-CN"/>
        </w:rPr>
        <w:t>　　教师：</w:t>
      </w:r>
      <w:r>
        <w:rPr>
          <w:lang w:eastAsia="zh-CN"/>
        </w:rPr>
        <w:br/>
      </w:r>
      <w:r>
        <w:rPr>
          <w:lang w:eastAsia="zh-CN"/>
        </w:rPr>
        <w:t>　　大家早上好!</w:t>
      </w:r>
      <w:r>
        <w:rPr>
          <w:lang w:eastAsia="zh-CN"/>
        </w:rPr>
        <w:br/>
      </w:r>
      <w:r>
        <w:rPr>
          <w:lang w:eastAsia="zh-CN"/>
        </w:rPr>
        <w:t>　　我是初一29班的穆_，今天演讲的题目是《严防溺水，珍爱生命》。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有人曾形容我们是学生。我们是清晨在冉冉冉冉升起的楚阳，充满了青春的活力，朝气蓬勃，多么幸福美好!我们美好的生活靠什么?答案是：安全!捍卫我们生命的是“安全”，捍卫我们成长权利的是“安全”。我们歌颂生命，因为生命很宝贵。</w:t>
      </w:r>
      <w:r>
        <w:rPr>
          <w:lang w:eastAsia="zh-CN"/>
        </w:rPr>
        <w:br/>
      </w:r>
      <w:r>
        <w:rPr>
          <w:lang w:eastAsia="zh-CN"/>
        </w:rPr>
        <w:t>　　最近一段时间，间，天气逐渐炎热，也是学生发生溺水事故的高发期，全国各地不断传来中小学生溺水的报道，这是我们生命的悲剧，为了不让这样的悲剧再次出现，我代表高一(29)班向同学们发出以下倡议：</w:t>
      </w:r>
      <w:r>
        <w:rPr>
          <w:lang w:eastAsia="zh-CN"/>
        </w:rPr>
        <w:br/>
      </w:r>
      <w:r>
        <w:rPr>
          <w:lang w:eastAsia="zh-CN"/>
        </w:rPr>
        <w:t>　　一、自觉增强安全意识，加强自我保护，学习防溺水的安全知识。</w:t>
      </w:r>
      <w:r>
        <w:rPr>
          <w:lang w:eastAsia="zh-CN"/>
        </w:rPr>
        <w:br/>
      </w:r>
      <w:r>
        <w:rPr>
          <w:lang w:eastAsia="zh-CN"/>
        </w:rPr>
        <w:t>　　二、从我做起遵守学校纪律，坚决不玩水，杜绝溺水事件的发生。</w:t>
      </w:r>
      <w:r>
        <w:rPr>
          <w:lang w:eastAsia="zh-CN"/>
        </w:rPr>
        <w:br/>
      </w:r>
      <w:r>
        <w:rPr>
          <w:lang w:eastAsia="zh-CN"/>
        </w:rPr>
        <w:t>　　三、对于违反学校纪律私自玩水的行为，要坚决抵制并努力劝阻。</w:t>
      </w:r>
      <w:r>
        <w:rPr>
          <w:lang w:eastAsia="zh-CN"/>
        </w:rPr>
        <w:br/>
      </w:r>
      <w:r>
        <w:rPr>
          <w:lang w:eastAsia="zh-CN"/>
        </w:rPr>
        <w:t>　　没有了“安全”，我们的`生命就会摔跤，就不可能走过人生的风风雨雨。生命只有一次，而对生命的守护，最重要的就是在于我们自己。让我们积极行动起来，严防溺水，珍爱生命，坚决杜绝悲剧的发生，让我们的生命之花开得更加灿烂!</w:t>
      </w:r>
      <w:r>
        <w:rPr>
          <w:lang w:eastAsia="zh-CN"/>
        </w:rPr>
        <w:br/>
      </w:r>
      <w:r>
        <w:rPr>
          <w:lang w:eastAsia="zh-CN"/>
        </w:rPr>
        <w:t>　　我的演讲到此结束，谢谢大家!</w:t>
      </w:r>
      <w:r>
        <w:rPr>
          <w:lang w:eastAsia="zh-CN"/>
        </w:rPr>
        <w:br/>
      </w:r>
      <w:r>
        <w:rPr>
          <w:lang w:eastAsia="zh-CN"/>
        </w:rPr>
        <w:t xml:space="preserve">    2024年教育演讲稿 篇9 </w:t>
      </w:r>
      <w:r>
        <w:rPr>
          <w:lang w:eastAsia="zh-CN"/>
        </w:rPr>
        <w:br/>
      </w:r>
      <w:r>
        <w:rPr>
          <w:lang w:eastAsia="zh-CN"/>
        </w:rPr>
        <w:t>　　尊敬的老师、亲爱的同学们：</w:t>
      </w:r>
      <w:r>
        <w:rPr>
          <w:lang w:eastAsia="zh-CN"/>
        </w:rPr>
        <w:br/>
      </w:r>
      <w:r>
        <w:rPr>
          <w:lang w:eastAsia="zh-CN"/>
        </w:rPr>
        <w:t>　　大家好！</w:t>
      </w:r>
      <w:r>
        <w:rPr>
          <w:lang w:eastAsia="zh-CN"/>
        </w:rPr>
        <w:br/>
      </w:r>
      <w:r>
        <w:rPr>
          <w:lang w:eastAsia="zh-CN"/>
        </w:rPr>
        <w:t>　　今天我演讲的题目是――重视安全教育</w:t>
      </w:r>
      <w:r>
        <w:rPr>
          <w:lang w:eastAsia="zh-CN"/>
        </w:rPr>
        <w:br/>
      </w:r>
      <w:r>
        <w:rPr>
          <w:lang w:eastAsia="zh-CN"/>
        </w:rPr>
        <w:t>　　随着我们年龄的增长，活动领域越来越宽，安全教育已引起社会各界的重视。它已成为生命教育、公众教育和世纪教育。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有专家认为，通过教育和预防，80%的意外伤害事故是可以避免的，这就要求我们对安全教育要有足够的认识。我校为加强学生的安全意识，经常通过电视、广播、报纸、宣传画等形式，让同学们了解在我们生活中存在的安全问题。</w:t>
      </w:r>
      <w:r>
        <w:rPr>
          <w:lang w:eastAsia="zh-CN"/>
        </w:rPr>
        <w:br/>
      </w:r>
      <w:r>
        <w:rPr>
          <w:lang w:eastAsia="zh-CN"/>
        </w:rPr>
        <w:t>　　每位家长、老师都希望我们高高兴兴上学来，安安全全回家去，交通安全是影响我们安全的重要因素，那么，我们是否具有交通安全意识呢？</w:t>
      </w:r>
      <w:r>
        <w:rPr>
          <w:lang w:eastAsia="zh-CN"/>
        </w:rPr>
        <w:br/>
      </w:r>
      <w:r>
        <w:rPr>
          <w:lang w:eastAsia="zh-CN"/>
        </w:rPr>
        <w:t>　　上学、放学是一天中道路交通最拥挤的时候，在路上行走时，不要互相打闹、追逐，要学会谦让，不与机动车争道抢行。对于骑自行车的同学来说，不骑车带人，不骑飞车，骑车时不听耳机等，保持车况完好，不逆行，转弯不抢行猛拐，都是保障我们交通安全的有效措施，随着冬季的到来，交通安全更引起人们的重视，车胎不要充气太足，这样可以增加与地面摩擦，不易滑倒，同时，还要与前面的行人保持较大的距离。这都增加了我们安全系数。</w:t>
      </w:r>
      <w:r>
        <w:rPr>
          <w:lang w:eastAsia="zh-CN"/>
        </w:rPr>
        <w:br/>
      </w:r>
      <w:r>
        <w:rPr>
          <w:lang w:eastAsia="zh-CN"/>
        </w:rPr>
        <w:t>　　另外，消防安全同样也是十分重要的。人们的生活离不开火，但如果使用不当或管理不好，就会发生火灾，它严重威胁了人们的生活，给人民财产和国家建设发展，造成巨大损失。</w:t>
      </w:r>
      <w:r>
        <w:rPr>
          <w:lang w:eastAsia="zh-CN"/>
        </w:rPr>
        <w:br/>
      </w:r>
      <w:r>
        <w:rPr>
          <w:lang w:eastAsia="zh-CN"/>
        </w:rPr>
        <w:t>　　在学校，我们应注意不要把火柴、火机等物品带入校园；在学校不吸烟；在老师指导下严格按照要求进行涉及易燃化学药品的实验；爱护消防设施等。在家中，我们应注意不要将易燃品放在阳光下直射；天然气使用后要及时关闭；不玩火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如果在火灾来临时，我们要临危不乱，积极自救。震惊全国的吉林中百商厦火灾，死亡54人，其中，不少是死于慌乱和无知。而在前段时间进行的“中国骄傲”评选活动中当选的深圳市南山区头城小学袁缓同学，就是因为她在父母煤气中毒的生死关头时，采取正确的自救方法冷静地抢救了亲人。记者对她采访时问她如何知道这些救护方法，袁缓回答说这是在学校认真学习得到的。可见安全教育对我们是多么重要。在今后的学习生活中，我们要认真学习自护自救知识，锻炼自护自救能力，果断的、正确的进行自护自救，机智的处置遇到的各种异常情况和危险。</w:t>
      </w:r>
      <w:r>
        <w:rPr>
          <w:lang w:eastAsia="zh-CN"/>
        </w:rPr>
        <w:br/>
      </w:r>
      <w:r>
        <w:rPr>
          <w:lang w:eastAsia="zh-CN"/>
        </w:rPr>
        <w:t>　　亲爱的同学们！为了我们每一个人的健康成长；为了我们每一个家庭的幸福和睦。让我们携起手来认真学习安全教育知识、增强安全意识――为生命筑起坚固的城墙！</w:t>
      </w:r>
      <w:r>
        <w:rPr>
          <w:lang w:eastAsia="zh-CN"/>
        </w:rPr>
        <w:br/>
      </w:r>
      <w:r>
        <w:rPr>
          <w:lang w:eastAsia="zh-CN"/>
        </w:rPr>
        <w:t>　　安全教育演</w:t>
      </w:r>
      <w:r>
        <w:rPr>
          <w:lang w:eastAsia="zh-CN"/>
        </w:rPr>
        <w:br/>
      </w:r>
      <w:r>
        <w:rPr>
          <w:lang w:eastAsia="zh-CN"/>
        </w:rPr>
        <w:t>　　大家早上好！过去的一周，可以说绵绵秋雨，洁净了我们的校园，滋润了我们的心田，让我们每天都呼吸着清新舒适的空气，我们的各项教育教学工作有了新的起色，早操和体育课秩序井然，晨读书声琅琅，尤其是各班对预防甲型h1n1流感的高度重视，室内外卫生大有改观。然而，不论是课间纪律、路队纪律，还存在着相当大的隐患，因此今天我讲话的主题是《珍爱生命，安全第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校园安全涉及到青少年生活和学习方面的安全隐患有20种之多，其中包括交通事故、食物中毒、打架斗殴、体育运动损伤、火灾火险、溺水、吸毒、自杀等等。这些都时刻威胁着我们学生的健康成长。同学们，一人安全，全家幸福；生命至上，安全为天；安全第一，预防为主；安全责任，重于泰山。为了让学校安全警钟长鸣，为了我们能有一个舒心、优雅、文明的学习环境，我谨代表学校向大家发出以下倡议：</w:t>
      </w:r>
      <w:r>
        <w:rPr>
          <w:lang w:eastAsia="zh-CN"/>
        </w:rPr>
        <w:br/>
      </w:r>
      <w:r>
        <w:rPr>
          <w:lang w:eastAsia="zh-CN"/>
        </w:rPr>
        <w:t>　　一、加强宣传教育。</w:t>
      </w:r>
      <w:r>
        <w:rPr>
          <w:lang w:eastAsia="zh-CN"/>
        </w:rPr>
        <w:br/>
      </w:r>
      <w:r>
        <w:rPr>
          <w:lang w:eastAsia="zh-CN"/>
        </w:rPr>
        <w:t>　　各级各班要充分利用班会、晨会，认真组织开展安全教育主题班会，提高我们的安全、文明意识，要时时想安全，事事讲安全，树立自我安全意识，让安全走进我们的生活，走进我们的心中。</w:t>
      </w:r>
      <w:r>
        <w:rPr>
          <w:lang w:eastAsia="zh-CN"/>
        </w:rPr>
        <w:br/>
      </w:r>
      <w:r>
        <w:rPr>
          <w:lang w:eastAsia="zh-CN"/>
        </w:rPr>
        <w:t>　　二、做好秋季流感等防病工作。</w:t>
      </w:r>
      <w:r>
        <w:rPr>
          <w:lang w:eastAsia="zh-CN"/>
        </w:rPr>
        <w:br/>
      </w:r>
      <w:r>
        <w:rPr>
          <w:lang w:eastAsia="zh-CN"/>
        </w:rPr>
        <w:t>　　秋季虽然不是多种传染病流行的季节，但同样要加强预防。尤其是近期内甲型h1n1流感在省、市部分学校已经发现，我们不得不提高警惕。各班一定要按学校的要求做好每日晨、午检，及时填写晨、午检表，一旦发现有甲型流感或传染病发生，要在半小时内向校医室报告，并立即采取正确的`防控措施，不能任之蔓延。同时，我们一定要注意个人卫生，勤洗手，勤锻炼，不暴饮暴食；室内要勤通风，勤洒扫，勤消毒。</w:t>
      </w:r>
      <w:r>
        <w:rPr>
          <w:lang w:eastAsia="zh-CN"/>
        </w:rPr>
        <w:br/>
      </w:r>
      <w:r>
        <w:rPr>
          <w:lang w:eastAsia="zh-CN"/>
        </w:rPr>
        <w:t>　　三、注意课间活动安全。</w:t>
      </w:r>
      <w:r>
        <w:rPr>
          <w:lang w:eastAsia="zh-CN"/>
        </w:rPr>
        <w:br/>
      </w:r>
      <w:r>
        <w:rPr>
          <w:lang w:eastAsia="zh-CN"/>
        </w:rPr>
        <w:t>　　请同学们课间不要在楼道或操场上，做那些剧烈的、过激、过猛的运动，避免发生各种伤害事故；上下楼梯做到“右行礼让”；不追逐嬉戏，不打闹，不攀爬门窗、栏杆或雕塑，不拥挤，不抢道；不在教学楼内打球、踢球等。尤其是课外活动期间，各班一定要按照学校要求的场地，有组织地、文明地活动，千万不要在满校园里穷追乱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四、遵守交通规则和交通秩序。</w:t>
      </w:r>
      <w:r>
        <w:rPr>
          <w:lang w:eastAsia="zh-CN"/>
        </w:rPr>
        <w:br/>
      </w:r>
      <w:r>
        <w:rPr>
          <w:lang w:eastAsia="zh-CN"/>
        </w:rPr>
        <w:t>　　放学时，各班要搭好班队牌，排好路队，整齐有序地出校门；来校、回家做到文明行路，不追逐打闹，不攀肩搭背，不玩球，不骑自行车；过马路要走人行横道，做到“红灯停、绿灯行，黄灯亮了等一等”；集体外出，必须经过学校同意，必须服从带队老师的指挥；节假日外出，不乘坐农用车辆、不乘坐无牌无证车辆，不乘坐超载车辆；</w:t>
      </w:r>
      <w:r>
        <w:rPr>
          <w:lang w:eastAsia="zh-CN"/>
        </w:rPr>
        <w:br/>
      </w:r>
      <w:r>
        <w:rPr>
          <w:lang w:eastAsia="zh-CN"/>
        </w:rPr>
        <w:t>　　五、讲究饮食卫生，养成良好习惯。</w:t>
      </w:r>
      <w:r>
        <w:rPr>
          <w:lang w:eastAsia="zh-CN"/>
        </w:rPr>
        <w:br/>
      </w:r>
      <w:r>
        <w:rPr>
          <w:lang w:eastAsia="zh-CN"/>
        </w:rPr>
        <w:t>　　我们经常看到许多学生在校园里的各个角落捡拾果皮纸屑；用自己的双手去保护校园环境的优美。但是，我们也经常看到：操场上、楼梯上、走廊里，有纸屑、食品袋、果皮等。再看花园，一到课间，里面的同学三五成群，追逐打闹，践踏了花草，折断了树枝。同学们，我们是学校的主人，保护环境，净化校园，是我们每个人应尽的责任和义务。不践踏绿地，拒绝三无食品，不吃腐烂变质食品，不购买零食，不喝生水，不随地吐痰，不乱扔果皮纸屑。</w:t>
      </w:r>
      <w:r>
        <w:rPr>
          <w:lang w:eastAsia="zh-CN"/>
        </w:rPr>
        <w:br/>
      </w:r>
      <w:r>
        <w:rPr>
          <w:lang w:eastAsia="zh-CN"/>
        </w:rPr>
        <w:t>　　六、强化“防火灾、防触电、防侵害”意识。</w:t>
      </w:r>
      <w:r>
        <w:rPr>
          <w:lang w:eastAsia="zh-CN"/>
        </w:rPr>
        <w:br/>
      </w:r>
      <w:r>
        <w:rPr>
          <w:lang w:eastAsia="zh-CN"/>
        </w:rPr>
        <w:t>　　不玩火，不焚烧废弃物；不随意触摸各种电器。不接受陌生人接送与来访，遇到形迹可疑的人要及时报告保卫人员或老师。</w:t>
      </w:r>
      <w:r>
        <w:rPr>
          <w:lang w:eastAsia="zh-CN"/>
        </w:rPr>
        <w:br/>
      </w:r>
      <w:r>
        <w:rPr>
          <w:lang w:eastAsia="zh-CN"/>
        </w:rPr>
        <w:t>　　七、认真学习，珍惜时光。</w:t>
      </w:r>
      <w:r>
        <w:rPr>
          <w:lang w:eastAsia="zh-CN"/>
        </w:rPr>
        <w:br/>
      </w:r>
      <w:r>
        <w:rPr>
          <w:lang w:eastAsia="zh-CN"/>
        </w:rPr>
        <w:t>　　远离网吧，拒绝毒品，远离台球室，远离游戏厅，不看不健康的书籍，不同社会闲杂人员交往。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同学们，校园是我家，安全靠大家！为了创建安全、和谐、文明的校园，为了大家都能健康快乐地成长，让我们携起手来，从现在做起，从自我做起，从点滴做起，时刻加强安全意识，努力增强自我防范能力，做到警钟长鸣，为构建和谐校园贡献自已的一分力量！</w:t>
      </w:r>
      <w:r>
        <w:rPr>
          <w:lang w:eastAsia="zh-CN"/>
        </w:rPr>
        <w:br/>
      </w:r>
      <w:r>
        <w:rPr>
          <w:lang w:eastAsia="zh-CN"/>
        </w:rPr>
        <w:t>　　我的讲话完了。谢谢大家！</w:t>
      </w:r>
      <w:r>
        <w:rPr>
          <w:lang w:eastAsia="zh-CN"/>
        </w:rPr>
        <w:br/>
      </w:r>
      <w:r>
        <w:rPr>
          <w:lang w:eastAsia="zh-CN"/>
        </w:rPr>
        <w:t xml:space="preserve">    2024年教育演讲稿 篇10 </w:t>
      </w:r>
      <w:r>
        <w:rPr>
          <w:lang w:eastAsia="zh-CN"/>
        </w:rPr>
        <w:br/>
      </w:r>
      <w:r>
        <w:rPr>
          <w:lang w:eastAsia="zh-CN"/>
        </w:rPr>
        <w:t>　　尊敬的各位领导：</w:t>
      </w:r>
      <w:r>
        <w:rPr>
          <w:lang w:eastAsia="zh-CN"/>
        </w:rPr>
        <w:br/>
      </w:r>
      <w:r>
        <w:rPr>
          <w:lang w:eastAsia="zh-CN"/>
        </w:rPr>
        <w:t>　　因为有爱，所以感动；因为感动，懂得了感恩。</w:t>
      </w:r>
      <w:r>
        <w:rPr>
          <w:lang w:eastAsia="zh-CN"/>
        </w:rPr>
        <w:br/>
      </w:r>
      <w:r>
        <w:rPr>
          <w:lang w:eastAsia="zh-CN"/>
        </w:rPr>
        <w:t>　　生活中的我们每一天都在抱怨，抱怨父母的不理解，抱怨老师的严厉，抱怨同学的不友好，其实，这一切都源于没有一颗感恩的心。</w:t>
      </w:r>
      <w:r>
        <w:rPr>
          <w:lang w:eastAsia="zh-CN"/>
        </w:rPr>
        <w:br/>
      </w:r>
      <w:r>
        <w:rPr>
          <w:lang w:eastAsia="zh-CN"/>
        </w:rPr>
        <w:t>　　懂得感恩的人是幸福的人。生活中值得感恩得事太多太多了，它并不遥远，就在我们身边，就在妈妈煮的豆浆里。每一天临睡之前，妈妈把豆子捡好，泡好，第二天一早就起来磨。豆子在豆浆机的怀抱里打滚，豆浆机痒痒了，再咯咯的笑呢!豆浆煮好了，杯口不断逸出袅袅热气，喝一口，甜甜的。望着妈妈脸上荡漾的笑意，一股暖流流淌在心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懂得感恩的人拥有无形的.力量。记得前年在张家界登天子山的路上，我奔跑，我追逐，为7000多梯全力以赴。可攀到中途时，我却全身乏力，双腿像喝了几斤醋似的。望着那可望而不可及的山顶，先前的豪言壮语早已抛之脑后，此时我多么期望眼前有一张软软的席梦思，让我美美的睡上一觉。这时，一位胖胖的，黑黑的叔叔从山下跑上来，他看见我，微笑着对我说:“小朋友，真不错呀，还有几座小山就到了!“叔叔的鼓励点燃了我的期望，树起了我前进的风帆。我向叔叔笑了笑，转身奋力向上登攀。最后，我到了山顶。站在山顶，耳旁是呼呼的风声，脚下是美丽的风景，而心底，是无限的感动。</w:t>
      </w:r>
      <w:r>
        <w:rPr>
          <w:lang w:eastAsia="zh-CN"/>
        </w:rPr>
        <w:br/>
      </w:r>
      <w:r>
        <w:rPr>
          <w:lang w:eastAsia="zh-CN"/>
        </w:rPr>
        <w:t>　　生活是一面镜子，你笑，它也笑；你哭，它也哭。你感恩生活，生活也将赐予你幸福与完美。</w:t>
      </w:r>
      <w:r>
        <w:rPr>
          <w:lang w:eastAsia="zh-CN"/>
        </w:rPr>
        <w:br/>
      </w:r>
      <w:r>
        <w:rPr>
          <w:lang w:eastAsia="zh-CN"/>
        </w:rPr>
        <w:t>　　感激太阳，为你铺洒阳光；感激花朵，为你尽情开放；感激群山，为你快乐的跳舞；感激鸟儿，为你放声歌唱。</w:t>
      </w:r>
      <w:r>
        <w:rPr>
          <w:lang w:eastAsia="zh-CN"/>
        </w:rPr>
        <w:br/>
      </w:r>
      <w:r>
        <w:rPr>
          <w:lang w:eastAsia="zh-CN"/>
        </w:rPr>
        <w:t>　　让我们怀揣着一颗感恩的心上路，你会发现，山更蓝了，水更绿了，生活原先能够这般宁静与完美。</w:t>
      </w:r>
      <w:r>
        <w:rPr>
          <w:lang w:eastAsia="zh-CN"/>
        </w:rPr>
        <w:br/>
      </w:r>
      <w:r>
        <w:rPr>
          <w:lang w:eastAsia="zh-CN"/>
        </w:rPr>
        <w:t xml:space="preserve">    2024年教育演讲稿 篇11 </w:t>
      </w:r>
      <w:r>
        <w:rPr>
          <w:lang w:eastAsia="zh-CN"/>
        </w:rPr>
        <w:br/>
      </w:r>
      <w:r>
        <w:rPr>
          <w:lang w:eastAsia="zh-CN"/>
        </w:rPr>
        <w:t>　　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大家好！有这样一句名言：“播下一个行动收获一种习惯；播下一种习惯收获一种性格；播下一种性格收获一种命运”什么意思呢就是说习惯是可以决定一个人的命运咱们今天的活动就是培养大家良好行为习惯的教育我国著名教育家叶圣陶说：“教育就是习惯的培养”行为习惯养成教育虽然不是德育的全部但却是德育中最重要的部分它是学校德育工作中的重要环节同学们昨日的习惯已经造就了今日的我们；今日的习惯决定明天的我们根据我们在学生管理过程中发现和存在的问题如何来进一步加强和改进我们的思想品德教育工作提高广大学生的文明素养这是我校乃至全国各中小学校德育工作的重点青少年是整个社会成员的重要组成部分是我们未来事业的接班人你们的道德素质状况如何将直接关系到新一代国民的道德水平教育改革和发展的根本目的提高民族素质多出人才出好人才教育担负着提高民族素质的重要任务评价一个民族的素质时往往是从这个民族的多数人所表现出的行为习惯而获得的感性认识因此抓好你们的行为规范养成教育对于提高民族素质起着至关重要的作用</w:t>
      </w:r>
      <w:r>
        <w:rPr>
          <w:lang w:eastAsia="zh-CN"/>
        </w:rPr>
        <w:br/>
      </w:r>
      <w:r>
        <w:rPr>
          <w:lang w:eastAsia="zh-CN"/>
        </w:rPr>
        <w:t>　　一直以来我们学校把“良好文明习惯养成教育”作为德育教育的重点经过同学们的不断努力大家的精神面貌学风以及校园环境都有了很大的好转同学们也逐步养成了良好的行为习惯整体素质有所提高那么如何把良好文明习惯养成教育落在实处呢事实告诉我们一班学生的养成教育抓得好这一班出的优秀人才就会多学生的整体素质就会高他们到社会上成了有用的人才也仍念念不忘学校、老师对他们的教诲学生综合素质的高低不仅单靠学科成绩来显现行为习惯更是最直观的表现习惯是一种能量的储蓄养成良好学习习惯的人要比那种没有养成良好习惯的人以及养成不良学习习惯的人具有较大的潜在能量</w:t>
      </w:r>
      <w:r>
        <w:rPr>
          <w:lang w:eastAsia="zh-CN"/>
        </w:rPr>
        <w:br/>
      </w:r>
      <w:r>
        <w:rPr>
          <w:lang w:eastAsia="zh-CN"/>
        </w:rPr>
        <w:t>　　曾经有人说过：一个人学习不好是次品体育不好是废品品德不好则是危险品可见文明习惯——特别是思想道德养成的重要性那么如何才能养成良好的行为习惯呢简单的说就是“从小事做起从现在做起”</w:t>
      </w:r>
      <w:r>
        <w:rPr>
          <w:lang w:eastAsia="zh-CN"/>
        </w:rPr>
        <w:br/>
      </w:r>
      <w:r>
        <w:rPr>
          <w:lang w:eastAsia="zh-CN"/>
        </w:rPr>
        <w:t>　　下面我们从从礼仪、学习、生活和节俭四个方面说一说应该养成那些良好的行为习惯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1、礼仪习惯</w:t>
      </w:r>
      <w:r>
        <w:rPr>
          <w:lang w:eastAsia="zh-CN"/>
        </w:rPr>
        <w:br/>
      </w:r>
      <w:r>
        <w:rPr>
          <w:lang w:eastAsia="zh-CN"/>
        </w:rPr>
        <w:t>　　①尊重长辈听父母和老师的教导不顶嘴讲话态度诚恳；</w:t>
      </w:r>
      <w:r>
        <w:rPr>
          <w:lang w:eastAsia="zh-CN"/>
        </w:rPr>
        <w:br/>
      </w:r>
      <w:r>
        <w:rPr>
          <w:lang w:eastAsia="zh-CN"/>
        </w:rPr>
        <w:t>　　②接受长辈物品时要起立双手接受到赞扬时说“谢谢”；</w:t>
      </w:r>
      <w:r>
        <w:rPr>
          <w:lang w:eastAsia="zh-CN"/>
        </w:rPr>
        <w:br/>
      </w:r>
      <w:r>
        <w:rPr>
          <w:lang w:eastAsia="zh-CN"/>
        </w:rPr>
        <w:t>　　③上学或外出回家见到父母、长辈、老师时有礼貌地问候外出时向父母道别说明去向；</w:t>
      </w:r>
      <w:r>
        <w:rPr>
          <w:lang w:eastAsia="zh-CN"/>
        </w:rPr>
        <w:br/>
      </w:r>
      <w:r>
        <w:rPr>
          <w:lang w:eastAsia="zh-CN"/>
        </w:rPr>
        <w:t>　　④吃饭不独占独吃先让长辈就座吃完饭要对同桌吃饭的长辈或客人说“请慢用”；</w:t>
      </w:r>
      <w:r>
        <w:rPr>
          <w:lang w:eastAsia="zh-CN"/>
        </w:rPr>
        <w:br/>
      </w:r>
      <w:r>
        <w:rPr>
          <w:lang w:eastAsia="zh-CN"/>
        </w:rPr>
        <w:t>　　⑤关心父母等长辈的身体父母生病要问候端水送药主动承担力所能及的家务劳动；</w:t>
      </w:r>
      <w:r>
        <w:rPr>
          <w:lang w:eastAsia="zh-CN"/>
        </w:rPr>
        <w:br/>
      </w:r>
      <w:r>
        <w:rPr>
          <w:lang w:eastAsia="zh-CN"/>
        </w:rPr>
        <w:t>　　⑥有客人来访时接待热情、周到要使用“欢迎光临”、“再见”、“下次再来”等礼貌用语；</w:t>
      </w:r>
      <w:r>
        <w:rPr>
          <w:lang w:eastAsia="zh-CN"/>
        </w:rPr>
        <w:br/>
      </w:r>
      <w:r>
        <w:rPr>
          <w:lang w:eastAsia="zh-CN"/>
        </w:rPr>
        <w:t>　　⑦进校第一次见到老师早上问早、中午问好放学见到老师说“再见”进出校门、上下楼梯遇见老师让老师先行；</w:t>
      </w:r>
      <w:r>
        <w:rPr>
          <w:lang w:eastAsia="zh-CN"/>
        </w:rPr>
        <w:br/>
      </w:r>
      <w:r>
        <w:rPr>
          <w:lang w:eastAsia="zh-CN"/>
        </w:rPr>
        <w:t>　　待热情、周到要使用“欢迎光临”、“再见”、“下次再来”等礼貌用语；</w:t>
      </w:r>
      <w:r>
        <w:rPr>
          <w:lang w:eastAsia="zh-CN"/>
        </w:rPr>
        <w:br/>
      </w:r>
      <w:r>
        <w:rPr>
          <w:lang w:eastAsia="zh-CN"/>
        </w:rPr>
        <w:t>　　⑦进校第一次见到老师早上问早、中午问好放学见到老师说“再见”进出校门、上下楼梯遇见老师让老师先行；</w:t>
      </w:r>
      <w:r>
        <w:rPr>
          <w:lang w:eastAsia="zh-CN"/>
        </w:rPr>
        <w:br/>
      </w:r>
      <w:r>
        <w:rPr>
          <w:lang w:eastAsia="zh-CN"/>
        </w:rPr>
        <w:t>　　⑧上课回答问题先举手跟老师说话要起立进办公室前喊“报告”；</w:t>
      </w:r>
      <w:r>
        <w:rPr>
          <w:lang w:eastAsia="zh-CN"/>
        </w:rPr>
        <w:br/>
      </w:r>
      <w:r>
        <w:rPr>
          <w:lang w:eastAsia="zh-CN"/>
        </w:rPr>
        <w:t>　　⑨同学要互助不以强欺弱不叫同学绰号；</w:t>
      </w:r>
      <w:r>
        <w:rPr>
          <w:lang w:eastAsia="zh-CN"/>
        </w:rPr>
        <w:br/>
      </w:r>
      <w:r>
        <w:rPr>
          <w:lang w:eastAsia="zh-CN"/>
        </w:rPr>
        <w:t>　　⑩参加升降国旗要严肃、庄重、衣着整洁</w:t>
      </w:r>
      <w:r>
        <w:rPr>
          <w:lang w:eastAsia="zh-CN"/>
        </w:rPr>
        <w:br/>
      </w:r>
      <w:r>
        <w:rPr>
          <w:lang w:eastAsia="zh-CN"/>
        </w:rPr>
        <w:t>　　2、学习习惯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①课前要预习学会带着问题听课；</w:t>
      </w:r>
      <w:r>
        <w:rPr>
          <w:lang w:eastAsia="zh-CN"/>
        </w:rPr>
        <w:br/>
      </w:r>
      <w:r>
        <w:rPr>
          <w:lang w:eastAsia="zh-CN"/>
        </w:rPr>
        <w:t>　　②课前准备好学习用品等候老师上课；</w:t>
      </w:r>
      <w:r>
        <w:rPr>
          <w:lang w:eastAsia="zh-CN"/>
        </w:rPr>
        <w:br/>
      </w:r>
      <w:r>
        <w:rPr>
          <w:lang w:eastAsia="zh-CN"/>
        </w:rPr>
        <w:t>　　③上课坐姿端正书写时姿势正确；</w:t>
      </w:r>
      <w:r>
        <w:rPr>
          <w:lang w:eastAsia="zh-CN"/>
        </w:rPr>
        <w:br/>
      </w:r>
      <w:r>
        <w:rPr>
          <w:lang w:eastAsia="zh-CN"/>
        </w:rPr>
        <w:t>　　④上课专心听讲不乱说乱动勇于提问积极回答抓重点积极思考；</w:t>
      </w:r>
      <w:r>
        <w:rPr>
          <w:lang w:eastAsia="zh-CN"/>
        </w:rPr>
        <w:br/>
      </w:r>
      <w:r>
        <w:rPr>
          <w:lang w:eastAsia="zh-CN"/>
        </w:rPr>
        <w:t>　　⑤作业要字体端正纸面清洁格式正确不边做边玩；</w:t>
      </w:r>
      <w:r>
        <w:rPr>
          <w:lang w:eastAsia="zh-CN"/>
        </w:rPr>
        <w:br/>
      </w:r>
      <w:r>
        <w:rPr>
          <w:lang w:eastAsia="zh-CN"/>
        </w:rPr>
        <w:t>　　⑥按时完成作业做到独立、耐心、细致；</w:t>
      </w:r>
      <w:r>
        <w:rPr>
          <w:lang w:eastAsia="zh-CN"/>
        </w:rPr>
        <w:br/>
      </w:r>
      <w:r>
        <w:rPr>
          <w:lang w:eastAsia="zh-CN"/>
        </w:rPr>
        <w:t>　　⑦学会先复习后完成作业先审题再解答的习惯；</w:t>
      </w:r>
      <w:r>
        <w:rPr>
          <w:lang w:eastAsia="zh-CN"/>
        </w:rPr>
        <w:br/>
      </w:r>
      <w:r>
        <w:rPr>
          <w:lang w:eastAsia="zh-CN"/>
        </w:rPr>
        <w:t>　　⑧考试答题要细心、准确、书写规范；</w:t>
      </w:r>
      <w:r>
        <w:rPr>
          <w:lang w:eastAsia="zh-CN"/>
        </w:rPr>
        <w:br/>
      </w:r>
      <w:r>
        <w:rPr>
          <w:lang w:eastAsia="zh-CN"/>
        </w:rPr>
        <w:t>　　⑨培养自觉学习的习惯</w:t>
      </w:r>
      <w:r>
        <w:rPr>
          <w:lang w:eastAsia="zh-CN"/>
        </w:rPr>
        <w:br/>
      </w:r>
      <w:r>
        <w:rPr>
          <w:lang w:eastAsia="zh-CN"/>
        </w:rPr>
        <w:t>　　3、生活习惯</w:t>
      </w:r>
      <w:r>
        <w:rPr>
          <w:lang w:eastAsia="zh-CN"/>
        </w:rPr>
        <w:br/>
      </w:r>
      <w:r>
        <w:rPr>
          <w:lang w:eastAsia="zh-CN"/>
        </w:rPr>
        <w:t>　　①早晨早起不睡懒觉—做勤快的人；</w:t>
      </w:r>
      <w:r>
        <w:rPr>
          <w:lang w:eastAsia="zh-CN"/>
        </w:rPr>
        <w:br/>
      </w:r>
      <w:r>
        <w:rPr>
          <w:lang w:eastAsia="zh-CN"/>
        </w:rPr>
        <w:t>　　②起床、穿衣、洗涮、整理房间、整理书包、吃饭行动快速、利索；③吃饱饭、吃好饭、不挑食—做健康的人； ④不过早到校上学不迟到放学及时回家不绕路不贪玩不在路上打闹—做守时的人；⑤早晚刷牙天天洗脚经常洗澡经常剪指甲穿戴整洁—做讲卫生的人；</w:t>
      </w:r>
      <w:r>
        <w:rPr>
          <w:lang w:eastAsia="zh-CN"/>
        </w:rPr>
        <w:br/>
      </w:r>
      <w:r>
        <w:rPr>
          <w:lang w:eastAsia="zh-CN"/>
        </w:rPr>
        <w:t>　　⑥出入教室上下楼梯靠右行不打闹有秩序集合、做操、站队、解散不挤、不抢、不拖、听口令动作快—做守纪律的人；</w:t>
      </w:r>
      <w:r>
        <w:rPr>
          <w:lang w:eastAsia="zh-CN"/>
        </w:rPr>
        <w:br/>
      </w:r>
      <w:r>
        <w:rPr>
          <w:lang w:eastAsia="zh-CN"/>
        </w:rPr>
        <w:t>　　⑦积极主动打扫教室不带零食入校校园不乱扔碎纸不乱涂乱画不随地大小便—做讲公德的人；</w:t>
      </w:r>
      <w:r>
        <w:rPr>
          <w:lang w:eastAsia="zh-CN"/>
        </w:rPr>
        <w:br/>
      </w:r>
      <w:r>
        <w:rPr>
          <w:lang w:eastAsia="zh-CN"/>
        </w:rPr>
        <w:t>　　⑧星期天、节假日有计划地进行学习、休息、玩乐有条不紊—做讲条理的.人；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⑨看电视按照家长和老师的要求做到限度不放任—做讲理智的人；⑩在校积极参加劳动在家帮助家长做力所能及的事—做爱劳动的人</w:t>
      </w:r>
      <w:r>
        <w:rPr>
          <w:lang w:eastAsia="zh-CN"/>
        </w:rPr>
        <w:br/>
      </w:r>
      <w:r>
        <w:rPr>
          <w:lang w:eastAsia="zh-CN"/>
        </w:rPr>
        <w:t>　　4、节俭习惯</w:t>
      </w:r>
      <w:r>
        <w:rPr>
          <w:lang w:eastAsia="zh-CN"/>
        </w:rPr>
        <w:br/>
      </w:r>
      <w:r>
        <w:rPr>
          <w:lang w:eastAsia="zh-CN"/>
        </w:rPr>
        <w:t>　　①用水用电及时关闭开关节约每一度电、每一滴水；</w:t>
      </w:r>
      <w:r>
        <w:rPr>
          <w:lang w:eastAsia="zh-CN"/>
        </w:rPr>
        <w:br/>
      </w:r>
      <w:r>
        <w:rPr>
          <w:lang w:eastAsia="zh-CN"/>
        </w:rPr>
        <w:t>　　②爱护书本节约一张纸、一块橡皮、一支铅笔；</w:t>
      </w:r>
      <w:r>
        <w:rPr>
          <w:lang w:eastAsia="zh-CN"/>
        </w:rPr>
        <w:br/>
      </w:r>
      <w:r>
        <w:rPr>
          <w:lang w:eastAsia="zh-CN"/>
        </w:rPr>
        <w:t>　　③爱护桌椅、门窗、清洁工具、环境设施等公物；</w:t>
      </w:r>
      <w:r>
        <w:rPr>
          <w:lang w:eastAsia="zh-CN"/>
        </w:rPr>
        <w:br/>
      </w:r>
      <w:r>
        <w:rPr>
          <w:lang w:eastAsia="zh-CN"/>
        </w:rPr>
        <w:t>　　④爱惜衣物不追求穿戴；</w:t>
      </w:r>
      <w:r>
        <w:rPr>
          <w:lang w:eastAsia="zh-CN"/>
        </w:rPr>
        <w:br/>
      </w:r>
      <w:r>
        <w:rPr>
          <w:lang w:eastAsia="zh-CN"/>
        </w:rPr>
        <w:t>　　⑤爱惜粮食不随便丢弃饭菜不剩饭节约每一粒粮食；</w:t>
      </w:r>
      <w:r>
        <w:rPr>
          <w:lang w:eastAsia="zh-CN"/>
        </w:rPr>
        <w:br/>
      </w:r>
      <w:r>
        <w:rPr>
          <w:lang w:eastAsia="zh-CN"/>
        </w:rPr>
        <w:t>　　⑥正确支配零用钱不乱花钱；</w:t>
      </w:r>
      <w:r>
        <w:rPr>
          <w:lang w:eastAsia="zh-CN"/>
        </w:rPr>
        <w:br/>
      </w:r>
      <w:r>
        <w:rPr>
          <w:lang w:eastAsia="zh-CN"/>
        </w:rPr>
        <w:t>　　⑦不向父母提出过高的物质要求；</w:t>
      </w:r>
      <w:r>
        <w:rPr>
          <w:lang w:eastAsia="zh-CN"/>
        </w:rPr>
        <w:br/>
      </w:r>
      <w:r>
        <w:rPr>
          <w:lang w:eastAsia="zh-CN"/>
        </w:rPr>
        <w:t>　　⑧吃、穿、用等方面同学之间不攀比不嘲笑、讽刺、挖苦；</w:t>
      </w:r>
      <w:r>
        <w:rPr>
          <w:lang w:eastAsia="zh-CN"/>
        </w:rPr>
        <w:br/>
      </w:r>
      <w:r>
        <w:rPr>
          <w:lang w:eastAsia="zh-CN"/>
        </w:rPr>
        <w:t>　　⑨学习、办事讲效率学会能用不同办法解决同一问题 以上要求只是列举了一些常见的行为习惯希望同学们能按照我们的要求努力做好这一切天天如此年年如此这才叫习惯据说我国著名桥梁专家茅以升年过8旬仍能准确地背诵出圆周率小数点后面100位数字有人问他是记住的他回答说：“说起来也简单重复重复再重复！”培养良好的行为习惯是一个艰巨的长期的细致的过程不能寄望一朝一夕就可一蹴而就必须持之以恒不断强化反复抓抓反复反复宣传、实践你们就能逐渐了解、熟悉校纪班规继而才能够在老师的提醒、引导下逐渐地由被迫遵守形成一种习惯遵守再而经过继续的深化实践最终才能变成自觉遵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在此请允许我再唠叨几句如果仔细观察其实在我们的校园里不文明的现象还有很多：如刚刚扫过的教室里很快就会有人随便扔下了垃圾；操场上、楼后墙底、花台中随手乱扔纸团、塑料袋等杂物的同学还大有人在；教室雪白的墙上竟然有人留下了明显的脚印；阳台明亮的瓷砖上竟被吐上了痰真的很不文明！水龙头有时没人用也哗哗地流着水一些同学却视而不见；书声琅琅的课堂上有的同学却精神萎靡打瞌睡而个别人则大声喧哗扰乱课堂纪律；课间总能见到少数同学推推搡搡追逐打闹还有部分同学讲粗话、骂脏话、打架斗殴闹不团结（包括一些女同学）；有的同学放学后不立即回家悄悄溜进网吧或游戏厅；有的同学不讲究个人卫生几周不洗头、洗澡、不换衣服身上散发出一种难闻的气味；有的同学米饭馒头不想吃零食却不断；有的同学不知尊敬老师不懂孝敬长辈在路上、街上遇见老师把头偏向一边装着没看见；有的同学随意攀比精力不在学习上而在吃喝玩乐上请同学们对照一下是否如此</w:t>
      </w:r>
      <w:r>
        <w:rPr>
          <w:lang w:eastAsia="zh-CN"/>
        </w:rPr>
        <w:br/>
      </w:r>
      <w:r>
        <w:rPr>
          <w:lang w:eastAsia="zh-CN"/>
        </w:rPr>
        <w:t>　　凡此种种可以说都是不文明的行为千万要不得！它乍看是小细节可当它与个人尊严与集体、祖国、民族素质联系起来就是另一种形式的耻辱！虽然我们绝大多数同学都做得很不错这些不文明的行为只是发生在少数同学身上但俗话说一颗老鼠屎打破一锅汤它破坏了我们学校的文明形象也折射出这少部分同学缺乏教养。</w:t>
      </w:r>
      <w:r>
        <w:rPr>
          <w:lang w:eastAsia="zh-CN"/>
        </w:rPr>
        <w:br/>
      </w:r>
      <w:r>
        <w:rPr>
          <w:lang w:eastAsia="zh-CN"/>
        </w:rPr>
        <w:t xml:space="preserve">    2024年教育演讲稿 篇12 </w:t>
      </w:r>
      <w:r>
        <w:rPr>
          <w:lang w:eastAsia="zh-CN"/>
        </w:rPr>
        <w:br/>
      </w:r>
      <w:r>
        <w:rPr>
          <w:lang w:eastAsia="zh-CN"/>
        </w:rPr>
        <w:t>　　各位领导，同志们：</w:t>
      </w:r>
      <w:r>
        <w:rPr>
          <w:lang w:eastAsia="zh-CN"/>
        </w:rPr>
        <w:br/>
      </w:r>
      <w:r>
        <w:rPr>
          <w:lang w:eastAsia="zh-CN"/>
        </w:rPr>
        <w:t>　　大家好!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今天，有机会展示自己，接受领导和同志们的检验，我感到万分荣幸!我竞聘的职位。感谢大家给我这次提高自我，锻炼自我，成长自我的机会，我将十分珍惜，全力面对。</w:t>
      </w:r>
      <w:r>
        <w:rPr>
          <w:lang w:eastAsia="zh-CN"/>
        </w:rPr>
        <w:br/>
      </w:r>
      <w:r>
        <w:rPr>
          <w:lang w:eastAsia="zh-CN"/>
        </w:rPr>
        <w:t>　　我出生于_年_月，现年_岁，博士后学历。先后在_镇、_办公室、工作锻炼。20__年我进入市工作，在办公室负责文秘、收文、发文以及以及领导交办的其他工作。</w:t>
      </w:r>
      <w:r>
        <w:rPr>
          <w:lang w:eastAsia="zh-CN"/>
        </w:rPr>
        <w:br/>
      </w:r>
      <w:r>
        <w:rPr>
          <w:lang w:eastAsia="zh-CN"/>
        </w:rPr>
        <w:t>　　我深知，办公室工作很琐碎，但事关大局。我始终保持高效的工作作风，坚决服从服务大局，踏实工作、不计得失，确保了各项工作准确无误、严格规范。在领导及同志们的帮助下，我的工作得到了大家认可，20__年，20___，我被评为优秀公务员。</w:t>
      </w:r>
      <w:r>
        <w:rPr>
          <w:lang w:eastAsia="zh-CN"/>
        </w:rPr>
        <w:br/>
      </w:r>
      <w:r>
        <w:rPr>
          <w:lang w:eastAsia="zh-CN"/>
        </w:rPr>
        <w:t>　　我深知，我的每一点进步都离不开组织的培养教育、领导和同志们的关心帮助，我将永怀感恩之心!之所以竞聘这个职位，我认为自己有四个方面的优势：一是具有满腔的工作热情，二是具有坚定的.工作信心，三是具有丰富的基层经验，五是具有良好的品德修养。</w:t>
      </w:r>
      <w:r>
        <w:rPr>
          <w:lang w:eastAsia="zh-CN"/>
        </w:rPr>
        <w:br/>
      </w:r>
      <w:r>
        <w:rPr>
          <w:lang w:eastAsia="zh-CN"/>
        </w:rPr>
        <w:t>　　我深知，参加竞争是一种自我展示和自我提高，更是一份责任、一份担当。不厚其栋，不能任重。自己的综合协调、文字功底、语言表达等得到了较大提高，但在工作经验和工作能力方面都存在的不足，不管能否竞选成功，我都会一如既往磨练自己，提高自己。</w:t>
      </w:r>
      <w:r>
        <w:rPr>
          <w:lang w:eastAsia="zh-CN"/>
        </w:rPr>
        <w:br/>
      </w:r>
      <w:r>
        <w:rPr>
          <w:lang w:eastAsia="zh-CN"/>
        </w:rPr>
        <w:t>　　一是不断学习，提升素质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一方面，要加强政治理论知识的学习，不断提高自己的政治理论修养和明辨大是大非的能力;另一方面，要加强业务知识和高科技知识的学习，不断充实完善，使自己更加胜任本职工作。同时，认真学习法律法规和业务知识，向领导学习、向同事学习、向实践学习，向群众学习，不断提升格局境界、业务能力，工作上拿得起，干得好，独当一面。</w:t>
      </w:r>
      <w:r>
        <w:rPr>
          <w:lang w:eastAsia="zh-CN"/>
        </w:rPr>
        <w:br/>
      </w:r>
      <w:r>
        <w:rPr>
          <w:lang w:eastAsia="zh-CN"/>
        </w:rPr>
        <w:t>　　二是增强责任，从严从实</w:t>
      </w:r>
      <w:r>
        <w:rPr>
          <w:lang w:eastAsia="zh-CN"/>
        </w:rPr>
        <w:br/>
      </w:r>
      <w:r>
        <w:rPr>
          <w:lang w:eastAsia="zh-CN"/>
        </w:rPr>
        <w:t>　　无论从事什么工作，都要做到敢负责、敢担当。进一步加强作风转变，坚持从严从实，以精心的态度、精细的运作、精致的服务，不断提高工作水平。</w:t>
      </w:r>
      <w:r>
        <w:rPr>
          <w:lang w:eastAsia="zh-CN"/>
        </w:rPr>
        <w:br/>
      </w:r>
      <w:r>
        <w:rPr>
          <w:lang w:eastAsia="zh-CN"/>
        </w:rPr>
        <w:t>　　谢谢大家!</w:t>
      </w:r>
      <w:r>
        <w:rPr>
          <w:lang w:eastAsia="zh-CN"/>
        </w:rPr>
        <w:br/>
      </w:r>
      <w:r>
        <w:rPr>
          <w:lang w:eastAsia="zh-CN"/>
        </w:rPr>
        <w:t xml:space="preserve">    2024年教育演讲稿 篇13 </w:t>
      </w:r>
      <w:r>
        <w:rPr>
          <w:lang w:eastAsia="zh-CN"/>
        </w:rPr>
        <w:br/>
      </w:r>
      <w:r>
        <w:rPr>
          <w:lang w:eastAsia="zh-CN"/>
        </w:rPr>
        <w:t>　　亲爱的老师、同学们:</w:t>
      </w:r>
      <w:r>
        <w:rPr>
          <w:lang w:eastAsia="zh-CN"/>
        </w:rPr>
        <w:br/>
      </w:r>
      <w:r>
        <w:rPr>
          <w:lang w:eastAsia="zh-CN"/>
        </w:rPr>
        <w:t>　　大家早上好!</w:t>
      </w:r>
      <w:r>
        <w:rPr>
          <w:lang w:eastAsia="zh-CN"/>
        </w:rPr>
        <w:br/>
      </w:r>
      <w:r>
        <w:rPr>
          <w:lang w:eastAsia="zh-CN"/>
        </w:rPr>
        <w:t>　　又是一个炎炎夏日，火球般的太阳炙烤着大地，热浪滚滚，逼得人们纷乱地寻找清凉地，哪怕是一小会儿，或者是一丝一毫，都足以给酷热难耐的人们带来分外的喜悦在远处悠悠的小河里，三个正在享受清凉的男孩儿，各个都像鱼儿般跳跃着。</w:t>
      </w:r>
      <w:r>
        <w:rPr>
          <w:lang w:eastAsia="zh-CN"/>
        </w:rPr>
        <w:br/>
      </w:r>
      <w:r>
        <w:rPr>
          <w:lang w:eastAsia="zh-CN"/>
        </w:rPr>
        <w:t>　　一个略显瘦弱的男孩稍不注意，突然从水面上消失了，另外两个男孩得意地大笑，还直喊着“别闹了，别闹了，快上来!</w:t>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xml:space="preserve"> ”捉迷藏的游戏还在进行着，他们丝毫未感觉到河底那个同伴的挣扎。游戏虽好玩，可都有结束的一刻。慌乱的两个人在水里扑腾了一会，终究未能挽救同伴，他们匆匆忙忙挟带着自己的衣物，离开了小河。静静的小河再一次回归平静，悠悠地流淌着。从慌乱中惊醒的孩子们不敢将事情真相告诉父母，他们惴惴不安的等待着真相大白的一刻。被淹死的孩子的父母没有等到孩子的归来，伤心地到公安局报警，然后等待结果。</w:t>
      </w:r>
      <w:r>
        <w:rPr>
          <w:lang w:eastAsia="zh-CN"/>
        </w:rPr>
        <w:br/>
      </w:r>
      <w:r>
        <w:rPr>
          <w:lang w:eastAsia="zh-CN"/>
        </w:rPr>
        <w:t>　　一个个真实的故事就这样发生了，电视新闻的报道一条接着一条，被流水带走的不单单就是一个男孩，还有许多在河水中嬉戏玩耍的儿童、青年，甚至是成年人。</w:t>
      </w:r>
      <w:r>
        <w:rPr>
          <w:lang w:eastAsia="zh-CN"/>
        </w:rPr>
        <w:br/>
      </w:r>
      <w:r>
        <w:rPr>
          <w:lang w:eastAsia="zh-CN"/>
        </w:rPr>
        <w:t>　　“珍爱生命，谨防溺水”的宣传标语处处悬挂着，可能有几个人谨记心中，谨遵行动中呢?生命并不遥远，珍爱生命的启示每天都在上演，悲剧的发生了，后果却无人承担。一个个生命在不知不觉中消逝了，这是谁的过错?是那一条绿意浓浓的'小河，还是那两个略显无知的男孩，还是那个已经丧失生命的无辜的孩子，或者是学校、家庭的教育?一个生命带走的不仅仅是孩子父母的伤痛，一个家庭的完美，带走的更多的是生命背后的未说出的一番话。挣扎在水中的那个孱弱的身躯，几秒钟前他还在尽情玩耍，而此刻，他一定在呼唤，一定在懊悔! “救命!救命! ”的哀号又有谁能听见呢?在水中尽力扑腾的双手，又有谁能看见呢?他在溺水中的懊悔，又有谁去思考过呢?</w:t>
      </w:r>
      <w:r>
        <w:rPr>
          <w:lang w:eastAsia="zh-CN"/>
        </w:rPr>
        <w:br/>
      </w:r>
      <w:r>
        <w:rPr>
          <w:lang w:eastAsia="zh-CN"/>
        </w:rPr>
        <w:t>　　朋友们，让我们用行动连成一片蔚蓝的天空，连成一汪湛蓝的海洋，让“珍爱生命，谨防溺水”驻进每一个人的心中。溺水发生在身边，防溺水也就在我们的身边。生命短暂，生命更值得珍爱!</w:t>
      </w:r>
      <w:r>
        <w:rPr>
          <w:lang w:eastAsia="zh-CN"/>
        </w:rPr>
        <w:br/>
      </w:r>
      <w:r>
        <w:rPr>
          <w:lang w:eastAsia="zh-CN"/>
        </w:rPr>
        <w:t xml:space="preserve">    2024年教育演讲稿 篇14 </w:t>
      </w:r>
      <w:r>
        <w:rPr>
          <w:lang w:eastAsia="zh-CN"/>
        </w:rPr>
        <w:br/>
      </w:r>
      <w:r>
        <w:rPr>
          <w:lang w:eastAsia="zh-CN"/>
        </w:rPr>
        <w:t>　　尊敬的各位老师，同学们：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大家好！我今天演讲的题目是《五月，让我们一起感悟母爱》。当春花渐渐地开成烂漫，当五月的春风送来清爽，当嫩芽长成了绿色的手掌，我们又一次欢喜地迎来了这个美丽的节日——母亲节。世上最美的人是我们的母亲，世上最美的声音，是母亲的呼唤，在这里我要祝天下所有人的母亲：节日快乐，永远幸福！</w:t>
      </w:r>
      <w:r>
        <w:rPr>
          <w:lang w:eastAsia="zh-CN"/>
        </w:rPr>
        <w:br/>
      </w:r>
      <w:r>
        <w:rPr>
          <w:lang w:eastAsia="zh-CN"/>
        </w:rPr>
        <w:t>　　在我们成长的过程中，牵挂和期盼永远萦绕着母亲的心怀，“慈母手中线，游子身上衣。临得密密缝，意恐迟迟归。”把这世界上所有的线连在一起，也难以丈量出母亲悠长的牵挂吧。叮咛和守望伴随着她的一生，关切的话语如同这五月的花香充溢于天地之间，让我们的.生命享受着一种温暖。在母爱的光辉下，我们有了避风的港湾，远离了风浪，享受着安定。母亲为我们付出的太多太多——</w:t>
      </w:r>
      <w:r>
        <w:rPr>
          <w:lang w:eastAsia="zh-CN"/>
        </w:rPr>
        <w:br/>
      </w:r>
      <w:r>
        <w:rPr>
          <w:lang w:eastAsia="zh-CN"/>
        </w:rPr>
        <w:t>　　给大家讲一个我听到的故事：在唐山大地震中，一对母子被深深压在废墟下，母亲的半个身子被混凝土板卡着，动弹不得。七八个月大的婴儿，在她的身下安然无恙。几天后，救助人员挖洞接近这对母子时，母亲刚咽下最后一口气，而那婴儿的嘴里还含着母亲的食指。抱起孩子，救援人员发现母亲的食指只有半截。原来，母亲在危难中，一直用乳汁延续着孩子的生命，乳汁吸干了，她拼力咬断自己的指头，用鲜血让孩子存活下来！</w:t>
      </w:r>
      <w:r>
        <w:rPr>
          <w:lang w:eastAsia="zh-CN"/>
        </w:rPr>
        <w:br/>
      </w:r>
      <w:r>
        <w:rPr>
          <w:lang w:eastAsia="zh-CN"/>
        </w:rPr>
        <w:t>　　母爱是一缕阳光，让你的心灵即使在寒冷的冬天也能觉得温暖如春；母爱是一泓清泉，让你的情感即使蒙上岁月的风尘仍然清澈澄净；母爱是一株树，在季节的轮回中固执的坚守家园，撑一树绿荫，默默付出。母爱是纯洁的，总在你遇到风云时悄然而至，给慰藉和力量；母爱是无私的，她将永远关爱着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从古至今，多少文人墨客歌颂母爱的伟大，它赐予了我们多少不能忘却的东西，我们从那里得到的远远比付出的多，学会了宽容，学会了理解，学会了广博，学会了为他人着想，可是我们又曾为妈妈做过什么呢？</w:t>
      </w:r>
      <w:r>
        <w:rPr>
          <w:lang w:eastAsia="zh-CN"/>
        </w:rPr>
        <w:br/>
      </w:r>
      <w:r>
        <w:rPr>
          <w:lang w:eastAsia="zh-CN"/>
        </w:rPr>
        <w:t>　　我们像习惯吃饭、穿衣这些平常的小事一样，早已习惯母亲的操劳、呵护。母亲给予了我们太多！这份爱虽然平凡，却在平凡中孕育出一份惊人的伟大。</w:t>
      </w:r>
      <w:r>
        <w:rPr>
          <w:lang w:eastAsia="zh-CN"/>
        </w:rPr>
        <w:br/>
      </w:r>
      <w:r>
        <w:rPr>
          <w:lang w:eastAsia="zh-CN"/>
        </w:rPr>
        <w:t>　　我们能为母亲做些什么呢？一张亲手制作的贺卡，一杯暖意浓浓的热茶，一盆热气腾腾的洗脚水，一个灿烂甜美的微笑都会让母亲倍感幸福。“母亲节”作为一个节日，一年只有一天，但是作为一份情意，“母亲节”应该是每一天。让我们用一个个细小的进步，一天天的长大懂事，一次次优异的成绩来回报母亲，因为，母亲永远都是我们的支柱，我们永远都是母亲的牵挂</w:t>
      </w:r>
      <w:r>
        <w:rPr>
          <w:lang w:eastAsia="zh-CN"/>
        </w:rPr>
        <w:br/>
      </w:r>
      <w:r>
        <w:rPr>
          <w:lang w:eastAsia="zh-CN"/>
        </w:rPr>
        <w:t>　　同学们，从今天开始就赶紧行动吧！向妈妈感恩，对妈妈表达我们最诚挚的孝心。我的讲话到此结束，谢谢大家！</w:t>
      </w:r>
      <w:r>
        <w:rPr>
          <w:lang w:eastAsia="zh-CN"/>
        </w:rPr>
        <w:br/>
      </w:r>
      <w:r>
        <w:rPr>
          <w:lang w:eastAsia="zh-CN"/>
        </w:rPr>
        <w:t xml:space="preserve">    2024年教育演讲稿 篇15 </w:t>
      </w:r>
      <w:r>
        <w:rPr>
          <w:lang w:eastAsia="zh-CN"/>
        </w:rPr>
        <w:br/>
      </w:r>
      <w:r>
        <w:rPr>
          <w:lang w:eastAsia="zh-CN"/>
        </w:rPr>
        <w:t>　　尊敬的老师、亲爱的同学们：</w:t>
      </w:r>
      <w:r>
        <w:rPr>
          <w:lang w:eastAsia="zh-CN"/>
        </w:rPr>
        <w:br/>
      </w:r>
      <w:r>
        <w:rPr>
          <w:lang w:eastAsia="zh-CN"/>
        </w:rPr>
        <w:t>　　大家早上好！</w:t>
      </w:r>
      <w:r>
        <w:rPr>
          <w:lang w:eastAsia="zh-CN"/>
        </w:rPr>
        <w:br/>
      </w:r>
      <w:r>
        <w:rPr>
          <w:lang w:eastAsia="zh-CN"/>
        </w:rPr>
        <w:t>　　水是我们人类的生命之源，但是每年有好多人因为不注意安全而被淹死，像今年暑假就有这样的事发生。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7月5日，有三位小学生认为自己游泳水平很高，三个人就约好一起去河里游泳。当他们游得正高兴时，其中的一位同学不知怎么的突然游不动了，他在水中挣扎了许久，接着溅起一片水花就不见了。游在前面的同学吓得目瞪口呆，赶紧跑上岸大喊救命。大人们赶到河边捞上孩子，就把他送到医院，但还是抢救无效而死亡。</w:t>
      </w:r>
      <w:r>
        <w:rPr>
          <w:lang w:eastAsia="zh-CN"/>
        </w:rPr>
        <w:br/>
      </w:r>
      <w:r>
        <w:rPr>
          <w:lang w:eastAsia="zh-CN"/>
        </w:rPr>
        <w:t>　　游泳虽然好玩，但是安全是最重要的，无论你多厉害，如果一个不小心就会出事的，俗话说：“不怕一万，就怕万一”。所以为了安全起见，同学们想去游泳的话一定要跟家长一起去。</w:t>
      </w:r>
      <w:r>
        <w:rPr>
          <w:lang w:eastAsia="zh-CN"/>
        </w:rPr>
        <w:br/>
      </w:r>
      <w:r>
        <w:rPr>
          <w:lang w:eastAsia="zh-CN"/>
        </w:rPr>
        <w:t>　　我还想提醒大家：</w:t>
      </w:r>
      <w:r>
        <w:rPr>
          <w:lang w:eastAsia="zh-CN"/>
        </w:rPr>
        <w:br/>
      </w:r>
      <w:r>
        <w:rPr>
          <w:lang w:eastAsia="zh-CN"/>
        </w:rPr>
        <w:t>　　一、最好不要去山塘水库游泳；</w:t>
      </w:r>
      <w:r>
        <w:rPr>
          <w:lang w:eastAsia="zh-CN"/>
        </w:rPr>
        <w:br/>
      </w:r>
      <w:r>
        <w:rPr>
          <w:lang w:eastAsia="zh-CN"/>
        </w:rPr>
        <w:t>　　二、当发现有人淹没时，要冷静，尽量想办法救人；三、有人救上来时，用双手相扣按住病人的胸口，往下按15下……</w:t>
      </w:r>
      <w:r>
        <w:rPr>
          <w:lang w:eastAsia="zh-CN"/>
        </w:rPr>
        <w:br/>
      </w:r>
      <w:r>
        <w:rPr>
          <w:lang w:eastAsia="zh-CN"/>
        </w:rPr>
        <w:t>　　珍爱生命，就要注意安全，不要被那些表面没有危险的事物所迷惑、所吸引。</w:t>
      </w:r>
      <w:r>
        <w:rPr>
          <w:lang w:eastAsia="zh-CN"/>
        </w:rPr>
        <w:br/>
      </w:r>
      <w:r>
        <w:rPr>
          <w:lang w:eastAsia="zh-CN"/>
        </w:rPr>
        <w:t>　　青少儿童年是祖国的明天，民族的希望。提高青少年儿童的综合素质，特别是少年儿童的学习能力、生活能力、生存能力，都是开展素质教育的重要课题。如今的社会里，车祸、中毒、溺水。剥夺了许多宝贵的生命，尤其是溺水最为严重了。其实溺水是可以避免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少年儿童天性好动，他们对生活的一切新奇刺激反应敏感，好奇心强，喜欢冒险，同时由于他们缺少生活经验，对周围事物、环境可能构成的危及安全的因素认识不够，因而他们往往在突发事件中最容易受到伤害。例如，几个同学一起去江边游泳，这很危险：如今江水污染严重，对皮肤不好，再加上采砂使得水域情况复杂。会游泳者，如果发生小腿抽筋，要保持镇静，采取仰泳，用手将抽筋的腿向背侧弯曲可是痉挛松懈，然后慢慢游回岸边。</w:t>
      </w:r>
      <w:r>
        <w:rPr>
          <w:lang w:eastAsia="zh-CN"/>
        </w:rPr>
        <w:br/>
      </w:r>
      <w:r>
        <w:rPr>
          <w:lang w:eastAsia="zh-CN"/>
        </w:rPr>
        <w:t>　　溺水的主要原因是不知水深浅，失足落水，酒后溺水；一些人去游泳有救生圈觉得安全了，素不知这些简易救生圈一扎就破；对水下情况不明可是危机四伏，危险重重。在水边玩耍，一旦失足，那后果将不堪设想。因此我们因该注意以下几点：</w:t>
      </w:r>
      <w:r>
        <w:rPr>
          <w:lang w:eastAsia="zh-CN"/>
        </w:rPr>
        <w:br/>
      </w:r>
      <w:r>
        <w:rPr>
          <w:lang w:eastAsia="zh-CN"/>
        </w:rPr>
        <w:t>　　1、不到瓯江边游泳。尤其是郊游、旅行时由于不知水情深浅缓急，极易发生溺水事故。</w:t>
      </w:r>
      <w:r>
        <w:rPr>
          <w:lang w:eastAsia="zh-CN"/>
        </w:rPr>
        <w:br/>
      </w:r>
      <w:r>
        <w:rPr>
          <w:lang w:eastAsia="zh-CN"/>
        </w:rPr>
        <w:t>　　2、学游泳时必须有专职教练或者会游泳的大人在场指导与保护，并且带上救生圈，如在海边，最好有救生衣。</w:t>
      </w:r>
      <w:r>
        <w:rPr>
          <w:lang w:eastAsia="zh-CN"/>
        </w:rPr>
        <w:br/>
      </w:r>
      <w:r>
        <w:rPr>
          <w:lang w:eastAsia="zh-CN"/>
        </w:rPr>
        <w:t>　　3、会游泳者在下水前也不能忽视准备活动，并且不能逞能，不要太疲劳。</w:t>
      </w:r>
      <w:r>
        <w:rPr>
          <w:lang w:eastAsia="zh-CN"/>
        </w:rPr>
        <w:br/>
      </w:r>
      <w:r>
        <w:rPr>
          <w:lang w:eastAsia="zh-CN"/>
        </w:rPr>
        <w:t>　　4、坐船时注意安全，别掉入水中。</w:t>
      </w:r>
      <w:r>
        <w:rPr>
          <w:lang w:eastAsia="zh-CN"/>
        </w:rPr>
        <w:br/>
      </w:r>
      <w:r>
        <w:rPr>
          <w:lang w:eastAsia="zh-CN"/>
        </w:rPr>
        <w:t>　　青少年儿童游泳时，由于各方面的原因，导致溺水事故层出不穷。另外城市下水道井盖丢失现象严重。希望大家提高安全意识，防患于未然。</w:t>
      </w:r>
      <w:r>
        <w:rPr>
          <w:lang w:eastAsia="zh-CN"/>
        </w:rPr>
        <w:br/>
      </w:r>
      <w:r>
        <w:rPr>
          <w:lang w:eastAsia="zh-CN"/>
        </w:rPr>
        <w:t>　　我的演讲完毕，谢谢大家！</w:t>
      </w:r>
      <w:r>
        <w:rPr>
          <w:lang w:eastAsia="zh-CN"/>
        </w:rPr>
        <w:br/>
      </w:r>
      <w:r>
        <w:rPr>
          <w:lang w:eastAsia="zh-CN"/>
        </w:rPr>
        <w:t>　　大家早上好！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今天，非常高兴由我来做国旗下的讲话，最近，气温连续升高，有些学生禁不住酷热，冒险下水游泳或玩水。因此，夏季是中小学生溺水事故高发时期。就在刚刚过去的两个星期，我们木化中学就有一名同学中午时候私自到水库里洗澡，结果就永远离开了人间，有些事件我就不再举例，但有一点，我们稍加注意，就会安全！根据上级相关文件精神的要求，今天我再次向大家提出有关防溺水的安全要求：</w:t>
      </w:r>
      <w:r>
        <w:rPr>
          <w:lang w:eastAsia="zh-CN"/>
        </w:rPr>
        <w:br/>
      </w:r>
      <w:r>
        <w:rPr>
          <w:lang w:eastAsia="zh-CN"/>
        </w:rPr>
        <w:t>　　一、树立安全意识，加强自我保护，不走河边，沟沿，不走偏僻的道路，回家时要结伴而行；年龄小的一、二年级的.学生要在有家人陪伴的前提下回家，并要做好相应的防备，防止溺水事件的发生。</w:t>
      </w:r>
      <w:r>
        <w:rPr>
          <w:lang w:eastAsia="zh-CN"/>
        </w:rPr>
        <w:br/>
      </w:r>
      <w:r>
        <w:rPr>
          <w:lang w:eastAsia="zh-CN"/>
        </w:rPr>
        <w:t>　　二、从我做起，严守学校纪律，坚决不玩水。严禁在没有家长或老师的陪同下私自或结伴下水游泳；严禁没有家长陪同下私自到水库、河塘等地嬉水、钓鱼、摸螺或其它危险活动；</w:t>
      </w:r>
      <w:r>
        <w:rPr>
          <w:lang w:eastAsia="zh-CN"/>
        </w:rPr>
        <w:br/>
      </w:r>
      <w:r>
        <w:rPr>
          <w:lang w:eastAsia="zh-CN"/>
        </w:rPr>
        <w:t>　　三、在加强自我安全意识的同时，努力做好说服教育工作，对于那些违反学校纪律，私自玩水的行为，要坚决抵制并及时向老师报告。</w:t>
      </w:r>
      <w:r>
        <w:rPr>
          <w:lang w:eastAsia="zh-CN"/>
        </w:rPr>
        <w:br/>
      </w:r>
      <w:r>
        <w:rPr>
          <w:lang w:eastAsia="zh-CN"/>
        </w:rPr>
        <w:t>　　四、用学会的防溺水知识运用于实际，坚决杜绝溺水事件的发生。遇到有人溺水，不提倡未成年人下水救人，应立即呼救求救。</w:t>
      </w:r>
      <w:r>
        <w:rPr>
          <w:lang w:eastAsia="zh-CN"/>
        </w:rPr>
        <w:br/>
      </w:r>
      <w:r>
        <w:rPr>
          <w:lang w:eastAsia="zh-CN"/>
        </w:rPr>
        <w:t>　　五、夏季来临，雷雨多发，注意汛期安全。不强行过沟过河，雨天不靠近河流海沟。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六、在防雷方面，有关专家提醒我们：下雨打雷时不要靠近金属门窗和金属管道，不要使用电话和手机，外出遇到打雷无法躲入有防雷设施的建筑物内时，要将手表、眼镜等金属物品摘掉，千万不要在离电源、大树和电杆较近的地方避雨；尽量降低身体的高度，以减少直接雷击的危险；双脚要尽量靠近，与地面接触越小越好，以减少跨步电压野外最好的防护场所是洞穴、沟渠和峡谷。如果你在野外开阔地带活动，感觉到头发竖起或皮肤发生颤动时，可能要发生雷击了，要立即倒在地上或者双膝下蹲，向前弯曲，双手抱膝。</w:t>
      </w:r>
      <w:r>
        <w:rPr>
          <w:lang w:eastAsia="zh-CN"/>
        </w:rPr>
        <w:br/>
      </w:r>
      <w:r>
        <w:rPr>
          <w:lang w:eastAsia="zh-CN"/>
        </w:rPr>
        <w:t>　　我的演讲完毕，谢谢大家！</w:t>
      </w:r>
      <w:r>
        <w:rPr>
          <w:lang w:eastAsia="zh-CN"/>
        </w:rPr>
        <w:br/>
      </w:r>
      <w:r>
        <w:rPr>
          <w:lang w:eastAsia="zh-CN"/>
        </w:rPr>
        <w:t>　　领导，同志们：</w:t>
      </w:r>
      <w:r>
        <w:rPr>
          <w:lang w:eastAsia="zh-CN"/>
        </w:rPr>
        <w:br/>
      </w:r>
      <w:r>
        <w:rPr>
          <w:lang w:eastAsia="zh-CN"/>
        </w:rPr>
        <w:t>　　大家好！</w:t>
      </w:r>
      <w:r>
        <w:rPr>
          <w:lang w:eastAsia="zh-CN"/>
        </w:rPr>
        <w:br/>
      </w:r>
      <w:r>
        <w:rPr>
          <w:lang w:eastAsia="zh-CN"/>
        </w:rPr>
        <w:t>　　今天，有机会展示自己，接受领导和同志们的检验，我感到万分荣幸！我竞聘的职位。感谢大家给我这次提高自我，锻炼自我，成长自我的机会，我将十分珍惜，全力面对。</w:t>
      </w:r>
      <w:r>
        <w:rPr>
          <w:lang w:eastAsia="zh-CN"/>
        </w:rPr>
        <w:br/>
      </w:r>
      <w:r>
        <w:rPr>
          <w:lang w:eastAsia="zh-CN"/>
        </w:rPr>
        <w:t>　　我出生于__年_月，现年__岁，博士后学历。先后在_镇、__办公室、工作锻炼。20__年我进入市工作，在办公室负责文秘、收文、发文以及以及领导交办的其他工作。</w:t>
      </w:r>
      <w:r>
        <w:rPr>
          <w:lang w:eastAsia="zh-CN"/>
        </w:rPr>
        <w:br/>
      </w:r>
      <w:r>
        <w:rPr>
          <w:lang w:eastAsia="zh-CN"/>
        </w:rPr>
        <w:t>　　我深知，办公室工作很琐碎，但事关大局。我始终保持高效的工作作风，坚决服从服务大局，踏实工作、不计得失，确保了各项工作准确无误、严格规范。在领导及同志们的帮助下，我的工作得到了大家认可，20__年，20__，我被评为优秀公务员。</w:t>
      </w:r>
      <w:r>
        <w:rPr>
          <w:lang w:eastAsia="zh-CN"/>
        </w:rPr>
        <w:br/>
      </w:r>
      <w:r>
        <w:rPr>
          <w:lang w:eastAsia="zh-CN"/>
        </w:rPr>
        <w:t>　　我深知，我的每一点进步都离不开组织的培养教育、领导和同志们的关心帮助，我将永怀感恩之心！之所以竞聘这个职位，我认为自己有四个方面的优势：一是具有满腔的工作热情，二是具有坚定的工作信心，三是具有丰富的基层经验，五是具有良好的品德修养。</w:t>
      </w:r>
      <w:r>
        <w:rPr>
          <w:lang w:eastAsia="zh-CN"/>
        </w:rPr>
        <w:br/>
      </w:r>
    </w:p>
    <w:p w:rsidR="001B1F19" w14:textId="27C3F48A">
      <w:pPr>
        <w:rPr>
          <w:rFonts w:hint="eastAsia"/>
          <w:lang w:eastAsia="zh-CN"/>
        </w:rPr>
      </w:pPr>
      <w:r>
        <w:rPr>
          <w:lang w:eastAsia="zh-CN"/>
        </w:rPr>
        <w:t>　　我深知，参加竞争是一种自我展示和自我提高，更是一份责任、一份担当。不厚其栋，不能任重。自己的综合协调、文字功底、语言表达等得到了较大提高，但在工作经验和工作能力方面都存在的不足，不管能否竞选成功，我都会一如既往磨练自己，提高自己。</w:t>
      </w:r>
      <w:r>
        <w:rPr>
          <w:lang w:eastAsia="zh-CN"/>
        </w:rPr>
        <w:br/>
      </w:r>
      <w:r>
        <w:rPr>
          <w:lang w:eastAsia="zh-CN"/>
        </w:rPr>
        <w:t>　　一是不断学习，提升素质</w:t>
      </w:r>
      <w:r>
        <w:rPr>
          <w:lang w:eastAsia="zh-CN"/>
        </w:rPr>
        <w:br/>
      </w:r>
      <w:r>
        <w:rPr>
          <w:lang w:eastAsia="zh-CN"/>
        </w:rPr>
        <w:t>　　一方面，要加强政治理论知识的学习，不断提高自己的政治理论修养和明辨大是大非的能力；另一方面，要加强业务知识和高科技知识的学习，不断充实完善，使自己更加胜任本职工作。同时，认真学习法律法规和业务知识，向领导学习、向同事学习、向实践学习，向群众学习，不断提升格局境界、业务能力，工作上拿得起，干得好，独当一面。</w:t>
      </w:r>
      <w:r>
        <w:rPr>
          <w:lang w:eastAsia="zh-CN"/>
        </w:rPr>
        <w:br/>
      </w:r>
      <w:r>
        <w:rPr>
          <w:lang w:eastAsia="zh-CN"/>
        </w:rPr>
        <w:t>　　二是增强责任，从严从实</w:t>
      </w:r>
      <w:r>
        <w:rPr>
          <w:lang w:eastAsia="zh-CN"/>
        </w:rPr>
        <w:br/>
      </w:r>
      <w:r>
        <w:rPr>
          <w:lang w:eastAsia="zh-CN"/>
        </w:rPr>
        <w:t>　　无论从事什么工作，都要做到敢负责、敢担当。进一步加强作风转变，坚持从严从实，以精心的态度、精细的运作、精致的服务，不断提高工作水平。</w:t>
      </w:r>
      <w:r>
        <w:rPr>
          <w:lang w:eastAsia="zh-CN"/>
        </w:rPr>
        <w:br/>
      </w:r>
      <w:r>
        <w:rPr>
          <w:lang w:eastAsia="zh-CN"/>
        </w:rPr>
        <w:t xml:space="preserve">    2024年教育演讲稿 篇16 </w:t>
      </w:r>
      <w:r>
        <w:rPr>
          <w:lang w:eastAsia="zh-CN"/>
        </w:rPr>
        <w:br/>
      </w:r>
      <w:r>
        <w:rPr>
          <w:lang w:eastAsia="zh-CN"/>
        </w:rPr>
        <w:t>　　敬爱的老师们，亲爱的同学们：</w:t>
      </w:r>
      <w:r>
        <w:rPr>
          <w:lang w:eastAsia="zh-CN"/>
        </w:rPr>
        <w:br/>
      </w:r>
      <w:r>
        <w:rPr>
          <w:lang w:eastAsia="zh-CN"/>
        </w:rPr>
        <w:t>　　大家好!</w:t>
      </w:r>
      <w:r>
        <w:rPr>
          <w:lang w:eastAsia="zh-CN"/>
        </w:rPr>
        <w:br/>
      </w:r>
      <w:r>
        <w:rPr>
          <w:lang w:eastAsia="zh-CN"/>
        </w:rPr>
        <w:t>　　“安全在我心，时刻要牢记!”全在我心中，学好安全，做到安全。今天，就让我们来学学安全，走入安全世界。</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https://d.book118.com/285000342243011102</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8500034224301110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