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2024暑假安全教育演讲稿（31篇）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2024暑假安全教育演讲稿（精选31篇）</w:t>
      </w:r>
      <w:r>
        <w:rPr>
          <w:lang w:eastAsia="zh-CN"/>
        </w:rPr>
        <w:br/>
      </w:r>
      <w:r>
        <w:rPr>
          <w:lang w:eastAsia="zh-CN"/>
        </w:rPr>
        <w:t xml:space="preserve">    2024暑假安全教育演讲稿 篇1 </w:t>
      </w:r>
      <w:r>
        <w:rPr>
          <w:lang w:eastAsia="zh-CN"/>
        </w:rPr>
        <w:br/>
      </w:r>
      <w:r>
        <w:rPr>
          <w:lang w:eastAsia="zh-CN"/>
        </w:rPr>
        <w:t>　　各位家长、同学们：</w:t>
      </w:r>
      <w:r>
        <w:rPr>
          <w:lang w:eastAsia="zh-CN"/>
        </w:rPr>
        <w:br/>
      </w:r>
      <w:r>
        <w:rPr>
          <w:lang w:eastAsia="zh-CN"/>
        </w:rPr>
        <w:t>　　大家好！</w:t>
      </w:r>
      <w:r>
        <w:rPr>
          <w:lang w:eastAsia="zh-CN"/>
        </w:rPr>
        <w:br/>
      </w:r>
      <w:r>
        <w:rPr>
          <w:lang w:eastAsia="zh-CN"/>
        </w:rPr>
        <w:t>　　时间过得真快，当我们刚睁开一双欣然的眼睛好奇的观看周围的一切时，一个学期又悄然的从我们身边溜走了。本学期在全体老师和同学们的共同努力下，取得了较好的成绩。从明天开始，历时两个月的暑假生活就要开始了。为了让大家过一个安全有意义的假期，学校向大家提出五点要求：</w:t>
      </w:r>
      <w:r>
        <w:rPr>
          <w:lang w:eastAsia="zh-CN"/>
        </w:rPr>
        <w:br/>
      </w:r>
      <w:r>
        <w:rPr>
          <w:lang w:eastAsia="zh-CN"/>
        </w:rPr>
        <w:t>　　一、必须时时注意安全，珍惜生命</w:t>
      </w:r>
      <w:r>
        <w:rPr>
          <w:lang w:eastAsia="zh-CN"/>
        </w:rPr>
        <w:br/>
      </w:r>
      <w:r>
        <w:rPr>
          <w:lang w:eastAsia="zh-CN"/>
        </w:rPr>
        <w:t>　　因此全体同学在两个月的假期里务必做到下面的十不准：</w:t>
      </w:r>
      <w:r>
        <w:rPr>
          <w:lang w:eastAsia="zh-CN"/>
        </w:rPr>
        <w:br/>
      </w:r>
      <w:r>
        <w:rPr>
          <w:lang w:eastAsia="zh-CN"/>
        </w:rPr>
        <w:t>　　1、不准私自下溪、河、圳、池、水库中洗澡、戏水、划船。</w:t>
      </w:r>
      <w:r>
        <w:rPr>
          <w:lang w:eastAsia="zh-CN"/>
        </w:rPr>
        <w:br/>
      </w:r>
      <w:r>
        <w:rPr>
          <w:lang w:eastAsia="zh-CN"/>
        </w:rPr>
        <w:t>　　2、不准到施工场地或危险楼房，地段、桥梁游玩，逗留。</w:t>
      </w:r>
      <w:r>
        <w:rPr>
          <w:lang w:eastAsia="zh-CN"/>
        </w:rPr>
        <w:br/>
      </w:r>
      <w:r>
        <w:rPr>
          <w:lang w:eastAsia="zh-CN"/>
        </w:rPr>
        <w:t>　　3、不准攀爬电杆、树木、楼房栏杆，不翻越围墙，不上楼顶嘻闹。</w:t>
      </w:r>
      <w:r>
        <w:rPr>
          <w:lang w:eastAsia="zh-CN"/>
        </w:rPr>
        <w:br/>
      </w:r>
      <w:r>
        <w:rPr>
          <w:lang w:eastAsia="zh-CN"/>
        </w:rPr>
        <w:t>　　4、不准未满12周岁的未成年人骑自行车，不攀爬机动车辆，不乘坐无牌照的车辆，不在公路上踢球、游玩、奔跑、戏闹，时时处处注意交通安全。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5、不准私自上山野炊，不接触易燃易爆物品。</w:t>
      </w:r>
      <w:r>
        <w:rPr>
          <w:lang w:eastAsia="zh-CN"/>
        </w:rPr>
        <w:br/>
      </w:r>
      <w:r>
        <w:rPr>
          <w:lang w:eastAsia="zh-CN"/>
        </w:rPr>
        <w:t>　　6、不准随便接触电源和带电电路，不得在雷雨时避于树下，电线杆下或其它易发雷电的地方。</w:t>
      </w:r>
      <w:r>
        <w:rPr>
          <w:lang w:eastAsia="zh-CN"/>
        </w:rPr>
        <w:br/>
      </w:r>
      <w:r>
        <w:rPr>
          <w:lang w:eastAsia="zh-CN"/>
        </w:rPr>
        <w:t>　　7、不准随便吃零食、野果，不吃过期和霉烂变质的食品。</w:t>
      </w:r>
      <w:r>
        <w:rPr>
          <w:lang w:eastAsia="zh-CN"/>
        </w:rPr>
        <w:br/>
      </w:r>
      <w:r>
        <w:rPr>
          <w:lang w:eastAsia="zh-CN"/>
        </w:rPr>
        <w:t>　　8、不准进行不安全的戏闹，如抛石头、土粒、杂物，拿弹弓、木棍、铁器刀具等追逐戏打。</w:t>
      </w:r>
      <w:r>
        <w:rPr>
          <w:lang w:eastAsia="zh-CN"/>
        </w:rPr>
        <w:br/>
      </w:r>
      <w:r>
        <w:rPr>
          <w:lang w:eastAsia="zh-CN"/>
        </w:rPr>
        <w:t>　　9、不准未告知家长私自外出、外宿和远游，防止被绑架，拐骗或走失。</w:t>
      </w:r>
      <w:r>
        <w:rPr>
          <w:lang w:eastAsia="zh-CN"/>
        </w:rPr>
        <w:br/>
      </w:r>
      <w:r>
        <w:rPr>
          <w:lang w:eastAsia="zh-CN"/>
        </w:rPr>
        <w:t>　　10、不准组织非法活动，不偷、不抢、不骗、不打架斗殴，不酗酒闹事。</w:t>
      </w:r>
      <w:r>
        <w:rPr>
          <w:lang w:eastAsia="zh-CN"/>
        </w:rPr>
        <w:br/>
      </w:r>
      <w:r>
        <w:rPr>
          <w:lang w:eastAsia="zh-CN"/>
        </w:rPr>
        <w:t>　　二、科学分配时间，合理安排休息，保质保量完成老师布置的假期作业</w:t>
      </w:r>
      <w:r>
        <w:rPr>
          <w:lang w:eastAsia="zh-CN"/>
        </w:rPr>
        <w:br/>
      </w:r>
      <w:r>
        <w:rPr>
          <w:lang w:eastAsia="zh-CN"/>
        </w:rPr>
        <w:t>　　计划时间读读名著和好书，练习书法陶冶高尚情操，不断拓宽视野。</w:t>
      </w:r>
      <w:r>
        <w:rPr>
          <w:lang w:eastAsia="zh-CN"/>
        </w:rPr>
        <w:br/>
      </w:r>
      <w:r>
        <w:rPr>
          <w:lang w:eastAsia="zh-CN"/>
        </w:rPr>
        <w:t>　　三、生活要有规律</w:t>
      </w:r>
      <w:r>
        <w:rPr>
          <w:lang w:eastAsia="zh-CN"/>
        </w:rPr>
        <w:br/>
      </w:r>
      <w:r>
        <w:rPr>
          <w:lang w:eastAsia="zh-CN"/>
        </w:rPr>
        <w:t>　　注意劳逸结合，保护视力，控制看电视时间，禁止外出上网。注意夏季饮食卫生。</w:t>
      </w:r>
      <w:r>
        <w:rPr>
          <w:lang w:eastAsia="zh-CN"/>
        </w:rPr>
        <w:br/>
      </w:r>
      <w:r>
        <w:rPr>
          <w:lang w:eastAsia="zh-CN"/>
        </w:rPr>
        <w:t>　　抽出时间与家长多交流，在家里我们是小辈，平时难得孝敬父母，现在总算有了时间，要求大家帮父母做一些力所能及的家务活，为父母尽尽孝心，哪怕是端上一杯热茶，递上一条毛巾，也能让他们舒展欣慰的笑容，同时也能培养我们热爱劳动的良好品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对于部分学习成绩不理想的同学，要充分利用好假期，好好补习一下功课，争取下学期能迎头赶上。</w:t>
      </w:r>
      <w:r>
        <w:rPr>
          <w:lang w:eastAsia="zh-CN"/>
        </w:rPr>
        <w:br/>
      </w:r>
      <w:r>
        <w:rPr>
          <w:lang w:eastAsia="zh-CN"/>
        </w:rPr>
        <w:t>　　同学们，明天你们就要开始暑假生活了，希望大家切记安全，努力完成暑假作业和老师分配的任务，做一个让家长高兴、老师放心、社会满意的好孩子。最后，祝愿同学们过一个平安、快乐、健康、文明、丰富多彩的暑假！</w:t>
      </w:r>
      <w:r>
        <w:rPr>
          <w:lang w:eastAsia="zh-CN"/>
        </w:rPr>
        <w:br/>
      </w:r>
      <w:r>
        <w:rPr>
          <w:lang w:eastAsia="zh-CN"/>
        </w:rPr>
        <w:t xml:space="preserve">    2024暑假安全教育演讲稿 篇2 </w:t>
      </w:r>
      <w:r>
        <w:rPr>
          <w:lang w:eastAsia="zh-CN"/>
        </w:rPr>
        <w:br/>
      </w:r>
      <w:r>
        <w:rPr>
          <w:lang w:eastAsia="zh-CN"/>
        </w:rPr>
        <w:t>　　同学们：</w:t>
      </w:r>
      <w:r>
        <w:rPr>
          <w:lang w:eastAsia="zh-CN"/>
        </w:rPr>
        <w:br/>
      </w:r>
      <w:r>
        <w:rPr>
          <w:lang w:eastAsia="zh-CN"/>
        </w:rPr>
        <w:t>　　本学期即将结束，暑假即将来临。为了让大家过一个安全、健康、有趣的假期，为了保护同学们的人身安全不受伤害。现在我们共同将假期内大家要注意的重点的安全知识再次作以强调。希望同学们在假期里，时时、事事、处处注意安全，确保过一个快乐的假期。</w:t>
      </w:r>
      <w:r>
        <w:rPr>
          <w:lang w:eastAsia="zh-CN"/>
        </w:rPr>
        <w:br/>
      </w:r>
      <w:r>
        <w:rPr>
          <w:lang w:eastAsia="zh-CN"/>
        </w:rPr>
        <w:t>　　一、预防溺水事故发生</w:t>
      </w:r>
      <w:r>
        <w:rPr>
          <w:lang w:eastAsia="zh-CN"/>
        </w:rPr>
        <w:br/>
      </w:r>
      <w:r>
        <w:rPr>
          <w:lang w:eastAsia="zh-CN"/>
        </w:rPr>
        <w:t>　　防溺水必须做到“六不”：不私自下水游泳；不擅自与他人结伴游泳；不在无家长或教师带领的情况下游泳；不到无安全设施、无救援人员的水域游泳；不到不熟悉的水域游泳；不熟悉水性的学生不擅自下水施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另外，我们小学生属于未成年人，发现有人溺水，不要私自下水施救。今年由于天气原因，防汛形势较为严重，村子周围的许多水池、低洼处可能会有积水，同学们在玩耍时要避开这些不明水况的区域，以免发生意外。南水北调牵扯到北方广大群众的饮用水，再次提醒大家不要进入到水渠沿线的隔离区内，更不能在里边游泳垂钓或游泳，容易发生溺水事故，禁止到这些地方去玩耍。</w:t>
      </w:r>
      <w:r>
        <w:rPr>
          <w:lang w:eastAsia="zh-CN"/>
        </w:rPr>
        <w:br/>
      </w:r>
      <w:r>
        <w:rPr>
          <w:lang w:eastAsia="zh-CN"/>
        </w:rPr>
        <w:t>　　二、注意交通安全</w:t>
      </w:r>
      <w:r>
        <w:rPr>
          <w:lang w:eastAsia="zh-CN"/>
        </w:rPr>
        <w:br/>
      </w:r>
      <w:r>
        <w:rPr>
          <w:lang w:eastAsia="zh-CN"/>
        </w:rPr>
        <w:t>　　大家假期出行尤其要注意交通安全。出行时同学们一定要做到：</w:t>
      </w:r>
      <w:r>
        <w:rPr>
          <w:lang w:eastAsia="zh-CN"/>
        </w:rPr>
        <w:br/>
      </w:r>
      <w:r>
        <w:rPr>
          <w:lang w:eastAsia="zh-CN"/>
        </w:rPr>
        <w:t>　　1、遵守交通规则：“绿灯行，红灯停”；行走时要走人行道；主动避让机动车辆。</w:t>
      </w:r>
      <w:r>
        <w:rPr>
          <w:lang w:eastAsia="zh-CN"/>
        </w:rPr>
        <w:br/>
      </w:r>
      <w:r>
        <w:rPr>
          <w:lang w:eastAsia="zh-CN"/>
        </w:rPr>
        <w:t>　　2、穿越马路，要走人行横道线；在没有人行横道的路段，在确认没有机动车通过时才可以穿越马路。</w:t>
      </w:r>
      <w:r>
        <w:rPr>
          <w:lang w:eastAsia="zh-CN"/>
        </w:rPr>
        <w:br/>
      </w:r>
      <w:r>
        <w:rPr>
          <w:lang w:eastAsia="zh-CN"/>
        </w:rPr>
        <w:t>　　3、不要翻越道路中央的安全护栏和隔离墩，更不能在马路上嬉戏。</w:t>
      </w:r>
      <w:r>
        <w:rPr>
          <w:lang w:eastAsia="zh-CN"/>
        </w:rPr>
        <w:br/>
      </w:r>
      <w:r>
        <w:rPr>
          <w:lang w:eastAsia="zh-CN"/>
        </w:rPr>
        <w:t>　　4、交通规则规定：不满12周岁的孩子，不能在道路上骑车。</w:t>
      </w:r>
      <w:r>
        <w:rPr>
          <w:lang w:eastAsia="zh-CN"/>
        </w:rPr>
        <w:br/>
      </w:r>
      <w:r>
        <w:rPr>
          <w:lang w:eastAsia="zh-CN"/>
        </w:rPr>
        <w:t>　　5、乘坐公共汽车，要排队候车，不要拥挤。</w:t>
      </w:r>
      <w:r>
        <w:rPr>
          <w:lang w:eastAsia="zh-CN"/>
        </w:rPr>
        <w:br/>
      </w:r>
      <w:r>
        <w:rPr>
          <w:lang w:eastAsia="zh-CN"/>
        </w:rPr>
        <w:t>　　6、不乘坐超载车、“三无”车辆、非营运车辆、车况破旧车和人货混装车。</w:t>
      </w:r>
      <w:r>
        <w:rPr>
          <w:lang w:eastAsia="zh-CN"/>
        </w:rPr>
        <w:br/>
      </w:r>
      <w:r>
        <w:rPr>
          <w:lang w:eastAsia="zh-CN"/>
        </w:rPr>
        <w:t>　　三、消防安全</w:t>
      </w:r>
      <w:r>
        <w:rPr>
          <w:lang w:eastAsia="zh-CN"/>
        </w:rPr>
        <w:br/>
      </w:r>
      <w:r>
        <w:rPr>
          <w:lang w:eastAsia="zh-CN"/>
        </w:rPr>
        <w:t>　　消防安全是我们安全工作的重中之重，同学们平时要多学习消防知识，力争平时做到：</w:t>
      </w:r>
      <w:r>
        <w:rPr>
          <w:lang w:eastAsia="zh-CN"/>
        </w:rPr>
        <w:br/>
      </w:r>
      <w:r>
        <w:rPr>
          <w:lang w:eastAsia="zh-CN"/>
        </w:rPr>
        <w:t>　　1、不带火柴、打火机等火种以及汽油、爆竹等易燃易爆物品进入人员密集场所，此外，提醒大家，到人员密集的.场所时要先看疏散示意图，了解逃生路线，在意外发生时可以迅速撤离。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2、自觉爱护各种消防设施。如灭火器、水枪等。消防设施是扑救火灾的重要工具，必须处于“常备不懈”的状态。一有火灾，马上能够投入使用。因此，平时不要随意玩弄、挪用消防器材，或将其改变用途。</w:t>
      </w:r>
      <w:r>
        <w:rPr>
          <w:lang w:eastAsia="zh-CN"/>
        </w:rPr>
        <w:br/>
      </w:r>
      <w:r>
        <w:rPr>
          <w:lang w:eastAsia="zh-CN"/>
        </w:rPr>
        <w:t>　　3、有的同学由于疏忽忘了随手关掉电源，电灯、电扇、空调不停工作，消防隐患有时便会暴露出来，一些意外事故也便有可能发生，因此在这里要求同学在今后能养成随手关电源的好习惯。</w:t>
      </w:r>
      <w:r>
        <w:rPr>
          <w:lang w:eastAsia="zh-CN"/>
        </w:rPr>
        <w:br/>
      </w:r>
      <w:r>
        <w:rPr>
          <w:lang w:eastAsia="zh-CN"/>
        </w:rPr>
        <w:t>　　四、爱路护路</w:t>
      </w:r>
      <w:r>
        <w:rPr>
          <w:lang w:eastAsia="zh-CN"/>
        </w:rPr>
        <w:br/>
      </w:r>
      <w:r>
        <w:rPr>
          <w:lang w:eastAsia="zh-CN"/>
        </w:rPr>
        <w:t>　　我们每个人都要争当爱路护路小卫士，从自身做起，坚决做到以下几点：不在铁路路基、道心上行走、坐卧，不在车站、区间逗留、游逛、穿越；不在火车道附近和铁路货场附近玩耍；不在铁轨上压铁钉、铁丝、石头，设置障碍；不向列车投石头，以免伤人或损坏列车。</w:t>
      </w:r>
      <w:r>
        <w:rPr>
          <w:lang w:eastAsia="zh-CN"/>
        </w:rPr>
        <w:br/>
      </w:r>
      <w:r>
        <w:rPr>
          <w:lang w:eastAsia="zh-CN"/>
        </w:rPr>
        <w:t>　　五、预防食物中毒</w:t>
      </w:r>
      <w:r>
        <w:rPr>
          <w:lang w:eastAsia="zh-CN"/>
        </w:rPr>
        <w:br/>
      </w:r>
      <w:r>
        <w:rPr>
          <w:lang w:eastAsia="zh-CN"/>
        </w:rPr>
        <w:t>　　1、养成吃东西以前洗手的习惯。</w:t>
      </w:r>
      <w:r>
        <w:rPr>
          <w:lang w:eastAsia="zh-CN"/>
        </w:rPr>
        <w:br/>
      </w:r>
      <w:r>
        <w:rPr>
          <w:lang w:eastAsia="zh-CN"/>
        </w:rPr>
        <w:t>　　2、不随便吃野菜、野果。</w:t>
      </w:r>
      <w:r>
        <w:rPr>
          <w:lang w:eastAsia="zh-CN"/>
        </w:rPr>
        <w:br/>
      </w:r>
      <w:r>
        <w:rPr>
          <w:lang w:eastAsia="zh-CN"/>
        </w:rPr>
        <w:t>　　3、不吃腐烂变质的食物。</w:t>
      </w:r>
      <w:r>
        <w:rPr>
          <w:lang w:eastAsia="zh-CN"/>
        </w:rPr>
        <w:br/>
      </w:r>
      <w:r>
        <w:rPr>
          <w:lang w:eastAsia="zh-CN"/>
        </w:rPr>
        <w:t>　　4、不随意购买、食用街头小摊贩出售的劣质食品、饮料、“三无”食品、过期食品。</w:t>
      </w:r>
      <w:r>
        <w:rPr>
          <w:lang w:eastAsia="zh-CN"/>
        </w:rPr>
        <w:br/>
      </w:r>
      <w:r>
        <w:rPr>
          <w:lang w:eastAsia="zh-CN"/>
        </w:rPr>
        <w:t>　　六、防自然灾害</w:t>
      </w:r>
      <w:r>
        <w:rPr>
          <w:lang w:eastAsia="zh-CN"/>
        </w:rPr>
        <w:br/>
      </w:r>
      <w:r>
        <w:rPr>
          <w:lang w:eastAsia="zh-CN"/>
        </w:rPr>
        <w:t>　　雷雨天气，千万不要站在野外、高地、大树底下避雨，以免遭到雷击；在家里应关好门窗。地震来临时，要冷静对待。要迅速逃离建筑物，无法逃离的应迅速躲在桌椅下或卫生间、楼梯道等狭小房间，等待救援。</w:t>
      </w:r>
      <w:r>
        <w:rPr>
          <w:lang w:eastAsia="zh-CN"/>
        </w:rPr>
        <w:br/>
      </w:r>
      <w:r>
        <w:rPr>
          <w:lang w:eastAsia="zh-CN"/>
        </w:rPr>
        <w:t>　　七、假期其他注意事项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1、不玩危险游戏。</w:t>
      </w:r>
      <w:r>
        <w:rPr>
          <w:lang w:eastAsia="zh-CN"/>
        </w:rPr>
        <w:br/>
      </w:r>
      <w:r>
        <w:rPr>
          <w:lang w:eastAsia="zh-CN"/>
        </w:rPr>
        <w:t>　　2、不靠近建筑工地、施工场所和危房。</w:t>
      </w:r>
      <w:r>
        <w:rPr>
          <w:lang w:eastAsia="zh-CN"/>
        </w:rPr>
        <w:br/>
      </w:r>
      <w:r>
        <w:rPr>
          <w:lang w:eastAsia="zh-CN"/>
        </w:rPr>
        <w:t>　　3、根据学校要求做到不进入“三厅两室”、网吧、酒吧、歌舞厅等未成年学生不宜进入的场所。</w:t>
      </w:r>
      <w:r>
        <w:rPr>
          <w:lang w:eastAsia="zh-CN"/>
        </w:rPr>
        <w:br/>
      </w:r>
      <w:r>
        <w:rPr>
          <w:lang w:eastAsia="zh-CN"/>
        </w:rPr>
        <w:t>　　同学们，只要我们掌握了必要的安全常识，并在日常生活中时时讲安全，事事讲安全，就一定能够平安幸福的度过每一天。最后祝同学们假期快乐！</w:t>
      </w:r>
      <w:r>
        <w:rPr>
          <w:lang w:eastAsia="zh-CN"/>
        </w:rPr>
        <w:br/>
      </w:r>
      <w:r>
        <w:rPr>
          <w:lang w:eastAsia="zh-CN"/>
        </w:rPr>
        <w:t xml:space="preserve">    2024暑假安全教育演讲稿 篇3 </w:t>
      </w:r>
      <w:r>
        <w:rPr>
          <w:lang w:eastAsia="zh-CN"/>
        </w:rPr>
        <w:br/>
      </w:r>
      <w:r>
        <w:rPr>
          <w:lang w:eastAsia="zh-CN"/>
        </w:rPr>
        <w:t>　　同学们：</w:t>
      </w:r>
      <w:r>
        <w:rPr>
          <w:lang w:eastAsia="zh-CN"/>
        </w:rPr>
        <w:br/>
      </w:r>
      <w:r>
        <w:rPr>
          <w:lang w:eastAsia="zh-CN"/>
        </w:rPr>
        <w:t>　　本学期即将结束，暑假即将来临。为了让大家过一个安全、健康、有趣的假期，为了保护同学们的人身安全不受伤害。现在我们共同将假期内大家要注意的重点的安全知识再次作以强调。希望同学们在假期里，时时、事事、处处注意安全，确保过一个快乐的假期。</w:t>
      </w:r>
      <w:r>
        <w:rPr>
          <w:lang w:eastAsia="zh-CN"/>
        </w:rPr>
        <w:br/>
      </w:r>
      <w:r>
        <w:rPr>
          <w:lang w:eastAsia="zh-CN"/>
        </w:rPr>
        <w:t>　　一、预防溺水事故发生</w:t>
      </w:r>
      <w:r>
        <w:rPr>
          <w:lang w:eastAsia="zh-CN"/>
        </w:rPr>
        <w:br/>
      </w:r>
      <w:r>
        <w:rPr>
          <w:lang w:eastAsia="zh-CN"/>
        </w:rPr>
        <w:t>　　防溺水必须做到“六不”：不私自下水游泳;不擅自与他人结伴游泳;不在无家长或教师带领的情况下游泳;不到无安全设施、无救援人员的水域游泳;不到不熟悉的水域游泳;不熟悉水性的学生不擅自下水施救。</w:t>
      </w:r>
      <w:r>
        <w:rPr>
          <w:lang w:eastAsia="zh-CN"/>
        </w:rPr>
        <w:br/>
      </w:r>
      <w:r>
        <w:rPr>
          <w:lang w:eastAsia="zh-CN"/>
        </w:rPr>
        <w:t>　　另外，我们小学生属于未成年人，发现有人溺水，不要下水营救。村子周围的许多水池、水库水况不明，不宜游泳，容易发生溺水事故，禁止到这些地方去玩耍。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二、注意交通安全。</w:t>
      </w:r>
      <w:r>
        <w:rPr>
          <w:lang w:eastAsia="zh-CN"/>
        </w:rPr>
        <w:br/>
      </w:r>
      <w:r>
        <w:rPr>
          <w:lang w:eastAsia="zh-CN"/>
        </w:rPr>
        <w:t>　　大家假期出行尤其要注意交通安全。出行时同学们一定要做到：</w:t>
      </w:r>
      <w:r>
        <w:rPr>
          <w:lang w:eastAsia="zh-CN"/>
        </w:rPr>
        <w:br/>
      </w:r>
      <w:r>
        <w:rPr>
          <w:lang w:eastAsia="zh-CN"/>
        </w:rPr>
        <w:t>　　1、遵守交通规则：“绿灯行，红灯停”;行走时要走人行道;主动避让机动车辆。2、穿越马路，要走人行横道线;在没有人行横道的路段，在确认没有机动车通过时才可以穿越马路。3、不要翻越道路中央的安全护栏和隔离墩，更不能在马路上嬉戏。4、交通规则规定：不满12周岁的孩子，不能在道路上骑车。5、乘坐公共汽车，要排队候车，不要拥挤。6、不乘坐超载车、“三无”车辆、非营运车辆、车况破旧车和人货混装车。</w:t>
      </w:r>
      <w:r>
        <w:rPr>
          <w:lang w:eastAsia="zh-CN"/>
        </w:rPr>
        <w:br/>
      </w:r>
      <w:r>
        <w:rPr>
          <w:lang w:eastAsia="zh-CN"/>
        </w:rPr>
        <w:t>　　三、防止感染传染病。</w:t>
      </w:r>
      <w:r>
        <w:rPr>
          <w:lang w:eastAsia="zh-CN"/>
        </w:rPr>
        <w:br/>
      </w:r>
      <w:r>
        <w:rPr>
          <w:lang w:eastAsia="zh-CN"/>
        </w:rPr>
        <w:t>　　1、养成良好的个人卫生习惯，充足睡眠、勤于锻炼、减少压力、均衡营养，提高免疫能力;2、避免接触传染病人。3、注意个人卫生，经常使用肥皂和清水洗手;4、避免前往人群拥挤场所。</w:t>
      </w:r>
      <w:r>
        <w:rPr>
          <w:lang w:eastAsia="zh-CN"/>
        </w:rPr>
        <w:br/>
      </w:r>
      <w:r>
        <w:rPr>
          <w:lang w:eastAsia="zh-CN"/>
        </w:rPr>
        <w:t>　　四、预防食物中毒。</w:t>
      </w:r>
      <w:r>
        <w:rPr>
          <w:lang w:eastAsia="zh-CN"/>
        </w:rPr>
        <w:br/>
      </w:r>
      <w:r>
        <w:rPr>
          <w:lang w:eastAsia="zh-CN"/>
        </w:rPr>
        <w:t>　　1、养成吃东西以前洗手的习惯。2、生吃瓜果要洗净。3、不随便吃野菜、野果。4、不吃腐烂变质的食物。5、不随意购买、食用街头小摊贩出售的劣质食品、饮料、“三无”食品、过期食品。6、不喝生水。</w:t>
      </w:r>
      <w:r>
        <w:rPr>
          <w:lang w:eastAsia="zh-CN"/>
        </w:rPr>
        <w:br/>
      </w:r>
      <w:r>
        <w:rPr>
          <w:lang w:eastAsia="zh-CN"/>
        </w:rPr>
        <w:t>　　五、提高警惕，防拐骗、敲诈、侵害。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1、不答应陌生人的邀请;不乘坐陌生人的车辆;不接受陌生人的饮料、食物;不给陌生人开门;不独自或私自结伴外出;不到荒凉或偏僻的地方玩耍;碰到紧急的事拨打“110”报警救助。2、万一迷路不要惊慌，要呆在原地等候父母来找或及时拨打“110”，请求警察的帮助。3、记住自己家里的地址和爸爸妈妈的工作单位、电话号码、手机号码。</w:t>
      </w:r>
      <w:r>
        <w:rPr>
          <w:lang w:eastAsia="zh-CN"/>
        </w:rPr>
        <w:br/>
      </w:r>
      <w:r>
        <w:rPr>
          <w:lang w:eastAsia="zh-CN"/>
        </w:rPr>
        <w:t>　　六、防自然灾害</w:t>
      </w:r>
      <w:r>
        <w:rPr>
          <w:lang w:eastAsia="zh-CN"/>
        </w:rPr>
        <w:br/>
      </w:r>
      <w:r>
        <w:rPr>
          <w:lang w:eastAsia="zh-CN"/>
        </w:rPr>
        <w:t>　　雷雨天气，千万不要站在野外、高地、大树底下避雨，以免遭到雷击;在家里应关好门窗。地震来临时，要冷静对待。要迅速逃离建筑物，无法逃离的应迅速躲在桌椅下或卫生间、楼梯道等狭小房间，等待救援。</w:t>
      </w:r>
      <w:r>
        <w:rPr>
          <w:lang w:eastAsia="zh-CN"/>
        </w:rPr>
        <w:br/>
      </w:r>
      <w:r>
        <w:rPr>
          <w:lang w:eastAsia="zh-CN"/>
        </w:rPr>
        <w:t>　　七、防触电</w:t>
      </w:r>
      <w:r>
        <w:rPr>
          <w:lang w:eastAsia="zh-CN"/>
        </w:rPr>
        <w:br/>
      </w:r>
      <w:r>
        <w:rPr>
          <w:lang w:eastAsia="zh-CN"/>
        </w:rPr>
        <w:t>　　1、学习用电常识，不要用硬物品接触电源，也不要用人体某个部位接触电源，以防触电，要在家长的指导下逐步学会使用普通的家用电器。2、不要乱插、私接电源，不要用湿手去插电源插头。3、凡是金属制品都是导电的，千万不要用这些物品直接与电源接触。4、不要用湿手巾擦电器，防止水滴进机壳内造成短路或触电。5、不要在标有“高压危险”的地方玩耍。</w:t>
      </w:r>
      <w:r>
        <w:rPr>
          <w:lang w:eastAsia="zh-CN"/>
        </w:rPr>
        <w:br/>
      </w:r>
      <w:r>
        <w:rPr>
          <w:lang w:eastAsia="zh-CN"/>
        </w:rPr>
        <w:t>　　八、网络安全</w:t>
      </w:r>
      <w:r>
        <w:rPr>
          <w:lang w:eastAsia="zh-CN"/>
        </w:rPr>
        <w:br/>
      </w:r>
      <w:r>
        <w:rPr>
          <w:lang w:eastAsia="zh-CN"/>
        </w:rPr>
        <w:t>　　1、没有经过父母同意，不要把自己及父母家人的真实信息，如姓名、住址、学校、电话号码和相片等，在网上告诉其他人。2、不要浏览“儿童不宜”的网站或网站栏目。3、根据与父母的约定，适当控制上网时间，一般每次不要超过1小时，每天不超过2小时。</w:t>
      </w:r>
      <w:r>
        <w:rPr>
          <w:lang w:eastAsia="zh-CN"/>
        </w:rPr>
        <w:br/>
      </w:r>
      <w:r>
        <w:rPr>
          <w:lang w:eastAsia="zh-CN"/>
        </w:rPr>
        <w:t>　　九、安排好假期生活。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1、制定暑期活动计划表。在征求父母意见后，制定好暑期生活安排计划表，使我们的暑假生活富有条理性和次序性。2、安排好暑期的学习活动。暑假期间，我们要完成暑期作业，包括老师布置的复习和预习。可以利用暑假期间要求家长配合自己完成一些社会实践活动。3、做一些自己想做的事情。每个同学都有自己的个人爱好和兴趣，大家可以利用暑假时间学习一些新技能，比如绘画、打球、书法等，做到劳逸结合。4、读读课外书。暑假里读一两本好书确实是个不错的想法。选好你要看的书，精读，体会。这有利于我们在读书中增长知识，开拓眼界，激发学习兴趣，促进思考，所以，多读书，读好书的作用不可估量。5、分担家务劳动。假期里父母仍然要上班，我们可以主动为父母分担一些家务，这不但能减轻父母的劳累，而且对于锻炼自我的劳动能力、自理能力都有好处，所以建议同学在暑假期间能多帮助父母分担一些家务劳动。</w:t>
      </w:r>
      <w:r>
        <w:rPr>
          <w:lang w:eastAsia="zh-CN"/>
        </w:rPr>
        <w:br/>
      </w:r>
      <w:r>
        <w:rPr>
          <w:lang w:eastAsia="zh-CN"/>
        </w:rPr>
        <w:t>　　十、假期其他注意事项：</w:t>
      </w:r>
      <w:r>
        <w:rPr>
          <w:lang w:eastAsia="zh-CN"/>
        </w:rPr>
        <w:br/>
      </w:r>
      <w:r>
        <w:rPr>
          <w:lang w:eastAsia="zh-CN"/>
        </w:rPr>
        <w:t>　　1、不玩危险游戏。2、不靠近建筑工地、施工场所和危房。3、不玩火、不玩电，不进入网吧。4、帮助父母做力所能及的家务活，科学锻炼身体，增强自己体质。5、不参加社会上非法举办的各类兴趣班和补习班。</w:t>
      </w:r>
      <w:r>
        <w:rPr>
          <w:lang w:eastAsia="zh-CN"/>
        </w:rPr>
        <w:br/>
      </w:r>
      <w:r>
        <w:rPr>
          <w:lang w:eastAsia="zh-CN"/>
        </w:rPr>
        <w:t>　　同学们，只要我们掌握了必要的安全常识，并在日常生活中时时讲安全，事事讲安全，就一定能够平安幸福的度过每一天。最后祝同学们假期快乐!</w:t>
      </w:r>
      <w:r>
        <w:rPr>
          <w:lang w:eastAsia="zh-CN"/>
        </w:rPr>
        <w:br/>
      </w:r>
      <w:r>
        <w:rPr>
          <w:lang w:eastAsia="zh-CN"/>
        </w:rPr>
        <w:t>　　谢谢大家!</w:t>
      </w:r>
      <w:r>
        <w:rPr>
          <w:lang w:eastAsia="zh-CN"/>
        </w:rPr>
        <w:br/>
      </w:r>
      <w:r>
        <w:rPr>
          <w:lang w:eastAsia="zh-CN"/>
        </w:rPr>
        <w:t xml:space="preserve">    2024暑假安全教育演讲稿 篇4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同学们：</w:t>
      </w:r>
      <w:r>
        <w:rPr>
          <w:lang w:eastAsia="zh-CN"/>
        </w:rPr>
        <w:br/>
      </w:r>
      <w:r>
        <w:rPr>
          <w:lang w:eastAsia="zh-CN"/>
        </w:rPr>
        <w:t>　　暑假生活马上就要开始了，我猜想同学们都是怀着激动和期盼的心情来迎接这个暑假的，但是同学们，你们有假期，安全却无假期。为了使同学们能够度过一个平安、愉快的暑假，学校要求同学们，要时刻绷紧安全这根玄，增强安全意识，熟记安全知识。在此，我希望同学们能认真听讲，并把所讲的内容牢记于心。</w:t>
      </w:r>
      <w:r>
        <w:rPr>
          <w:lang w:eastAsia="zh-CN"/>
        </w:rPr>
        <w:br/>
      </w:r>
      <w:r>
        <w:rPr>
          <w:lang w:eastAsia="zh-CN"/>
        </w:rPr>
        <w:t>　　同学们，不安全的因素时刻威胁着我们的生命和健康，就在昨晚，电视里还在报道：一名10岁的男孩因落入水塘而溺水身亡;近两天强降雨的天气导致重庆、湖南、安徽等多省市的部分地区遭受洪水、雷电、飓风等灾害，洪水导致房屋被淹，人员失踪……而且在未来的一段时间，我国的大部分地区还将继续承受强降雨带给我们的考验。同学们，不管是自然灾害也好、人为因素也罢，只要对我们的生命财产有危害，我们就要坚决抵制。为了确保我们的生命安全，身体健康，我们要时刻规范自己的言行，提高警惕，将人为的安全隐患彻底消除。而对于我们无法改变的自然灾害，我们也要学会基本的安全常识，学会自救自护，争取将灾害带给我们的危害降到最低。</w:t>
      </w:r>
      <w:r>
        <w:rPr>
          <w:lang w:eastAsia="zh-CN"/>
        </w:rPr>
        <w:br/>
      </w:r>
      <w:r>
        <w:rPr>
          <w:lang w:eastAsia="zh-CN"/>
        </w:rPr>
        <w:t>　　同学们，生命只有一次，我们的这次旅程所买的是一张单程车票，没有回头路可走，也没有后悔药可吃，这就需要我们加倍地呵护我们的生命。</w:t>
      </w:r>
      <w:r>
        <w:rPr>
          <w:lang w:eastAsia="zh-CN"/>
        </w:rPr>
        <w:br/>
      </w:r>
      <w:r>
        <w:rPr>
          <w:lang w:eastAsia="zh-CN"/>
        </w:rPr>
        <w:t>　　具体来说，今天我讲以下几点：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第一、在假期中必须严格遵守法律法规，遵守《中学生守则》、《中学生日常行为规范》和《草池初中学生常规》。</w:t>
      </w:r>
      <w:r>
        <w:rPr>
          <w:lang w:eastAsia="zh-CN"/>
        </w:rPr>
        <w:br/>
      </w:r>
      <w:r>
        <w:rPr>
          <w:lang w:eastAsia="zh-CN"/>
        </w:rPr>
        <w:t>　　第二、放假后，及时回家。不得在外游玩，迁延逗留，结伴串门。未经家长同意，不得私自离家外出，更不准私自在外留宿。假期中，不得无故进校。不私自外出游玩，不玩有危险的游戏。不下河洗澡。不到工地、危墙、危房、电线杆、道路上、水塘边等危险地方玩耍。不进电子游戏室、录像室、网吧等营业性娱乐场所玩耍。不收听、收看、播放不健康的音像制品。不参与_功等任何邪教组织活动。</w:t>
      </w:r>
      <w:r>
        <w:rPr>
          <w:lang w:eastAsia="zh-CN"/>
        </w:rPr>
        <w:br/>
      </w:r>
      <w:r>
        <w:rPr>
          <w:lang w:eastAsia="zh-CN"/>
        </w:rPr>
        <w:t>　　第三、交通安全方面。遵守交通规则，不横穿马路，过路口要看清左右车辆。骑自行车要经常检查车况，保持车况良好。严禁12岁以下的未成年人骑自行车。学生不得驾驶机动车辆。外出乘车要遵守社会公德，文明乘车。坐稳、掌好扶手。不把头、手伸出窗外。车辆停稳后才下车。万一遇到自己或他人发生交通事故，我们应该：不慌张、不围观，迅速拔打交通事故报警电话“122”或急救电话“120”，并且记住肇事车的车型、牌号、颜色等特征。</w:t>
      </w:r>
      <w:r>
        <w:rPr>
          <w:lang w:eastAsia="zh-CN"/>
        </w:rPr>
        <w:br/>
      </w:r>
      <w:r>
        <w:rPr>
          <w:lang w:eastAsia="zh-CN"/>
        </w:rPr>
        <w:t>　　第四、食品卫生方面。不要吃生、冷、变质食品。不吃来路不明的食物和剩饭菜(尤其是夏天)，以防食物中毒。不吃过期食品或发霉、有异味、变质、不卫生的食品。养成不吃零食的好习惯。勤洗手、勤换衣，讲究个人卫生。</w:t>
      </w:r>
      <w:r>
        <w:rPr>
          <w:lang w:eastAsia="zh-CN"/>
        </w:rPr>
        <w:br/>
      </w:r>
      <w:r>
        <w:rPr>
          <w:lang w:eastAsia="zh-CN"/>
        </w:rPr>
        <w:t>　　第五、家庭生活安全。注意规范使用_、煤气灶、高压锅和各种电器，在使用时一定按照操作说明规范操作和使用。严禁自拉、乱接电线，注意用电安全。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第六、严防自然灾害带给我们的危害。夏季是暴雨、雷电多发季节，暑假期间，同学们应该注意预防雷电、洪水、山体滑坡、泥石流等自然灾害带给我们的危害。在雷雨天气尽量不外出，更不要滞留在大树下或空旷地带。在雷电来临时，如果感觉到头发竖起或皮肤颤动，要立即倒在地上或者双膝下蹲，向前弯曲，双手抱住膝盖。这样可减小雷击的可能。大雨时尽量不要外出，雨后也不走路边、沟坎、山边、低矮的桥等地方，一是雨后可能河水陡涨，漫过甚至冲毁桥段，二是大雨，容易造成，路边、沟坎、山体等滑坡、塌陷，造成危险。</w:t>
      </w:r>
      <w:r>
        <w:rPr>
          <w:lang w:eastAsia="zh-CN"/>
        </w:rPr>
        <w:br/>
      </w:r>
      <w:r>
        <w:rPr>
          <w:lang w:eastAsia="zh-CN"/>
        </w:rPr>
        <w:t>　　第七、不准惹事生非、打架斗殴，更不准社会上的不良人员交往。严防被人拐、骗或出现其他事故。</w:t>
      </w:r>
      <w:r>
        <w:rPr>
          <w:lang w:eastAsia="zh-CN"/>
        </w:rPr>
        <w:br/>
      </w:r>
      <w:r>
        <w:rPr>
          <w:lang w:eastAsia="zh-CN"/>
        </w:rPr>
        <w:t>　　第八、学习一些自救自护的常识，时刻保持清醒的头脑，随时都要保证将自己置身于安全范围之内，在家长的监护下学习和生活。万一遇上危险，应灵活机智、沉着应对。</w:t>
      </w:r>
      <w:r>
        <w:rPr>
          <w:lang w:eastAsia="zh-CN"/>
        </w:rPr>
        <w:br/>
      </w:r>
      <w:r>
        <w:rPr>
          <w:lang w:eastAsia="zh-CN"/>
        </w:rPr>
        <w:t>　　以上各条，要求同学们严格遵守，家长监督。</w:t>
      </w:r>
      <w:r>
        <w:rPr>
          <w:lang w:eastAsia="zh-CN"/>
        </w:rPr>
        <w:br/>
      </w:r>
      <w:r>
        <w:rPr>
          <w:lang w:eastAsia="zh-CN"/>
        </w:rPr>
        <w:t>　　同学们，确保我们自身的安全和健康，不仅是对自己负责任，而且也是对家人、对父母的回报，你们的安全就是全家人的幸福，你们的健康就是全家人的希望，为了太多的爱你们的心，珍惜自己吧!</w:t>
      </w:r>
      <w:r>
        <w:rPr>
          <w:lang w:eastAsia="zh-CN"/>
        </w:rPr>
        <w:br/>
      </w:r>
      <w:r>
        <w:rPr>
          <w:lang w:eastAsia="zh-CN"/>
        </w:rPr>
        <w:t>　　另外，在长假期间，还希望同学们安排好作息时间和学习内容，认真复习，劳逸结合，积极参加社会实践，过一个充实的、愉快的、有意义的暑假。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谢谢大家!</w:t>
      </w:r>
      <w:r>
        <w:rPr>
          <w:lang w:eastAsia="zh-CN"/>
        </w:rPr>
        <w:br/>
      </w:r>
      <w:r>
        <w:rPr>
          <w:lang w:eastAsia="zh-CN"/>
        </w:rPr>
        <w:t xml:space="preserve">    2024暑假安全教育演讲稿 篇5 </w:t>
      </w:r>
      <w:r>
        <w:rPr>
          <w:lang w:eastAsia="zh-CN"/>
        </w:rPr>
        <w:br/>
      </w:r>
      <w:r>
        <w:rPr>
          <w:lang w:eastAsia="zh-CN"/>
        </w:rPr>
        <w:t>　　老师和学生：</w:t>
      </w:r>
      <w:r>
        <w:rPr>
          <w:lang w:eastAsia="zh-CN"/>
        </w:rPr>
        <w:br/>
      </w:r>
      <w:r>
        <w:rPr>
          <w:lang w:eastAsia="zh-CN"/>
        </w:rPr>
        <w:t>　　大家好!</w:t>
      </w:r>
      <w:r>
        <w:rPr>
          <w:lang w:eastAsia="zh-CN"/>
        </w:rPr>
        <w:br/>
      </w:r>
      <w:r>
        <w:rPr>
          <w:lang w:eastAsia="zh-CN"/>
        </w:rPr>
        <w:t>　　我们度过了一个平安快乐的寒假，满怀希望的迎来了新学期。开学第一天，我代表学校再一次跟同学讲安全。</w:t>
      </w:r>
      <w:r>
        <w:rPr>
          <w:lang w:eastAsia="zh-CN"/>
        </w:rPr>
        <w:br/>
      </w:r>
      <w:r>
        <w:rPr>
          <w:lang w:eastAsia="zh-CN"/>
        </w:rPr>
        <w:t>　　说到安全，有些学生可能会感到厌烦。请记住，生命是珍贵而脆弱的。如果你关注安全事故，你就会远离你，让你的生命变得长久;瘫痪会接近你，甚至危及你的生命。所以安全问题怎么强调都不为过，就是要经常反复讲。</w:t>
      </w:r>
      <w:r>
        <w:rPr>
          <w:lang w:eastAsia="zh-CN"/>
        </w:rPr>
        <w:br/>
      </w:r>
      <w:r>
        <w:rPr>
          <w:lang w:eastAsia="zh-CN"/>
        </w:rPr>
        <w:t>　　首先，必须牢记“珍爱生命，安全第一”的意识。交通安全、消防安全、食品安全、活动安全、健康安全等。安全意识是最根本的。“没有安全就没有一切”。生活是你自己的，也是你的家庭和学校、社会的。安全事故的最大隐患是麻痹和无所谓的心理。</w:t>
      </w:r>
      <w:r>
        <w:rPr>
          <w:lang w:eastAsia="zh-CN"/>
        </w:rPr>
        <w:br/>
      </w:r>
      <w:r>
        <w:rPr>
          <w:lang w:eastAsia="zh-CN"/>
        </w:rPr>
        <w:t>　　第二、作为学生来说，要听从、服从学校和老师的教育和管理，遵守学校的校规校纪，事故往往发生在违规违纪中。</w:t>
      </w:r>
      <w:r>
        <w:rPr>
          <w:lang w:eastAsia="zh-CN"/>
        </w:rPr>
        <w:br/>
      </w:r>
      <w:r>
        <w:rPr>
          <w:lang w:eastAsia="zh-CN"/>
        </w:rPr>
        <w:t>　　第三、要培养防护能力，学会自护自救，掌握基本的避险知识和逃生本领。比如说，在学校里遇到地震、火灾或其它发生了险情，同学们就不能惊慌，听从指挥，按照平时演练有序疏散。</w:t>
      </w:r>
      <w:r>
        <w:rPr>
          <w:lang w:eastAsia="zh-CN"/>
        </w:rPr>
        <w:br/>
      </w:r>
      <w:r>
        <w:rPr>
          <w:lang w:eastAsia="zh-CN"/>
        </w:rPr>
        <w:t>　　第四、特别要注意的：</w:t>
      </w:r>
      <w:r>
        <w:rPr>
          <w:lang w:eastAsia="zh-CN"/>
        </w:rPr>
        <w:br/>
      </w:r>
      <w:r>
        <w:rPr>
          <w:lang w:eastAsia="zh-CN"/>
        </w:rPr>
        <w:t>　　1、上学放学一定要注意交通安全。</w:t>
      </w:r>
      <w:r>
        <w:rPr>
          <w:lang w:eastAsia="zh-CN"/>
        </w:rPr>
        <w:br/>
      </w:r>
      <w:r>
        <w:rPr>
          <w:lang w:eastAsia="zh-CN"/>
        </w:rPr>
        <w:t>　　2、注意春季呼吸道传染病，注意预防麻疹、水痘等病的发生。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3、关注饮食安全，不买、不吃非法经营摊点售卖的食品、饮料，不吃零食。</w:t>
      </w:r>
      <w:r>
        <w:rPr>
          <w:lang w:eastAsia="zh-CN"/>
        </w:rPr>
        <w:br/>
      </w:r>
      <w:r>
        <w:rPr>
          <w:lang w:eastAsia="zh-CN"/>
        </w:rPr>
        <w:t>　　4、注意小事，如上下楼梯要站排有序不许拥挤;课间不追逐打闹，不攀爬树木和体育器械，不翻越门窗，出操集合要整齐有序不要狂奔飞跑，体育课注意安全。</w:t>
      </w:r>
      <w:r>
        <w:rPr>
          <w:lang w:eastAsia="zh-CN"/>
        </w:rPr>
        <w:br/>
      </w:r>
      <w:r>
        <w:rPr>
          <w:lang w:eastAsia="zh-CN"/>
        </w:rPr>
        <w:t>　　5、不玩耍刀具、打火机、弹力球、尖硬物、砖头石头等危险物品，不从事危险活动。要记住：一次碰撞，一次摔跤，任何一次小小的意外，都可能导致难以想象的伤害。</w:t>
      </w:r>
      <w:r>
        <w:rPr>
          <w:lang w:eastAsia="zh-CN"/>
        </w:rPr>
        <w:br/>
      </w:r>
      <w:r>
        <w:rPr>
          <w:lang w:eastAsia="zh-CN"/>
        </w:rPr>
        <w:t>　　专家研究结果表明，只要重视防范，80%以上的事故是可以避免的。只有时刻具有安全防范意识，严守安全管理规章制度，掌握安全知识，不断提高自我保护能力，伤害、厄运才会远离而去。</w:t>
      </w:r>
      <w:r>
        <w:rPr>
          <w:lang w:eastAsia="zh-CN"/>
        </w:rPr>
        <w:br/>
      </w:r>
      <w:r>
        <w:rPr>
          <w:lang w:eastAsia="zh-CN"/>
        </w:rPr>
        <w:t>　　同学们，在父母的眼里，你是家庭的精神支柱;在老师的眼里，你们是太平小学校的骄傲，是父母、老师、国家的希望。</w:t>
      </w:r>
      <w:r>
        <w:rPr>
          <w:lang w:eastAsia="zh-CN"/>
        </w:rPr>
        <w:br/>
      </w:r>
      <w:r>
        <w:rPr>
          <w:lang w:eastAsia="zh-CN"/>
        </w:rPr>
        <w:t>　　只有生命存在，才能去创造未来;只有同学们健康成长，我们的校园才会充满阳光，充满生机。让我们切记：珍爱生命，安全第一!平安是福，让安全伴你我同行!</w:t>
      </w:r>
      <w:r>
        <w:rPr>
          <w:lang w:eastAsia="zh-CN"/>
        </w:rPr>
        <w:br/>
      </w:r>
      <w:r>
        <w:rPr>
          <w:lang w:eastAsia="zh-CN"/>
        </w:rPr>
        <w:t xml:space="preserve">    2024暑假安全教育演讲稿 篇6 </w:t>
      </w:r>
      <w:r>
        <w:rPr>
          <w:lang w:eastAsia="zh-CN"/>
        </w:rPr>
        <w:br/>
      </w:r>
      <w:r>
        <w:rPr>
          <w:lang w:eastAsia="zh-CN"/>
        </w:rPr>
        <w:t>　　同学们：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一个学年紧张又充实的的学习生活已经圆满完成，随着期末考试的结束，大家即将进入假期。同学们一定想彻底放松一下身心吧，但要记住虽然我们大家放假了，但安全教育不能松懈。为保证大家过一个愉快而又安全的假期，今天我们以安全第一，预防为主为原则，对大家进行一次假期安全教育。</w:t>
      </w:r>
      <w:r>
        <w:rPr>
          <w:lang w:eastAsia="zh-CN"/>
        </w:rPr>
        <w:br/>
      </w:r>
      <w:r>
        <w:rPr>
          <w:lang w:eastAsia="zh-CN"/>
        </w:rPr>
        <w:t>　　1、遵守交通规则，注意交通安全，走路要走人行道，不横穿马路，不翻越栏杆，不在公路上玩耍。外省市的学生和家长不乘坐超载车辆，不坐非法营运车辆。在乘车、转车途中一定要遵守交通规则，注意人身、行李安全。如有学生假期外出旅游更应加强安全防范措施，防止意外伤害。</w:t>
      </w:r>
      <w:r>
        <w:rPr>
          <w:lang w:eastAsia="zh-CN"/>
        </w:rPr>
        <w:br/>
      </w:r>
      <w:r>
        <w:rPr>
          <w:lang w:eastAsia="zh-CN"/>
        </w:rPr>
        <w:t>　　2、遵纪守法，不到网吧、游戏厅等禁止未成年人进入的场所，不结交不良青少年，不打架斗殴。不欺负比自己小的同学和比自己弱的同学，如有不良青少年向自己要钱要物，要及时告诉家长或向警察求救。网络安全教育</w:t>
      </w:r>
      <w:r>
        <w:rPr>
          <w:lang w:eastAsia="zh-CN"/>
        </w:rPr>
        <w:br/>
      </w:r>
      <w:r>
        <w:rPr>
          <w:lang w:eastAsia="zh-CN"/>
        </w:rPr>
        <w:t>　　随着信息时代的到来，形形色色的网吧如雨后春笋般在各个城镇应运而生。它们中有一些是正规挂牌网吧，但多数是一些无牌的地下黑色网吧，这些黑色网吧瞄准的市场就是青少年学生。一些学生迷上网络游戏后，便欺骗家长和老师，设法筹资，利用一切可利用的时间上网。有许许多多原先是优秀的学生，因误入黑色网吧，整日沉迷于虚幻世界之中，学习之类则抛之脑后，并且身体健康状况日下。黑色网吧不仅有学生几天几夜也打不出关的游戏，更有不健康、不宜中学生观看的黄色网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3、防火防盗。学会锁好防盗门，将能够进人的窗户关好，防止坏人破门而入或从窗子潜入室内;有人来访，可以隔着门窗与之对话，千万不能开门，对自称是修煤气管道、修水表、修电表、修电话的来人，要给爸爸妈妈联系，问清情况后决定是否开门;如果发现坏人进屋，千万不要惊慌，尽快躲藏起来或伺机逃走，不提倡与坏人搏斗。到安全的地方后赶快打110报警电话并与爸爸妈妈联系。</w:t>
      </w:r>
      <w:r>
        <w:rPr>
          <w:lang w:eastAsia="zh-CN"/>
        </w:rPr>
        <w:br/>
      </w:r>
      <w:r>
        <w:rPr>
          <w:lang w:eastAsia="zh-CN"/>
        </w:rPr>
        <w:t>　　4、合理安排作息时间。暑假的时间很长，同学们要保证充足睡眠，多学习(例如：唱歌、绘画、看书等)，并做到学习与休息相结合，不要长时间沉迷于电视或电脑。不随意模仿电视或游戏中的暴力行为。多帮大人做些力所能及的事，多参加有益的活动，不找大人乱要零花钱，这样容易养成乱花钱的坏习惯，不去网吧或观看赌博游戏。多读书，读好书。结合学校的征文开展读书活动。</w:t>
      </w:r>
      <w:r>
        <w:rPr>
          <w:lang w:eastAsia="zh-CN"/>
        </w:rPr>
        <w:br/>
      </w:r>
      <w:r>
        <w:rPr>
          <w:lang w:eastAsia="zh-CN"/>
        </w:rPr>
        <w:t>　　5、注意饮食卫生，不暴饮暴食，做到饮食平衡;不买街头或小店三无食品，不吃腐败变质的食物，以免食物中毒。很多家庭都备有一定量的药品，不明情况时不要随便服用，对一些在家庭角落里的一些食物不要食用，在外时地上散落的食物也不要拣起来食用。</w:t>
      </w:r>
      <w:r>
        <w:rPr>
          <w:lang w:eastAsia="zh-CN"/>
        </w:rPr>
        <w:br/>
      </w:r>
      <w:r>
        <w:rPr>
          <w:lang w:eastAsia="zh-CN"/>
        </w:rPr>
        <w:t>　　6、学会保护自已。在许多的地方，经常会遇到陌生人，虽然不是每个陌生人都是坏人，但由于同学们的识别能力的关系，不轻信他人花言巧语，不接受陌生人给的食物和其他物品，更不能和陌生人走。要和同伴出去玩耍的时候，要先告诉家里人，要准时回家，不在外过夜。</w:t>
      </w:r>
      <w:r>
        <w:rPr>
          <w:lang w:eastAsia="zh-CN"/>
        </w:rPr>
        <w:br/>
      </w:r>
      <w:r>
        <w:rPr>
          <w:lang w:eastAsia="zh-CN"/>
        </w:rPr>
        <w:t>　　7、远离危险。暑期天气炎热，不要到水底情况不清的小河或者禁止游泳的地方游泳。不到江边游泳，注意预防血吸虫病。并且做到不爬树，不攀越楼梯扶手、走廊栏杆、围墙，确保自已的人身安全。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8、遵守社会公德。要爱护公物，爱护花草树木，外出游玩不乱扔垃圾，注意个人素质。</w:t>
      </w:r>
      <w:r>
        <w:rPr>
          <w:lang w:eastAsia="zh-CN"/>
        </w:rPr>
        <w:br/>
      </w:r>
      <w:r>
        <w:rPr>
          <w:lang w:eastAsia="zh-CN"/>
        </w:rPr>
        <w:t>　　9、心理安全教育</w:t>
      </w:r>
      <w:r>
        <w:rPr>
          <w:lang w:eastAsia="zh-CN"/>
        </w:rPr>
        <w:br/>
      </w:r>
      <w:r>
        <w:rPr>
          <w:lang w:eastAsia="zh-CN"/>
        </w:rPr>
        <w:t>　　中学生的心理正在发育之中，尚未成熟，其心理上的不良反应和适应障碍伴有强烈的情绪色彩和偏激的行为特征。近几年发生在学生中的打架斗殴、偷盗、染上不良习气等行为，相当一部分是由心理问题引起的。因此，我们提倡同学有针对性地进行人际关系，特别是要加强和谐教育、环境适应教育、健康人格教育、性教育、心理卫生知识教育、挫折教育以及心理疾病预防教育，优化心理素质，促成健康人格的发展和完善，从而避免各类安全问题的发生。</w:t>
      </w:r>
      <w:r>
        <w:rPr>
          <w:lang w:eastAsia="zh-CN"/>
        </w:rPr>
        <w:br/>
      </w:r>
      <w:r>
        <w:rPr>
          <w:lang w:eastAsia="zh-CN"/>
        </w:rPr>
        <w:t>　　最后预祝同学们过一个健康、开心的暑假。</w:t>
      </w:r>
      <w:r>
        <w:rPr>
          <w:lang w:eastAsia="zh-CN"/>
        </w:rPr>
        <w:br/>
      </w:r>
      <w:r>
        <w:rPr>
          <w:lang w:eastAsia="zh-CN"/>
        </w:rPr>
        <w:t xml:space="preserve">    2024暑假安全教育演讲稿 篇7 </w:t>
      </w:r>
      <w:r>
        <w:rPr>
          <w:lang w:eastAsia="zh-CN"/>
        </w:rPr>
        <w:br/>
      </w:r>
      <w:r>
        <w:rPr>
          <w:lang w:eastAsia="zh-CN"/>
        </w:rPr>
        <w:t>　　老师，同学们：</w:t>
      </w:r>
      <w:r>
        <w:rPr>
          <w:lang w:eastAsia="zh-CN"/>
        </w:rPr>
        <w:br/>
      </w:r>
      <w:r>
        <w:rPr>
          <w:lang w:eastAsia="zh-CN"/>
        </w:rPr>
        <w:t>　　愉快的暑假即将来临，同学们肯定都做好准备，计划出行了吧！就等着假期正式开始，痛痛快快地玩上一个夏天。但家长们的心里却因为假期的来临，又多了好几样操心事儿白天上班或者下地干活，孩子独自在家，跑出去玩儿遇到交通事故怎么办？跌伤、磕伤怎么办？即便孩子呆在家里，又担心孩子会不会玩火？会不会触电？遇到陌生人敲门孩子会不会应付。总之，到了假期，孩子们的安全就成了家长最挂心的事儿。</w:t>
      </w:r>
      <w:r>
        <w:rPr>
          <w:lang w:eastAsia="zh-CN"/>
        </w:rPr>
        <w:br/>
      </w:r>
      <w:r>
        <w:rPr>
          <w:lang w:eastAsia="zh-CN"/>
        </w:rPr>
        <w:t>　　根据这些家长和学校关心的问题，今天特此对同学们做以下要求：</w:t>
      </w:r>
      <w:r>
        <w:rPr>
          <w:lang w:eastAsia="zh-CN"/>
        </w:rPr>
        <w:br/>
      </w:r>
      <w:r>
        <w:rPr>
          <w:lang w:eastAsia="zh-CN"/>
        </w:rPr>
        <w:t>　　一、交通安全（安全第一预防为主）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假期里，同学们外出的机会大大增加，在车水马龙的街道上，他们的交通安全格外让人担心。孩子们在骑车时被车辆撞伤的事情时而发生。每年假期，都会发生一些学生被撞伤、刮伤的交通事故，虽然一些事故属于意外，并不是孩子的过错，但如果家长们能在平时注重一下对孩子的交通安全教育，这些意外和悲剧完全有可能避免。</w:t>
      </w:r>
      <w:r>
        <w:rPr>
          <w:lang w:eastAsia="zh-CN"/>
        </w:rPr>
        <w:br/>
      </w:r>
      <w:r>
        <w:rPr>
          <w:lang w:eastAsia="zh-CN"/>
        </w:rPr>
        <w:t>　　1、禁止在马路上骑车带人，快速超车。</w:t>
      </w:r>
      <w:r>
        <w:rPr>
          <w:lang w:eastAsia="zh-CN"/>
        </w:rPr>
        <w:br/>
      </w:r>
      <w:r>
        <w:rPr>
          <w:lang w:eastAsia="zh-CN"/>
        </w:rPr>
        <w:t>　　2、高速路上禁上骑自行车和横穿公路。</w:t>
      </w:r>
      <w:r>
        <w:rPr>
          <w:lang w:eastAsia="zh-CN"/>
        </w:rPr>
        <w:br/>
      </w:r>
      <w:r>
        <w:rPr>
          <w:lang w:eastAsia="zh-CN"/>
        </w:rPr>
        <w:t>　　3、骑自行车是禁止做危险动作。</w:t>
      </w:r>
      <w:r>
        <w:rPr>
          <w:lang w:eastAsia="zh-CN"/>
        </w:rPr>
        <w:br/>
      </w:r>
      <w:r>
        <w:rPr>
          <w:lang w:eastAsia="zh-CN"/>
        </w:rPr>
        <w:t>　　4、自行车注意平时维护，以防零部件松动。</w:t>
      </w:r>
      <w:r>
        <w:rPr>
          <w:lang w:eastAsia="zh-CN"/>
        </w:rPr>
        <w:br/>
      </w:r>
      <w:r>
        <w:rPr>
          <w:lang w:eastAsia="zh-CN"/>
        </w:rPr>
        <w:t>　　5、步行时一定要遵守交通规则，禁止追逐打闹。穿行马路时一定要走人行，没有人行横道要做到一停二看三通过。</w:t>
      </w:r>
      <w:r>
        <w:rPr>
          <w:lang w:eastAsia="zh-CN"/>
        </w:rPr>
        <w:br/>
      </w:r>
      <w:r>
        <w:rPr>
          <w:lang w:eastAsia="zh-CN"/>
        </w:rPr>
        <w:t>　　6、乘车时要注意安全，禁止将身体置于车窗外，车停稳后方能下车，车启动时要站稳。</w:t>
      </w:r>
      <w:r>
        <w:rPr>
          <w:lang w:eastAsia="zh-CN"/>
        </w:rPr>
        <w:br/>
      </w:r>
      <w:r>
        <w:rPr>
          <w:lang w:eastAsia="zh-CN"/>
        </w:rPr>
        <w:t>　　7、出行时一定了解路线，不要图快速省事就跳越栏杆等屏障。</w:t>
      </w:r>
      <w:r>
        <w:rPr>
          <w:lang w:eastAsia="zh-CN"/>
        </w:rPr>
        <w:br/>
      </w:r>
      <w:r>
        <w:rPr>
          <w:lang w:eastAsia="zh-CN"/>
        </w:rPr>
        <w:t>　　8、不要携代禁止的易燃品上车。</w:t>
      </w:r>
      <w:r>
        <w:rPr>
          <w:lang w:eastAsia="zh-CN"/>
        </w:rPr>
        <w:br/>
      </w:r>
      <w:r>
        <w:rPr>
          <w:lang w:eastAsia="zh-CN"/>
        </w:rPr>
        <w:t>　　9、当发生意外时及时拨打110、120等急救电话。</w:t>
      </w:r>
      <w:r>
        <w:rPr>
          <w:lang w:eastAsia="zh-CN"/>
        </w:rPr>
        <w:br/>
      </w:r>
      <w:r>
        <w:rPr>
          <w:lang w:eastAsia="zh-CN"/>
        </w:rPr>
        <w:t>　　二、严禁在铁路沿线及周边活动</w:t>
      </w:r>
      <w:r>
        <w:rPr>
          <w:lang w:eastAsia="zh-CN"/>
        </w:rPr>
        <w:br/>
      </w:r>
      <w:r>
        <w:rPr>
          <w:lang w:eastAsia="zh-CN"/>
        </w:rPr>
        <w:t>　　暑期一些好动的男同学在闲暇时由于好奇说不定要到铁路周边去玩耍，学校希望大家不要去这些危险地带去，并要求同学们做到以下几点：</w:t>
      </w:r>
      <w:r>
        <w:rPr>
          <w:lang w:eastAsia="zh-CN"/>
        </w:rPr>
        <w:br/>
      </w:r>
      <w:r>
        <w:rPr>
          <w:lang w:eastAsia="zh-CN"/>
        </w:rPr>
        <w:t>　　1、莫伸手，伸手必被抓。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2、不要用石子击打列车。</w:t>
      </w:r>
      <w:r>
        <w:rPr>
          <w:lang w:eastAsia="zh-CN"/>
        </w:rPr>
        <w:br/>
      </w:r>
      <w:r>
        <w:rPr>
          <w:lang w:eastAsia="zh-CN"/>
        </w:rPr>
        <w:t>　　3、严禁拆盗扣件。</w:t>
      </w:r>
      <w:r>
        <w:rPr>
          <w:lang w:eastAsia="zh-CN"/>
        </w:rPr>
        <w:br/>
      </w:r>
      <w:r>
        <w:rPr>
          <w:lang w:eastAsia="zh-CN"/>
        </w:rPr>
        <w:t>　　4、严禁拆盗铁路设施。</w:t>
      </w:r>
      <w:r>
        <w:rPr>
          <w:lang w:eastAsia="zh-CN"/>
        </w:rPr>
        <w:br/>
      </w:r>
      <w:r>
        <w:rPr>
          <w:lang w:eastAsia="zh-CN"/>
        </w:rPr>
        <w:t>　　5、严禁提拉车钩玩耍。</w:t>
      </w:r>
      <w:r>
        <w:rPr>
          <w:lang w:eastAsia="zh-CN"/>
        </w:rPr>
        <w:br/>
      </w:r>
      <w:r>
        <w:rPr>
          <w:lang w:eastAsia="zh-CN"/>
        </w:rPr>
        <w:t>　　6、不得在铁路线路上放置、遗弃障碍物。</w:t>
      </w:r>
      <w:r>
        <w:rPr>
          <w:lang w:eastAsia="zh-CN"/>
        </w:rPr>
        <w:br/>
      </w:r>
      <w:r>
        <w:rPr>
          <w:lang w:eastAsia="zh-CN"/>
        </w:rPr>
        <w:t>　　7、不得擅自开启列车车门。</w:t>
      </w:r>
      <w:r>
        <w:rPr>
          <w:lang w:eastAsia="zh-CN"/>
        </w:rPr>
        <w:br/>
      </w:r>
      <w:r>
        <w:rPr>
          <w:lang w:eastAsia="zh-CN"/>
        </w:rPr>
        <w:t>　　8、不得在铁路线路上行走、坐卧或者在未设平交道口、人行过道的铁路线路上通过。</w:t>
      </w:r>
      <w:r>
        <w:rPr>
          <w:lang w:eastAsia="zh-CN"/>
        </w:rPr>
        <w:br/>
      </w:r>
      <w:r>
        <w:rPr>
          <w:lang w:eastAsia="zh-CN"/>
        </w:rPr>
        <w:t>　　9、不得翻越、损毁、移动铁路线路两侧防护围墙、栅栏或者其他防护设施和标桩。</w:t>
      </w:r>
      <w:r>
        <w:rPr>
          <w:lang w:eastAsia="zh-CN"/>
        </w:rPr>
        <w:br/>
      </w:r>
      <w:r>
        <w:rPr>
          <w:lang w:eastAsia="zh-CN"/>
        </w:rPr>
        <w:t>　　10、不得钻车、扒车、跳车。</w:t>
      </w:r>
      <w:r>
        <w:rPr>
          <w:lang w:eastAsia="zh-CN"/>
        </w:rPr>
        <w:br/>
      </w:r>
      <w:r>
        <w:rPr>
          <w:lang w:eastAsia="zh-CN"/>
        </w:rPr>
        <w:t>　　三、饮食卫生</w:t>
      </w:r>
      <w:r>
        <w:rPr>
          <w:lang w:eastAsia="zh-CN"/>
        </w:rPr>
        <w:br/>
      </w:r>
      <w:r>
        <w:rPr>
          <w:lang w:eastAsia="zh-CN"/>
        </w:rPr>
        <w:t>　　夏季天气热，湿度大，而同学们的抵抗力又相对较低，如果饮食不当很容易引起腹泻、食物中毒或其他消化道疾病。经了解，现阶段，已经进入了肠道疾病高发期，肠道门诊内的小患者时有出现，因此同学们应尤其注意暑期的饮食卫生。</w:t>
      </w:r>
      <w:r>
        <w:rPr>
          <w:lang w:eastAsia="zh-CN"/>
        </w:rPr>
        <w:br/>
      </w:r>
      <w:r>
        <w:rPr>
          <w:lang w:eastAsia="zh-CN"/>
        </w:rPr>
        <w:t>　　1、不食用没有安全标志的食物，不食用已经腐败的食物，对于来源不明的物也不能食用。不能食用存在明显问题的产品，不食野外采摘不明药理毒性的野菜等山珍产品。</w:t>
      </w:r>
      <w:r>
        <w:rPr>
          <w:lang w:eastAsia="zh-CN"/>
        </w:rPr>
        <w:br/>
      </w:r>
      <w:r>
        <w:rPr>
          <w:lang w:eastAsia="zh-CN"/>
        </w:rPr>
        <w:t>　　2、喝热水，讲究饮食卫生。</w:t>
      </w:r>
      <w:r>
        <w:rPr>
          <w:lang w:eastAsia="zh-CN"/>
        </w:rPr>
        <w:br/>
      </w:r>
      <w:r>
        <w:rPr>
          <w:lang w:eastAsia="zh-CN"/>
        </w:rPr>
        <w:t>　　3、对于口感有明显异常的食品要提高警惕。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4、当发生食物中毒后马上拨打120急救电话，不要等看情况再说。</w:t>
      </w:r>
      <w:r>
        <w:rPr>
          <w:lang w:eastAsia="zh-CN"/>
        </w:rPr>
        <w:br/>
      </w:r>
      <w:r>
        <w:rPr>
          <w:lang w:eastAsia="zh-CN"/>
        </w:rPr>
        <w:t>　　此外，暑假期间，各种各样的美味也诱惑着我们，很容易造成暴饮暴食，损害身体健康。因此，暑假期间应加强注意，避免暴饮暴食。</w:t>
      </w:r>
      <w:r>
        <w:rPr>
          <w:lang w:eastAsia="zh-CN"/>
        </w:rPr>
        <w:br/>
      </w:r>
      <w:r>
        <w:rPr>
          <w:lang w:eastAsia="zh-CN"/>
        </w:rPr>
        <w:t>　　除此之外，还要做到生活规律，放松心态，做好预防工作，增强抵抗力，少熬夜，多吃清淡健康食品。对美味佳肴应以品尝为主，一次不宜吃得过多、过饱。多吃富含纤维素、维生素的新鲜蔬菜、水果，以促进胃肠蠕动。同时，更要注意不要随便吃街边小吃摊上的食物，防止，消化道和场胃的疾病发生。</w:t>
      </w:r>
      <w:r>
        <w:rPr>
          <w:lang w:eastAsia="zh-CN"/>
        </w:rPr>
        <w:br/>
      </w:r>
      <w:r>
        <w:rPr>
          <w:lang w:eastAsia="zh-CN"/>
        </w:rPr>
        <w:t>　　四、药物安全</w:t>
      </w:r>
      <w:r>
        <w:rPr>
          <w:lang w:eastAsia="zh-CN"/>
        </w:rPr>
        <w:br/>
      </w:r>
      <w:r>
        <w:rPr>
          <w:lang w:eastAsia="zh-CN"/>
        </w:rPr>
        <w:t>　　很多家庭都备有一定量的各类药品，同学们由于好奇心强，趁家长不在家想方设法取出来玩弄品尝，吃错药引起严重后果的事情也时有所闻。所以药不能乱吃，吃错药物会中毒。</w:t>
      </w:r>
      <w:r>
        <w:rPr>
          <w:lang w:eastAsia="zh-CN"/>
        </w:rPr>
        <w:br/>
      </w:r>
      <w:r>
        <w:rPr>
          <w:lang w:eastAsia="zh-CN"/>
        </w:rPr>
        <w:t>　　五、火灾自救</w:t>
      </w:r>
      <w:r>
        <w:rPr>
          <w:lang w:eastAsia="zh-CN"/>
        </w:rPr>
        <w:br/>
      </w:r>
      <w:r>
        <w:rPr>
          <w:lang w:eastAsia="zh-CN"/>
        </w:rPr>
        <w:t>　　暑假期间，由于天气炎热干燥，容易引起火灾。假期开始后，有一些同学独自一人在家时，千万不要玩火。不能划火柴，更不能摆弄打火机玩。一旦发生火灾，同学们自己没有能力扑救，千万不要惊慌，要拨打119报警，然后想办法逃离出去。不要自己逞强救火。如果烟雾呛人，要用湿毛巾捂住嘴，逃离现场。如果打不开门了，平房的可以从窗户逃生，高层楼房要在窗口挥动白色毛巾或衣物大声呼叫，等待消防人员营救。</w:t>
      </w:r>
      <w:r>
        <w:rPr>
          <w:lang w:eastAsia="zh-CN"/>
        </w:rPr>
        <w:br/>
      </w:r>
      <w:r>
        <w:rPr>
          <w:lang w:eastAsia="zh-CN"/>
        </w:rPr>
        <w:t>　　六、游泳安全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通过对同学们的一些了解，有的同学贪图方便，直接到河沟、鱼池里去洗澡，还有一些同学把河沟、鱼池等当成天然的游泳池。因为身边没有大人照看，再加上泳技不佳、安全意识差，在意外发生后，又不懂得如何自救，结果酿成悲剧。所以，同学们无论在游泳池或者其他地方游泳，一定要有家长陪同。不会游泳的同学不要独自下水，会游泳的同学也不能因为逞能而去深水区或水位很深的地方，以免危险。到公园或野外玩的同学，也要注意，不能去河沟、水库等地方游泳。这些地方不是正规的游泳池，没有完善的保护设备，也没有救生员。而且，水底情况也清楚，在这样的地方游泳非常危险。暑假期间游泳一定要到正规的游泳池并有家长陪同，无论水性好坏都要慎防溺水。</w:t>
      </w:r>
      <w:r>
        <w:rPr>
          <w:lang w:eastAsia="zh-CN"/>
        </w:rPr>
        <w:br/>
      </w:r>
      <w:r>
        <w:rPr>
          <w:lang w:eastAsia="zh-CN"/>
        </w:rPr>
        <w:t>　　七、恶劣天气防护安全</w:t>
      </w:r>
      <w:r>
        <w:rPr>
          <w:lang w:eastAsia="zh-CN"/>
        </w:rPr>
        <w:br/>
      </w:r>
      <w:r>
        <w:rPr>
          <w:lang w:eastAsia="zh-CN"/>
        </w:rPr>
        <w:t>　　近来由于天气变化较快，大风、大雨、雷电、冰雹等情况频繁出现，所以一定要注意出行安全。当遇恶劣天气时不能在树下、危险建筑物、广告标志牌等附近躲避。雷雨天气，在家关好门窗，拔掉电源，不得靠近门窗边上，以防雷击。</w:t>
      </w:r>
      <w:r>
        <w:rPr>
          <w:lang w:eastAsia="zh-CN"/>
        </w:rPr>
        <w:br/>
      </w:r>
      <w:r>
        <w:rPr>
          <w:lang w:eastAsia="zh-CN"/>
        </w:rPr>
        <w:t>　　八、个人安全防护</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近年来种种迹象表明，青少年受侵害现象在突增，所以在假期当中如有发现身边或陌生人对自身身体有过分举动和不良语言进行侵害时应该及时向家长反映，避免更大的侵害发生，不要羞于启口，应该大胆举报，不要怕别人的恐吓，积极寻求保护、支持。一旦发生劫持危害的事件，一定要沉着应对，确保人身的安全，寻求机会报警求助或者脱逃。</w:t>
      </w:r>
      <w:r>
        <w:rPr>
          <w:lang w:eastAsia="zh-CN"/>
        </w:rPr>
        <w:br/>
      </w:r>
      <w:r>
        <w:rPr>
          <w:lang w:eastAsia="zh-CN"/>
        </w:rPr>
        <w:t>　　最后祝大家过一个快乐安全的暑假。</w:t>
      </w:r>
      <w:r>
        <w:rPr>
          <w:lang w:eastAsia="zh-CN"/>
        </w:rPr>
        <w:br/>
      </w:r>
      <w:r>
        <w:rPr>
          <w:lang w:eastAsia="zh-CN"/>
        </w:rPr>
        <w:t xml:space="preserve">    2024暑假安全教育演讲稿 篇8 </w:t>
      </w:r>
      <w:r>
        <w:rPr>
          <w:lang w:eastAsia="zh-CN"/>
        </w:rPr>
        <w:br/>
      </w:r>
      <w:r>
        <w:rPr>
          <w:lang w:eastAsia="zh-CN"/>
        </w:rPr>
        <w:t>　　同学们：</w:t>
      </w:r>
      <w:r>
        <w:rPr>
          <w:lang w:eastAsia="zh-CN"/>
        </w:rPr>
        <w:br/>
      </w:r>
      <w:r>
        <w:rPr>
          <w:lang w:eastAsia="zh-CN"/>
        </w:rPr>
        <w:t>　　现在正是天气逐渐转热季节，暑期即将来临，中小学生溺水伤亡的事故也明显多了起来。目前全国每年有1。6万名中小学生非正常死亡，平均每天约有40多名学生死于溺水、交通或食物中毒等事故，其中溺水和交通仍居意外死亡的前两位。听了这些实例，我想在座的每一位同学心里都不会感到轻松。你是否感叹，是否惋惜，一个生命就这样在世界上转瞬消失?</w:t>
      </w:r>
      <w:r>
        <w:rPr>
          <w:lang w:eastAsia="zh-CN"/>
        </w:rPr>
        <w:br/>
      </w:r>
      <w:r>
        <w:rPr>
          <w:lang w:eastAsia="zh-CN"/>
        </w:rPr>
        <w:t>　　人，应该珍爱生命。今天这节课我们就来学习珍爱我们的生命——防溺水教育。</w:t>
      </w:r>
      <w:r>
        <w:rPr>
          <w:lang w:eastAsia="zh-CN"/>
        </w:rPr>
        <w:br/>
      </w:r>
      <w:r>
        <w:rPr>
          <w:lang w:eastAsia="zh-CN"/>
        </w:rPr>
        <w:t>　　一、关于游泳我们要严格遵守“四不”：</w:t>
      </w:r>
      <w:r>
        <w:rPr>
          <w:lang w:eastAsia="zh-CN"/>
        </w:rPr>
        <w:br/>
      </w:r>
      <w:r>
        <w:rPr>
          <w:lang w:eastAsia="zh-CN"/>
        </w:rPr>
        <w:t>　　1、未经家长老师同意不去。</w:t>
      </w:r>
      <w:r>
        <w:rPr>
          <w:lang w:eastAsia="zh-CN"/>
        </w:rPr>
        <w:br/>
      </w:r>
      <w:r>
        <w:rPr>
          <w:lang w:eastAsia="zh-CN"/>
        </w:rPr>
        <w:t>　　2、没有会游泳的成年人陪同不去。</w:t>
      </w:r>
      <w:r>
        <w:rPr>
          <w:lang w:eastAsia="zh-CN"/>
        </w:rPr>
        <w:br/>
      </w:r>
      <w:r>
        <w:rPr>
          <w:lang w:eastAsia="zh-CN"/>
        </w:rPr>
        <w:t>　　3、深水的地方不去。</w:t>
      </w:r>
      <w:r>
        <w:rPr>
          <w:lang w:eastAsia="zh-CN"/>
        </w:rPr>
        <w:br/>
      </w:r>
      <w:r>
        <w:rPr>
          <w:lang w:eastAsia="zh-CN"/>
        </w:rPr>
        <w:t>　　4、不熟悉的江溪池塘不去。(当然，也不能到河塘捞鱼摸虾)</w:t>
      </w:r>
      <w:r>
        <w:rPr>
          <w:lang w:eastAsia="zh-CN"/>
        </w:rPr>
        <w:br/>
      </w:r>
      <w:r>
        <w:rPr>
          <w:lang w:eastAsia="zh-CN"/>
        </w:rPr>
        <w:t>　　二、溺水原因主要有以下几种：</w:t>
      </w:r>
      <w:r>
        <w:rPr>
          <w:lang w:eastAsia="zh-CN"/>
        </w:rPr>
        <w:br/>
      </w:r>
      <w:r>
        <w:rPr>
          <w:lang w:eastAsia="zh-CN"/>
        </w:rPr>
        <w:t>　　1、不会游泳。</w:t>
      </w:r>
      <w:r>
        <w:rPr>
          <w:lang w:eastAsia="zh-CN"/>
        </w:rPr>
        <w:br/>
      </w:r>
      <w:r>
        <w:rPr>
          <w:lang w:eastAsia="zh-CN"/>
        </w:rPr>
        <w:t>　　2、游泳时间过长，疲劳过度。</w:t>
      </w:r>
      <w:r>
        <w:rPr>
          <w:lang w:eastAsia="zh-CN"/>
        </w:rPr>
        <w:br/>
      </w:r>
      <w:r>
        <w:rPr>
          <w:lang w:eastAsia="zh-CN"/>
        </w:rPr>
        <w:t>　　3、在水中突发病尤其是心脏病。</w:t>
      </w:r>
      <w:r>
        <w:rPr>
          <w:lang w:eastAsia="zh-CN"/>
        </w:rPr>
        <w:br/>
      </w:r>
      <w:r>
        <w:rPr>
          <w:lang w:eastAsia="zh-CN"/>
        </w:rPr>
        <w:t>　　4、盲目游入深水漩涡。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三、如何防溺水：</w:t>
      </w:r>
      <w:r>
        <w:rPr>
          <w:lang w:eastAsia="zh-CN"/>
        </w:rPr>
        <w:br/>
      </w:r>
      <w:r>
        <w:rPr>
          <w:lang w:eastAsia="zh-CN"/>
        </w:rPr>
        <w:t>　　游泳，是广大青少年喜爱的体育锻炼项目之一。然而，不做好准备、缺少安全防范意识，遇到意外时慌张、不能沉着自救，极易发生溺水伤亡事故。</w:t>
      </w:r>
      <w:r>
        <w:rPr>
          <w:lang w:eastAsia="zh-CN"/>
        </w:rPr>
        <w:br/>
      </w:r>
      <w:r>
        <w:rPr>
          <w:lang w:eastAsia="zh-CN"/>
        </w:rPr>
        <w:t>　　为了确保游泳安全，防止溺水事故的发生，必须做到以下几点：</w:t>
      </w:r>
      <w:r>
        <w:rPr>
          <w:lang w:eastAsia="zh-CN"/>
        </w:rPr>
        <w:br/>
      </w:r>
      <w:r>
        <w:rPr>
          <w:lang w:eastAsia="zh-CN"/>
        </w:rPr>
        <w:t>　　1、不要独自一人外出游泳，更不要到不摸底和不知水情或比较危险且宜发生溺水伤亡事故的地方去游泳。选择好的游泳场所，对场所的环境，如该水库、浴场是否卫生，水下是否平坦，有无暗礁、暗流、杂草，水域的深浅等情况要了解清楚。</w:t>
      </w:r>
      <w:r>
        <w:rPr>
          <w:lang w:eastAsia="zh-CN"/>
        </w:rPr>
        <w:br/>
      </w:r>
      <w:r>
        <w:rPr>
          <w:lang w:eastAsia="zh-CN"/>
        </w:rPr>
        <w:t>　　2、必须要有组织并在老师或熟悉水性的人的带领下去游泳。以便互相照顾。如果集体组织外出游泳，下水前后都要清点人数、并指定救生员做安全保护。</w:t>
      </w:r>
      <w:r>
        <w:rPr>
          <w:lang w:eastAsia="zh-CN"/>
        </w:rPr>
        <w:br/>
      </w:r>
      <w:r>
        <w:rPr>
          <w:lang w:eastAsia="zh-CN"/>
        </w:rPr>
        <w:t>　　3、要清楚自己的身体健康状况，平时四肢就容易抽筋者不宜参加游泳或不要到深水区游泳。要做好下水前的准备，先活动活动身体，如水温太低应先在浅水处用水淋洗身体，待适应水温后再下水游泳;镶有假牙的同学，应将假牙取下，以防呛水时假牙落入食管或气管。</w:t>
      </w:r>
      <w:r>
        <w:rPr>
          <w:lang w:eastAsia="zh-CN"/>
        </w:rPr>
        <w:br/>
      </w:r>
      <w:r>
        <w:rPr>
          <w:lang w:eastAsia="zh-CN"/>
        </w:rPr>
        <w:t>　　4、对自己的水性要有自知之明，下水后不能逞能，不要贸然跳水和潜泳，更不能互相打闹，以免喝水和溺水。不要在急流和漩涡处游泳，更不要酒后游泳。</w:t>
      </w:r>
      <w:r>
        <w:rPr>
          <w:lang w:eastAsia="zh-CN"/>
        </w:rPr>
        <w:br/>
      </w:r>
      <w:r>
        <w:rPr>
          <w:lang w:eastAsia="zh-CN"/>
        </w:rPr>
        <w:t>　　5、在游泳中如果突然觉得身体不舒服，如眩晕、恶心、心慌、气短等，要立即上岸休息或呼救。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6、在游泳中，若小腿或脚部抽筋，千万不要惊慌，可用力蹬腿或做跳跃动作，或用力按摩、拉扯抽筋部位，同时呼叫同伴救助。</w:t>
      </w:r>
      <w:r>
        <w:rPr>
          <w:lang w:eastAsia="zh-CN"/>
        </w:rPr>
        <w:br/>
      </w:r>
      <w:r>
        <w:rPr>
          <w:lang w:eastAsia="zh-CN"/>
        </w:rPr>
        <w:t>　　7、在游泳中遇到溺水事故时，现场急救刻不容缓，心肺复苏最为重要。将溺水者救上岸后，要立即清除口腔、鼻咽腔的呕吐物和泥沙等杂物，保持呼吸通畅;应将其舌头拉出，以免后翻堵塞呼吸道;将溺水者的腹部垫高，使胸及头部下垂，或抱其双腿将腹部放在急救者肩部，做走动或跳动倒水动作。恢复溺水者呼吸是急救成败的关键，应立即进行人工呼吸，可采取口对口或口对鼻的人工呼吸方式，在急救的同时应迅速送往医院救治。</w:t>
      </w:r>
      <w:r>
        <w:rPr>
          <w:lang w:eastAsia="zh-CN"/>
        </w:rPr>
        <w:br/>
      </w:r>
      <w:r>
        <w:rPr>
          <w:lang w:eastAsia="zh-CN"/>
        </w:rPr>
        <w:t>　　溺水是非常危险是，在日常生活中要提高安全意识，安全第一，防患于未然。水无情，人有情。其实，只要我们在生活中注意各种游水、戏水事项，提高安全防范意识，学会在遭遇溺水懂得如何自救和他人遭遇溺水时如何抢救，溺水事件还是可以防止的。同学们，珍爱我们的生命吧。珍爱生命就是珍惜每一天。</w:t>
      </w:r>
      <w:r>
        <w:rPr>
          <w:lang w:eastAsia="zh-CN"/>
        </w:rPr>
        <w:br/>
      </w:r>
      <w:r>
        <w:rPr>
          <w:lang w:eastAsia="zh-CN"/>
        </w:rPr>
        <w:t>　　谢谢大家!</w:t>
      </w:r>
      <w:r>
        <w:rPr>
          <w:lang w:eastAsia="zh-CN"/>
        </w:rPr>
        <w:br/>
      </w:r>
      <w:r>
        <w:rPr>
          <w:lang w:eastAsia="zh-CN"/>
        </w:rPr>
        <w:t xml:space="preserve">    2024暑假安全教育演讲稿 篇9 </w:t>
      </w:r>
      <w:r>
        <w:rPr>
          <w:lang w:eastAsia="zh-CN"/>
        </w:rPr>
        <w:br/>
      </w:r>
      <w:r>
        <w:rPr>
          <w:lang w:eastAsia="zh-CN"/>
        </w:rPr>
        <w:t>　　同学们：</w:t>
      </w:r>
      <w:r>
        <w:rPr>
          <w:lang w:eastAsia="zh-CN"/>
        </w:rPr>
        <w:br/>
      </w:r>
      <w:r>
        <w:rPr>
          <w:lang w:eastAsia="zh-CN"/>
        </w:rPr>
        <w:t>　　大家好！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一个学年紧张又充实的的学习生活已经圆满完成，随着期末考试的结束，大家即将进入假期。同学们一定想彻底放松一下身心吧，但要记住虽然我们大家放假了，但安全教育不能松懈。为保证大家过一个愉快而又安全的假期，今天我们以“安全第一，预防为主”为原则，对大家进行一次假期安全教育。</w:t>
      </w:r>
      <w:r>
        <w:rPr>
          <w:lang w:eastAsia="zh-CN"/>
        </w:rPr>
        <w:br/>
      </w:r>
      <w:r>
        <w:rPr>
          <w:lang w:eastAsia="zh-CN"/>
        </w:rPr>
        <w:t>　　1、遵守交通规则，注意交通安全，走路要走人行道，不横穿马路，不翻越栏杆，不在公路上玩耍。外省市的学生和家长不乘坐超载车辆，不坐非法营运车辆。在乘车、转车途中一定要遵守交通规则，注意人身、行李安全。如有学生假期外出旅游更应加强安全防范措施，防止意外伤害。</w:t>
      </w:r>
      <w:r>
        <w:rPr>
          <w:lang w:eastAsia="zh-CN"/>
        </w:rPr>
        <w:br/>
      </w:r>
      <w:r>
        <w:rPr>
          <w:lang w:eastAsia="zh-CN"/>
        </w:rPr>
        <w:t>　　2、遵纪守法，不到网吧、游戏厅等禁止未成年人进入的场所，不结交不良青少年，不打架斗殴。不欺负比自己小的同学和比自己弱的同学，如有不良青少年向自己要钱要物，要及时告诉家长或向警察求救。网络安全教育</w:t>
      </w:r>
      <w:r>
        <w:rPr>
          <w:lang w:eastAsia="zh-CN"/>
        </w:rPr>
        <w:br/>
      </w:r>
      <w:r>
        <w:rPr>
          <w:lang w:eastAsia="zh-CN"/>
        </w:rPr>
        <w:t>　　随着信息时代的到来，形形色色的网吧如雨后春笋般在各个城镇应运而生。它们中有一些是正规挂牌网吧，但多数是一些无牌的地下黑色网吧，这些黑色网吧瞄准的市场就是青少年学生。一些学生迷上网络游戏后，便欺骗家长和老师，设法筹资，利用一切可利用的时间上网。有许许多多原先是优秀的学生，因误入黑色网吧，整日沉迷于虚幻世界之中，学习之类则抛之脑后，并且身体健康状况日下。黑色网吧不仅有学生几天几夜也打不“出关”的游戏，更有不健康、不宜中学生观看的黄色网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3、防火防盗。学会锁好防盗门，将能够进人的窗户关好，防止坏人破门而入或从窗子潜入室内;有人来访，可以隔着门窗与之对话，千万不能开门，对自称是修煤气管道、修水表、修电表、修电话的来人，要给爸爸妈妈联系，问清情况后决定是否开门;如果发现坏人进屋，千万不要惊慌，尽快躲藏起来或伺机逃走，不提倡与坏人搏斗。到安全的地方后赶快打“110”报警电话并与爸爸妈妈联系。</w:t>
      </w:r>
      <w:r>
        <w:rPr>
          <w:lang w:eastAsia="zh-CN"/>
        </w:rPr>
        <w:br/>
      </w:r>
      <w:r>
        <w:rPr>
          <w:lang w:eastAsia="zh-CN"/>
        </w:rPr>
        <w:t>　　4、合理安排作息时间。暑假的时间很长，同学们要保证充足睡眠，多学习(例如：唱歌、绘画、看书等)，并做到学习与休息相结合，不要长时间沉迷于电视或电脑。不随意模仿电视或游戏中的暴力行为。多帮大人做些力所能及的事，多参加有益的活动，不找大人乱要零花钱，这样容易养成乱花钱的坏习惯，不去网吧或观看赌博游戏。多读书，读好书。结合学校的征文开展读书活动。</w:t>
      </w:r>
      <w:r>
        <w:rPr>
          <w:lang w:eastAsia="zh-CN"/>
        </w:rPr>
        <w:br/>
      </w:r>
      <w:r>
        <w:rPr>
          <w:lang w:eastAsia="zh-CN"/>
        </w:rPr>
        <w:t>　　5、注意饮食卫生，不暴饮暴食，做到饮食平衡;不买街头或小店“三无”食品，不吃腐败变质的食物，以免食物中毒。很多家庭都备有一定量的药品，不明情况时不要随便服用，对一些在家庭角落里的一些食物不要食用，在外时地上散落的食物也不要拣起来食用。</w:t>
      </w:r>
      <w:r>
        <w:rPr>
          <w:lang w:eastAsia="zh-CN"/>
        </w:rPr>
        <w:br/>
      </w:r>
      <w:r>
        <w:rPr>
          <w:lang w:eastAsia="zh-CN"/>
        </w:rPr>
        <w:t>　　6、学会保护自已。在许多的地方，经常会遇到陌生人，虽然不是每个陌生人都是坏人，但由于同学们的识别能力的关系，不轻信他人花言巧语，不接受陌生人给的食物和其他物品，更不能和陌生人走。要和同伴出去玩耍的时候，要先告诉家里人，要准时回家，不在外过夜。</w:t>
      </w:r>
      <w:r>
        <w:rPr>
          <w:lang w:eastAsia="zh-CN"/>
        </w:rPr>
        <w:br/>
      </w:r>
      <w:r>
        <w:rPr>
          <w:lang w:eastAsia="zh-CN"/>
        </w:rPr>
        <w:t>　　7、远离危险。暑期天气炎热，不要到水底情况不清的小河或者禁止游泳的地方游泳。不到江边游泳，注意预防血吸虫病。并且做到不爬树，不攀越楼梯扶手、走廊栏杆、围墙，确保自已的人身安全。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8、遵守社会公德。要爱护公物，爱护花草树木，外出游玩不乱扔垃圾，注意个人素质。</w:t>
      </w:r>
      <w:r>
        <w:rPr>
          <w:lang w:eastAsia="zh-CN"/>
        </w:rPr>
        <w:br/>
      </w:r>
      <w:r>
        <w:rPr>
          <w:lang w:eastAsia="zh-CN"/>
        </w:rPr>
        <w:t>　　9、心理安全教育</w:t>
      </w:r>
      <w:r>
        <w:rPr>
          <w:lang w:eastAsia="zh-CN"/>
        </w:rPr>
        <w:br/>
      </w:r>
      <w:r>
        <w:rPr>
          <w:lang w:eastAsia="zh-CN"/>
        </w:rPr>
        <w:t>　　中学生的心理正在发育之中，尚未成熟，其心理上的不良反应和适应障碍伴有强烈的情绪色彩和偏激的行为特征。近几年发生在学生中的打架斗殴、偷盗、染上不良习气等行为，相当一部分是由心理问题引起的。因此，我们提倡同学有针对性地进行人际关系，特别是要加强和谐教育、环境适应教育、健康人格教育、性教育、心理卫生知识教育、挫折教育以及心理疾病预防教育，优化心理素质，促成健康人格的发展和完善，从而避免各类安全问题的发生。</w:t>
      </w:r>
      <w:r>
        <w:rPr>
          <w:lang w:eastAsia="zh-CN"/>
        </w:rPr>
        <w:br/>
      </w:r>
      <w:r>
        <w:rPr>
          <w:lang w:eastAsia="zh-CN"/>
        </w:rPr>
        <w:t>　　最后预祝同学们过一个健康、开心的暑假。</w:t>
      </w:r>
      <w:r>
        <w:rPr>
          <w:lang w:eastAsia="zh-CN"/>
        </w:rPr>
        <w:br/>
      </w:r>
      <w:r>
        <w:rPr>
          <w:lang w:eastAsia="zh-CN"/>
        </w:rPr>
        <w:t xml:space="preserve">    2024暑假安全教育演讲稿 篇10 </w:t>
      </w:r>
      <w:r>
        <w:rPr>
          <w:lang w:eastAsia="zh-CN"/>
        </w:rPr>
        <w:br/>
      </w:r>
      <w:r>
        <w:rPr>
          <w:lang w:eastAsia="zh-CN"/>
        </w:rPr>
        <w:t>　　同学们：</w:t>
      </w:r>
      <w:r>
        <w:rPr>
          <w:lang w:eastAsia="zh-CN"/>
        </w:rPr>
        <w:br/>
      </w:r>
      <w:r>
        <w:rPr>
          <w:lang w:eastAsia="zh-CN"/>
        </w:rPr>
        <w:t>　　大家好！</w:t>
      </w:r>
      <w:r>
        <w:rPr>
          <w:lang w:eastAsia="zh-CN"/>
        </w:rPr>
        <w:br/>
      </w:r>
      <w:r>
        <w:rPr>
          <w:lang w:eastAsia="zh-CN"/>
        </w:rPr>
        <w:t>　　我们即将结束一个学期的学习，迎来一个大家期盼的暑假。在此学校诚恳的提醒各位同学要注意做到以下几点：</w:t>
      </w:r>
      <w:r>
        <w:rPr>
          <w:lang w:eastAsia="zh-CN"/>
        </w:rPr>
        <w:br/>
      </w:r>
      <w:r>
        <w:rPr>
          <w:lang w:eastAsia="zh-CN"/>
        </w:rPr>
        <w:t>　　1、关爱自己，紧绷安全之弦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老师们和各位的家长每天所最惦记的就是你们的健康和安全。据了解，每年因各种事故，数以万计天真无邪的儿童少年死于非命，相当于在中国960万公里的土地上每天要消失一个班的学生(重大自然灾害除外)，这给社会、给家庭带来了不幸，给很多父母造成无法愈合的创伤。因此，同学们要牢固树立“安全第一”的思想，懂得安全的重要意义，做到：安全第一，从我做起;安全第一，从小事做起。关注安全，关爱生命。我要安全，我懂安全。时时讲安全，事事讲安全，人人讲安全，保证人人都安全。</w:t>
      </w:r>
      <w:r>
        <w:rPr>
          <w:lang w:eastAsia="zh-CN"/>
        </w:rPr>
        <w:br/>
      </w:r>
      <w:r>
        <w:rPr>
          <w:lang w:eastAsia="zh-CN"/>
        </w:rPr>
        <w:t>　　2、遵守交通规则，注意交通安全。</w:t>
      </w:r>
      <w:r>
        <w:rPr>
          <w:lang w:eastAsia="zh-CN"/>
        </w:rPr>
        <w:br/>
      </w:r>
      <w:r>
        <w:rPr>
          <w:lang w:eastAsia="zh-CN"/>
        </w:rPr>
        <w:t>　　希望同学们在暑假期间遵守交通法规，严禁骑非机动车上机动车道，同时严禁在公路上追逐打闹和进行各类游戏活动。注意乘车安全，报废车不要乘;无牌无照的车不要乘;拥挤的车不要乘，黑车不要乘。若发生交通事故，要想法及时通知家长，并拨打120及时实施抢救。</w:t>
      </w:r>
      <w:r>
        <w:rPr>
          <w:lang w:eastAsia="zh-CN"/>
        </w:rPr>
        <w:br/>
      </w:r>
      <w:r>
        <w:rPr>
          <w:lang w:eastAsia="zh-CN"/>
        </w:rPr>
        <w:t>　　3、防火、防电、防煤气。</w:t>
      </w:r>
      <w:r>
        <w:rPr>
          <w:lang w:eastAsia="zh-CN"/>
        </w:rPr>
        <w:br/>
      </w:r>
      <w:r>
        <w:rPr>
          <w:lang w:eastAsia="zh-CN"/>
        </w:rPr>
        <w:t>　　暑假期间我们每天都可能会与火、与电、与煤气打交道，同学们要了解有关知识，在生活中要注意消除水、火、气、电等存在的隐患，做到不玩火，注意防火，若遇到火警时要知道及时拨打119报警。不玩电，不私自拆装电器。</w:t>
      </w:r>
      <w:r>
        <w:rPr>
          <w:lang w:eastAsia="zh-CN"/>
        </w:rPr>
        <w:br/>
      </w:r>
      <w:r>
        <w:rPr>
          <w:lang w:eastAsia="zh-CN"/>
        </w:rPr>
        <w:t>　　4、监控文化生活，严防精神污染。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网络世界对青少年具有强烈的诱惑力，长时间沉溺会导致人际交往、社会适应能力的下降，会情绪低落、思维迟缓、孤独焦虑、食欲不振、植物神经功能紊乱、睡眠障碍，甚至犯罪或消极自杀。所以希望同学们要远离网吧，不登录不健康的网站，也不要涉足营业性电子游戏室等娱乐场所。不参加不健康的娱乐活动，不听、不信、不传、不参与封建迷信活动，坚决抵制邪教活动。不购买、不借阅内容不健康的书刊、报纸、光碟、录像带;不看低级趣味的电影、电视。多读健康的书刊，多看乐观的节目。要培养文明行为，抵制消极现象，促进扶正祛邪、扬善惩恶社会风气的形成、巩固和发展。</w:t>
      </w:r>
      <w:r>
        <w:rPr>
          <w:lang w:eastAsia="zh-CN"/>
        </w:rPr>
        <w:br/>
      </w:r>
      <w:r>
        <w:rPr>
          <w:lang w:eastAsia="zh-CN"/>
        </w:rPr>
        <w:t>　　5、出门必须和家长打招呼，并按时回家。夜晚不得单独出门，更不能在外过夜。</w:t>
      </w:r>
      <w:r>
        <w:rPr>
          <w:lang w:eastAsia="zh-CN"/>
        </w:rPr>
        <w:br/>
      </w:r>
      <w:r>
        <w:rPr>
          <w:lang w:eastAsia="zh-CN"/>
        </w:rPr>
        <w:t>　　6、与陌生人打交道时，要提高思想警惕，谨防上当受骗。遇有紧急情况，要见义巧为，善用智慧取胜，避免力敌不过反而危害自身现象的发生。</w:t>
      </w:r>
      <w:r>
        <w:rPr>
          <w:lang w:eastAsia="zh-CN"/>
        </w:rPr>
        <w:br/>
      </w:r>
      <w:r>
        <w:rPr>
          <w:lang w:eastAsia="zh-CN"/>
        </w:rPr>
        <w:t>　　7、养成良好的卫生习惯，注意饮食卫生，不暴饮、暴食，要合理饮食，不吃腐烂变质的食物，不买“三无”食品，每个同学在假期中要做到不抽烟、不喝酒、不赌博。生活要有规律，按时起居，多锻炼，预防疾病侵染，提高身体素质。</w:t>
      </w:r>
      <w:r>
        <w:rPr>
          <w:lang w:eastAsia="zh-CN"/>
        </w:rPr>
        <w:br/>
      </w:r>
      <w:r>
        <w:rPr>
          <w:lang w:eastAsia="zh-CN"/>
        </w:rPr>
        <w:t>　　8、同学们在家要帮助父母做家务和参加有益的社会实践活动，制定好暑假学习计划，认真完成暑假作业，开展好“五个一”活动，即读一本好书，并写出读后感，看一部好电影，学唱一首好歌，做一件好事，当一天家长，体验一下做父母的辛苦，并做好记录或日记。</w:t>
      </w:r>
      <w:r>
        <w:rPr>
          <w:lang w:eastAsia="zh-CN"/>
        </w:rPr>
        <w:br/>
      </w:r>
      <w:r>
        <w:rPr>
          <w:lang w:eastAsia="zh-CN"/>
        </w:rPr>
        <w:t>　　9、提倡勤俭节约，培养良好品德。</w:t>
      </w:r>
      <w:r>
        <w:rPr>
          <w:lang w:eastAsia="zh-CN"/>
        </w:rPr>
        <w:br/>
      </w:r>
      <w:r>
        <w:rPr>
          <w:lang w:eastAsia="zh-CN"/>
        </w:rPr>
        <w:t>　　暑假期间提倡勤俭节约，不乱花钱，学会计划每天的生活，注意培养良好的社会公德。要学会尊重人、理解人、关心人;要增强礼仪、礼节、礼貌意识，要不断提高自身道德修养;要规范自己的行为习惯，培养自己的良好道德品质和文明行为。让校园文明礼仪之花遍地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10、请同学们一定不要到非正规的游泳场(馆)进行活动。</w:t>
      </w:r>
      <w:r>
        <w:rPr>
          <w:lang w:eastAsia="zh-CN"/>
        </w:rPr>
        <w:br/>
      </w:r>
      <w:r>
        <w:rPr>
          <w:lang w:eastAsia="zh-CN"/>
        </w:rPr>
        <w:t>　　那么，对于广大同学，我们又如何远离不法伤害呢，遇到伤害又该怎么做呢?在这里给同学们提几点建议：一是同学们要有正义之心，不以“恶小而不见”，人人要坚守自己的原则，坚持自己的一身正气，在加强自身防范的同时，不要被歪风邪气吓倒，要敢于与不法侵害做斗争，遇到同学受到伤害时要以适当的方式报警并报告家长、班主任老师和学校，如果我们众志成城，是没有什么可以伤害我们的。二是同学们要有仁爱之心，团结友爱是学生的基本守则和规范，如果人人相亲相爱，珍惜同学友情，也就没有了暴力的温床;三是同学们要有宽容之心，以诚待人，严以律己，宽以待人，能宽容他人的过失和错误，不以恶小而为之，那么，我们的心灵就充满了阳光;四是万一自己遇到侵害，要立刻报警拨打110并告知家长、班主任老师和学校，或以适当的方式求助于同学和群众，不给不法犯罪分子以再次伤害自己和他人的机会，切记：任何的软弱只会给自身造成更大的伤害。当然，除了这些，我相信同学们在如何远离侵害问题上还有许许多多的好的想法，希望你们能结合老师的建议和个人的想法，在年底和期末这一敏感的时期，努力去实践，只要你努力了，你就一定是平安与幸福的。</w:t>
      </w:r>
      <w:r>
        <w:rPr>
          <w:lang w:eastAsia="zh-CN"/>
        </w:rPr>
        <w:br/>
      </w:r>
    </w:p>
    <w:p w:rsidR="001B1F19" w14:textId="27C3F48A">
      <w:pPr>
        <w:rPr>
          <w:rFonts w:hint="eastAsia"/>
          <w:lang w:eastAsia="zh-CN"/>
        </w:rPr>
      </w:pPr>
      <w:r>
        <w:rPr>
          <w:lang w:eastAsia="zh-CN"/>
        </w:rPr>
        <w:t>　　同学们，安全重于泰山，同学们要自我监督，严格要求，防患于未然，安全意识要警钟长鸣。强化安全意识，提高防范能力，时时刻刻都要注意自身以及周围人群的安全。防止安全事故的发生就是为家庭为社会节约了宝贵的财富，就是为自己未来的幸福生活奠定了基础。</w:t>
      </w:r>
      <w:r>
        <w:rPr>
          <w:lang w:eastAsia="zh-CN"/>
        </w:rPr>
        <w:br/>
      </w:r>
      <w:r>
        <w:rPr>
          <w:lang w:eastAsia="zh-CN"/>
        </w:rPr>
        <w:t>　　最后祝全体同学身体健康，全家幸福，假期快乐。</w:t>
      </w:r>
      <w:r>
        <w:rPr>
          <w:lang w:eastAsia="zh-CN"/>
        </w:rPr>
        <w:br/>
      </w:r>
      <w:r>
        <w:rPr>
          <w:lang w:eastAsia="zh-CN"/>
        </w:rPr>
        <w:t xml:space="preserve">    2024暑假安全教育演讲稿 篇11 </w:t>
      </w:r>
      <w:r>
        <w:rPr>
          <w:lang w:eastAsia="zh-CN"/>
        </w:rPr>
        <w:br/>
      </w:r>
      <w:r>
        <w:rPr>
          <w:lang w:eastAsia="zh-CN"/>
        </w:rPr>
        <w:t>　　各位老师，同学们：</w:t>
      </w:r>
      <w:r>
        <w:rPr>
          <w:lang w:eastAsia="zh-CN"/>
        </w:rPr>
        <w:br/>
      </w:r>
      <w:r>
        <w:rPr>
          <w:lang w:eastAsia="zh-CN"/>
        </w:rPr>
        <w:t>　　大家好!</w:t>
      </w:r>
      <w:r>
        <w:rPr>
          <w:lang w:eastAsia="zh-CN"/>
        </w:rPr>
        <w:br/>
      </w:r>
      <w:r>
        <w:rPr>
          <w:lang w:eastAsia="zh-CN"/>
        </w:rPr>
        <w:t>　　暑假生活马上就要开始了，学生有假期,安全无假期，为了使你们能够愉快的度过这个假期，我们学校组织开展了这次“安全就是爱”的讲座。我希望同学们能认真听讲，牢记安全知识。</w:t>
      </w:r>
      <w:r>
        <w:rPr>
          <w:lang w:eastAsia="zh-CN"/>
        </w:rPr>
        <w:br/>
      </w:r>
      <w:r>
        <w:rPr>
          <w:lang w:eastAsia="zh-CN"/>
        </w:rPr>
        <w:t>　　在这里，我不想先声泪俱下地讲述一个个血淋淋的安全事故，不想先声嘶力竭地强调安全的重要性，因为，那会使人感到安全是一个沉重的话题。朋友们，您可知“安全”也有它的另一层含义?那就是爱，你的安全就是你对家人的爱!你可知道，每次当你又没有准时回家，父母望着空洞洞的房间，心中有种无言的失落。房间已打扫得干干净净，饭也热了两遍了，可依旧没有听到你甜甜的声音“爸爸、妈妈，我回来了”。无意中你忽视了家，忽视了父母，忽视了时间……，可父母却在心里牵挂你：这么晚还不会来，问其它同学，他们也不知道你在哪，莫非……?不可能！每次你出去玩，父母虽然你的周围存在着许多危险，可相信你是一个天真可爱而又仔细严谨的孩子，幸运的天使会始终伴随你，你依旧会像小鸟一样哼着歌快乐地飞回自己的“小窝儿”，这是每一个家人的心愿。</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https://d.book118.com/286115101113010044</w:t>
        </w:r>
      </w:hyperlink>
    </w:p>
    <w:p w:rsidR="001B1F19">
      <w:pPr>
        <w:rPr>
          <w:rFonts w:hint="eastAsia"/>
          <w:lang w:eastAsia="zh-CN"/>
        </w:rPr>
      </w:pPr>
    </w:p>
    <w:sectPr>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8611510111301004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43</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