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关于食品安全演讲稿学生（30篇）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关于食品安全演讲稿学生（通用30篇）</w:t>
      </w:r>
      <w:r>
        <w:rPr>
          <w:lang w:eastAsia="zh-CN"/>
        </w:rPr>
        <w:br/>
      </w:r>
      <w:r>
        <w:rPr>
          <w:lang w:eastAsia="zh-CN"/>
        </w:rPr>
        <w:t xml:space="preserve">    关于食品安全演讲稿学生 篇1 </w:t>
      </w:r>
      <w:r>
        <w:rPr>
          <w:lang w:eastAsia="zh-CN"/>
        </w:rPr>
        <w:br/>
      </w:r>
      <w:r>
        <w:rPr>
          <w:lang w:eastAsia="zh-CN"/>
        </w:rPr>
        <w:t>　　中国有句古话，民以食为天，食以安为先。前半句话说明了食物对人的重要性。食物是人进行一切生命活动的能量来源。没有食物，我们将会死亡。食物对于每个人来说，都是至关重要的;后半句话说明，食品的安全性更加重要。吃到嘴里的食物，如果是不安全的，有毒的，致病的，结果将不堪设想。</w:t>
      </w:r>
      <w:r>
        <w:rPr>
          <w:lang w:eastAsia="zh-CN"/>
        </w:rPr>
        <w:br/>
      </w:r>
      <w:r>
        <w:rPr>
          <w:lang w:eastAsia="zh-CN"/>
        </w:rPr>
        <w:t>　　然而，如今的问题食品已经成为了社会的头等大患。报纸、电视等媒体揭发的食品安全问题让我们目瞪口呆，早在几年前，食品安全问题的严重性就已经浮出水面，劣质面粉、有毒牛奶、假鸡蛋、果冻、瘦肉精、塑化剂、含氯可乐……在这个充斥着问题食品的社会里，我们如何保证我们每天吃到的食物都是安全的?如何健康地过好每一天?有一个笑话是这么说的，中国人的身体就是一张化学元素周期表。这句话并不是在开玩笑，它反映了我国食品安全问题的严重性!</w:t>
      </w:r>
      <w:r>
        <w:rPr>
          <w:lang w:eastAsia="zh-CN"/>
        </w:rPr>
        <w:br/>
      </w:r>
      <w:r>
        <w:rPr>
          <w:lang w:eastAsia="zh-CN"/>
        </w:rPr>
        <w:t>　　那么，面对着如此多的食品安全问题，我们不由得发出疑问，是谁制造了如此之多的问题食品?他们究竟为什么要造假?</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是的，是那些黑心的厂商，为了降低成本，增加利润，他们不惜一切代价要获取更多的利益，为了获得利益，他们不择手段地在食品中添加各种东西，而完全不顾消费者的健康与安全。制造食品的本质，是为了广大群众的生活而制造。可这些黑心的厂商，已经完全背离了本质，良心何在?我们的安全何在?那些厂商们啊，请想一想，如果有一天，你自己制造的食品吃到了你的嘴里，你会怎么办?这是真正的自作自受!</w:t>
      </w:r>
      <w:r>
        <w:rPr>
          <w:lang w:eastAsia="zh-CN"/>
        </w:rPr>
        <w:br/>
      </w:r>
      <w:r>
        <w:rPr>
          <w:lang w:eastAsia="zh-CN"/>
        </w:rPr>
        <w:t>　　食品安全并不是一个小问题，这不仅仅是食品安全的问题，它还牵涉到我们的国民素质问题。请问，食品要流入市场，需要经过许多道检验关卡，难道技术人员就没有检测出其中的有毒物质吗?也许是他们的马虎大意，也许是厂商们行贿违法。那么，那些马虎大意或者收了贿赂的技术人员，怎么能够因为一点利益或者人情关系，而把有毒的食品放过一马，让它们顺利地流入市场呢?这正是国民素质低下、道德败坏的体现!虽然国家有相关的立法，也有相关的检验标准，但依然无法遏制。而我们的政府，已经采取了许多政策，进行社会宣传，号召群众与这种不良现象做斗争。相信我们全社会的共同努力，一定能够彻底打压食品安全问题的不良现象，让广大消费者每天都能够吃到放心、安全的食物，让社会充满爱的阳光!</w:t>
      </w:r>
      <w:r>
        <w:rPr>
          <w:lang w:eastAsia="zh-CN"/>
        </w:rPr>
        <w:br/>
      </w:r>
      <w:r>
        <w:rPr>
          <w:lang w:eastAsia="zh-CN"/>
        </w:rPr>
        <w:t xml:space="preserve">    关于食品安全演讲稿学生 篇2 </w:t>
      </w:r>
      <w:r>
        <w:rPr>
          <w:lang w:eastAsia="zh-CN"/>
        </w:rPr>
        <w:br/>
      </w:r>
      <w:r>
        <w:rPr>
          <w:lang w:eastAsia="zh-CN"/>
        </w:rPr>
        <w:t>　　尊敬的各位领导、各位评委、同志们：</w:t>
      </w:r>
      <w:r>
        <w:rPr>
          <w:lang w:eastAsia="zh-CN"/>
        </w:rPr>
        <w:br/>
      </w:r>
      <w:r>
        <w:rPr>
          <w:lang w:eastAsia="zh-CN"/>
        </w:rPr>
        <w:t>　　大家上午好!</w:t>
      </w:r>
      <w:r>
        <w:rPr>
          <w:lang w:eastAsia="zh-CN"/>
        </w:rPr>
        <w:br/>
      </w:r>
      <w:r>
        <w:rPr>
          <w:lang w:eastAsia="zh-CN"/>
        </w:rPr>
        <w:t>　　我演讲的题目是：食品安全——就在你我身边。</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这人海如潮、红尘滚滚的现实社会中，请问您最需要什么?是金钱，还师名利禄?如果让我来回答，我就说：我最需要的是健康!中国有句话，“民以食为天”，充分说明了食品的重要性，食品是人生存的首要物质前提，是人们生活中最基本的必需品。</w:t>
      </w:r>
      <w:r>
        <w:rPr>
          <w:lang w:eastAsia="zh-CN"/>
        </w:rPr>
        <w:br/>
      </w:r>
      <w:r>
        <w:rPr>
          <w:lang w:eastAsia="zh-CN"/>
        </w:rPr>
        <w:t>　　每个人要生存、生活下去，就离不开食品。而食品质量则守系每个人的身体健康和生命安全的关键，因此，食品安全事关所有人的切身利益。它的意义在于社会公共利益的维护和秩序的稳定;在于千家万户的幸福与欢乐;更在于人的生命安危!然而近年来食品安全事件频繁发生，接连发生的“毒奶粉”、“瘦肉精”、“染色馒头”等事件，拨动着所有消费者敏感的神经，食品安全问题也引起社会越来越多的关注。</w:t>
      </w:r>
      <w:r>
        <w:rPr>
          <w:lang w:eastAsia="zh-CN"/>
        </w:rPr>
        <w:br/>
      </w:r>
      <w:r>
        <w:rPr>
          <w:lang w:eastAsia="zh-CN"/>
        </w:rPr>
        <w:t>　　“因为这些东西都是我们日常生活的必需品。每次看到相关的电视新闻或是网络视频都会使我迷茫很长一段时间，不知道自己该吃什么。卖馒头的不吃馒头、卖凉皮的不吃凉皮，反正只要是自己做的东西都不吃，因为他们知道这些东西是怎么做出来的，参与了整个制作过程，而我们呢?</w:t>
      </w:r>
      <w:r>
        <w:rPr>
          <w:lang w:eastAsia="zh-CN"/>
        </w:rPr>
        <w:br/>
      </w:r>
      <w:r>
        <w:rPr>
          <w:lang w:eastAsia="zh-CN"/>
        </w:rPr>
        <w:t>　　不要多想，就抱着一颗眼不见心不烦的心去吃东西就行了，如果想的多了，就没得吃了。是啊，“究竟，我们还能吃什么?还敢吃什么”，虽然市场上食品琳琅满目极为丰富，但由于食品安全问题的不容乐观，让人不敢吃，望而怯步，吃荤的怕激素，吃素的怕毒素，不知吃啥好，心中无数。</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同样的问题，我国国家食品药品监督管理局的一位局长在接受中央电视台记者采访时是这样回答的，局长回答说：“我也是一名消费者，从这个意义上说，我对我吃的东西也不是很放心。”作为主管全国食品安全综合监管职能的最高行政长官对自己吃的东西不放心，这多少有点讽刺味道，难怪网民评论：“连局长都不放心，我们老百姓怎么办?”这从一个侧面反映出我国食品安全的问题已到亟需下大决心，用大措施，凭铁手段，到彻底解决的时候了。</w:t>
      </w:r>
      <w:r>
        <w:rPr>
          <w:lang w:eastAsia="zh-CN"/>
        </w:rPr>
        <w:br/>
      </w:r>
      <w:r>
        <w:rPr>
          <w:lang w:eastAsia="zh-CN"/>
        </w:rPr>
        <w:t>　　食品安全与否由什么决定，决定食品质量的关键因素既不是技术，也不受理和设备，关键在人，关键在于食品生产经营业主和从业人员的职业操守和道德水准。因此说，食品生产经营者是食品安全的第一责任人，可是就有一些人唯利是图，为了一己私利而坑害大家的身体。</w:t>
      </w:r>
      <w:r>
        <w:rPr>
          <w:lang w:eastAsia="zh-CN"/>
        </w:rPr>
        <w:br/>
      </w:r>
      <w:r>
        <w:rPr>
          <w:lang w:eastAsia="zh-CN"/>
        </w:rPr>
        <w:t>　　我想这不仅仅是缺乏道德问题，要问问自己的心，制造劣质、假冒及有害的食品让你的同胞食用，难道你的良心不会受到谴责吗。明知道自己生产出来的食品存在不安全元素，自己都不愿意吃却冷漠无情地推向市场兜售，全然不顾消费者的生命安全，在这些商家眼里，每一个消费者都只是一个存钱罐，为了从里面取出钱，砸碎又何妨。</w:t>
      </w:r>
      <w:r>
        <w:rPr>
          <w:lang w:eastAsia="zh-CN"/>
        </w:rPr>
        <w:br/>
      </w:r>
      <w:r>
        <w:rPr>
          <w:lang w:eastAsia="zh-CN"/>
        </w:rPr>
        <w:t>　　这些人是何等的冷漠，何等的麻木不仁，何等的丧尽天良，这些人怎么能生产出合格的食品，怎么能做出负责任的事。也许，他们认为，不吃自己生产的食品，就不会损害自己的健康。但作为一个社会人，身处社会这个巨大的交互系统，他们是某种食品的生产者，其实也是其他食品的消费者。即使侥幸躲过了自己生产的问题食品，但难免不会遇上“其它”的问题食品。</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可以打死都不吃自己生产的染色馒头，可他们得吃别人生产的“回炉面包”、毒蔬菜，他又怎能判断别人的面包和蔬菜，不像自己生产馒头那样生产出来的?判断自己不是受害者，这是互相伤害的恶性循环，这是将每个人都深卷于其中的大网，商业道德沦丧之下，没人能真正以局外人的优越感置之度外，每个人都会是受害者。</w:t>
      </w:r>
      <w:r>
        <w:rPr>
          <w:lang w:eastAsia="zh-CN"/>
        </w:rPr>
        <w:br/>
      </w:r>
      <w:r>
        <w:rPr>
          <w:lang w:eastAsia="zh-CN"/>
        </w:rPr>
        <w:t>　　加点类似庆幸的是，地沟油的制造者已经落网之类的呵呵，在投资主体逐渐多样，生产方式日益灵活，食品贸易不断繁荣，价值观念呈现多元化的大背景下，在深化和完善社会主义市场经济体制的同时，通过教育扶持、打击、监管等多种手段，倡导营造诚信、公平、负责任的食品安全生产氛围，显得尤为重要。</w:t>
      </w:r>
      <w:r>
        <w:rPr>
          <w:lang w:eastAsia="zh-CN"/>
        </w:rPr>
        <w:br/>
      </w:r>
      <w:r>
        <w:rPr>
          <w:lang w:eastAsia="zh-CN"/>
        </w:rPr>
        <w:t>　　我认为要想食品质量、安全形势实现根本好转，</w:t>
      </w:r>
      <w:r>
        <w:rPr>
          <w:lang w:eastAsia="zh-CN"/>
        </w:rPr>
        <w:br/>
      </w:r>
      <w:r>
        <w:rPr>
          <w:lang w:eastAsia="zh-CN"/>
        </w:rPr>
        <w:t>　　一是要有赖于政府部门的有效监管，俗话说，“没有规矩，不成方圆”，目前，涉及食品安全监管的法律法规数量多达几十部，如《食品安全法》、《产品质量法》、《消费者权益保护法》等，不过，由于各种新品种食品的出现，使得食品安全标准始终处于完善过程中，因此，需要相关的部门不断的深入调查，及时制定和修订相关的标准，从而建立更加完善的食品标准为食品安全保驾护航。</w:t>
      </w:r>
      <w:r>
        <w:rPr>
          <w:lang w:eastAsia="zh-CN"/>
        </w:rPr>
        <w:br/>
      </w:r>
      <w:r>
        <w:rPr>
          <w:lang w:eastAsia="zh-CN"/>
        </w:rPr>
        <w:t>　　二是，还要靠国民食品安全意识的不断增强，靠广大生产经营者的食品安全责任意识的提高，靠广大消费者食品安全自我保护意识的提升。广大群众是食品的最终消费者，是优质食品的受益者，也是劣质食品的受害者。</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人人都是消费者，个个不是局外人，从这个意义上说，维护身体健康也要靠我们自己。作为一个消费者，我们应该擦亮双眼，把好“入口”。比如购买食品的时候，应该尽量选择正规商场和市场的产品，不要贪小便宜、图方便、随大流等，要养成不随意在街头小摊上购买食品的习惯，以免损伤身体或者上当受骗;要选购知名品牌或比较规范企业的品牌食品，尤其对有绿色食品标志的要作为首选;选购食品、饮料时，不能一味贪色贪味，如过白的面粉、馒头、面条等，有可能使用了过量的增白剂，应谨慎选购;蔬菜最好挑选带皮和包心的。</w:t>
      </w:r>
      <w:r>
        <w:rPr>
          <w:lang w:eastAsia="zh-CN"/>
        </w:rPr>
        <w:br/>
      </w:r>
      <w:r>
        <w:rPr>
          <w:lang w:eastAsia="zh-CN"/>
        </w:rPr>
        <w:t>　　对有叶蔬菜，则要一洗、二泡、三烫，只要经过处理，一般可去掉__%以上的残留农药。我们要摒弃贪便宜、图省钱其琛等不合理的消费习惯，养成购买食品看厂家、看日期、查包装的科学消费习惯;要学会辨识优劣食品的本领，不断提高鉴别水平和自我保护能力;还要放弃老好人思想，增强维权意识，积极为有关部门提供线索，并主动协助监管部门的工作。形成人人远离不洁食品，个个打击伪劣食品的良好食品消费环境。食品安全与我们的生活息息相关，它关系到广大人民群众的身体健康和生命安全，关系到经济健康发展和社会稳定，关系到政府和国家的形象。</w:t>
      </w:r>
      <w:r>
        <w:rPr>
          <w:lang w:eastAsia="zh-CN"/>
        </w:rPr>
        <w:br/>
      </w:r>
      <w:r>
        <w:rPr>
          <w:lang w:eastAsia="zh-CN"/>
        </w:rPr>
        <w:t>　　健康和生命对于任何人和任何家庭来说都是最为宝贵的财富，为了家庭的幸福，为了个人的健康，为了更加阳光灿烂的明天，让我们携起手来，共同关心饮食质量，关注食品安全，让食品企业、政府部门、消费者共同努力，打造安全、卫生、有质量的生活。</w:t>
      </w:r>
      <w:r>
        <w:rPr>
          <w:lang w:eastAsia="zh-CN"/>
        </w:rPr>
        <w:br/>
      </w:r>
      <w:r>
        <w:rPr>
          <w:lang w:eastAsia="zh-CN"/>
        </w:rPr>
        <w:t xml:space="preserve">    关于食品安全演讲稿学生 篇3 </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各位同学：</w:t>
      </w:r>
      <w:r>
        <w:rPr>
          <w:lang w:eastAsia="zh-CN"/>
        </w:rPr>
        <w:br/>
      </w:r>
      <w:r>
        <w:rPr>
          <w:lang w:eastAsia="zh-CN"/>
        </w:rPr>
        <w:t>　　大家好!</w:t>
      </w:r>
      <w:r>
        <w:rPr>
          <w:lang w:eastAsia="zh-CN"/>
        </w:rPr>
        <w:br/>
      </w:r>
      <w:r>
        <w:rPr>
          <w:lang w:eastAsia="zh-CN"/>
        </w:rPr>
        <w:t>　　民以食为天，食以安为先。食品的质量和安全已成为全社会关注的焦点，对于正处于发育生长期的我们来说，更要注意食品安全问题。目前，在学校周边经营的食品店，最喜欢用各式各样花花绿绿的食品吸引我们学生。本人温馨提示：食以洁为先，食以安为本。具体怎样做，我想了三点，与大家共勉：</w:t>
      </w:r>
      <w:r>
        <w:rPr>
          <w:lang w:eastAsia="zh-CN"/>
        </w:rPr>
        <w:br/>
      </w:r>
      <w:r>
        <w:rPr>
          <w:lang w:eastAsia="zh-CN"/>
        </w:rPr>
        <w:t>　　一、加强学习，提高认识</w:t>
      </w:r>
      <w:r>
        <w:rPr>
          <w:lang w:eastAsia="zh-CN"/>
        </w:rPr>
        <w:br/>
      </w:r>
      <w:r>
        <w:rPr>
          <w:lang w:eastAsia="zh-CN"/>
        </w:rPr>
        <w:t>　　我们要利用课余时间，认真学习《中华人民共和国食品安全法》及其它的食品安全常识，积累一些食品安全知识，提高自我的辨识潜力，尤其是对“无厂名、无厂址、无生产日期”的“三无”食品的辨识潜力，充分认识到“三无”、过期、不洁等食品的危害性。</w:t>
      </w:r>
      <w:r>
        <w:rPr>
          <w:lang w:eastAsia="zh-CN"/>
        </w:rPr>
        <w:br/>
      </w:r>
      <w:r>
        <w:rPr>
          <w:lang w:eastAsia="zh-CN"/>
        </w:rPr>
        <w:t>　　二、增强意识，自觉抵制</w:t>
      </w:r>
      <w:r>
        <w:rPr>
          <w:lang w:eastAsia="zh-CN"/>
        </w:rPr>
        <w:br/>
      </w:r>
      <w:r>
        <w:rPr>
          <w:lang w:eastAsia="zh-CN"/>
        </w:rPr>
        <w:t>　　切实增强我们的食品安全意识和自我保护意识，在校园内营造人人讲究饮食安全的氛围，自觉抵制“三无”食品、无“QS”标志的食品和其它垃圾食品，坚决不购买不健康的食品，也要教育自我的亲人、朋友和同学用心抵制这些不健康食品。</w:t>
      </w:r>
      <w:r>
        <w:rPr>
          <w:lang w:eastAsia="zh-CN"/>
        </w:rPr>
        <w:br/>
      </w:r>
      <w:r>
        <w:rPr>
          <w:lang w:eastAsia="zh-CN"/>
        </w:rPr>
        <w:t>　　三、用心宣传，勇于监督</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人人争当食品安全的小小宣传员和监督员，及时向身边的同学、亲人和朋友宣传食品安全科普知识，宣传《食品安全法》，勇于监督身边的食品经营商，发现“三无”食品或其它不贴合规定的食品，请及时向工商部门举报。同学之间也互相监督，坚决杜绝不安全的食品进入我们的校园。</w:t>
      </w:r>
      <w:r>
        <w:rPr>
          <w:lang w:eastAsia="zh-CN"/>
        </w:rPr>
        <w:br/>
      </w:r>
      <w:r>
        <w:rPr>
          <w:lang w:eastAsia="zh-CN"/>
        </w:rPr>
        <w:t>　　同学们，让我们从小事做起，从身边做起，从自我做起，珍惜健康，安全消费，远离不安全食品，让我们共同为建立和-谐校园、安全校园贡献一份力量吧!</w:t>
      </w:r>
      <w:r>
        <w:rPr>
          <w:lang w:eastAsia="zh-CN"/>
        </w:rPr>
        <w:br/>
      </w:r>
      <w:r>
        <w:rPr>
          <w:lang w:eastAsia="zh-CN"/>
        </w:rPr>
        <w:t>　　食品是大家没天的必需品，然而随着现代工业的不断发展，我们赖以生存的生态环境遭到破坏。农药，生长素，激素等的使用使许多动植物食品失去了安全。</w:t>
      </w:r>
      <w:r>
        <w:rPr>
          <w:lang w:eastAsia="zh-CN"/>
        </w:rPr>
        <w:br/>
      </w:r>
      <w:r>
        <w:rPr>
          <w:lang w:eastAsia="zh-CN"/>
        </w:rPr>
        <w:t xml:space="preserve">    关于食品安全演讲稿学生 篇4 </w:t>
      </w:r>
      <w:r>
        <w:rPr>
          <w:lang w:eastAsia="zh-CN"/>
        </w:rPr>
        <w:br/>
      </w:r>
      <w:r>
        <w:rPr>
          <w:lang w:eastAsia="zh-CN"/>
        </w:rPr>
        <w:t>　　教师，同学们：</w:t>
      </w:r>
      <w:r>
        <w:rPr>
          <w:lang w:eastAsia="zh-CN"/>
        </w:rPr>
        <w:br/>
      </w:r>
      <w:r>
        <w:rPr>
          <w:lang w:eastAsia="zh-CN"/>
        </w:rPr>
        <w:t>　　大家好!今日我要与大家分享的是关于食品安全的问题。</w:t>
      </w:r>
      <w:r>
        <w:rPr>
          <w:lang w:eastAsia="zh-CN"/>
        </w:rPr>
        <w:br/>
      </w:r>
      <w:r>
        <w:rPr>
          <w:lang w:eastAsia="zh-CN"/>
        </w:rPr>
        <w:t>　　俗话说得好：国以民为本，民以食为天。食品是人类生存的第一需要，食品安全直接关系着人民群众的生活，影响我们每一个人的健康，更关系着子孙后代的幸福和民族的兴旺昌盛。不讲食品安全，哪怕是一块豆腐，一根豆芽，都能让你身体残缺;不懂食品安全，哪怕是小小的一包盐，就能中断免疫系统的正常运行;不要食品安全，哪怕只是小小的一个意念，就能让生机勃勃的生命处于危险之中。</w:t>
      </w:r>
      <w:r>
        <w:rPr>
          <w:lang w:eastAsia="zh-CN"/>
        </w:rPr>
        <w:br/>
      </w:r>
      <w:r>
        <w:rPr>
          <w:lang w:eastAsia="zh-CN"/>
        </w:rPr>
        <w:t>　　健康，何等重要!生命，何等珍贵!</w:t>
      </w:r>
      <w:r>
        <w:rPr>
          <w:lang w:eastAsia="zh-CN"/>
        </w:rPr>
        <w:br/>
      </w:r>
      <w:r>
        <w:rPr>
          <w:lang w:eastAsia="zh-CN"/>
        </w:rPr>
        <w:t>　　一旦我们失去了健康，甚至是失去了宝贵的生命，我们不可能再重来一次。所以我们要时刻维护自我的健康，珍爱自我的生命，而食品安全则是生命健康最有力的保证。</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最近我们不断从报纸、电视中，看到有关食品安全的新闻：南京“冠生园”事件，让人们望月饼而生畏;三亚的“毒咸鱼”，使我们谈“咸鱼”而色变;广东的“瘦肉精”事件，令我们望肉而怯步;号称生命杀手的“苏丹红”竟出此刻我们最喜欢吃的辣味食品里;去年8月8日北京地区的福寿螺事件，使131人发病，至今想起来还会让人胆颤心惊;还有近来的染色馒头、毒豆芽、蒙牛毒牛奶等事件接二连三地发生，究竟要到什么时候才停止啊?</w:t>
      </w:r>
      <w:r>
        <w:rPr>
          <w:lang w:eastAsia="zh-CN"/>
        </w:rPr>
        <w:br/>
      </w:r>
      <w:r>
        <w:rPr>
          <w:lang w:eastAsia="zh-CN"/>
        </w:rPr>
        <w:t>　　应对这一件件让人触目惊心，不寒而栗的事件，我们不禁要问：究竟，我们还能吃什么?我们吃的安全吗?</w:t>
      </w:r>
      <w:r>
        <w:rPr>
          <w:lang w:eastAsia="zh-CN"/>
        </w:rPr>
        <w:br/>
      </w:r>
      <w:r>
        <w:rPr>
          <w:lang w:eastAsia="zh-CN"/>
        </w:rPr>
        <w:t>　　上述重大事件都已熟知，可是，你们可曾注意到在我们周围，劣质食品也正在悄悄地危害着我们的身体健康。</w:t>
      </w:r>
      <w:r>
        <w:rPr>
          <w:lang w:eastAsia="zh-CN"/>
        </w:rPr>
        <w:br/>
      </w:r>
      <w:r>
        <w:rPr>
          <w:lang w:eastAsia="zh-CN"/>
        </w:rPr>
        <w:t>　　此刻，有很多人还是不关心不注意自我所吃食品是否是安全健康，只想着满足一时的食欲。我想再一次提醒大家，那些东西不但不卫生，并且在制作过程中，还有可能产生致癌物。作为一名学生，我们有职责维护社会食品安全，从我做起，从点滴做起，了解食品卫生安全常识，学习食品质量安全相关的法律法规，监督和揭露危害食品安全的事件和不法分子，传播食品安全知识，为食品健康尽一份自我的力量。</w:t>
      </w:r>
      <w:r>
        <w:rPr>
          <w:lang w:eastAsia="zh-CN"/>
        </w:rPr>
        <w:br/>
      </w:r>
      <w:r>
        <w:rPr>
          <w:lang w:eastAsia="zh-CN"/>
        </w:rPr>
        <w:t>　　“以人为本，安全第一”，食品安全需要你我的参与;食品安全需要你我共同的努力。生命的完美从健康做起，身体的健康从食品安全做起，食品的安全从我开始。为了阳光更加灿烂的明天，让我们从此刻做起吧!</w:t>
      </w:r>
      <w:r>
        <w:rPr>
          <w:lang w:eastAsia="zh-CN"/>
        </w:rPr>
        <w:br/>
      </w:r>
      <w:r>
        <w:rPr>
          <w:lang w:eastAsia="zh-CN"/>
        </w:rPr>
        <w:t xml:space="preserve">    关于食品安全演讲稿学生 篇5 </w:t>
      </w:r>
      <w:r>
        <w:rPr>
          <w:lang w:eastAsia="zh-CN"/>
        </w:rPr>
        <w:br/>
      </w:r>
      <w:r>
        <w:rPr>
          <w:lang w:eastAsia="zh-CN"/>
        </w:rPr>
        <w:t>　　各位老师，同学：</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大家好，我们是来自工程技术学院服装一班的同学，今天我们要演讲的问题是食品安全。</w:t>
      </w:r>
      <w:r>
        <w:rPr>
          <w:lang w:eastAsia="zh-CN"/>
        </w:rPr>
        <w:br/>
      </w:r>
      <w:r>
        <w:rPr>
          <w:lang w:eastAsia="zh-CN"/>
        </w:rPr>
        <w:t>　　如果说在生活中跟我们形影不离，息息相关的东西，就是食品，俗话说得好，国以民为本，民以食为天。食品安全直接关系着人民群众的生活，影响我们每一个人的健康，更关系着子孙后代的幸福和民族的兴旺昌盛，哪怕是一块豆腐，一根豆芽，都能让你身体残缺，哪怕是小小的一包盐，就能中断免疫系统的正常运行。健康，何等重要！生命，何等珍贵！最近我们不断从报纸、电视中，看到有关食品安全的新闻：南京“冠生园”事件，让人们望月饼而生畏。广东的“瘦肉精”事件，令我们望肉而怯步；号称生命杀手的“苏丹红”竟出现在我们最喜欢是的辣味食品中，还有近来的染色馒头，毒豆芽等事件接连发生，究竟要到什么时候才能停止？面对这触目惊心的一切，不寒而栗的事件，我们不禁要问：究竟，我们还能吃什么？我们吃的安全吗？</w:t>
      </w:r>
      <w:r>
        <w:rPr>
          <w:lang w:eastAsia="zh-CN"/>
        </w:rPr>
        <w:br/>
      </w:r>
      <w:r>
        <w:rPr>
          <w:lang w:eastAsia="zh-CN"/>
        </w:rPr>
        <w:t>　　频频出现的食品安全问题让消费者胆战心惊。洛阳新闻部记者李翔在电视台后大门处，遇刺倒地，身中八刀死亡。在此之前，李翔是报道地沟油的记者，事后，政府相关部门立即澄清李翔的死与地沟油的调查报道毫无关系，但是为什么在李翔搜集证据的期间遇害，知情人称，李翔关于所查获地沟油的资料也失踪了，这里我们不想多说什么，公理自在人心。</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此时此刻，我想在坐的同学都有许多感触，当代中国，工业发达，农业发达，却在我们人类赖以生存的食物中不断着做着深恶痛绝的事情，这就是现在中国所谓的国富民安？看着那些令人作呕的地沟油，添加剂，色素，让我们这些生在90活在00的年轻人真的是一声叹息，我们也很无奈，很多事情我们无能为力。我只希望，政府不要以监管不力为借口，企业不要以生产误差为跳板。还我们健康的体魄，美丽的人生。</w:t>
      </w:r>
      <w:r>
        <w:rPr>
          <w:lang w:eastAsia="zh-CN"/>
        </w:rPr>
        <w:br/>
      </w:r>
      <w:r>
        <w:rPr>
          <w:lang w:eastAsia="zh-CN"/>
        </w:rPr>
        <w:t>　　谢谢大家，我们演讲完毕。</w:t>
      </w:r>
      <w:r>
        <w:rPr>
          <w:lang w:eastAsia="zh-CN"/>
        </w:rPr>
        <w:br/>
      </w:r>
      <w:r>
        <w:rPr>
          <w:lang w:eastAsia="zh-CN"/>
        </w:rPr>
        <w:t xml:space="preserve">    关于食品安全演讲稿学生 篇6 </w:t>
      </w:r>
      <w:r>
        <w:rPr>
          <w:lang w:eastAsia="zh-CN"/>
        </w:rPr>
        <w:br/>
      </w:r>
      <w:r>
        <w:rPr>
          <w:lang w:eastAsia="zh-CN"/>
        </w:rPr>
        <w:t>　　各位同学：</w:t>
      </w:r>
      <w:r>
        <w:rPr>
          <w:lang w:eastAsia="zh-CN"/>
        </w:rPr>
        <w:br/>
      </w:r>
      <w:r>
        <w:rPr>
          <w:lang w:eastAsia="zh-CN"/>
        </w:rPr>
        <w:t>　　民以食为天，食以安为先。食品的质量和安全已成为全社会关注的焦点，对于正处于发育生长期的我们来说，更要注意食品安全问题。目前，在学校周边经营的食品店，最喜欢用各式各样花花绿绿的食品吸引我们学生。本人温馨提示：食以洁为先，食以安为本。具体怎么做，我想了三点，与大家共勉：</w:t>
      </w:r>
      <w:r>
        <w:rPr>
          <w:lang w:eastAsia="zh-CN"/>
        </w:rPr>
        <w:br/>
      </w:r>
      <w:r>
        <w:rPr>
          <w:lang w:eastAsia="zh-CN"/>
        </w:rPr>
        <w:t>　　一、加强学习，提高认识。我们要利用课余时间，认真学习《中华人民共和国食品安全法》及其它的食品安全常识，积累一些食品安全知识，提高自己的辨识能力，尤其是对“无厂名、无厂址、无生产日期”的“三无”食品的辨识能力，充分认识到“三无”、过期、不洁等食品的危害性。</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增强意识，自觉抵制。切实增强我们的食品安全意识和自我保护意识，在校园内营造人人讲究饮食安全的氛围，自觉抵制“三无”食品、无“qs”标志的食品和其它垃圾食品，坚决不购买不健康的食品，也要教育自己的亲人、朋友和同学积极抵制这些不健康食品。</w:t>
      </w:r>
      <w:r>
        <w:rPr>
          <w:lang w:eastAsia="zh-CN"/>
        </w:rPr>
        <w:br/>
      </w:r>
      <w:r>
        <w:rPr>
          <w:lang w:eastAsia="zh-CN"/>
        </w:rPr>
        <w:t>　　三、积极宣传，勇于监督。人人争当食品安全的小小宣传员和监督员，及时向身边的同学、亲人和朋友宣传食品安全科普知识，宣传《食品安全法》，勇于监督身边的食品经营商，发现“三无”食品或其它不符合规定的食品，请及时向工商部门举报。同学之间也互相监督，坚决杜绝不安全的食品进入我们的校园。</w:t>
      </w:r>
      <w:r>
        <w:rPr>
          <w:lang w:eastAsia="zh-CN"/>
        </w:rPr>
        <w:br/>
      </w:r>
      <w:r>
        <w:rPr>
          <w:lang w:eastAsia="zh-CN"/>
        </w:rPr>
        <w:t>　　同学们，让我们从小事做起，从身边做起，从自我做起，珍惜健康，安全消费，远离不安全食品，让我们共同为创建和-谐校园、安全校园贡献一份力量吧!</w:t>
      </w:r>
      <w:r>
        <w:rPr>
          <w:lang w:eastAsia="zh-CN"/>
        </w:rPr>
        <w:br/>
      </w:r>
      <w:r>
        <w:rPr>
          <w:lang w:eastAsia="zh-CN"/>
        </w:rPr>
        <w:t>　　食品是大家没天的必需品，然而随着现代工业的不断发展，我们赖以生存的生态环境遭到破坏。农药，生长素，激素等的使用使许多动植物食品失去了安全。篇二：食品安全演讲稿《健康饮食，共筑安全校园》</w:t>
      </w:r>
      <w:r>
        <w:rPr>
          <w:lang w:eastAsia="zh-CN"/>
        </w:rPr>
        <w:br/>
      </w:r>
      <w:r>
        <w:rPr>
          <w:lang w:eastAsia="zh-CN"/>
        </w:rPr>
        <w:t>　　大家好!我是来自矿山镇淮河沟小学的___。今天，我演讲的题目是《健康饮食，共筑安全校园》</w:t>
      </w:r>
      <w:r>
        <w:rPr>
          <w:lang w:eastAsia="zh-CN"/>
        </w:rPr>
        <w:br/>
      </w:r>
      <w:r>
        <w:rPr>
          <w:lang w:eastAsia="zh-CN"/>
        </w:rPr>
        <w:t>　　每天上学、放学，学校门口总是热闹非凡，同学们总是三五成群地来到小卖部和一些小摊点买零食吃，口袋里、书包里也经常放有各种各样的食品。膨化食品、油炸食品、酸甜饮料等是我们小学生最钟爱的零食。甚至有的同学用甜饮料解渴，方便面代替正餐。</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而这些食品是否卫生?是不是“三无”产品?我们吃了这些食品会引起什么后果?同学们却从未关心过，俗话说“病从口入”，这些食品正慢慢侵蚀着我们的健康，影响着我们的成长。这些食品大多含有过量的防腐剂、色素、甜味剂等，会对中枢神经系统造成伤害;长期食用这些食品，容易引起情绪不稳定、注意力不集中、食欲减退等症状;更可气的是小摊小贩们为了贪小便宜，使用“地沟油”炸制食品，有些同学因长期食用小摊食品得了“急性肠胃炎”;有些同学则因为食用这些食品而导致食物中毒</w:t>
      </w:r>
      <w:r>
        <w:rPr>
          <w:lang w:eastAsia="zh-CN"/>
        </w:rPr>
        <w:br/>
      </w:r>
      <w:r>
        <w:rPr>
          <w:lang w:eastAsia="zh-CN"/>
        </w:rPr>
        <w:t>　　为杜绝这种现象的发生，让我们从身边做起，从自我做起，做到：</w:t>
      </w:r>
      <w:r>
        <w:rPr>
          <w:lang w:eastAsia="zh-CN"/>
        </w:rPr>
        <w:br/>
      </w:r>
      <w:r>
        <w:rPr>
          <w:lang w:eastAsia="zh-CN"/>
        </w:rPr>
        <w:t>　　1.坚决不购买无证小摊贩的食品。</w:t>
      </w:r>
      <w:r>
        <w:rPr>
          <w:lang w:eastAsia="zh-CN"/>
        </w:rPr>
        <w:br/>
      </w:r>
      <w:r>
        <w:rPr>
          <w:lang w:eastAsia="zh-CN"/>
        </w:rPr>
        <w:t>　　2.不购买“三无食品”，购买食品时要进行选择和鉴别。没有商标的食品不能买;没有生产日期的食品不能买;没有厂址的食品不能买。</w:t>
      </w:r>
      <w:r>
        <w:rPr>
          <w:lang w:eastAsia="zh-CN"/>
        </w:rPr>
        <w:br/>
      </w:r>
      <w:r>
        <w:rPr>
          <w:lang w:eastAsia="zh-CN"/>
        </w:rPr>
        <w:t>　　3.最好的饮料是白开水，许多饮料中都含有防腐剂、香精和人造色素等，我们经常饮用不利于身体健康。</w:t>
      </w:r>
      <w:r>
        <w:rPr>
          <w:lang w:eastAsia="zh-CN"/>
        </w:rPr>
        <w:br/>
      </w:r>
      <w:r>
        <w:rPr>
          <w:lang w:eastAsia="zh-CN"/>
        </w:rPr>
        <w:t>　　4.养成良好的卫生习惯，如经常剪指甲、饭前便后及时洗手等，预防一些传染病和肠道寄生虫的传播。</w:t>
      </w:r>
      <w:r>
        <w:rPr>
          <w:lang w:eastAsia="zh-CN"/>
        </w:rPr>
        <w:br/>
      </w:r>
      <w:r>
        <w:rPr>
          <w:lang w:eastAsia="zh-CN"/>
        </w:rPr>
        <w:t>　　让你我携手关注食品安全，共同为创建安全校园贡献一份力量吧!</w:t>
      </w:r>
      <w:r>
        <w:rPr>
          <w:lang w:eastAsia="zh-CN"/>
        </w:rPr>
        <w:br/>
      </w:r>
      <w:r>
        <w:rPr>
          <w:lang w:eastAsia="zh-CN"/>
        </w:rPr>
        <w:t>　　谢谢大家!我的演讲到此结束!</w:t>
      </w:r>
      <w:r>
        <w:rPr>
          <w:lang w:eastAsia="zh-CN"/>
        </w:rPr>
        <w:br/>
      </w:r>
      <w:r>
        <w:rPr>
          <w:lang w:eastAsia="zh-CN"/>
        </w:rPr>
        <w:t xml:space="preserve">    关于食品安全演讲稿学生 篇7 </w:t>
      </w:r>
      <w:r>
        <w:rPr>
          <w:lang w:eastAsia="zh-CN"/>
        </w:rPr>
        <w:br/>
      </w:r>
      <w:r>
        <w:rPr>
          <w:lang w:eastAsia="zh-CN"/>
        </w:rPr>
        <w:t>　　尊敬的各位领导、同仁：</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早上好，我叫__，是__的负责人。很荣幸主管单位给予我这次发言机会，为此我谨代表__酒店的全体人员，向各级领导表示感激，向一同奋斗在服务行业的同行表示深深的敬意。</w:t>
      </w:r>
      <w:r>
        <w:rPr>
          <w:lang w:eastAsia="zh-CN"/>
        </w:rPr>
        <w:br/>
      </w:r>
      <w:r>
        <w:rPr>
          <w:lang w:eastAsia="zh-CN"/>
        </w:rPr>
        <w:t>　　根据食品药品监督管理局蒸湘分局的有关要求，我单位深入贯彻落实上级文件的有关精神，进一步加强了酒店的食品卫生安全管理，有效的预防和控制了食品食物中毒的发生，维护了消费者的生命财产安全。为把企业食品卫生安全工作认真落到实处，我们具体做了以下工作。</w:t>
      </w:r>
      <w:r>
        <w:rPr>
          <w:lang w:eastAsia="zh-CN"/>
        </w:rPr>
        <w:br/>
      </w:r>
      <w:r>
        <w:rPr>
          <w:lang w:eastAsia="zh-CN"/>
        </w:rPr>
        <w:t>　　一、高度重视，职责明确。</w:t>
      </w:r>
      <w:r>
        <w:rPr>
          <w:lang w:eastAsia="zh-CN"/>
        </w:rPr>
        <w:br/>
      </w:r>
      <w:r>
        <w:rPr>
          <w:lang w:eastAsia="zh-CN"/>
        </w:rPr>
        <w:t>　　近年来，随着“苏丹红鸭蛋”、“吊白块豆腐”、“三聚氰胺牛奶”、“餐桌上地沟油”等恶性食品安全事件的发生，人们被各种各样、形形色色的有毒食品吓怕了，层出不穷的食品安全事件让大家无所适从。频发的食品安全事故引发了全社会对食品安全的高度关注，也促使我国政府重新审视这已上升到国家公共安全高度的问题，并进取采取各项措施加大对食品安全各环节的监管力度。所以，作为食品安全链条的入口环节——餐饮服务单位，我们应当从自我抓起，做到以“责”为天，以“德”经营，维护餐饮行业的正常经营秩序，</w:t>
      </w:r>
      <w:r>
        <w:rPr>
          <w:lang w:eastAsia="zh-CN"/>
        </w:rPr>
        <w:br/>
      </w:r>
      <w:r>
        <w:rPr>
          <w:lang w:eastAsia="zh-CN"/>
        </w:rPr>
        <w:t>　　首先，切实把酒店卫生防疫与食品安全纳入工作职责，实行“一把手”负总责，分管领导具体负责，如前厅由餐饮部经理__负责，厨房由__负责，菜的出品由传菜部负责把关，明确专人具体抓的工作职责制，切实保障人民群众的饮食安全。</w:t>
      </w:r>
      <w:r>
        <w:rPr>
          <w:lang w:eastAsia="zh-CN"/>
        </w:rPr>
        <w:br/>
      </w:r>
      <w:r>
        <w:rPr>
          <w:lang w:eastAsia="zh-CN"/>
        </w:rPr>
        <w:t>　　二、严格把关，规范程序。</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餐饮的日常管理中，我们高度重视食品安全卫生工作，严把五关，即从业准入关，采购关，食品存储关，生产加工关，保质供应关。从业人员必须具备有效的健康合格证明和卫生培训知识;核查采购食品原料、食品添加剂及食品相关产品是否验收。库存食品是否在保质期内、原料贮存是否贴合管理要求;重点检查食品原料、食品添加剂</w:t>
      </w:r>
      <w:r>
        <w:rPr>
          <w:lang w:eastAsia="zh-CN"/>
        </w:rPr>
        <w:br/>
      </w:r>
      <w:r>
        <w:rPr>
          <w:lang w:eastAsia="zh-CN"/>
        </w:rPr>
        <w:t>　　及食品相关产品是否存在国家禁止使用或来源不明的情景;严查食用油脂、散装食品、肉及肉制品。</w:t>
      </w:r>
      <w:r>
        <w:rPr>
          <w:lang w:eastAsia="zh-CN"/>
        </w:rPr>
        <w:br/>
      </w:r>
      <w:r>
        <w:rPr>
          <w:lang w:eastAsia="zh-CN"/>
        </w:rPr>
        <w:t>　　经过一系列的措施，本企业避免了食品安全事故和食物中毒的恶性的事件，确保了消费者的人身安全</w:t>
      </w:r>
      <w:r>
        <w:rPr>
          <w:lang w:eastAsia="zh-CN"/>
        </w:rPr>
        <w:br/>
      </w:r>
      <w:r>
        <w:rPr>
          <w:lang w:eastAsia="zh-CN"/>
        </w:rPr>
        <w:t>　　三、“六T实务”，落实细节。</w:t>
      </w:r>
      <w:r>
        <w:rPr>
          <w:lang w:eastAsia="zh-CN"/>
        </w:rPr>
        <w:br/>
      </w:r>
      <w:r>
        <w:rPr>
          <w:lang w:eastAsia="zh-CN"/>
        </w:rPr>
        <w:t>　　本企业采用“六T实务”的管理方法，其资料是坚持六个“天天要做到”：天天处理、天天整合、天天清扫、天天规范、天天检查、天天改善，确保了餐饮企业食品安全。在实施“六T实务”中，雁能酒店将食品安全始终放在最突出的位置，并将之落实于每一个细节之中。</w:t>
      </w:r>
      <w:r>
        <w:rPr>
          <w:lang w:eastAsia="zh-CN"/>
        </w:rPr>
        <w:br/>
      </w:r>
      <w:r>
        <w:rPr>
          <w:lang w:eastAsia="zh-CN"/>
        </w:rPr>
        <w:t>　　1.在原材料的采购和验收中严格索证索票，严把质量关;</w:t>
      </w:r>
      <w:r>
        <w:rPr>
          <w:lang w:eastAsia="zh-CN"/>
        </w:rPr>
        <w:br/>
      </w:r>
      <w:r>
        <w:rPr>
          <w:lang w:eastAsia="zh-CN"/>
        </w:rPr>
        <w:t>　　2.关键岗位实行二次更衣严格消毒，防止交叉污染;在日常工作中强化所有物品“对号入座”;</w:t>
      </w:r>
      <w:r>
        <w:rPr>
          <w:lang w:eastAsia="zh-CN"/>
        </w:rPr>
        <w:br/>
      </w:r>
      <w:r>
        <w:rPr>
          <w:lang w:eastAsia="zh-CN"/>
        </w:rPr>
        <w:t>　　3.在仓库原辅料摆放中实行左进右出，先进先出，将必需品的储存数量降低到最低程度，按高、中、低用量分别存放，分层管理，防止物品过期;</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4.地面、炉灶无积水、无油腻、无卫生死角;在餐具、刀具、砧板、毛巾的摆放中，严格对号入座;</w:t>
      </w:r>
      <w:r>
        <w:rPr>
          <w:lang w:eastAsia="zh-CN"/>
        </w:rPr>
        <w:br/>
      </w:r>
      <w:r>
        <w:rPr>
          <w:lang w:eastAsia="zh-CN"/>
        </w:rPr>
        <w:t>　　5.在清洗环节，已清洗和未清洗，荤、素水池均严格区分。</w:t>
      </w:r>
      <w:r>
        <w:rPr>
          <w:lang w:eastAsia="zh-CN"/>
        </w:rPr>
        <w:br/>
      </w:r>
      <w:r>
        <w:rPr>
          <w:lang w:eastAsia="zh-CN"/>
        </w:rPr>
        <w:t>　　实行“六T实务”后，酒店厨房始终坚持整洁、规范、干净，尤其是厨房地面和灶面，做到无油无水、干燥、清洁，卫生程度大大提高。所有必需物品摆放有序，员工在操作中一般10秒内就可寻找并放回所需的物品，提高了工作效率;经过反复执行正确的操作而构成良好的行为规范，员工养成讲秩序、爱清洁、负职责的习惯，提高了员工素质。</w:t>
      </w:r>
      <w:r>
        <w:rPr>
          <w:lang w:eastAsia="zh-CN"/>
        </w:rPr>
        <w:br/>
      </w:r>
      <w:r>
        <w:rPr>
          <w:lang w:eastAsia="zh-CN"/>
        </w:rPr>
        <w:t>　　总的来说，在食品安全我们已做了不少工作，但工作中仍有需要完善和改善的地方，欢迎食药局的领导和餐饮同仁给出提议。“民以食为天，食以安为先”，食品安全职责重于泰山，让我们携起手来，为共造良好的餐饮服务行业秩序，保障市民的饮食安全尽责尽力!</w:t>
      </w:r>
      <w:r>
        <w:rPr>
          <w:lang w:eastAsia="zh-CN"/>
        </w:rPr>
        <w:br/>
      </w:r>
      <w:r>
        <w:rPr>
          <w:lang w:eastAsia="zh-CN"/>
        </w:rPr>
        <w:t xml:space="preserve">    关于食品安全演讲稿学生 篇8 </w:t>
      </w:r>
      <w:r>
        <w:rPr>
          <w:lang w:eastAsia="zh-CN"/>
        </w:rPr>
        <w:br/>
      </w:r>
      <w:r>
        <w:rPr>
          <w:lang w:eastAsia="zh-CN"/>
        </w:rPr>
        <w:t>　　敬爱的老师，亲爱的同学们：</w:t>
      </w:r>
      <w:r>
        <w:rPr>
          <w:lang w:eastAsia="zh-CN"/>
        </w:rPr>
        <w:br/>
      </w:r>
      <w:r>
        <w:rPr>
          <w:lang w:eastAsia="zh-CN"/>
        </w:rPr>
        <w:t>　　你们好!</w:t>
      </w:r>
      <w:r>
        <w:rPr>
          <w:lang w:eastAsia="zh-CN"/>
        </w:rPr>
        <w:br/>
      </w:r>
      <w:r>
        <w:rPr>
          <w:lang w:eastAsia="zh-CN"/>
        </w:rPr>
        <w:t>　　我演讲的题目是：食品安全——就在你我身边。</w:t>
      </w:r>
      <w:r>
        <w:rPr>
          <w:lang w:eastAsia="zh-CN"/>
        </w:rPr>
        <w:br/>
      </w:r>
      <w:r>
        <w:rPr>
          <w:lang w:eastAsia="zh-CN"/>
        </w:rPr>
        <w:t>　　在这人海如潮、红尘滚滚的现实社会中，请问您最需要什么?是金钱，还师名利禄?如果让我来回答，我就说：我最需要的是健康!中国有句话，“民以食为天”，充分说明了食品的重要性，食品是人生存的首要物质前提，是人们生活中最基本的必需品。</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每个人要生存、生活下去，就离不开食品。而食品质量则守系每个人的身体健康和生命安全的关键，因此，食品安全事关所有人的切身利益。它的意义在于社会公共利益的维护和秩序的稳定;在于千家万户的幸福与欢乐;更在于人的生命安危!然而近年来食品安全事件频繁发生，接连发生的“毒奶粉”、“瘦肉精”、“染色馒头”等事件，拨动着所有消费者敏感的.神经，食品安全问题也引起社会越来越多的关注。</w:t>
      </w:r>
      <w:r>
        <w:rPr>
          <w:lang w:eastAsia="zh-CN"/>
        </w:rPr>
        <w:br/>
      </w:r>
      <w:r>
        <w:rPr>
          <w:lang w:eastAsia="zh-CN"/>
        </w:rPr>
        <w:t>　　“因为这些东西都是我们日常生活的必需品。每次看到相关的电视新闻或是网络视频都会使我迷茫很长一段时间，不知道自己该吃什么。卖馒头的不吃馒头、卖凉皮的不吃凉皮，反正只要是自己做的东西都不吃，因为他们知道这些东西是怎么做出来的，参与了整个制作过程，而我们呢?</w:t>
      </w:r>
      <w:r>
        <w:rPr>
          <w:lang w:eastAsia="zh-CN"/>
        </w:rPr>
        <w:br/>
      </w:r>
      <w:r>
        <w:rPr>
          <w:lang w:eastAsia="zh-CN"/>
        </w:rPr>
        <w:t>　　不要多想，就抱着一颗眼不见心不烦的心去吃东西就行了，如果想的多了，就没得吃了。是啊，“究竟，我们还能吃什么?还敢吃什么”，虽然市场上食品琳琅满目极为丰富，但由于食品安全问题的不容乐观，让人不敢吃，望而怯步，吃荤的怕激素，吃素的怕毒素，不知吃啥好，心中无数。</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同样的问题，我国国家食品药品监督管理局的一位局长在接受中央电视台记者采访时是这样回答的，局长回答说：“我也是一名消费者，从这个意义上说，我对我吃的东西也不是很放心。”作为主管全国食品安全综合监管职能的最高行政长官对自己吃的东西不放心，这多少有点讽刺味道，难怪网民评论：“连局长都不放心，我们老百姓怎么办?”这从一个侧面反映出我国食品安全的问题已到亟需下大决心，用大措施，凭铁手段，到彻底解决的时候了。</w:t>
      </w:r>
      <w:r>
        <w:rPr>
          <w:lang w:eastAsia="zh-CN"/>
        </w:rPr>
        <w:br/>
      </w:r>
      <w:r>
        <w:rPr>
          <w:lang w:eastAsia="zh-CN"/>
        </w:rPr>
        <w:t>　　食品安全与否由什么决定，决定食品质量的关键因素既不是技术，也不受理和设备，关键在人，关键在于食品生产经营业主和从业人员的职业操守和道德水准。因此说，食品生产经营者是食品安全的第一责任人，可是就有一些人唯利是图，为了一己私利而坑害大家的身体。</w:t>
      </w:r>
      <w:r>
        <w:rPr>
          <w:lang w:eastAsia="zh-CN"/>
        </w:rPr>
        <w:br/>
      </w:r>
      <w:r>
        <w:rPr>
          <w:lang w:eastAsia="zh-CN"/>
        </w:rPr>
        <w:t>　　我想这不仅仅是缺乏道德问题，要问问自己的心，制造劣质、假冒及有害的食品让你的同胞食用，难道你的良心不会受到谴责吗。明知道自己生产出来的食品存在不安全元素，自己都不愿意吃却冷漠无情地推向市场兜售，全然不顾消费者的生命安全，在这些商家眼里，每一个消费者都只是一个存钱罐，为了从里面取出钱，砸碎又何妨。</w:t>
      </w:r>
      <w:r>
        <w:rPr>
          <w:lang w:eastAsia="zh-CN"/>
        </w:rPr>
        <w:br/>
      </w:r>
      <w:r>
        <w:rPr>
          <w:lang w:eastAsia="zh-CN"/>
        </w:rPr>
        <w:t>　　这些人是何等的冷漠，何等的麻木不仁，何等的丧尽天良，这些人怎么能生产出合格的食品，怎么能做出负责任的事。也许，他们认为，不吃自己生产的食品，就不会损害自己的健康。但作为一个社会人，身处社会这个巨大的交互系统，他们是某种食品的生产者，其实也是其他食品的消费者。即使侥幸躲过了自己生产的问题食品，但难免不会遇上“其它”的问题食品。</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可以打死都不吃自己生产的染色馒头，可他们得吃别人生产的“回炉面包”、毒蔬菜，他又怎能判断别人的面包和蔬菜，不像自己生产馒头那样生产出来的?判断自己不是受害者，这是互相伤害的恶性循环，这是将每个人都深卷于其中的大网，商业道德沦丧之下，没人能真正以局外人的优越感置之度外，每个人都会是受害者。</w:t>
      </w:r>
      <w:r>
        <w:rPr>
          <w:lang w:eastAsia="zh-CN"/>
        </w:rPr>
        <w:br/>
      </w:r>
      <w:r>
        <w:rPr>
          <w:lang w:eastAsia="zh-CN"/>
        </w:rPr>
        <w:t>　　加点类似庆幸的是，地沟油的制造者已经落网之类的呵呵，在投资主体逐渐多样，生产方式日益灵活，食品贸易不断繁荣，价值观念呈现多元化的大背景下，在深化和完善社会主义市场经济体制的同时，通过教育扶持、打击、监管等多种手段，倡导营造诚信、公平、负责任的食品安全生产氛围，显得尤为重要。</w:t>
      </w:r>
      <w:r>
        <w:rPr>
          <w:lang w:eastAsia="zh-CN"/>
        </w:rPr>
        <w:br/>
      </w:r>
      <w:r>
        <w:rPr>
          <w:lang w:eastAsia="zh-CN"/>
        </w:rPr>
        <w:t>　　我认为要想食品质量、安全形势实现根本好转，</w:t>
      </w:r>
      <w:r>
        <w:rPr>
          <w:lang w:eastAsia="zh-CN"/>
        </w:rPr>
        <w:br/>
      </w:r>
      <w:r>
        <w:rPr>
          <w:lang w:eastAsia="zh-CN"/>
        </w:rPr>
        <w:t>　　一是要有赖于政府部门的有效监管，俗话说，“没有规矩，不成方圆”，目前，涉及食品安全监管的法律法规数量多达几十部，如《食品安全法》、《产品质量法》、《消费者权益保护法》等，不过，由于各种新品种食品的出现，使得食品安全标准始终处于完善过程中，因此，需要相关的部门不断的深入调查，及时制定和修订相关的标准，从而建立更加完善的食品标准为食品安全保驾护航。</w:t>
      </w:r>
      <w:r>
        <w:rPr>
          <w:lang w:eastAsia="zh-CN"/>
        </w:rPr>
        <w:br/>
      </w:r>
      <w:r>
        <w:rPr>
          <w:lang w:eastAsia="zh-CN"/>
        </w:rPr>
        <w:t>　　二是，还要靠国民食品安全意识的不断增强，靠广大生产经营者的食品安全责任意识的提高，靠广大消费者食品安全自我保护意识的提升。广大群众是食品的最终消费者，是优质食品的受益者，也是劣质食品的受害者。</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人人都是消费者，个个不是局外人，从这个意义上说，维护身体健康也要靠我们自己。作为一个消费者，我们应该擦亮双眼，把好“入口”。比如购买食品的时候，应该尽量选择正规商场和市场的产品，不要贪小便宜、图方便、随大流等，要养成不随意在街头小摊上购买食品的习惯，以免损伤身体或者上当受骗;要选购知名品牌或比较规范企业的品牌食品，尤其对有绿色食品标志的要作为首选;选购食品、饮料时，不能一味贪色贪味，如过白的面粉、馒头、面条等，有可能使用了过量的增白剂，应谨慎选购;蔬菜最好挑选带皮和包心的。</w:t>
      </w:r>
      <w:r>
        <w:rPr>
          <w:lang w:eastAsia="zh-CN"/>
        </w:rPr>
        <w:br/>
      </w:r>
      <w:r>
        <w:rPr>
          <w:lang w:eastAsia="zh-CN"/>
        </w:rPr>
        <w:t>　　对有叶蔬菜，则要一洗、二泡、三烫，只要经过处理，一般可去掉%以上的残留农药。我们要摒弃贪便宜、图省钱其琛等不合理的消费习惯，养成购买食品看厂家、看日期、查包装的科学消费习惯;要学会辨识优劣食品的本领，不断提高鉴别水平和自我保护能力;还要放弃老好人思想，增强维权意识，积极为有关部门提供线索，并主动协助监管部门的工作。形成人人远离不洁食品，个个打击伪劣食品的良好食品消费环境。食品安全与我们的生活息息相关，它关系到广大人民群众的身体健康和生命安全，关系到经济健康发展和社会稳定，关系到政府和国家的形象。</w:t>
      </w:r>
      <w:r>
        <w:rPr>
          <w:lang w:eastAsia="zh-CN"/>
        </w:rPr>
        <w:br/>
      </w:r>
      <w:r>
        <w:rPr>
          <w:lang w:eastAsia="zh-CN"/>
        </w:rPr>
        <w:t>　　健康和生命对于任何人和任何家庭来说都是最为宝贵的财富，为了家庭的幸福，为了个人的健康，为了更加阳光灿烂的明天，让我们携起手来，共同关心饮食质量，关注食品安全，让食品企业、政府部门、消费者共同努力，打造安全、卫生、有质量的生活。</w:t>
      </w:r>
      <w:r>
        <w:rPr>
          <w:lang w:eastAsia="zh-CN"/>
        </w:rPr>
        <w:br/>
      </w:r>
      <w:r>
        <w:rPr>
          <w:lang w:eastAsia="zh-CN"/>
        </w:rPr>
        <w:t xml:space="preserve">    关于食品安全演讲稿学生 篇9 </w:t>
      </w:r>
      <w:r>
        <w:rPr>
          <w:lang w:eastAsia="zh-CN"/>
        </w:rPr>
        <w:br/>
      </w:r>
      <w:r>
        <w:rPr>
          <w:lang w:eastAsia="zh-CN"/>
        </w:rPr>
        <w:t>　　尊敬的各位领导、各位评委、同志们：</w:t>
      </w:r>
      <w:r>
        <w:rPr>
          <w:lang w:eastAsia="zh-CN"/>
        </w:rPr>
        <w:br/>
      </w:r>
      <w:r>
        <w:rPr>
          <w:lang w:eastAsia="zh-CN"/>
        </w:rPr>
        <w:t>　　大家上（下）午好！</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我演讲的题目是：食品安全——就在你我身边，在这人海如潮、红尘滚滚的现实社会中，请问您最需要什么？是金钱，还是功名利禄？如果让我来回答，我就说：我最需要的是健康！</w:t>
      </w:r>
      <w:r>
        <w:rPr>
          <w:lang w:eastAsia="zh-CN"/>
        </w:rPr>
        <w:br/>
      </w:r>
      <w:r>
        <w:rPr>
          <w:lang w:eastAsia="zh-CN"/>
        </w:rPr>
        <w:t>　　中国有句话，“民以食为天”，充分说明了食品的重要性，食品是人生存的首要物质前提，是人们生活中最基本的必需品。每个人要生存、生活下去，就离不开食品。而食品质量则是关系每个人的身体健康和生命安全的关键，因此，食品安全事关所有人的切身利益。它的意义在于社会公共利益的维护和秩序的稳定；在于千家万户的幸福与欢乐；更在于人的生命安危！</w:t>
      </w:r>
      <w:r>
        <w:rPr>
          <w:lang w:eastAsia="zh-CN"/>
        </w:rPr>
        <w:br/>
      </w:r>
      <w:r>
        <w:rPr>
          <w:lang w:eastAsia="zh-CN"/>
        </w:rPr>
        <w:t>　　然而近年来食品安全事件频繁发生，拨动着所有消费者敏感的神经，食品安全问题也引起社会越来越多的关注。同样的问题，我国国家食品药品监督管理局的一位局长在接受中央电视台记者采访时是这样回答的，局长回答说：“我也是一名消费者，从这个意义上说，我对我吃的东西也不是很放心。”作为主管全国食品安全综合监管职能的最高行政长官对自己吃的东西不放心，这多少有点讽刺味道，难怪网民评论：“连局长都不放心，我们老百姓怎么办？”这从一个侧面反映出我国食品安全的问题已到亟需下大决心，用大措施，凭铁手段，到彻底解决的时候了。</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食品安全与否由什么决定，决定食品质量的关键因素既不是技术，也不是管理和设备，关键在人，关键在于食品生产经营业主和从业人员的职业操守和道德水准。因此说，食品生产经营者是食品安全的第一责任人，可是就有一些人唯利是图，为了一己私利而坑害大家的身体，我想这不仅仅是缺乏道德问题，要问问自己的心，制造劣质、假冒及有害的食品让你的同胞食用，难道你的良心不会受到谴责吗。明知道自己生产出来的食品存在不安全元素，自己都不愿意吃却冷漠无情地推向市场兜售，全然不顾消费者的生命安全，在这些商家眼里，每一个消费者都只是一个存钱罐，为了从里面取出钱，砸碎又何妨。这些人是何等的冷漠，何等的麻木不仁，何等的丧尽天良，这些人怎么能生产出合格的食品，怎么能做出负责任的事。也许，他们认为，不吃自己生产的食品，就不会损害自己的健康。但作为一个社会人，身处社会这个巨大的交互系统，他们是某种食品的生产者，其实也是其他食品的消费者。即使侥幸躲过了自己生产的问题食品，但难免不会遇上“其它”的问题食品。可以打死都不吃自己生产的染色馒头，</w:t>
      </w:r>
      <w:r>
        <w:rPr>
          <w:lang w:eastAsia="zh-CN"/>
        </w:rPr>
        <w:br/>
      </w:r>
      <w:r>
        <w:rPr>
          <w:lang w:eastAsia="zh-CN"/>
        </w:rPr>
        <w:t>　　可他们得吃别人生产的“回炉面包”、毒蔬菜，他又怎能判断别人的面包和蔬菜，不像自己生产馒头那样生产出来的？判断自己不是受害者，这是互相伤害的恶性循环，这是将每个人都深卷于其中的大网，商业道德沦丧之下，没人能真正以局外人的优越感置之度外，每个人都会是受害者。加点类似庆幸的是，地沟油的制造者已经落网，之类的在投资主体逐渐多样，生产方式日益灵活，食品贸易不断繁荣，价值观念呈现多元化的大背景下，在深化和完善社会主义市场经济体制的同时，通过教育扶持、打击、监管等多种手段，倡导营造诚信、公平、负责任的食品安全生产氛围，显得尤为重要。</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认为要想食品质量、安全形势实现根本好转，一是要有赖于政府部门的有效监管，俗话说，“没有规矩，不成方圆”，目前，涉及食品安全监管的法律法规数量多达几十部，如《食品安全法》、《产品质量法》、《消费者权益保护法》等，不过，由于各种新品种食品的出现，使得食品安全标准始终处于完善过程中，因此，需要相关的部门不断的深入调查，及时制定和修订相关的标准，从而建立更加完善的食品标准为食品安全保驾护航。（加点各部门监管比如工商怎么做的之类的）二是，还要靠国民食品安全意识的不断增强，靠广大生产经营者的食品安全责任意识的提高，靠广大消费者食品安全自我保护意识的提升。广大群众是食品的最终消费者，是优质食品的受益者，也是劣质食品的受害者。人人都是消费者，个个不是局外人，从这个意义上说，维护身体健康也要靠我们自己。</w:t>
      </w:r>
      <w:r>
        <w:rPr>
          <w:lang w:eastAsia="zh-CN"/>
        </w:rPr>
        <w:br/>
      </w:r>
      <w:r>
        <w:rPr>
          <w:lang w:eastAsia="zh-CN"/>
        </w:rPr>
        <w:t>　　作为一个消费者，我们应该擦亮双眼，把好“入口”。比如购买食品的时候，应该尽量选择正规商场和市场的产品，不要贪小便宜、图方便、随大流等，要养成不随意在街头小 摊上购买食品的习惯，以免损伤身体或者上当受骗，；要选购知名品牌或比较规范企业的品牌食品，尤其对有绿色食品标志的'要作为首选；选购食品、饮料时，不能一味贪色贪味，如过白的面粉、馒头、面条等，有可能使用了过量的增白剂，应谨慎选购；蔬菜最好挑选带皮和包心的。对有叶蔬菜，则要一洗、二泡、三烫，只要经过处理，一般可去掉80％以上的残留农药。</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们要摒弃贪便宜、图省钱其琛等不合理的消费习惯，养成购买食品看厂家、看日期、查包装的科学消费习惯；要学会辨识优劣食品的本领，不断提高鉴别水平和自我保护能力；还要放弃老好人思想，增强维权意识，积极为有关部门提供线索，并主动协助监管部门的工作。形成人人远离不洁食品，个个打击伪劣食品的良好食品消费环境。</w:t>
      </w:r>
      <w:r>
        <w:rPr>
          <w:lang w:eastAsia="zh-CN"/>
        </w:rPr>
        <w:br/>
      </w:r>
      <w:r>
        <w:rPr>
          <w:lang w:eastAsia="zh-CN"/>
        </w:rPr>
        <w:t>　　食品安全与我们的生活息息相关，它关系到广大人民群众的身体健康和生命安全，关系到经济健康发展和社会稳定，关系到政府和国家的形象。健康和生命对于任何人和任何家庭来说都是最为宝贵的财富，为了家庭的幸福，为了个人的健康，为了更加阳光灿烂的明天，让我们携起手来，共同关心饮食质量，关注食品安全，让食品企业、政府部门、消费者共同努力，打造安全、卫生、有质量的生活。</w:t>
      </w:r>
      <w:r>
        <w:rPr>
          <w:lang w:eastAsia="zh-CN"/>
        </w:rPr>
        <w:br/>
      </w:r>
      <w:r>
        <w:rPr>
          <w:lang w:eastAsia="zh-CN"/>
        </w:rPr>
        <w:t xml:space="preserve">    关于食品安全演讲稿学生 篇10 </w:t>
      </w:r>
      <w:r>
        <w:rPr>
          <w:lang w:eastAsia="zh-CN"/>
        </w:rPr>
        <w:br/>
      </w:r>
      <w:r>
        <w:rPr>
          <w:lang w:eastAsia="zh-CN"/>
        </w:rPr>
        <w:t>　　老师、同学们：</w:t>
      </w:r>
      <w:r>
        <w:rPr>
          <w:lang w:eastAsia="zh-CN"/>
        </w:rPr>
        <w:br/>
      </w:r>
      <w:r>
        <w:rPr>
          <w:lang w:eastAsia="zh-CN"/>
        </w:rPr>
        <w:t>　　大家好！</w:t>
      </w:r>
      <w:r>
        <w:rPr>
          <w:lang w:eastAsia="zh-CN"/>
        </w:rPr>
        <w:br/>
      </w:r>
      <w:r>
        <w:rPr>
          <w:lang w:eastAsia="zh-CN"/>
        </w:rPr>
        <w:t>　　随着科学事业的发展，人们的物质生活水平越来越高，“衣食无忧”的人们对于食品安全与营养也越来越重视。随着物质生活的改善，许多人家都把鸡、鸭、鱼等各种荤菜当做每顿饭的主食。虽说荤菜能给我们补充许多的蛋白质，但光吃荤菜是不行的。君不见，此刻，“小胖墩”越来越多。萝卜白菜等素菜虽价廉但物美，它包含维生素等对人体有益的物质，对我们身体起着至关重要的作用。所以，我们不仅仅要吃荤菜，还应当多吃素菜。仅有荤素搭配着吃，才能有益我们的健康。</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近代文学家梁启超说：“少年提高则国提高，少年强则国强，中华民族的腾飞正在吾辈。”同学们，我们肩负着中华崛起的重任，我们青少年素质的高低关系着祖国的未来，我们必须体魄健壮，意志坚强，品质高尚，志向远大！</w:t>
      </w:r>
      <w:r>
        <w:rPr>
          <w:lang w:eastAsia="zh-CN"/>
        </w:rPr>
        <w:br/>
      </w:r>
      <w:r>
        <w:rPr>
          <w:lang w:eastAsia="zh-CN"/>
        </w:rPr>
        <w:t>　　为此，我提出以下几点提议：</w:t>
      </w:r>
      <w:r>
        <w:rPr>
          <w:lang w:eastAsia="zh-CN"/>
        </w:rPr>
        <w:br/>
      </w:r>
      <w:r>
        <w:rPr>
          <w:lang w:eastAsia="zh-CN"/>
        </w:rPr>
        <w:t>　　1、选择标有“卫生许可证”的`饮食摊，不吃路边摊的食品。</w:t>
      </w:r>
      <w:r>
        <w:rPr>
          <w:lang w:eastAsia="zh-CN"/>
        </w:rPr>
        <w:br/>
      </w:r>
      <w:r>
        <w:rPr>
          <w:lang w:eastAsia="zh-CN"/>
        </w:rPr>
        <w:t>　　2、不吃过期或变质的食品。</w:t>
      </w:r>
      <w:r>
        <w:rPr>
          <w:lang w:eastAsia="zh-CN"/>
        </w:rPr>
        <w:br/>
      </w:r>
      <w:r>
        <w:rPr>
          <w:lang w:eastAsia="zh-CN"/>
        </w:rPr>
        <w:t>　　3、不买小厂家生产的三无食品。</w:t>
      </w:r>
      <w:r>
        <w:rPr>
          <w:lang w:eastAsia="zh-CN"/>
        </w:rPr>
        <w:br/>
      </w:r>
      <w:r>
        <w:rPr>
          <w:lang w:eastAsia="zh-CN"/>
        </w:rPr>
        <w:t>　　4、饭前洗手，以防病从口入。</w:t>
      </w:r>
      <w:r>
        <w:rPr>
          <w:lang w:eastAsia="zh-CN"/>
        </w:rPr>
        <w:br/>
      </w:r>
      <w:r>
        <w:rPr>
          <w:lang w:eastAsia="zh-CN"/>
        </w:rPr>
        <w:t>　　5、不要用塑料制品盛放高温食物。</w:t>
      </w:r>
      <w:r>
        <w:rPr>
          <w:lang w:eastAsia="zh-CN"/>
        </w:rPr>
        <w:br/>
      </w:r>
      <w:r>
        <w:rPr>
          <w:lang w:eastAsia="zh-CN"/>
        </w:rPr>
        <w:t>　　6、不吃颜色鲜艳的肉类食品。</w:t>
      </w:r>
      <w:r>
        <w:rPr>
          <w:lang w:eastAsia="zh-CN"/>
        </w:rPr>
        <w:br/>
      </w:r>
      <w:r>
        <w:rPr>
          <w:lang w:eastAsia="zh-CN"/>
        </w:rPr>
        <w:t>　　7、一日三餐按时吃，注意营养均衡。</w:t>
      </w:r>
      <w:r>
        <w:rPr>
          <w:lang w:eastAsia="zh-CN"/>
        </w:rPr>
        <w:br/>
      </w:r>
      <w:r>
        <w:rPr>
          <w:lang w:eastAsia="zh-CN"/>
        </w:rPr>
        <w:t xml:space="preserve">    关于食品安全演讲稿学生 篇11 </w:t>
      </w:r>
      <w:r>
        <w:rPr>
          <w:lang w:eastAsia="zh-CN"/>
        </w:rPr>
        <w:br/>
      </w:r>
      <w:r>
        <w:rPr>
          <w:lang w:eastAsia="zh-CN"/>
        </w:rPr>
        <w:t>　　亲爱的老师、同学们：</w:t>
      </w:r>
      <w:r>
        <w:rPr>
          <w:lang w:eastAsia="zh-CN"/>
        </w:rPr>
        <w:br/>
      </w:r>
      <w:r>
        <w:rPr>
          <w:lang w:eastAsia="zh-CN"/>
        </w:rPr>
        <w:t>　　大家好！</w:t>
      </w:r>
      <w:r>
        <w:rPr>
          <w:lang w:eastAsia="zh-CN"/>
        </w:rPr>
        <w:br/>
      </w:r>
      <w:r>
        <w:rPr>
          <w:lang w:eastAsia="zh-CN"/>
        </w:rPr>
        <w:t>　　民以食为天，食以安为先。目前，在学校周边经营的食品店，最喜欢用各式各样花花绿绿的食品吸引我们学生。然而，食以洁为先，食以安为本，我们少年儿童食品的质量和安全已成为全社会关注的焦点。为了积极宣传《中华人民共和国食品安全法》，创造和谐的校园食品消费氛围，构建安全的校园食品消费环境，我们要做到如下几点：</w:t>
      </w:r>
      <w:r>
        <w:rPr>
          <w:lang w:eastAsia="zh-CN"/>
        </w:rPr>
        <w:br/>
      </w:r>
      <w:r>
        <w:rPr>
          <w:lang w:eastAsia="zh-CN"/>
        </w:rPr>
        <w:t>　　一、加强学习，提高认识。</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们要利用课余时间，认真学习《中华人民共和国食品安全法》及其它的食品安全常识，积累一些食品安全知识，提高自己的辨识能力，尤其是对“无厂名、无厂址、无生产日期”的“三无”食品的辨识能力，充分认识到“三无”、过期、不洁等食品的'危害性。</w:t>
      </w:r>
      <w:r>
        <w:rPr>
          <w:lang w:eastAsia="zh-CN"/>
        </w:rPr>
        <w:br/>
      </w:r>
      <w:r>
        <w:rPr>
          <w:lang w:eastAsia="zh-CN"/>
        </w:rPr>
        <w:t>　　二、增强意识，自觉抵制。</w:t>
      </w:r>
      <w:r>
        <w:rPr>
          <w:lang w:eastAsia="zh-CN"/>
        </w:rPr>
        <w:br/>
      </w:r>
      <w:r>
        <w:rPr>
          <w:lang w:eastAsia="zh-CN"/>
        </w:rPr>
        <w:t>　　切实增强我们的食品安全意识和自我保护意识，在校园内营造人人讲究饮食安全的氛围，自觉抵制“三无”食品、无“qs”标志的食品和其它垃圾食品，坚决不购买不健康的食品，也要教育自己的亲人、朋友和同学积极抵制这些不健康食品。</w:t>
      </w:r>
      <w:r>
        <w:rPr>
          <w:lang w:eastAsia="zh-CN"/>
        </w:rPr>
        <w:br/>
      </w:r>
      <w:r>
        <w:rPr>
          <w:lang w:eastAsia="zh-CN"/>
        </w:rPr>
        <w:t>　　三、积极宣传，勇于监督。</w:t>
      </w:r>
      <w:r>
        <w:rPr>
          <w:lang w:eastAsia="zh-CN"/>
        </w:rPr>
        <w:br/>
      </w:r>
      <w:r>
        <w:rPr>
          <w:lang w:eastAsia="zh-CN"/>
        </w:rPr>
        <w:t>　　人人争当食品安全的小小宣传员和监督员，及时向身边的同学、亲人和朋友宣传食品安全科普知识，宣传《食品安全法》，勇于监督身边的食品经营商，发现“三无”食品或其它不符合规定的食品，及时向工商部门举报。同学之间也互相监督，坚决杜绝不安全的食品进入我们的校园。</w:t>
      </w:r>
      <w:r>
        <w:rPr>
          <w:lang w:eastAsia="zh-CN"/>
        </w:rPr>
        <w:br/>
      </w:r>
      <w:r>
        <w:rPr>
          <w:lang w:eastAsia="zh-CN"/>
        </w:rPr>
        <w:t>　　让我们从小事做起，从身边做起，从自我做起，珍惜健康，安全消费，远离不安全食品，让我们共同为创建和谐校园、安全校园贡献一份力量吧！</w:t>
      </w:r>
      <w:r>
        <w:rPr>
          <w:lang w:eastAsia="zh-CN"/>
        </w:rPr>
        <w:br/>
      </w:r>
      <w:r>
        <w:rPr>
          <w:lang w:eastAsia="zh-CN"/>
        </w:rPr>
        <w:t xml:space="preserve">    关于食品安全演讲稿学生 篇12 </w:t>
      </w:r>
      <w:r>
        <w:rPr>
          <w:lang w:eastAsia="zh-CN"/>
        </w:rPr>
        <w:br/>
      </w:r>
      <w:r>
        <w:rPr>
          <w:lang w:eastAsia="zh-CN"/>
        </w:rPr>
        <w:t>　　老师、同学们：</w:t>
      </w:r>
      <w:r>
        <w:rPr>
          <w:lang w:eastAsia="zh-CN"/>
        </w:rPr>
        <w:br/>
      </w:r>
      <w:r>
        <w:rPr>
          <w:lang w:eastAsia="zh-CN"/>
        </w:rPr>
        <w:t>　　大家好！</w:t>
      </w:r>
      <w:r>
        <w:rPr>
          <w:lang w:eastAsia="zh-CN"/>
        </w:rPr>
        <w:br/>
      </w:r>
      <w:r>
        <w:rPr>
          <w:lang w:eastAsia="zh-CN"/>
        </w:rPr>
        <w:t>　　今天我讲话的主题是《关注食品安全，保障身体健康》。</w:t>
      </w:r>
      <w:r>
        <w:rPr>
          <w:lang w:eastAsia="zh-CN"/>
        </w:rPr>
        <w:br/>
      </w:r>
    </w:p>
    <w:p w:rsidR="001B1F19" w14:textId="27C3F48A">
      <w:pPr>
        <w:rPr>
          <w:lang w:eastAsia="zh-CN"/>
        </w:rPr>
      </w:pPr>
      <w:r>
        <w:rPr>
          <w:lang w:eastAsia="zh-CN"/>
        </w:rPr>
        <w:t>　　随着我国社会经济的快速发展和人民生活水平的不断提高，人们更加关注健康和食品安全，特别是“三鹿”奶粉事件等食品安全事件的发生，为我们关注食品安全敲响了警钟。</w:t>
      </w:r>
      <w:r>
        <w:rPr>
          <w:lang w:eastAsia="zh-CN"/>
        </w:rPr>
        <w:br/>
      </w:r>
      <w:r>
        <w:rPr>
          <w:lang w:eastAsia="zh-CN"/>
        </w:rPr>
        <w:t>　　“食品安全”已成为关系国家健康、社会稳定、经济发展和市场繁荣的重要因素。</w:t>
      </w:r>
      <w:r>
        <w:rPr>
          <w:lang w:eastAsia="zh-CN"/>
        </w:rPr>
        <w:br/>
      </w:r>
      <w:r>
        <w:rPr>
          <w:lang w:eastAsia="zh-CN"/>
        </w:rPr>
        <w:t>　　对于我们每个人来说，学习和理解相关的食品卫生知识，养成良好的饮食卫生习惯，增强自我保护意识，抵制劣质食品的诱惑，是必要和可行的。</w:t>
      </w:r>
      <w:r>
        <w:rPr>
          <w:lang w:eastAsia="zh-CN"/>
        </w:rPr>
        <w:br/>
      </w:r>
      <w:r>
        <w:rPr>
          <w:lang w:eastAsia="zh-CN"/>
        </w:rPr>
        <w:t>　　但我们经常看到在校园周围的杂货店，餐馆甚至流动摊位，一些学生在购买和消费廉价的食品。那么，你明白这些看似诱人又便宜的食物背后的危险吗?</w:t>
      </w:r>
      <w:r>
        <w:rPr>
          <w:lang w:eastAsia="zh-CN"/>
        </w:rPr>
        <w:br/>
      </w:r>
      <w:r>
        <w:rPr>
          <w:lang w:eastAsia="zh-CN"/>
        </w:rPr>
        <w:t>　　据卫生监督部门的技术人员介绍,由于学生的零花钱是相对有限,因此这些经理绝大多数是“便宜廉价走出去”为原则,买一些“三无”产品,大多数食物色素、糖精是主要原料。我建议学生们:</w:t>
      </w:r>
      <w:r>
        <w:rPr>
          <w:lang w:eastAsia="zh-CN"/>
        </w:rPr>
        <w:br/>
      </w:r>
      <w:r>
        <w:rPr>
          <w:lang w:eastAsia="zh-CN"/>
        </w:rPr>
        <w:t>　　1、树立食品安全观念，掌握食品安全知识，增强自我保护能力。购买食品时，应选择正规的大型商场和超市，选购食品应尽量选择一些知名品牌。同时一定要注意食品包装有没有厂家，生产日期，是否过了保质期。假如在小铺买食品一定要重视厂家，生产日期、保质期，注重包装袋有无破损，外包装有被篡改的痕迹。无生产许可证，qs标志食品不得买卖。</w:t>
      </w:r>
      <w:r>
        <w:rPr>
          <w:lang w:eastAsia="zh-CN"/>
        </w:rPr>
        <w:br/>
      </w:r>
      <w:r>
        <w:rPr>
          <w:lang w:eastAsia="zh-CN"/>
        </w:rPr>
        <w:t>　　2、养成良好的饮食习惯。不吃流动摊点的零食，自觉抵制吃零食、低质量食品的诱惑，尽量到学校食堂就餐。</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https://d.book118.com/288000050123006047</w:t>
        </w:r>
      </w:hyperlink>
    </w:p>
    <w:p w:rsidR="001B1F19">
      <w:pPr>
        <w:rPr>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8000050123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