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教师试用期个人工作总结（31篇）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教师试用期个人工作总结（精选31篇）</w:t>
      </w:r>
      <w:r>
        <w:rPr>
          <w:lang w:eastAsia="zh-CN"/>
        </w:rPr>
        <w:br/>
      </w:r>
      <w:r>
        <w:rPr>
          <w:lang w:eastAsia="zh-CN"/>
        </w:rPr>
        <w:t xml:space="preserve">    教师试用期个人工作总结 篇1 </w:t>
      </w:r>
      <w:r>
        <w:rPr>
          <w:lang w:eastAsia="zh-CN"/>
        </w:rPr>
        <w:br/>
      </w:r>
      <w:r>
        <w:rPr>
          <w:lang w:eastAsia="zh-CN"/>
        </w:rPr>
        <w:t>　　时光如水，岁月如歌，因为我是非师范类毕业的，所以我07学年度在溪口镇校代课，在代课这一年中我学到很多的东西，08学年度由于奉化地区对教师的招聘有所放宽，我与20__年9月考入编制。转眼间，初为人师已近两年了。作为一名新教师，刚从学校出来又进学校，但身份却由学生转变为教师。期间，自己感受很多。</w:t>
      </w:r>
      <w:r>
        <w:rPr>
          <w:lang w:eastAsia="zh-CN"/>
        </w:rPr>
        <w:br/>
      </w:r>
      <w:r>
        <w:rPr>
          <w:lang w:eastAsia="zh-CN"/>
        </w:rPr>
        <w:t>　　到了松岙镇校已经将近一年，在这一年来，我积极参加学校组织的各种学习政治活动，坚定正确的信仰，不断提高思想觉悟，树立正确的人生观价值观。与同事关系和谐，并发扬团队协作精神，无私奉献，工作效率高。我以师德、师爱、师智、师能要求自己，以爱播撒，用爱耕耘，让孩子身心健康发展。我经常阅读教学和教育类的书籍，不断充实自己，提高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教学上，我积极参加科组教研教改学习和听课评课活动，既学习继承传统教学的经验，又学习新教材教法的新理念。课前精心设计教案。上课时，注意开展以学生为主体的教学活动，培养和发展学生的身体素质和创新能力，师生互动，课堂气氛活跃。我还注意考虑学生的心理特点、情感取向和接受能力，营造课堂活跃气氛，注意跟学生的情感交流。在具体操作中，大胆放手，主动放权，鼓励他们动口动手动脑，重视培养主动获取知识的能力。</w:t>
      </w:r>
      <w:r>
        <w:rPr>
          <w:lang w:eastAsia="zh-CN"/>
        </w:rPr>
        <w:br/>
      </w:r>
      <w:r>
        <w:rPr>
          <w:lang w:eastAsia="zh-CN"/>
        </w:rPr>
        <w:t>　　在学校领导和同事的帮助指导下，我的教学水平提高较快，我的课受到学生和听课老师、家长的好评。教学效果也比较显著。在体育教学上我坚持以健康第一的指导思想，发展学生各方面的能力，并不单单让学生在教师教的情况下接触新事物，以发展学生的自主性为主。</w:t>
      </w:r>
      <w:r>
        <w:rPr>
          <w:lang w:eastAsia="zh-CN"/>
        </w:rPr>
        <w:br/>
      </w:r>
      <w:r>
        <w:rPr>
          <w:lang w:eastAsia="zh-CN"/>
        </w:rPr>
        <w:t>　　08学年的第二学期，我担任了四(1)班的班主任，并担任他们班语文的教学工作，在教语文的这两个月来，使我的语文水平有了很大的进步。班主任工作琐碎但繁重，在这期间我经常下班指导学生出墙报、督促做两操等。我时刻注意对学生进行思想教育，培养他们良好的情感和健全心理。班上很多学生觉得我知心，很多心事都告诉我。我经常用家校通或者电话与家长联系，了解学生情况或向家长汇报学生近况，坚持正面教育和激励引导。</w:t>
      </w:r>
      <w:r>
        <w:rPr>
          <w:lang w:eastAsia="zh-CN"/>
        </w:rPr>
        <w:br/>
      </w:r>
      <w:r>
        <w:rPr>
          <w:lang w:eastAsia="zh-CN"/>
        </w:rPr>
        <w:t>　　在体训这一块，我主要是担任女排的教练，训练虽然很苦，但是苦中带着甜，每天早起训练，下午最迟回到寝室，一天下来虽然有点累，但是我却乐此不彼，因为我喜欢孩子，喜欢排球。</w:t>
      </w:r>
      <w:r>
        <w:rPr>
          <w:lang w:eastAsia="zh-CN"/>
        </w:rPr>
        <w:br/>
      </w:r>
      <w:r>
        <w:rPr>
          <w:lang w:eastAsia="zh-CN"/>
        </w:rPr>
        <w:t>　　一年时间说长不长，说短也不短，有时我会去想：自己对学生真的用心了吗?我想在这一年中我对学生的了解真的还不是很多，在今后的教育工作中，严格要求自己，认真对待每一个孩子，认真去分析教材、写教案，认真完成教学工作和训练，努力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一年的工作与学习，我自感收获颇丰。很感谢教师进修学校安排我们那么多次的学习机会，听了很多优秀教师的讲座和他们的优质课，在他们的课中我深深体会到做一名体育教师很难，做一名优秀的体育教师更难。如果说有一点成绩的话，首先要谢谢领导和同事的帮助和支持，我的成长途中写满了他们悉心关怀和鼓励的印记。我初涉教坛，工作中还存在很多不足，有待我努力改进。如：我的教学设计能力还有待提高。其次，在处理教学中有些事情有时还过于急躁，还需要有更多的耐心和处理的技巧。我相信在今后的工作和学习中，经过磨练，我会改善自己的不足，越做越好，努力把自己培养成一个深受学生欢迎的优秀教师。</w:t>
      </w:r>
      <w:r>
        <w:rPr>
          <w:lang w:eastAsia="zh-CN"/>
        </w:rPr>
        <w:br/>
      </w:r>
      <w:r>
        <w:rPr>
          <w:lang w:eastAsia="zh-CN"/>
        </w:rPr>
        <w:t xml:space="preserve">    教师试用期个人工作总结 篇2 </w:t>
      </w:r>
      <w:r>
        <w:rPr>
          <w:lang w:eastAsia="zh-CN"/>
        </w:rPr>
        <w:br/>
      </w:r>
      <w:r>
        <w:rPr>
          <w:lang w:eastAsia="zh-CN"/>
        </w:rPr>
        <w:t>　　我于20年_月入职于北师大大同附中，担任高一年级的政治教学工作。转眼间，我在新教师岗位上工作已将近一年。在这关键的一年时间里，我在学校领导以及教研组长赵东霞老师的细心指导和帮助下，实现了由学生向教师角色的重大转变，真正适应了学校的正常教育教学生活，也融入了北师大大同附中教师集体的大家庭中。</w:t>
      </w:r>
      <w:r>
        <w:rPr>
          <w:lang w:eastAsia="zh-CN"/>
        </w:rPr>
        <w:br/>
      </w:r>
      <w:r>
        <w:rPr>
          <w:lang w:eastAsia="zh-CN"/>
        </w:rPr>
        <w:t>　　我在学校领导的关心和支持下，我的教学工作已经逐渐步入了正轨，并且在教学成长之路上收获了一个又一个可喜的进步，教学能力、学习能力和专业水平都得到了，明显地提升。在第二学期，我担任了高一(2)班的副班主任工作,协助班主任邢立栋老师管理班级。在这一年的成长历程中，我收获颇丰，但也存在一定的不足。现将一年以来的工作总结如下：</w:t>
      </w:r>
      <w:r>
        <w:rPr>
          <w:lang w:eastAsia="zh-CN"/>
        </w:rPr>
        <w:br/>
      </w:r>
      <w:r>
        <w:rPr>
          <w:lang w:eastAsia="zh-CN"/>
        </w:rPr>
        <w:t>　　一、主要工作和成绩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在教学中，我始终注意培养学生养成良好的学习习惯，虚心向有经验的教师学习，切实做好一切教育教学常规工作。</w:t>
      </w:r>
      <w:r>
        <w:rPr>
          <w:lang w:eastAsia="zh-CN"/>
        </w:rPr>
        <w:br/>
      </w:r>
      <w:r>
        <w:rPr>
          <w:lang w:eastAsia="zh-CN"/>
        </w:rPr>
        <w:t>　　1.做好本职工作</w:t>
      </w:r>
      <w:r>
        <w:rPr>
          <w:lang w:eastAsia="zh-CN"/>
        </w:rPr>
        <w:br/>
      </w:r>
      <w:r>
        <w:rPr>
          <w:lang w:eastAsia="zh-CN"/>
        </w:rPr>
        <w:t>　　作为科任教师的我，一直以来不敢懈怠，从一开始就认真制定教学计划，注重研究中学教学理论，认真备课和教学，积极参加教研活动和备课组活动，经常听各老师的课，尤其是赵东霞老师的课，从中吸取教学经验，取长补短，提高自己的教学的业务水平。每节课都以最佳的精神状态站在教台上，以轻松、认真的形象去面对学生。在实施教育教学中，我始终坚持按照《高中思想政治课程标准》进行施教，尊重学生在教学过程中的主体地位和作用。培养学生的自觉性、创造性。尊重学生的独立人格，把学习的主动权教给学生，让学生有自己的学习时间，重视学生知识和技能的掌握、健全人格品质的形成、创新、实践能力和个性的发展。为了提高学生的思想品德，我结合现实生活中的现象，层层善诱，多方面、多角度去培养，创造条件使学生创造力和潜能得以开发，形成良好的人格品质。</w:t>
      </w:r>
      <w:r>
        <w:rPr>
          <w:lang w:eastAsia="zh-CN"/>
        </w:rPr>
        <w:br/>
      </w:r>
      <w:r>
        <w:rPr>
          <w:lang w:eastAsia="zh-CN"/>
        </w:rPr>
        <w:t>　　2.注重学生的均衡发展</w:t>
      </w:r>
      <w:r>
        <w:rPr>
          <w:lang w:eastAsia="zh-CN"/>
        </w:rPr>
        <w:br/>
      </w:r>
      <w:r>
        <w:rPr>
          <w:lang w:eastAsia="zh-CN"/>
        </w:rPr>
        <w:t>　　教育是爱心事业，为培养高素质的下一代，我从学生身心健康出发，根据学生的个性特点去点拔引导，对于个别差生，利用课间多次倾谈，鼓励其确立正确的学习态度，积极面对人生，而对优生，教育其戒骄戒躁努力向上，再接再厉，再创佳绩。通过现实生活中的典范，让学生树立自觉地从德、智、体、美、劳全方面去发展自己的观念，树立崇高远大的理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3.努力提升自己素质</w:t>
      </w:r>
      <w:r>
        <w:rPr>
          <w:lang w:eastAsia="zh-CN"/>
        </w:rPr>
        <w:br/>
      </w:r>
      <w:r>
        <w:rPr>
          <w:lang w:eastAsia="zh-CN"/>
        </w:rPr>
        <w:t>　　在教育教学中，我始终把教育教学当成一种事业来追求，把每一堂课看成是发挥自己创造力，施展自己才能的机会，看成是发展自己的一个机会，把上好一堂课看成是实现自己价值的体现。在教育教学过程中，始终以自己的良好形象，人格品质，作学生的表率。多读书，读好书，丰富自己的头脑，不断的充实自己，提高自己;看新闻看报纸，与时俱进跟上时代的脉搏。因为我相信：教师的成功不仅取决于具有正确的教育思想，高超的教学水平，教学艺术，更需要的是具有高尚人格和师德品质。作为“为人师表”的教师，我时刻注意修养自己的人格-------师德。</w:t>
      </w:r>
      <w:r>
        <w:rPr>
          <w:lang w:eastAsia="zh-CN"/>
        </w:rPr>
        <w:br/>
      </w:r>
      <w:r>
        <w:rPr>
          <w:lang w:eastAsia="zh-CN"/>
        </w:rPr>
        <w:t>　　4.努力开发教学资源</w:t>
      </w:r>
      <w:r>
        <w:rPr>
          <w:lang w:eastAsia="zh-CN"/>
        </w:rPr>
        <w:br/>
      </w:r>
      <w:r>
        <w:rPr>
          <w:lang w:eastAsia="zh-CN"/>
        </w:rPr>
        <w:t>　　作为教高一政治课的老师，明白自己任务重要性，故在课前做到认真备课，多方面去搜集相关进行资料。为提高每节课的教学效果，教学质量，本人除注重研究教材，把握好基础、重点难点外，还广泛搜集材料以多种多样形式授课，努力提高学生学习政治的兴趣，调动学生学习的积极性、主动性，提高课堂的教学质量，按时完成教学任务。</w:t>
      </w:r>
      <w:r>
        <w:rPr>
          <w:lang w:eastAsia="zh-CN"/>
        </w:rPr>
        <w:br/>
      </w:r>
      <w:r>
        <w:rPr>
          <w:lang w:eastAsia="zh-CN"/>
        </w:rPr>
        <w:t>　　5.充分发挥副班主任的作用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几个月的副班主任工作，我积极配合班主任做好班级管理工作，认真完成学校安排的副班主任工作，认真参加每次会议并做好记录，以备为以后的班主任工作奠定基础。在日常的教学与管理过程中及时发现问题，并努力解决问题，努力培养学生良好的学习习惯和认真踏实的学习态度，为进入高二的学习打下扎实的基础。</w:t>
      </w:r>
      <w:r>
        <w:rPr>
          <w:lang w:eastAsia="zh-CN"/>
        </w:rPr>
        <w:br/>
      </w:r>
      <w:r>
        <w:rPr>
          <w:lang w:eastAsia="zh-CN"/>
        </w:rPr>
        <w:t xml:space="preserve">    教师试用期个人工作总结 篇3 </w:t>
      </w:r>
      <w:r>
        <w:rPr>
          <w:lang w:eastAsia="zh-CN"/>
        </w:rPr>
        <w:br/>
      </w:r>
      <w:r>
        <w:rPr>
          <w:lang w:eastAsia="zh-CN"/>
        </w:rPr>
        <w:t>　　时光荏苒，一年时间已经从指缝间流逝，我在西海小学见习期的教育教学工作已到尾声，回想这一年的工作，我感到万分的快乐与充实，由于我就是这样一路踏实的走来并从中体会到快乐与神圣的责任感!并且受益很多。在这一年中。我的生活和工作都产生了重大的改变，同时也让我深入的体会到这份工作的`纯真与美好。人生最快乐的事就是做自己爱好做的事。我很庆幸能走上向往已久的三尺讲台。我的理想是用我的专业知识，去教育一批有理想、有担当、敢作敢为的时期精英，要成为学生们永生难忘的良师益友。与孩子们相处是我每天都必须面对，也是我每天最开心的事。望着那一张张天真可爱的笑脸，一切的烦恼与忧愁霎时间减退，生活如诗如画地在眼前飞扬，使心田光辉，温馨甜蜜……我觉得小学教师是一个纯真和美好的职业。有人形容做小学教师这份职业将永久显得那么年轻和充满生气。这种形容不无道理。当你面对孩子那双无比清亮充满童真的眼睛时，当你凝听着他们银铃般的笑声时，每个人都好像又重新回到了童年时光。这让我更叫爱好这个职业，让我觉得这份职业如此纯真美好。</w:t>
      </w:r>
      <w:r>
        <w:rPr>
          <w:lang w:eastAsia="zh-CN"/>
        </w:rPr>
        <w:br/>
      </w:r>
      <w:r>
        <w:rPr>
          <w:lang w:eastAsia="zh-CN"/>
        </w:rPr>
        <w:t>　　可喜的是，在新教师培训学校一年的培训下，我努力将所学知识与实践相结合，积极吸取老教师的体会，通过学习和实践锤炼掌控各项教育技能，努力改进自己的不足，从而使得自己在教法上日趋成熟，为此，我在见习期内完成了以下学习和工作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一、思想工作方面</w:t>
      </w:r>
      <w:r>
        <w:rPr>
          <w:lang w:eastAsia="zh-CN"/>
        </w:rPr>
        <w:br/>
      </w:r>
      <w:r>
        <w:rPr>
          <w:lang w:eastAsia="zh-CN"/>
        </w:rPr>
        <w:t>　　俗语说：“活到老，学到老”，本人一直在各方面严格要求自己，努力地提高自己，勇于解剖自己，分析自己，重视自己，提高自身素养。在思想上严于律己，力争思想上和工作上在同事、学生的心目中都建立起榜样的作用。积极参加学校组织的各项活动。一年来，我服从学校的工作安排，配合领导和老师们做好校内外的各项工作。不管在什么情形下，我都没忘记“学为人师，行动世范”，并以品德至上来要求自己。我相信在以后的工作学习中，在同事们的帮助下，通过自己的努力，克服缺点，获得更大的进步。</w:t>
      </w:r>
      <w:r>
        <w:rPr>
          <w:lang w:eastAsia="zh-CN"/>
        </w:rPr>
        <w:br/>
      </w:r>
      <w:r>
        <w:rPr>
          <w:lang w:eastAsia="zh-CN"/>
        </w:rPr>
        <w:t>　　二、教育工作方面</w:t>
      </w:r>
      <w:r>
        <w:rPr>
          <w:lang w:eastAsia="zh-CN"/>
        </w:rPr>
        <w:br/>
      </w:r>
      <w:r>
        <w:rPr>
          <w:lang w:eastAsia="zh-CN"/>
        </w:rPr>
        <w:t>　　作为一位新教师，又面临着新课程改革，我在教育教学工作中遇到了很多困难。针对这些情形，在我积极参加区和学校组织培训的同时，虚心向有体会的教师讨教体会。在教学中，认真研究新大纲、吃透教材，积极开辟教学思路，把一些先进的教学理论、科学的教学方法及先进现代教学手段灵活运用于课堂教学中，努力培养学生的合作交换、自主探究、勇于创新等能力。另外，本人在搞好教学工作的同时，还很重视教学体会的积存，有了心得体会就及时记下来与同事交换，不断的揣摩、摸索、实验、修正，不仅对上课有很大帮助，对自身的素养也有很大的提高。</w:t>
      </w:r>
      <w:r>
        <w:rPr>
          <w:lang w:eastAsia="zh-CN"/>
        </w:rPr>
        <w:br/>
      </w:r>
      <w:r>
        <w:rPr>
          <w:lang w:eastAsia="zh-CN"/>
        </w:rPr>
        <w:t xml:space="preserve">    教师试用期个人工作总结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日月如梭，__中学从事教学工作已经快一年了。在这将近一年的工作中，我既体会到了，刚刚踏上工作岗位的那种新鲜感;又感觉到了教师工作的艰辛和劳累。在这一年里，在各位领导和老师的热心支持和帮助下，我认真做好教学工作，积极完成学校布置的各项任务。下面我把本年度的工作做简要的汇报总结。</w:t>
      </w:r>
      <w:r>
        <w:rPr>
          <w:lang w:eastAsia="zh-CN"/>
        </w:rPr>
        <w:br/>
      </w:r>
      <w:r>
        <w:rPr>
          <w:lang w:eastAsia="zh-CN"/>
        </w:rPr>
        <w:t>　　在师德表现方面，我平时积极参加全校教职工大会，认真学习学校下达的上级文件，关心国内外大事，注重政治理论的学习，同时配合组里搞好教研活动。每周按时参加升旗仪式，从不缺勤。服从安排，人际关系融洽。另一方面，我本着要对学生负责的态度，认识到必须要正视自己的言行。以身作则，才能为人师表。要求学生做到的，自己必须先做到。我坚信拥有健康的人格品位，才能在学生中树立威信、得到敬重，起到榜样作用。</w:t>
      </w:r>
      <w:r>
        <w:rPr>
          <w:lang w:eastAsia="zh-CN"/>
        </w:rPr>
        <w:br/>
      </w:r>
      <w:r>
        <w:rPr>
          <w:lang w:eastAsia="zh-CN"/>
        </w:rPr>
        <w:t>　　在教学方面，我所任教的是高一年级__班的教学工作。在新课标的模式下，我根据他们各自不同的特征因材施教。首先深入细致的备好每一节课。在备课中，我认真研究教材，力求准确把握重难点，并注重参阅各种资料，制定符合学生认知规律的教学方法及教学形式。注意弱化难点强调重点。教案编写认真，并不断归纳总结以提高教学水平。其次认真上好每一节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我在课堂采用多样化活动教学，利用多媒体课件，众多比较新鲜的素材案例可以激发学生的求知欲，活跃课堂气氛，最大限度地让学生在轻松自主的学习氛围中快乐求知，轻松学习，不断地鼓励自己。再次我能认真及时批改作业，注意听取学生的意见。平时我会坚持听课，认真记录，积极参与评课，学习各组教师的教学经验，努力探索适合自己的教学模式，并抓住每次外出学习的机会，取长补短，收获不少。通过开公开课，使自己的教学水平得到很大的提高，但也使我意识到了自己在教学方面的不足之处，一年教龄公开课受到各位老师的好评。</w:t>
      </w:r>
      <w:r>
        <w:rPr>
          <w:lang w:eastAsia="zh-CN"/>
        </w:rPr>
        <w:br/>
      </w:r>
      <w:r>
        <w:rPr>
          <w:lang w:eastAsia="zh-CN"/>
        </w:rPr>
        <w:t>　　总体上来说，我感觉从大学校园走进高中校园，不仅仅是环境的变化，更多的是角色的变化，从一个被教育者变成了教育工作者。在这样一个变化的过程中有苦有甜，但是我知道所有的付出一定会有回报的。以上是我这一年见习期的工作总结，不足之处请各位领导及老师指正，我一定会再接再厉，继续努力工作。</w:t>
      </w:r>
      <w:r>
        <w:rPr>
          <w:lang w:eastAsia="zh-CN"/>
        </w:rPr>
        <w:br/>
      </w:r>
      <w:r>
        <w:rPr>
          <w:lang w:eastAsia="zh-CN"/>
        </w:rPr>
        <w:t xml:space="preserve">    教师试用期个人工作总结 篇5 </w:t>
      </w:r>
      <w:r>
        <w:rPr>
          <w:lang w:eastAsia="zh-CN"/>
        </w:rPr>
        <w:br/>
      </w:r>
      <w:r>
        <w:rPr>
          <w:lang w:eastAsia="zh-CN"/>
        </w:rPr>
        <w:t>　　光阴似箭，转眼间我已从大学毕业到真正的教师行列整整一年了，在这一年中尝遍了作为一名班主任的酸甜苦辣。很庆幸在领导的关心和老师们的热心帮助下，在自己的不断反思与努力下，让我在工作上得到了实践锻炼，在思想认识上有了较大的提高，成功地实现了角色的转变。下面我将从以下几方面对一年来的工作做总结：</w:t>
      </w:r>
      <w:r>
        <w:rPr>
          <w:lang w:eastAsia="zh-CN"/>
        </w:rPr>
        <w:br/>
      </w:r>
      <w:r>
        <w:rPr>
          <w:lang w:eastAsia="zh-CN"/>
        </w:rPr>
        <w:t>　　一、教学方面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开始的教学工作中，由于缺乏工作经验，在上课过程中还有些棘手，但是在领导、师傅、同事的热心帮助下一次比一次进步，投入教育工作将近一年，我的教学水平和管理技能都了较大的提升，师徒结对活动，让我有了一位好师傅，她在教育教学和班级管理上都给予我很大的帮助，在师父的指导下我有条不稳地开展工作，落实学校的各项任务。遇到工作上的不足和缺憾，师父开诚布公地指出，毫不吝惜地给予我教育管理方法，这使我在教学中找到了明确的指向标，在第二学期的视导课中得到了表扬与肯定。</w:t>
      </w:r>
      <w:r>
        <w:rPr>
          <w:lang w:eastAsia="zh-CN"/>
        </w:rPr>
        <w:br/>
      </w:r>
      <w:r>
        <w:rPr>
          <w:lang w:eastAsia="zh-CN"/>
        </w:rPr>
        <w:t>　　二、班主任工作</w:t>
      </w:r>
      <w:r>
        <w:rPr>
          <w:lang w:eastAsia="zh-CN"/>
        </w:rPr>
        <w:br/>
      </w:r>
      <w:r>
        <w:rPr>
          <w:lang w:eastAsia="zh-CN"/>
        </w:rPr>
        <w:t>　　当家长知道我是一个新毕业的班主任时，我想家长肯定会本能地对我产生各种质疑，但这些顾虑反而成了我努力工作的动力。开学伊始，我就建立了班级微信群，方便与每位家长及时沟通。这个小小的微信群却对班级的凝聚力和孩子们的多形式活动起到了极大的促进作用，比赛背古诗、讲故事、晒自己读的书、晒自己清洗学校用的小饭盒等等。更多的是我和家长对孩子们的肯定与鼓励，渐渐地有家长陆续为孩子们准备各种学习用品，鼓励孩子们的进步，在这样的和谐的氛围中，这个小家庭每天充斥着满满的正能量。在各位老师的带领下还举行了班级读书会、讲故事比赛等活动。第二次家长会后许多家长发微信表示对我工作的肯定与赞扬，第二学期在老师的建议下，成立了更加健全的家委会，并利用周日时间在家委会的组织下分别在奥体和学校举行了多种的活动，活动虽然利用了自己的休息时间，但是通过这次活动拉近和我和家长们的距离，为以后的班级活动组织奠定良好的基础。</w:t>
      </w:r>
      <w:r>
        <w:rPr>
          <w:lang w:eastAsia="zh-CN"/>
        </w:rPr>
        <w:br/>
      </w:r>
      <w:r>
        <w:rPr>
          <w:lang w:eastAsia="zh-CN"/>
        </w:rPr>
        <w:t>　　三、学习思想方面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在思想上，积极上进。参加各种学习培训，学习教育教学理论，提高自己的思想觉悟。去年暑假，参加国学教育、班主任大会两次培训。在新教师培训期间，坚持每周练一篇硬笔字，同时班里两位同学还获得了文化小大使硬笔书法二等奖。言传身教、为人师表，以自己的人格、行为去感染学生，努力被家长学生所接受。在工作中，我积极、主动、勤恳、责任心较强，乐于接受并主动完成学校布置的各项工作，班级内外的展板按质按量按时完成，阅览室内外的展板也和石老师一起合作完成。除此之外还写了秋游、静德书院、写字课、营养午餐、奥体活动等五篇学校新闻稿。我还注重文化学习，积极参加每次教研活动，在不断的学习中，努力使自己的思想觉悟、理论水平、教学能力都得到较快的提高。</w:t>
      </w:r>
      <w:r>
        <w:rPr>
          <w:lang w:eastAsia="zh-CN"/>
        </w:rPr>
        <w:br/>
      </w:r>
      <w:r>
        <w:rPr>
          <w:lang w:eastAsia="zh-CN"/>
        </w:rPr>
        <w:t>　　时光匆匆，在忙碌与不断的收获中，在付出与不断的欣喜中走过了工作的第一年，感慨颇多。在一年的理论与教学实践相结合的锻炼中收获了很多，也深深的感受到了自己经验的匮乏和理论的不足，需要在接下来的工作中严格要求自己，做好本职工作的同时努力做更优秀的自己!特此向领导提出转正申请，请领导予以批准。</w:t>
      </w:r>
      <w:r>
        <w:rPr>
          <w:lang w:eastAsia="zh-CN"/>
        </w:rPr>
        <w:br/>
      </w:r>
      <w:r>
        <w:rPr>
          <w:lang w:eastAsia="zh-CN"/>
        </w:rPr>
        <w:t xml:space="preserve">    教师试用期个人工作总结 篇6 </w:t>
      </w:r>
      <w:r>
        <w:rPr>
          <w:lang w:eastAsia="zh-CN"/>
        </w:rPr>
        <w:br/>
      </w:r>
      <w:r>
        <w:rPr>
          <w:lang w:eastAsia="zh-CN"/>
        </w:rPr>
        <w:t>　　时间过得可真快，我从一名学生，步入到这个社会，经过一段时间的相关培训，终于在9月份正式进入了工作的行列，第一个试用期是很关键的，幸运的是在园长主任和同事的帮助下，我不断的进步，不断的学习，下面，针对自己的各方面做一个总结。</w:t>
      </w:r>
      <w:r>
        <w:rPr>
          <w:lang w:eastAsia="zh-CN"/>
        </w:rPr>
        <w:br/>
      </w:r>
      <w:r>
        <w:rPr>
          <w:lang w:eastAsia="zh-CN"/>
        </w:rPr>
        <w:t>　　在幼儿保育领域上面，积极配合保健医生和班主任的工作，对孩子的日常生活照顾的无微不至，并做好班级各类的卫生，确保教师和幼儿能够生活在一个干净舒适的环境里面。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在教学理论方面，我在课间的空余时间也在不断的学习，让先进的理论指导自己的教学实践的同时，也在一次次的教学实践里面，验证和发展这种理论，我认真钻研，虚心向别人请教，鼓励自己勇于创新。</w:t>
      </w:r>
      <w:r>
        <w:rPr>
          <w:lang w:eastAsia="zh-CN"/>
        </w:rPr>
        <w:br/>
      </w:r>
      <w:r>
        <w:rPr>
          <w:lang w:eastAsia="zh-CN"/>
        </w:rPr>
        <w:t>　　在教育教学上，新老师面临的最大问题是不熟悉教材，不了解重、难点，也没有经验去上好课。对此，在工作之初，总是对于各式各样的课程束手无策，内心忐忑不安。俗话说，万事开头难。所以，我每次都很认真的备课，查阅资料把自己的教案写好。除此之外，我虚心向老教师学习，力争从他们那里尽快增加一些宝贵的教学经验。这些使我个人应付和处理课堂各式各样问题的能力大大增强。为了把自己的教学水平提高，还经常网上找一些优秀的教案课件学习，还争取机会多听其他教师的课，从中学习别人的长处，领悟其中的教学艺术。</w:t>
      </w:r>
      <w:r>
        <w:rPr>
          <w:lang w:eastAsia="zh-CN"/>
        </w:rPr>
        <w:br/>
      </w:r>
      <w:r>
        <w:rPr>
          <w:lang w:eastAsia="zh-CN"/>
        </w:rPr>
        <w:t>　　经过这一个月的不断学习，我认为作为一个教育工作者，一定要更加的努力，更加的进步，以前学到的知识，不能满足于未来的发展，我一定会勤奋读书，不断的充实自己，也会适应社会对教师素质要求更高的大趋势，改正自己工作上的缺点，为美好的明天继续努力。</w:t>
      </w:r>
      <w:r>
        <w:rPr>
          <w:lang w:eastAsia="zh-CN"/>
        </w:rPr>
        <w:br/>
      </w:r>
      <w:r>
        <w:rPr>
          <w:lang w:eastAsia="zh-CN"/>
        </w:rPr>
        <w:t xml:space="preserve">    教师试用期个人工作总结 篇7 </w:t>
      </w:r>
      <w:r>
        <w:rPr>
          <w:lang w:eastAsia="zh-CN"/>
        </w:rPr>
        <w:br/>
      </w:r>
      <w:r>
        <w:rPr>
          <w:lang w:eastAsia="zh-CN"/>
        </w:rPr>
        <w:t>　　时光如流星般转瞬即逝。随着时间的推移，一学年仅剩期末考试的尾巴。回顾这一学年的工作，我感到万分的快乐与充实，因为我就是这样一路塌实的走来并从中体会到快乐与神圣的责任感!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这半年的教学工作让我深刻体会到了做老师的艰辛与快乐，我把自己的青春倾注于我所钟爱的教育事业上，倾注于每一个学生身上。一个学年的工作已经结束，收获不少，下面我对一学年的工作作一个总结，发扬好的地方改进不足的地方，回顾走过的路可以更好的看清前面的路，为新学年的工作确立新的目标。</w:t>
      </w:r>
      <w:r>
        <w:rPr>
          <w:lang w:eastAsia="zh-CN"/>
        </w:rPr>
        <w:br/>
      </w:r>
      <w:r>
        <w:rPr>
          <w:lang w:eastAsia="zh-CN"/>
        </w:rPr>
        <w:t>　　一、政治思想方面：</w:t>
      </w:r>
      <w:r>
        <w:rPr>
          <w:lang w:eastAsia="zh-CN"/>
        </w:rPr>
        <w:br/>
      </w:r>
      <w:r>
        <w:rPr>
          <w:lang w:eastAsia="zh-CN"/>
        </w:rPr>
        <w:t>　　本人坚持准时参加学校组织的政治学习，认真做好笔记。并学习一些报刊杂志，从上面了解一些信息便于自己的不断进步。为了能迅速完成从师范生到教师的角色转变、走好入行的第一步，积极参加区教育局精心组织的师德教育作为重要内容的06年新教师岗前培训活动。同时积极参加学校组织的“校本课程研究”活动，使自己在教育科研、教育理论上都有所成长和进步。教育目的明确，态度端正，钻研业务，勤奋刻苦。热爱自己的事业，团结同事，虚心求教，遵守劳动纪律。关心学生，为人师表。</w:t>
      </w:r>
      <w:r>
        <w:rPr>
          <w:lang w:eastAsia="zh-CN"/>
        </w:rPr>
        <w:br/>
      </w:r>
      <w:r>
        <w:rPr>
          <w:lang w:eastAsia="zh-CN"/>
        </w:rPr>
        <w:t>　　二、师德方面</w:t>
      </w:r>
      <w:r>
        <w:rPr>
          <w:lang w:eastAsia="zh-CN"/>
        </w:rPr>
        <w:br/>
      </w:r>
      <w:r>
        <w:rPr>
          <w:lang w:eastAsia="zh-CN"/>
        </w:rPr>
        <w:t>　　作为一名教师，我始终认为应把“师德”放在一个极其重要的位置。在这一学年的时间里，我由一名普通教师转化成了班主任，身上肩负的责任更大了，对于刚接触教学，刚接触班主任工作的我来说，一切都是那么陌生，需要我不断完善、提高自己的教学水平，不断地了解、掌握学情，用细心、耐心、爱心这“三心”对待学生，不断加强自身师德修养，提高自己的教学水平。</w:t>
      </w:r>
      <w:r>
        <w:rPr>
          <w:lang w:eastAsia="zh-CN"/>
        </w:rPr>
        <w:br/>
      </w:r>
      <w:r>
        <w:rPr>
          <w:lang w:eastAsia="zh-CN"/>
        </w:rPr>
        <w:t>　　三、教学方面</w:t>
      </w:r>
      <w:r>
        <w:rPr>
          <w:lang w:eastAsia="zh-CN"/>
        </w:rPr>
        <w:br/>
      </w:r>
      <w:r>
        <w:rPr>
          <w:lang w:eastAsia="zh-CN"/>
        </w:rPr>
        <w:t>　　在教学准备上，新教师面临的最大问题是不熟悉教材，对教学的重难点把握不准，对于平时的教学也比较陌生。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针对上述问题，我首先做到进一步熟悉教材，课前备好课备好学生，然后我多向有经验的教师请教，多挺有经验的教师的课，自己在教学上把握不准的地方多学多问，为了提高自己的教学水平，我还经</w:t>
      </w:r>
      <w:r>
        <w:rPr>
          <w:lang w:eastAsia="zh-CN"/>
        </w:rPr>
        <w:br/>
      </w:r>
      <w:r>
        <w:rPr>
          <w:lang w:eastAsia="zh-CN"/>
        </w:rPr>
        <w:t>　　常上网观看优秀的教学实录，下载优秀的教学资源充实自己的课堂生活，提高学生语文学习的积极性，除此之外，我还争取机会多外出听课，学习别人的长处，学习优秀教师好的教学方法和经验。</w:t>
      </w:r>
      <w:r>
        <w:rPr>
          <w:lang w:eastAsia="zh-CN"/>
        </w:rPr>
        <w:br/>
      </w:r>
      <w:r>
        <w:rPr>
          <w:lang w:eastAsia="zh-CN"/>
        </w:rPr>
        <w:t>　　四、考勤方面</w:t>
      </w:r>
      <w:r>
        <w:rPr>
          <w:lang w:eastAsia="zh-CN"/>
        </w:rPr>
        <w:br/>
      </w:r>
      <w:r>
        <w:rPr>
          <w:lang w:eastAsia="zh-CN"/>
        </w:rPr>
        <w:t>　　我热爱自己的事业，在做好各项教育教学工作的同时，严格遵守学校的各项规章制度。积极运用有效的工作时间做好自己分内的工作，处理好学校工作与个人之间的关系，一个学年里没有缺席过一次，一边完成学校的各项任务，一边准备教材和学习自己的专业知识。 在今后的教育教学工作中，我将立足实际，认真分析和研究好教材、大纲，研究好学生，争取学校领导、师生的支持，创造性地搞好教学，使我们的工作有所开拓，有所进取，更加严格要求自己，努力工作，发扬优点，改正缺点，开拓前进，为美好的明天奉献自己的力量。</w:t>
      </w:r>
      <w:r>
        <w:rPr>
          <w:lang w:eastAsia="zh-CN"/>
        </w:rPr>
        <w:br/>
      </w:r>
      <w:r>
        <w:rPr>
          <w:lang w:eastAsia="zh-CN"/>
        </w:rPr>
        <w:t>　　教育工作，是一项常做常新、永无止境的工作。一份春华，一份秋实，让我把一份矢志教育的心愿化为热爱学生的一团火，将自己最珍贵的爱奉献给孩子们，相信今日含苞欲放的花蕾，明日一定能盛开绚丽的花朵。</w:t>
      </w:r>
      <w:r>
        <w:rPr>
          <w:lang w:eastAsia="zh-CN"/>
        </w:rPr>
        <w:br/>
      </w:r>
      <w:r>
        <w:rPr>
          <w:lang w:eastAsia="zh-CN"/>
        </w:rPr>
        <w:t xml:space="preserve">    教师试用期个人工作总结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20__年夏天，我成为__市__县特岗队伍中的一员来到了__中学，时间过得真快，我来__中学工作已经一年了，在这365个日子里，让我感同身受的是来自每一位领导和老师给予我的信任、关心、支持和帮助，我也在__中学这个优秀的大家庭中慢慢成长，古语说：滴水之恩，涌泉相报，我先借此机会向各位领导，同事们表示最衷心的感谢。为了更好地做好今后的工作，总结经验、吸取教训，本人从德能勤绩四方面作工作小结如下：</w:t>
      </w:r>
      <w:r>
        <w:rPr>
          <w:lang w:eastAsia="zh-CN"/>
        </w:rPr>
        <w:br/>
      </w:r>
      <w:r>
        <w:rPr>
          <w:lang w:eastAsia="zh-CN"/>
        </w:rPr>
        <w:t>　　一、思想品德方面</w:t>
      </w:r>
      <w:r>
        <w:rPr>
          <w:lang w:eastAsia="zh-CN"/>
        </w:rPr>
        <w:br/>
      </w:r>
      <w:r>
        <w:rPr>
          <w:lang w:eastAsia="zh-CN"/>
        </w:rPr>
        <w:t>　　一年来，本人热爱党，热爱人民，坚持党的教育方针，忠诚党的教育事业。踏上工作岗位后认真学习了《教师法》、《未成年人保护法》、《义务教育法》等，思想端正，作风正派，服从领导的工作安排，积极参加各种会议，办事认真负责。热爱教育事业，把自己的精力、能力全部用于学校的教学过程中，并能自觉遵守职业道德，在学生中树立了良好的教师形象。能够主动与同事研究业务，互相学习，配合默契，教学水平共同提高，能够顾全大局，团结协作，顺利完成了各项任务。孔子说：三人行必有我师，特别是对我这个刚从事教学工作来说，学校领导和同行都给了我非常大的帮助，我也在听课评课中提高自己，反思自己的教学方式方法。</w:t>
      </w:r>
      <w:r>
        <w:rPr>
          <w:lang w:eastAsia="zh-CN"/>
        </w:rPr>
        <w:br/>
      </w:r>
      <w:r>
        <w:rPr>
          <w:lang w:eastAsia="zh-CN"/>
        </w:rPr>
        <w:t>　　二、业务知识和工作能力方面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一年来，我主要担任了两个班级的数学教学工作，由于我们使用的是新课标版本的教材，因此在上岗之前县里特地请了县里省里的名师对我们进行培训，从这次培训里我学到了很多东西，给我在实际教学中提供了很大的帮助。上个学期到现在一直担任两个班级的数学教学工作，在教学中我更深刻的理解课本，在把握课本的同时，采用多种教学手段，把新课改的要求体现到教学中去。提高学生分析问题和解决问题能力，培养学生学习数学的兴趣，积极开展各种数学活动，开阔大家的视野，帮助学生拓展思路，对基础知识能灵活运用，从而使同学们分析、解决问题的能力不断提高。</w:t>
      </w:r>
      <w:r>
        <w:rPr>
          <w:lang w:eastAsia="zh-CN"/>
        </w:rPr>
        <w:br/>
      </w:r>
      <w:r>
        <w:rPr>
          <w:lang w:eastAsia="zh-CN"/>
        </w:rPr>
        <w:t>　　三、工作态度勤奋敬业方面</w:t>
      </w:r>
      <w:r>
        <w:rPr>
          <w:lang w:eastAsia="zh-CN"/>
        </w:rPr>
        <w:br/>
      </w:r>
      <w:r>
        <w:rPr>
          <w:lang w:eastAsia="zh-CN"/>
        </w:rPr>
        <w:t>　　一年时间里从未无故缺席，第一学期我带两个班的数学教学工作，每周分别为16课时，第二学期每周16课时，准时到校上班，上课时精神饱满，积极参加各种会议，认真听课。</w:t>
      </w:r>
      <w:r>
        <w:rPr>
          <w:lang w:eastAsia="zh-CN"/>
        </w:rPr>
        <w:br/>
      </w:r>
      <w:r>
        <w:rPr>
          <w:lang w:eastAsia="zh-CN"/>
        </w:rPr>
        <w:t>　　四、工作业绩方面</w:t>
      </w:r>
      <w:r>
        <w:rPr>
          <w:lang w:eastAsia="zh-CN"/>
        </w:rPr>
        <w:br/>
      </w:r>
      <w:r>
        <w:rPr>
          <w:lang w:eastAsia="zh-CN"/>
        </w:rPr>
        <w:t>　　刚开始踏上工作岗位的时候由于我由于教学经验不足，我带的班级成绩不是很理想，后来在各位同事的帮助下，我努力提高自己的教学水平，积极听优秀老师的课，找到自己的差距和不足，不断学习改正，针对一些学生信心不足的问题，经常找他们谈话，及时了解他们在学习数学中的感触，不断鼓励他们，经过两个学期的努力，培养了一批数学学科的尖子生，并在不断扩大这个队伍，让大家对学习数学始终充满信心。在今后的工作中，本人将会更加努力，争取做得更好。短暂的试用期里无论在工作还是生活中都已经适应了，为此做一份总结这试用期的收获感想，一起来学习。</w:t>
      </w:r>
      <w:r>
        <w:rPr>
          <w:lang w:eastAsia="zh-CN"/>
        </w:rPr>
        <w:br/>
      </w:r>
      <w:r>
        <w:rPr>
          <w:lang w:eastAsia="zh-CN"/>
        </w:rPr>
        <w:t xml:space="preserve">    教师试用期个人工作总结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20_年夏天，我成为_市_县特岗队伍中的一员来到了_中学，时间过得真快，我来_中学工作已经一年了，在这365个日子里，让我感同身受的是来自每一位领导和老师给予我的信任、关心、支持和帮助，我也在_中学这个优秀的大家庭中慢慢成长，古语说：滴水之恩，涌泉相报，我先借此机会向各位领导，同事们表示最衷心的感谢。为了更好地做好今后的工作，总结经验、吸取教训，本人从德能勤绩四方面作工作小结如下：</w:t>
      </w:r>
      <w:r>
        <w:rPr>
          <w:lang w:eastAsia="zh-CN"/>
        </w:rPr>
        <w:br/>
      </w:r>
      <w:r>
        <w:rPr>
          <w:lang w:eastAsia="zh-CN"/>
        </w:rPr>
        <w:t>　　一、思想品德方面</w:t>
      </w:r>
      <w:r>
        <w:rPr>
          <w:lang w:eastAsia="zh-CN"/>
        </w:rPr>
        <w:br/>
      </w:r>
      <w:r>
        <w:rPr>
          <w:lang w:eastAsia="zh-CN"/>
        </w:rPr>
        <w:t>　　一年来，本人热爱党，热爱人民，坚持党的教育方针，忠诚党的教育事业。踏上工作岗位后认真学习了《教师法》、《未成年人保护法》、《义务教育法》等，思想端正，作风正派，服从领导的工作安排，积极参加各种会议，办事认真负责。热爱教育事业，把自己的精力、能力全部用于学校的教学过程中，并能自觉遵守职业道德，在学生中树立了良好的教师形象。能够主动与同事研究业务，互相学习，配合默契，教学水平共同提高，能够顾全大局，团结协作，顺利完成了各项任务。孔子说：三人行必有我师，特别是对我这个刚从事教学工作来说，学校领导和同行都给了我非常大的帮助，我也在听课评课中提高自己，反思自己的教学方式方法。</w:t>
      </w:r>
      <w:r>
        <w:rPr>
          <w:lang w:eastAsia="zh-CN"/>
        </w:rPr>
        <w:br/>
      </w:r>
      <w:r>
        <w:rPr>
          <w:lang w:eastAsia="zh-CN"/>
        </w:rPr>
        <w:t>　　二、业务知识和工作能力方面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一年来，我主要担任了两个班级的数学教学工作，由于我们使用的是新课标版本的教材，因此在上岗之前县里特地请了县里省里的名师对我们进行培训，从这次培训里我学到了很多东西，给我在实际教学中提供了很大的帮助。上个学期到现在一直担任两个班级的数学教学工作，在教学中我更深刻的理解课本，在把握课本的同时，采用多种教学手段，把新课改的要求体现到教学中去。提高学生分析问题和解决问题能力，培养学生学习数学的兴趣，积极开展各种数学活动，开阔大家的视野，帮助学生拓展思路，对基础知识能灵活运用，从而使同学们分析、解决问题的能力不断提高。</w:t>
      </w:r>
      <w:r>
        <w:rPr>
          <w:lang w:eastAsia="zh-CN"/>
        </w:rPr>
        <w:br/>
      </w:r>
      <w:r>
        <w:rPr>
          <w:lang w:eastAsia="zh-CN"/>
        </w:rPr>
        <w:t>　　三、工作态度勤奋敬业方面</w:t>
      </w:r>
      <w:r>
        <w:rPr>
          <w:lang w:eastAsia="zh-CN"/>
        </w:rPr>
        <w:br/>
      </w:r>
      <w:r>
        <w:rPr>
          <w:lang w:eastAsia="zh-CN"/>
        </w:rPr>
        <w:t>　　一年时间里从未无故缺席，第一学期我带两个班的数学教学工作，每周分别为16课时，第二学期每周16课时，准时到校上班，上课时精神饱满，积极参加各种会议，认真听课。</w:t>
      </w:r>
      <w:r>
        <w:rPr>
          <w:lang w:eastAsia="zh-CN"/>
        </w:rPr>
        <w:br/>
      </w:r>
      <w:r>
        <w:rPr>
          <w:lang w:eastAsia="zh-CN"/>
        </w:rPr>
        <w:t>　　四、工作业绩方面</w:t>
      </w:r>
      <w:r>
        <w:rPr>
          <w:lang w:eastAsia="zh-CN"/>
        </w:rPr>
        <w:br/>
      </w:r>
      <w:r>
        <w:rPr>
          <w:lang w:eastAsia="zh-CN"/>
        </w:rPr>
        <w:t>　　刚开始踏上工作岗位的时候由于我由于教学经验不足，我带的班级成绩不是很理想，后来在各位同事的帮助下，我努力提高自己的教学水平，积极听优秀老师的课，找到自己的差距和不足，不断学习改正，针对一些学生信心不足的问题，经常找他们谈话，及时了解他们在学习数学中的感触，不断鼓励他们，经过两个学期的努力，培养了一批数学学科的尖子生，并在不断扩大这个队伍，让大家对学习数学始终充满信心。在今后的工作中，本人将会更加努力，争取做得更好。短暂的试用期里无论在工作还是生活中都已经适应了，为此做一份总结这试用期的收获感想，一起来学习。</w:t>
      </w:r>
      <w:r>
        <w:rPr>
          <w:lang w:eastAsia="zh-CN"/>
        </w:rPr>
        <w:br/>
      </w:r>
      <w:r>
        <w:rPr>
          <w:lang w:eastAsia="zh-CN"/>
        </w:rPr>
        <w:t xml:space="preserve">    教师试用期个人工作总结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时光荏苒，一年时间已经从指缝间流逝，我在西海小学见习期的教育教学工作已到尾声，回顾这一年的工作，我感到万分的快乐与充实，因为我就是这样一路踏实的走来并从中体会到快乐与神圣的责任感！并且受益良多。在这一年中。我的生活和工作都发生了重大的改变，同时也让我深刻的体会到这份工作的纯真与美好。人生最快乐的事就是做自己喜欢做的事。我很庆幸能走上向往已久的三尺讲台。我的理想是用我的专业知识，去教育一批有理想、有担当、敢作敢为的时代精英，要成为学生们永生难忘的良师益友。与孩子们相处是我每天都必须面对，也是我每天最开心的事。望着那一张张天真可爱的笑脸，一切的烦恼与忧愁刹那间消退，生活如诗如画地在眼前飞扬，使心田灿烂，温馨甜美……我觉得小学教师是一个纯真和美好的职业。有人形容做小学教师这份职业将永远显得那么年轻和充满朝气。这种形容不无道理。当你面对孩子那双无比清澈充满童真的眼睛时，当你聆听着他们银铃般的笑声时，每个人都仿佛又重新回到了童年时光。这让我更叫喜欢这个职业，让我觉得这份职业如此纯真美好。</w:t>
      </w:r>
      <w:r>
        <w:rPr>
          <w:lang w:eastAsia="zh-CN"/>
        </w:rPr>
        <w:br/>
      </w:r>
      <w:r>
        <w:rPr>
          <w:lang w:eastAsia="zh-CN"/>
        </w:rPr>
        <w:t>　　可喜的是，在新教师培训学校一年的培训下，我努力将所学知识与实践相结合，积极吸收老教师的经验，通过学习和实践锻炼掌握各项教育技能，努力改善自己的不足，从而使得自己在教法上日趋成熟，为此，我在见习期内完成了如下学习和工作任务</w:t>
      </w:r>
      <w:r>
        <w:rPr>
          <w:lang w:eastAsia="zh-CN"/>
        </w:rPr>
        <w:br/>
      </w:r>
      <w:r>
        <w:rPr>
          <w:lang w:eastAsia="zh-CN"/>
        </w:rPr>
        <w:t>　　一、思想工作方面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俗话说：“活到老，学到老”，本人一直在各方面严格要求自己，努力地提高自己，勇于解剖自己，分析自己，正视自己，提高自身素质。在思想上严于律己，力争思想上和工作上在同事、学生的心目中都树立起榜样的作用。积极参加学校组织的各项活动。一年来，我服从学校的工作安排，配合领导和老师们做好校内外的各项工作。无论在什么情况下，我都没忘记“学为人师，行为世范”，并以品德至上来要求自己。我相信在以后的工作学习中，在同事们的帮助下，通过自己的努力，克服缺点，取得更大的进步。</w:t>
      </w:r>
      <w:r>
        <w:rPr>
          <w:lang w:eastAsia="zh-CN"/>
        </w:rPr>
        <w:br/>
      </w:r>
      <w:r>
        <w:rPr>
          <w:lang w:eastAsia="zh-CN"/>
        </w:rPr>
        <w:t>　　二、教育工作方面</w:t>
      </w:r>
      <w:r>
        <w:rPr>
          <w:lang w:eastAsia="zh-CN"/>
        </w:rPr>
        <w:br/>
      </w:r>
      <w:r>
        <w:rPr>
          <w:lang w:eastAsia="zh-CN"/>
        </w:rPr>
        <w:t>　　作为一名新教师，又面临着新课程改革，我在教育教学工作中遇到了不少困难。针对这些情况，在我积极参加区和学校组织培训的同时，虚心向有经验的教师讨教经验。在教学中，认真钻研新大纲、吃透教材，积极开拓教学思路，把一些先进的教学理论、科学的教学方法及先进现代教学手段灵活运用于课堂教学中，努力培养学生的合作交流、自主探究、勇于创新等能力。另外，本人在搞好教学工作的同时，还很注重教学经验的积累，有了心得体会就及时记下来与同事交流，不断的揣摩、思考、实验、修正，不仅对上课有很大帮助，对自身的素质也有很大的提高。</w:t>
      </w:r>
      <w:r>
        <w:rPr>
          <w:lang w:eastAsia="zh-CN"/>
        </w:rPr>
        <w:br/>
      </w:r>
      <w:r>
        <w:rPr>
          <w:lang w:eastAsia="zh-CN"/>
        </w:rPr>
        <w:t>　　1、积极参加区教师进修学院组织的各项培训工作。</w:t>
      </w:r>
      <w:r>
        <w:rPr>
          <w:lang w:eastAsia="zh-CN"/>
        </w:rPr>
        <w:br/>
      </w:r>
      <w:r>
        <w:rPr>
          <w:lang w:eastAsia="zh-CN"/>
        </w:rPr>
        <w:t>　　在这里非常感谢区进修学院为我们准备了包括师德教育、班主任工作、教育科研、多媒体教学等一系列的培训。在培训中，我的思想政治修养、师德修养水平和实践教学能力都得到很大的提高。尤其是在法律法规和班主任的教学上，让我明白了当老师，不但要关爱学生，而且还要时刻谨记法律上规定的条例，做个学生敬爱的好老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2、在区教研员和带教老师的指导下，圆满地完成了小学二到五年级的美术教学工作。</w:t>
      </w:r>
      <w:r>
        <w:rPr>
          <w:lang w:eastAsia="zh-CN"/>
        </w:rPr>
        <w:br/>
      </w:r>
      <w:r>
        <w:rPr>
          <w:lang w:eastAsia="zh-CN"/>
        </w:rPr>
        <w:t>　　我有幸能得到一位教学经验非常丰富的老师——邓益柱老师的指导，并在各个年级班主任的指导下学习管理学生，学会正确与学生交流的好方法，因为他们，使我在课堂的组织教学上有了质的提高，在与不同年龄的学生进行沟通方面掌握了相当有效的方法，还在学校与区教研员带领下参加了10余次区级公开课的观摩和讨论会。这些使我对美术教学有了新的认识。使我在教学过程中有了一些新的教法</w:t>
      </w:r>
      <w:r>
        <w:rPr>
          <w:lang w:eastAsia="zh-CN"/>
        </w:rPr>
        <w:br/>
      </w:r>
      <w:r>
        <w:rPr>
          <w:lang w:eastAsia="zh-CN"/>
        </w:rPr>
        <w:t>　　（1）抓住学生的兴趣。充分认识到兴趣是最好的老师，我接触到学生后并没有给学生讲要求，讲教材。而是多方面地引导学生探索课外知识。让学生加强对身边事物的认识能力，提高学习兴趣，激励学生进行自主探索和学会分析问题的能力。使美术成了他们最感兴趣的一门课。</w:t>
      </w:r>
      <w:r>
        <w:rPr>
          <w:lang w:eastAsia="zh-CN"/>
        </w:rPr>
        <w:br/>
      </w:r>
      <w:r>
        <w:rPr>
          <w:lang w:eastAsia="zh-CN"/>
        </w:rPr>
        <w:t>　　（2）鼓励学生说出自己的独特体验。四、五年级的学生已经有了自己独特的感受和体验，通过自己的认识和想象相结合，画出来都是幅很好的作品。在我的鼓励下，同学们能完整地表现出自己的想法，并且达到预期的效果，使绘画水平有了理想的提高。改变了学生之前画画总要看着什么东西才能画出来弊端。</w:t>
      </w:r>
      <w:r>
        <w:rPr>
          <w:lang w:eastAsia="zh-CN"/>
        </w:rPr>
        <w:br/>
      </w:r>
      <w:r>
        <w:rPr>
          <w:lang w:eastAsia="zh-CN"/>
        </w:rPr>
        <w:t>　　3、作为见习班主任，积极参与了班级的日常管理，并成功的成为学生心目中敬爱的班主任。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通过向教育指导老师和其他优秀班主任的学习，我认识到教育上单方面的严和爱都是不行的。班主任最主要的是要找到严和爱的切合点。在工作中注意</w:t>
      </w:r>
      <w:r>
        <w:rPr>
          <w:lang w:eastAsia="zh-CN"/>
        </w:rPr>
        <w:br/>
      </w:r>
      <w:r>
        <w:rPr>
          <w:lang w:eastAsia="zh-CN"/>
        </w:rPr>
        <w:t>　　（1）制定切实有效的班规，并通过班干部轮流制实；</w:t>
      </w:r>
      <w:r>
        <w:rPr>
          <w:lang w:eastAsia="zh-CN"/>
        </w:rPr>
        <w:br/>
      </w:r>
      <w:r>
        <w:rPr>
          <w:lang w:eastAsia="zh-CN"/>
        </w:rPr>
        <w:t>　　（2）凡事都说到做到，树立自己在学生心目中的地位；</w:t>
      </w:r>
      <w:r>
        <w:rPr>
          <w:lang w:eastAsia="zh-CN"/>
        </w:rPr>
        <w:br/>
      </w:r>
      <w:r>
        <w:rPr>
          <w:lang w:eastAsia="zh-CN"/>
        </w:rPr>
        <w:t>　　（3）关爱学困生，及时表扬成绩好的学生，采用多鼓励，多交流的方式进行辅导；</w:t>
      </w:r>
      <w:r>
        <w:rPr>
          <w:lang w:eastAsia="zh-CN"/>
        </w:rPr>
        <w:br/>
      </w:r>
      <w:r>
        <w:rPr>
          <w:lang w:eastAsia="zh-CN"/>
        </w:rPr>
        <w:t>　　（4）主动与学生家长交流，达成家校合一，携手培养孩子，关心孩子成长的教育方式。</w:t>
      </w:r>
      <w:r>
        <w:rPr>
          <w:lang w:eastAsia="zh-CN"/>
        </w:rPr>
        <w:br/>
      </w:r>
      <w:r>
        <w:rPr>
          <w:lang w:eastAsia="zh-CN"/>
        </w:rPr>
        <w:t>　　4、在美术教学中贯彻道德教育原则。</w:t>
      </w:r>
      <w:r>
        <w:rPr>
          <w:lang w:eastAsia="zh-CN"/>
        </w:rPr>
        <w:br/>
      </w:r>
      <w:r>
        <w:rPr>
          <w:lang w:eastAsia="zh-CN"/>
        </w:rPr>
        <w:t>　　教师的职责，古人概括为“传道、授业、解惑”，把道德教育放到了首位。教书必先育人，美术科也不例外。在小学美术教育中，学生的行为习惯的养成是非常重要的，就如学生在管理自己的学习用具上，培养让学生自己动手，自己以最快的时间整理好自己的学习用具，养成自己能做的事情自己做，同时培养同学之间的合作意识，快乐共享。</w:t>
      </w:r>
      <w:r>
        <w:rPr>
          <w:lang w:eastAsia="zh-CN"/>
        </w:rPr>
        <w:br/>
      </w:r>
      <w:r>
        <w:rPr>
          <w:lang w:eastAsia="zh-CN"/>
        </w:rPr>
        <w:t>　　除了一般的道德教育外，我觉得美术还是最容易培养学生自信心的科目之一。刚开始学画画时，一部分人总会有些胆怯，还有一部分人对着自己的工具直发呆。在老师的鼓励与诱导下，学生能够主动动手，到大胆下笔，细心处理画面，不到半学期便能使美术成为自己的一技之长了，这过程便是一个自信心的提升。我在课堂上极少批评打击学生，在肯定声中找到自我，从而信心百倍地去学好没每一笔，每一画。</w:t>
      </w:r>
      <w:r>
        <w:rPr>
          <w:lang w:eastAsia="zh-CN"/>
        </w:rPr>
        <w:br/>
      </w:r>
      <w:r>
        <w:rPr>
          <w:lang w:eastAsia="zh-CN"/>
        </w:rPr>
        <w:t>　　三、遵守纪律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本人严格遵守学校的各项规章制度，不迟到、不早退、有事主动请假。在工作中，尊敬领导、团结同事，能正确处理好与领导同事之间的关系。平时，勤俭节约、任劳任怨、对人真诚、热爱学生、人际关系和谐融洽，从不闹无原则的纠纷，处处以一名人民教师的要求来规范自己的言行，毫不松懈地培养自己的综合素质和能力。</w:t>
      </w:r>
      <w:r>
        <w:rPr>
          <w:lang w:eastAsia="zh-CN"/>
        </w:rPr>
        <w:br/>
      </w:r>
      <w:r>
        <w:rPr>
          <w:lang w:eastAsia="zh-CN"/>
        </w:rPr>
        <w:t>　　四、专业进修</w:t>
      </w:r>
      <w:r>
        <w:rPr>
          <w:lang w:eastAsia="zh-CN"/>
        </w:rPr>
        <w:br/>
      </w:r>
      <w:r>
        <w:rPr>
          <w:lang w:eastAsia="zh-CN"/>
        </w:rPr>
        <w:t>　　作为一名新老师，自身的学识相当重要，一天不学习，就会落后一截，因此，继续学习成为我工作学习中重要的一部分。我积极学习各种教育理论，积极参加各类培训，并且积极参加各类美术活动和比赛，以充实自己，以便在工作中以坚实的理论作为指导，更好地进行教育教学。学海无涯，在下一年里，还有的知识和经验是需要学习和借鉴的。</w:t>
      </w:r>
      <w:r>
        <w:rPr>
          <w:lang w:eastAsia="zh-CN"/>
        </w:rPr>
        <w:br/>
      </w:r>
      <w:r>
        <w:rPr>
          <w:lang w:eastAsia="zh-CN"/>
        </w:rPr>
        <w:t xml:space="preserve">    教师试用期个人工作总结 篇11 </w:t>
      </w:r>
      <w:r>
        <w:rPr>
          <w:lang w:eastAsia="zh-CN"/>
        </w:rPr>
        <w:br/>
      </w:r>
      <w:r>
        <w:rPr>
          <w:lang w:eastAsia="zh-CN"/>
        </w:rPr>
        <w:t>　　在这即将开始的教育试用期中，为了让整个实习工作更加顺利地、目标明确地进行，我对我的工作有如下：</w:t>
      </w:r>
      <w:r>
        <w:rPr>
          <w:lang w:eastAsia="zh-CN"/>
        </w:rPr>
        <w:br/>
      </w:r>
      <w:r>
        <w:rPr>
          <w:lang w:eastAsia="zh-CN"/>
        </w:rPr>
        <w:t>　　大三我们音乐教育专业的老师和学院安排了我们到广雅中学，华师附中，五羊小学，奥尔夫教育法培训班等见习，让我们提前了解老师这个教育平台的工作。</w:t>
      </w:r>
      <w:r>
        <w:rPr>
          <w:lang w:eastAsia="zh-CN"/>
        </w:rPr>
        <w:br/>
      </w:r>
      <w:r>
        <w:rPr>
          <w:lang w:eastAsia="zh-CN"/>
        </w:rPr>
        <w:t>　　广雅中学的学生音乐素质比较高，接受能力也强，所以老师所教的内容会适当加深一点。而且每节课都很精彩。华师附中的听课，又让我了解一些初中这一环节的情况。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高中生相对来说，有了初中音乐知识作为基础，更注重创作，老师只是引导作用,但初中生就要老师的带领，而且老师的领导也比较重要。五羊小学也是另一阶段的学生，小学生一般都比较天真活泼，什么都敢尝试，求知欲很强，主要就是引起他们的好奇心。</w:t>
      </w:r>
      <w:r>
        <w:rPr>
          <w:lang w:eastAsia="zh-CN"/>
        </w:rPr>
        <w:br/>
      </w:r>
      <w:r>
        <w:rPr>
          <w:lang w:eastAsia="zh-CN"/>
        </w:rPr>
        <w:t>　　初中生和高中生之间是衔接的关系，但毕竟是不同的两阶段，年龄不同,还有思想的转变。相对高中生来说，这些初中生要活跃一些，课堂气氛也活跃,没有高中生那么沉闷。对偶像的崇拜也热衷,明显一些,高中生就内敛多了。知识接受程度而言：初中生简单一些，普通学生(非专业的学生)没有什么音乐基础，只要点到为止，讲一些基本的音乐知识就够了，讲得太深，太复杂，学生不懂，很容易让学生失去了兴趣，导致课堂气氛沉闷，或学生在课堂上干些与音乐无关的，那音乐课就失去它的意义了。</w:t>
      </w:r>
      <w:r>
        <w:rPr>
          <w:lang w:eastAsia="zh-CN"/>
        </w:rPr>
        <w:br/>
      </w:r>
      <w:r>
        <w:rPr>
          <w:lang w:eastAsia="zh-CN"/>
        </w:rPr>
        <w:t>　　每次见习下来每个同学都要写见习心得，提醒我们今天学到了什么，有什么的感想，从而有什么启发，为接下来的实习做好准备。</w:t>
      </w:r>
      <w:r>
        <w:rPr>
          <w:lang w:eastAsia="zh-CN"/>
        </w:rPr>
        <w:br/>
      </w:r>
      <w:r>
        <w:rPr>
          <w:lang w:eastAsia="zh-CN"/>
        </w:rPr>
        <w:t>　　奥尔夫教学法就是比以上三个阶段更早的一个阶段，这个阶段历也会分几个小阶段，整个来说就根据孩子情况拟定教法，让孩子在轻松的情况下学习，不会是一种很硬的教与学的方式，即是玩中学。无论是那个阶段的学生，都要以生为本，从学生出发，让学生在学到课本知识之余，主要是感受音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还有教师师范技能方面的努力。粉笔字和普通话的训练。在上个学期末，我们学院以每个班级的学习小组为单位，组织进行微格试讲，从研读教材到编写教案，最后是课堂试讲，由小组成员进行点评，老师个别指导。整个微格试讲训练穿插在专业课的学习过程中，我们的微格教学能力有了一定的提高，试讲训练结束后，每人上交一份试讲视频作为评分作业。上个学期实习选校结束后，我们随即投入到实习队的准备工作中去，与实习学校取得联系，确定实习教材，明确整个实习流程，拟定实习前准备工作的计划。</w:t>
      </w:r>
      <w:r>
        <w:rPr>
          <w:lang w:eastAsia="zh-CN"/>
        </w:rPr>
        <w:br/>
      </w:r>
      <w:r>
        <w:rPr>
          <w:lang w:eastAsia="zh-CN"/>
        </w:rPr>
        <w:t>　　音乐实习教学一个月，在这个月里从学生到准教师的身份的转变是我受益匪浅，下面是个人自我。</w:t>
      </w:r>
      <w:r>
        <w:rPr>
          <w:lang w:eastAsia="zh-CN"/>
        </w:rPr>
        <w:br/>
      </w:r>
      <w:r>
        <w:rPr>
          <w:lang w:eastAsia="zh-CN"/>
        </w:rPr>
        <w:t>　　为期一个月的教育试用期里面，教育实习对每一个准教师来说，都是一步非常重要的棋，是我们师范类学生将理论付诸于实践的必需环节。我们可以通过实习，接触与专业相关的实际工作，综合运用所学的理论知识，基本技能和专业知识，把理论与实践相统一，用理论指导实践，提高自己在教育工作中的实际操作能力，而不仅仅是局限于书本的知识，理论的思维。这一个半月的实习，我收获了很多学校里学不到的知识，综合素质得到了很大的提高，体会了作为一名教师的光荣与责任，以及明白了成为一名优秀的教师所要付出的艰辛和劳累。</w:t>
      </w:r>
      <w:r>
        <w:rPr>
          <w:lang w:eastAsia="zh-CN"/>
        </w:rPr>
        <w:br/>
      </w:r>
      <w:r>
        <w:rPr>
          <w:lang w:eastAsia="zh-CN"/>
        </w:rPr>
        <w:t>　　在这短暂的日子里，作为实习班主任兼音乐实习老师，不仅积累了初步的班级管理和音乐教学经验，还深刻地体会到强烈的班级凝聚力和素质教育在具体实施过程中的困难性。</w:t>
      </w:r>
      <w:r>
        <w:rPr>
          <w:lang w:eastAsia="zh-CN"/>
        </w:rPr>
        <w:br/>
      </w:r>
      <w:r>
        <w:rPr>
          <w:lang w:eastAsia="zh-CN"/>
        </w:rPr>
        <w:t xml:space="preserve">    教师试用期个人工作总结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通过这次培训学习，让我对教师这个职业有了更加深入的认识。作为一名刚刚上岗的新教师，我要向那些长年在教育战线上辛勤工作的老教师学习，学习他们那种吃苦耐劳、甘心奉献的精神，把自己的全部青春和才智都奉献给教育事业。</w:t>
      </w:r>
      <w:r>
        <w:rPr>
          <w:lang w:eastAsia="zh-CN"/>
        </w:rPr>
        <w:br/>
      </w:r>
      <w:r>
        <w:rPr>
          <w:lang w:eastAsia="zh-CN"/>
        </w:rPr>
        <w:t>　　在这次培训学习中我学到了优秀教师应具备的素质和思想境界。在这里我谈一点自己的认识和感受。</w:t>
      </w:r>
      <w:r>
        <w:rPr>
          <w:lang w:eastAsia="zh-CN"/>
        </w:rPr>
        <w:br/>
      </w:r>
      <w:r>
        <w:rPr>
          <w:lang w:eastAsia="zh-CN"/>
        </w:rPr>
        <w:t>　　首先，因为自己刚从校园中走出来，我从一个学生转变为一个教师的角色，对于教学工作也只是纸上谈兵，如果想要成为一名优秀的人民教师，就要在以后的工作中多向老教师学习，不断充实自己，本着对每一位学生负责的态度和严谨的工作作风，认认真真备好每一节课、上好每一节课，保质保量地完成教学工作任务。在这次培训中我感觉高老师的关于班级常规管理的讲座我印象最深。很多时候我都看到了自己班里存在的一些问题，我也时常在请教一些有经验的老师，在向他们学习，在仿效他们的一些做法。但班级与班级之间还是存在很大差异的，而且很多行为习惯也并不是一朝一夕形成和能够改变的，于是我自己也一直在想方设法改变班级的一些不好现象，但自己摸索的脚步始终做不快。现在为我们新教师提供了“新教师培训”这个学习的平台，我想这对于我们的帮助是非常大的，这次麦老师从班级常规管理这个最贴近我们班主任工作的实际出发，谈了很多的经验，我们真的受益匪浅，我也在努力学习、仿效，争取在班级管理中能有所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我觉得有一句话说的特别好“我们不但是教育工作者，更是心育工作者。”我们不但要教育学生，成为他们的老师，更要和他们成为朋友，成为他们倾诉的对象，我想要做到这样不容易，需要老师付出慈父般的爱。我也时刻注意与学生的沟通，有时和他们开开玩笑，我想这样会更好地处理好老师与学生或者说朋友与朋友之间的关系，严的时候我不会手软，学生做得好了，我也绝不会吝啬我的表扬。我的老师说的都是非常细小但确实非常重要的一些事情与方法，听了以后我也在尝试做，感觉很好，真的很感谢这位老师，也感谢学校为我们提供这样好的学习的机会。让我们取其精华，弃其糟粕，把学到的一些适合自己班学生，或者适合自己的东西逐渐变成自己的东西，在学习中进步，在工作中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其次，树立正确的教学质量观，努力提高自己的课堂上的教学质量和效率。课堂上激发学生的兴趣，兴趣是最好的老师。根据学科的特点，要提高学生的参与积极性，把学生学习变“被动”为“主动”、变“强迫”为“自愿”。教课书的内容新颖丰富，包罗了社会百态和人生哲理，在讲课过程中要注意教学方式的多样化，可引起学生的新鲜和好奇，使学生获得精神的满足而产生学习的兴趣。特别是教学方式的多样化，最能吸引学生的兴趣。要求学生在掌握基本理论知识的基础上，突出技能训练。上课努力保持一种轻松、自由的思维方式，对上课内容有一种有意与无意地都会吸引学生到课堂中来，并且有一种凝聚到课堂中的无形的力量，使学生把学习当成一种乐趣，变“要我学”为“我要学”、“我爱学”。作为一名新教师，我不仅要向书本学习，而且要向周围的许多同行学习。对教师来说最为重要的是向学生学习，中国有句古话“弟子不必不如师，师不必贤于弟子”，是的，学生给我们提供的不是一个岗位，而是一个学习的机会，我想这大概也就是教学相长的道理吧。长期以来，不平等的师生关系造就了教师高高在上，学生惟命是从的局面，有多少教师能放下架子向学生学习呢?答案是几乎没有。所以，要真正做到向学生学习，我认为我们新教师首先要摆平心态，重新审视师生关系，这样教师和学生才能得到更大的发展。这也是我在这次培训中深刻认识到的一点。</w:t>
      </w:r>
      <w:r>
        <w:rPr>
          <w:lang w:eastAsia="zh-CN"/>
        </w:rPr>
        <w:br/>
      </w:r>
      <w:r>
        <w:rPr>
          <w:lang w:eastAsia="zh-CN"/>
        </w:rPr>
        <w:t>　　最后，从培训中我也学到了有关新教师的心理卫生和保健方面的知识，对于我们新教师在工作中遇到的问题作了一些反思和探讨，也为我们提供了很好的参照，要培养好学生，首先教师必须要有良好的素质和心态，这样才能为学生提供榜样。教学目的不仅仅是学生记住了哪些字词、会背诵多少首古诗，更重要的是教学的过程同样也是德育的过程，要让学生从这些优秀的文章中、从这些伟大的文学家身上学到做人的道理，人生的真谛。所以教师的心态和素质是非常重要的。</w:t>
      </w:r>
      <w:r>
        <w:rPr>
          <w:lang w:eastAsia="zh-CN"/>
        </w:rPr>
        <w:br/>
      </w:r>
      <w:r>
        <w:rPr>
          <w:lang w:eastAsia="zh-CN"/>
        </w:rPr>
        <w:t>　　培训的时光，不知不觉间就过去了。 感悟很多，思考很多，收获很多。老师的教育总是有限的，我会多向老教师请教，踏踏实实地做好每一件事情，我们总是在不断的实践中逐步成长的。我们未来的路还很长，我们学习的东西还很多，我们的责任真的很重大!</w:t>
      </w:r>
      <w:r>
        <w:rPr>
          <w:lang w:eastAsia="zh-CN"/>
        </w:rPr>
        <w:br/>
      </w:r>
      <w:r>
        <w:rPr>
          <w:lang w:eastAsia="zh-CN"/>
        </w:rPr>
        <w:t xml:space="preserve">    教师试用期个人工作总结 篇13 </w:t>
      </w:r>
      <w:r>
        <w:rPr>
          <w:lang w:eastAsia="zh-CN"/>
        </w:rPr>
        <w:br/>
      </w:r>
      <w:r>
        <w:rPr>
          <w:lang w:eastAsia="zh-CN"/>
        </w:rPr>
        <w:t>　　转眼间工作已将近一年的光阴了。这一年对付我这个刚刚走入社会的学生来说都可以用意义不凡来概括。在这近一年里我深刻体会到了做先生的艰辛和愉快，我把本身的芳华倾注于我所钟爱的教导事业上，倾注于每一个学生身上。以下是我对一年工作的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一、师德方面</w:t>
      </w:r>
      <w:r>
        <w:rPr>
          <w:lang w:eastAsia="zh-CN"/>
        </w:rPr>
        <w:br/>
      </w:r>
      <w:r>
        <w:rPr>
          <w:lang w:eastAsia="zh-CN"/>
        </w:rPr>
        <w:t>　　始终觉得作为一名教师应把师德放在一个极其紧张的地位上，因为这是教师的立身之本。学高为师，身正为范。从踏上讲台的第一天，我就时刻严格要求本身，力图做一个有高贵师德的人。我始终坚持给学生一个好的师范，希望从我这走出去的都是合格的学生。为了给本身的学生一个好的楷模，同时也是使本身陶冶情操，增强修养，进步本身程度。往后我将继承增强师德方面的修养，力图在这一方面有更大的进步。</w:t>
      </w:r>
      <w:r>
        <w:rPr>
          <w:lang w:eastAsia="zh-CN"/>
        </w:rPr>
        <w:br/>
      </w:r>
      <w:r>
        <w:rPr>
          <w:lang w:eastAsia="zh-CN"/>
        </w:rPr>
        <w:t>　　二、教授教化方面</w:t>
      </w:r>
      <w:r>
        <w:rPr>
          <w:lang w:eastAsia="zh-CN"/>
        </w:rPr>
        <w:br/>
      </w:r>
      <w:r>
        <w:rPr>
          <w:lang w:eastAsia="zh-CN"/>
        </w:rPr>
        <w:t>　　在教授教化筹备上，新先生面临的最大问题是不熟悉课本，不了解重、难点，也不知道应该怎样上课。对此，工作之初，我的心里十分发急，恐怕因为课上得欠好而影响了学生对知识的控制以及对这门课的兴趣。然则，我也坚信万事开首难。所以，我霉畚都很认真的备课，查阅材料把本身的教案写好，因为写好教案是上好课的前提。</w:t>
      </w:r>
      <w:r>
        <w:rPr>
          <w:lang w:eastAsia="zh-CN"/>
        </w:rPr>
        <w:br/>
      </w:r>
      <w:r>
        <w:rPr>
          <w:lang w:eastAsia="zh-CN"/>
        </w:rPr>
        <w:t>　　我有幸获得了教授教化经验异常富厚的卢先生和黄先生的指导，在教授教化方面给我提出许多名贵的建议。由于本身教授教化经验不够，有时还会在教授教化历程中碰到这样或那样的问题而不知如何处置惩罚。因而我客气向老教师学习，力图从他们那里尽快增加一些名贵的教授教化经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这些使我个人应付和处置惩罚讲堂林林总总问题的才能大大加强。为了把本身的教授教化程度进步，还常常网上找一些优秀的教案课件学习，还争取机会多出外听课，从中学习别人的优点，领悟此中的教授教化艺术。</w:t>
      </w:r>
      <w:r>
        <w:rPr>
          <w:lang w:eastAsia="zh-CN"/>
        </w:rPr>
        <w:br/>
      </w:r>
      <w:r>
        <w:rPr>
          <w:lang w:eastAsia="zh-CN"/>
        </w:rPr>
        <w:t>　　在从教授教化理论方面。我在课余光阴阅读了教导学理论的教授教化参考，而且还借阅大量关于小学英语教授教化的册本。在让先进的理论指导本身的教授教化实践的同时，我也在一次次的教授教化实践中来验证和成长这种理论。</w:t>
      </w:r>
      <w:r>
        <w:rPr>
          <w:lang w:eastAsia="zh-CN"/>
        </w:rPr>
        <w:br/>
      </w:r>
      <w:r>
        <w:rPr>
          <w:lang w:eastAsia="zh-CN"/>
        </w:rPr>
        <w:t>　　作为新教师，我唯有以最充分的筹备、最大的尽力去欢迎新的挑战。在往后的日子里，我将学习，提高，以更高的目标要求本身。做到学在教之先!学后教，透彻地学!</w:t>
      </w:r>
      <w:r>
        <w:rPr>
          <w:lang w:eastAsia="zh-CN"/>
        </w:rPr>
        <w:br/>
      </w:r>
      <w:r>
        <w:rPr>
          <w:lang w:eastAsia="zh-CN"/>
        </w:rPr>
        <w:t xml:space="preserve">    教师试用期个人工作总结 篇14 </w:t>
      </w:r>
      <w:r>
        <w:rPr>
          <w:lang w:eastAsia="zh-CN"/>
        </w:rPr>
        <w:br/>
      </w:r>
      <w:r>
        <w:rPr>
          <w:lang w:eastAsia="zh-CN"/>
        </w:rPr>
        <w:t>　　本人自20__年参加工作以来，一直兢兢业业，在校领导和同事们的支持和帮助下，我积极完成学校布置的各项任务。回顾这一学年，既忙碌，又充实，有许多值得总结和反思的地方，主要有以下几个方面：</w:t>
      </w:r>
      <w:r>
        <w:rPr>
          <w:lang w:eastAsia="zh-CN"/>
        </w:rPr>
        <w:br/>
      </w:r>
      <w:r>
        <w:rPr>
          <w:lang w:eastAsia="zh-CN"/>
        </w:rPr>
        <w:t>　　（一）思想领域</w:t>
      </w:r>
      <w:r>
        <w:rPr>
          <w:lang w:eastAsia="zh-CN"/>
        </w:rPr>
        <w:br/>
      </w:r>
    </w:p>
    <w:p w:rsidR="001B1F19" w14:textId="27C3F48A">
      <w:pPr>
        <w:rPr>
          <w:rFonts w:hint="eastAsia"/>
          <w:lang w:eastAsia="zh-CN"/>
        </w:rPr>
      </w:pPr>
      <w:r>
        <w:rPr>
          <w:lang w:eastAsia="zh-CN"/>
        </w:rPr>
        <w:t>　　工作以来，我一直坚持认真学习马克思列宁主义、毛泽东思想、中国特色社会主义理论体系，提高自身的思想觉悟，形成自身正确的人生观、世界观与价值观。日常工作生活中，我非常注意自身的品德行为，努力给树立一个良好的形象与榜样。同时，我也积极地参加学校组织的各种活动，例如积极参与20__年元旦文艺汇演、20__年五四文艺表演，担任策划人、主持人等。无论在什么情况下，我都没忘记“学高为师，身正为范”的教师高贵品格，并以“品德至上”来严格要求自己。一年来，我积极参加政治学习，每天关注国家大事，定期阅览“新华网”、“人民网”等媒体，关心国家大事与家乡大事，坚持四项基本原则，拥护党的各项方针政策，同时，在工作中，我注重团队精神的建设，做到团结同志，明确教育教学目的，态度自我端正，勤奋刻苦，具有一定的奉献精神。</w:t>
      </w:r>
      <w:r>
        <w:rPr>
          <w:lang w:eastAsia="zh-CN"/>
        </w:rPr>
        <w:br/>
      </w:r>
      <w:r>
        <w:rPr>
          <w:lang w:eastAsia="zh-CN"/>
        </w:rPr>
        <w:t>　　（二）教学领域</w:t>
      </w:r>
      <w:r>
        <w:rPr>
          <w:lang w:eastAsia="zh-CN"/>
        </w:rPr>
        <w:br/>
      </w:r>
      <w:r>
        <w:rPr>
          <w:lang w:eastAsia="zh-CN"/>
        </w:rPr>
        <w:t>　　一年以来，我担任着高一年级共五个班级的学科教学工作。在师傅的指导下，开了六次新教师汇报课，出了六份试卷。首先，在备课方面，本人虚心地向同事们特别是向师傅学习，一学年下来，累计听课次数近120次，学到并领悟了许多教学技巧，例如在教学素材时代化、生活化方面，要遴选广大学生感兴趣的、源于生活领域的材料作为教学切入点，提高教学效率；在教学基本技能领域，通过一个学期下来的教学实践，我在授课语言组织、逻辑思维方面也获得了诸多提升。</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https://d.book118.com/288031015006006045</w:t>
        </w:r>
      </w:hyperlink>
    </w:p>
    <w:p w:rsidR="001B1F19">
      <w:pPr>
        <w:rPr>
          <w:rFonts w:hint="eastAsia"/>
          <w:lang w:eastAsia="zh-CN"/>
        </w:rPr>
      </w:pPr>
    </w:p>
    <w:sectPr>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88031015006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