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技术岗位竞聘演讲稿</w:t>
      </w:r>
    </w:p>
    <w:p>
      <w:pPr>
        <w:spacing w:before="100" w:after="200" w:line="360" w:lineRule="auto"/>
        <w:jc w:val="left"/>
      </w:pPr>
      <w:r>
        <w:rPr>
          <w:rFonts w:ascii="宋体 (中文正文)" w:eastAsia="宋体" w:hAnsi="宋体 (中文正文)"/>
          <w:sz w:val="28"/>
        </w:rPr>
        <w:t>各位领导、同事们：</w:t>
      </w:r>
    </w:p>
    <w:p>
      <w:pPr>
        <w:spacing w:before="100" w:after="200" w:line="360" w:lineRule="auto"/>
        <w:ind w:firstLine="576"/>
        <w:jc w:val="left"/>
      </w:pPr>
      <w:r>
        <w:rPr>
          <w:rFonts w:ascii="宋体" w:eastAsia="宋体" w:hAnsi="宋体"/>
          <w:sz w:val="28"/>
        </w:rPr>
        <w:t>上午好！</w:t>
      </w:r>
    </w:p>
    <w:p>
      <w:pPr>
        <w:spacing w:before="100" w:after="200" w:line="360" w:lineRule="auto"/>
        <w:ind w:firstLine="576"/>
        <w:jc w:val="left"/>
      </w:pPr>
      <w:r>
        <w:rPr>
          <w:rFonts w:ascii="宋体" w:eastAsia="宋体" w:hAnsi="宋体"/>
          <w:sz w:val="28"/>
        </w:rPr>
        <w:t>感谢公司领导给我这样的机会让我参加竞聘。我叫陈丹，今年来到市交通基本检测公司工作，四年的检测工作使我学到很多专业知识，并且在日常工作中积累了大量检测经验。通过自己的努力，在领导将自己调配到洁城环保一个积累了丰硕的科研成果，有着美好发展前景科技环保公司。给我带来的是更多的机遇和挑战，我将会以更加积极、向上的态度严格要求自己。时逢这次难得的竞聘机会，我本着以公司为家的精神，为公司的发展贡献自己的力量，同时更进一步锻炼自己、提高自己的目的走上讲台，展示自我，接受评判。我没有辉煌的过去，只求、把握好现在和将来。今天，我参加公司实验室技术员职位的竞争，主要基于以下两个方面的考虑：</w:t>
      </w:r>
    </w:p>
    <w:p>
      <w:pPr>
        <w:spacing w:before="100" w:after="200" w:line="360" w:lineRule="auto"/>
        <w:ind w:firstLine="576"/>
        <w:jc w:val="left"/>
      </w:pPr>
      <w:r>
        <w:rPr>
          <w:rFonts w:ascii="宋体" w:eastAsia="宋体" w:hAnsi="宋体"/>
          <w:sz w:val="28"/>
        </w:rPr>
        <w:t>一方面我认为自己具备担任实验室主任的素质。</w:t>
      </w:r>
    </w:p>
    <w:p>
      <w:pPr>
        <w:spacing w:before="100" w:after="200" w:line="360" w:lineRule="auto"/>
        <w:ind w:firstLine="576"/>
        <w:jc w:val="left"/>
      </w:pPr>
      <w:r>
        <w:rPr>
          <w:rFonts w:ascii="宋体" w:eastAsia="宋体" w:hAnsi="宋体"/>
          <w:sz w:val="28"/>
        </w:rPr>
        <w:t>一是有吃苦耐劳、默默无闻的敬业精神，工作塌实，认真、积极进取。</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r>
        <w:rPr>
          <w:rFonts w:ascii="宋体" w:eastAsia="宋体" w:hAnsi="宋体"/>
          <w:sz w:val="28"/>
        </w:rPr>
        <w:t>在前几年的技术研发中和公路的检测中，一个为找出最佳的实验数据，一个为确保高速公路的质量，我们充分发扬不怕苦，不怕累的主人翁精神，与公司的兄弟姐妹们，不管在烈日当头的夏天，还是在大雪纷飞的冬天，我们任劳任怨，兢兢业业的站好每一班岗，完成公司的交给我们各项工作任务。</w:t>
      </w:r>
    </w:p>
    <w:p>
      <w:pPr>
        <w:spacing w:before="100" w:after="200" w:line="360" w:lineRule="auto"/>
        <w:ind w:firstLine="576"/>
        <w:jc w:val="left"/>
      </w:pPr>
      <w:r>
        <w:rPr>
          <w:rFonts w:ascii="宋体" w:eastAsia="宋体" w:hAnsi="宋体"/>
          <w:sz w:val="28"/>
        </w:rPr>
        <w:t>如今摆在我面前的是焕然一新、充满朝气、团结奋进、勇于创新的洁城科技环保公司。也是对我又一次的挑战与锻炼，同时也要接受领导和各位同志们的考验。</w:t>
      </w:r>
    </w:p>
    <w:p>
      <w:pPr>
        <w:spacing w:before="100" w:after="200" w:line="360" w:lineRule="auto"/>
        <w:ind w:firstLine="576"/>
        <w:jc w:val="left"/>
      </w:pPr>
      <w:r>
        <w:rPr>
          <w:rFonts w:ascii="宋体" w:eastAsia="宋体" w:hAnsi="宋体"/>
          <w:sz w:val="28"/>
        </w:rPr>
        <w:t>二是我有一定的专业技能和很高的学习兴趣。到公司以后工作后，我谦虚好学，不耻下问，系统学习了有关公路建设中所需实验的基础知识和相关的检测规范，掌握其目，了解其在公路建设中的重要性。并且3家公司对新孟路的压浆工作，走过弯路也取得领导的一些肯定，还参与了公司的几项科技成果的研发，在公司将来的发展方向上，为自身奠定了一些实践基础。</w:t>
      </w:r>
    </w:p>
    <w:p>
      <w:pPr>
        <w:spacing w:before="100" w:after="200" w:line="360" w:lineRule="auto"/>
        <w:ind w:firstLine="576"/>
        <w:jc w:val="left"/>
      </w:pPr>
      <w:r>
        <w:rPr>
          <w:rFonts w:ascii="宋体" w:eastAsia="宋体" w:hAnsi="宋体"/>
          <w:sz w:val="28"/>
        </w:rPr>
        <w:t>在日新月异的知识经济时代，我不干落伍，我报考了公路桥梁专业，进一步完善自己对公路建设的基础知识，同时也学习了计算机的相关知识，能够熟练地使用计算机进行文字处理和日常维护工作，从而充实了自己，以提高自身的业务水平。</w:t>
      </w:r>
    </w:p>
    <w:p>
      <w:pPr>
        <w:spacing w:before="100" w:after="200" w:line="360" w:lineRule="auto"/>
        <w:ind w:firstLine="576"/>
        <w:jc w:val="left"/>
      </w:pPr>
      <w:r>
        <w:rPr>
          <w:rFonts w:ascii="宋体" w:eastAsia="宋体" w:hAnsi="宋体"/>
          <w:sz w:val="28"/>
        </w:rPr>
        <w:t>三是有严于律己的优良品质和良好的工作作风我在日常生活和工作中，不断加强个人修养和自我锻炼，以“诚信为本”，严格要求自己，尊敬领导，团结同志，干好本职工作，发扬优点，克服缺点，再接再厉，争取早日实现自己的目标。</w:t>
      </w:r>
    </w:p>
    <w:p>
      <w:pPr>
        <w:spacing w:before="100" w:after="200" w:line="360" w:lineRule="auto"/>
        <w:ind w:firstLine="576"/>
        <w:jc w:val="left"/>
      </w:pPr>
      <w:r>
        <w:rPr>
          <w:rFonts w:ascii="宋体" w:eastAsia="宋体" w:hAnsi="宋体"/>
          <w:sz w:val="28"/>
        </w:rPr>
        <w:t>另一方面、我认为我有担任实验室主任的才能：</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r>
        <w:rPr>
          <w:rFonts w:ascii="宋体" w:eastAsia="宋体" w:hAnsi="宋体"/>
          <w:sz w:val="28"/>
        </w:rPr>
        <w:t>一是在年底阶段通过公司组织的思想政治学习。认识到自身的缺点，端正了自己的思想态度，提高了自身的思想觉悟。坚信着要以公司为家，拿出宽容大度的心胸和多为他人着想的爱心，发扬无私奉献的精神的工作态度。</w:t>
      </w:r>
    </w:p>
    <w:p>
      <w:pPr>
        <w:spacing w:before="100" w:after="200" w:line="360" w:lineRule="auto"/>
        <w:ind w:firstLine="576"/>
        <w:jc w:val="left"/>
      </w:pPr>
      <w:r>
        <w:rPr>
          <w:rFonts w:ascii="宋体" w:eastAsia="宋体" w:hAnsi="宋体"/>
          <w:sz w:val="28"/>
        </w:rPr>
        <w:t>二是有一定的业务能力和协调能力。常时间的公路实验和检测工作，使我熟知各个实验的基本操作规程，能熟练的操作各项仪器设备，并且以及对机器设备的型号和现状都有所了解，也积累了丰富的维护经验，不但工作起来得心应手，对于设备出现小的故障，能够及时参与排除。</w:t>
      </w:r>
    </w:p>
    <w:p>
      <w:pPr>
        <w:spacing w:before="100" w:after="200" w:line="360" w:lineRule="auto"/>
        <w:ind w:firstLine="576"/>
        <w:jc w:val="left"/>
      </w:pPr>
      <w:r>
        <w:rPr>
          <w:rFonts w:ascii="宋体" w:eastAsia="宋体" w:hAnsi="宋体"/>
          <w:sz w:val="28"/>
        </w:rPr>
        <w:t>通过这次竞聘，如若我竞聘成功我将笨鸟先飞，使实验工作更上一层。决不辜负公司领导对我的期望。</w:t>
      </w:r>
    </w:p>
    <w:p>
      <w:pPr>
        <w:spacing w:before="100" w:after="200" w:line="360" w:lineRule="auto"/>
        <w:ind w:firstLine="576"/>
        <w:jc w:val="left"/>
      </w:pPr>
      <w:r>
        <w:rPr>
          <w:rFonts w:ascii="宋体" w:eastAsia="宋体" w:hAnsi="宋体"/>
          <w:sz w:val="28"/>
        </w:rPr>
        <w:t>首先、摆正位置，当好领导的助手。在工作中服从公司领导的安排，做到多请示汇报，多交流通气，正确看待自己的长处和短处、扬长避短、团结协作。积极进取、既发扬以往好的作风、好的传统、埋头苦干、扎实工作；又注重在实践中摸索经验、探索路子，和大家一道努力，把实验技术提高一个台阶。尊重同事们的合理化建议，畅所欲言，为公司的发展出谋划策，充分调动每一位员工的工作积极性、能动性。</w:t>
      </w:r>
    </w:p>
    <w:p>
      <w:pPr>
        <w:spacing w:before="100" w:after="200" w:line="360" w:lineRule="auto"/>
        <w:ind w:firstLine="576"/>
        <w:jc w:val="left"/>
      </w:pPr>
      <w:r>
        <w:rPr>
          <w:rFonts w:ascii="宋体" w:eastAsia="宋体" w:hAnsi="宋体"/>
          <w:sz w:val="28"/>
        </w:rPr>
        <w:t>其次是加强基础管理工作，以制度管人，以理服人的管理原则。</w:t>
      </w:r>
    </w:p>
    <w:p>
      <w:pPr>
        <w:spacing w:before="100" w:after="200" w:line="360" w:lineRule="auto"/>
        <w:ind w:firstLine="576"/>
        <w:jc w:val="left"/>
      </w:pPr>
      <w:r>
        <w:rPr>
          <w:rFonts w:ascii="宋体" w:eastAsia="宋体" w:hAnsi="宋体"/>
          <w:sz w:val="28"/>
        </w:rPr>
        <w:t>针对公司制订的管理办法和奖罚制度。我将用真情和我们的每一位同事沟通，相互尊重，使大家有一个宽松的发展和创造空间。对公司的每个技术员工合理安排，各负其责。对于工作中积极主动、有创意、做出突出贡献的同志，给予肯定。对于工作懒散、得过且过的同志，我们给予批评教育帮助。对于违反维护规程和劳动纪律的同志坚决给予举报。不光要加强各个同志的业务学习，还要和每个人员相互探讨，掌握一些简单的日常维护工作。以减少人为操作造成设备损坏。</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p>
    <w:p>
      <w:pPr>
        <w:spacing w:before="100" w:after="200" w:line="360" w:lineRule="auto"/>
        <w:ind w:firstLine="576"/>
        <w:jc w:val="left"/>
      </w:pPr>
      <w:r>
        <w:rPr>
          <w:rFonts w:ascii="宋体" w:eastAsia="宋体" w:hAnsi="宋体"/>
          <w:sz w:val="28"/>
        </w:rPr>
        <w:t>此时的我在各位领导面前，还不够成熟，老练。但我有百倍的信心和毅力干好实验技术员的工作。这次竞聘不上、我也决不气馁。我将以更高的热情全心投入到公司的工作中，不管做什么发扬不讲价钱，听从领导分配，更不怨天忧人，干一行，爱一行，的精神，努力把工作做得最好，逐步完善自己，提高自己，为公司的事业奉献我微薄的力量。</w:t>
      </w:r>
    </w:p>
    <w:p>
      <w:pPr>
        <w:spacing w:before="100" w:after="200" w:line="360" w:lineRule="auto"/>
        <w:ind w:firstLine="576"/>
        <w:jc w:val="left"/>
      </w:pPr>
      <w:r>
        <w:rPr>
          <w:rFonts w:ascii="宋体" w:eastAsia="宋体" w:hAnsi="宋体"/>
          <w:sz w:val="28"/>
        </w:rPr>
        <w:t>演讲完毕！</w:t>
      </w:r>
    </w:p>
    <w:p>
      <w:pPr>
        <w:spacing w:before="100" w:after="200" w:line="360" w:lineRule="auto"/>
        <w:ind w:firstLine="576"/>
        <w:jc w:val="left"/>
      </w:pPr>
      <w:r>
        <w:rPr>
          <w:rFonts w:ascii="宋体" w:eastAsia="宋体" w:hAnsi="宋体"/>
          <w:sz w:val="28"/>
        </w:rPr>
        <w:t>谢谢大家！</w:t>
      </w:r>
    </w:p>
    <w:p>
      <w:pPr>
        <w:spacing w:before="100" w:after="200" w:line="360" w:lineRule="auto"/>
        <w:jc w:val="left"/>
      </w:pPr>
      <w:r>
        <w:rPr>
          <w:rFonts w:ascii="宋体 (中文正文)" w:eastAsia="宋体" w:hAnsi="宋体 (中文正文)"/>
          <w:sz w:val="28"/>
        </w:rPr>
        <w:t>尊敬的各位聘委：</w:t>
      </w:r>
    </w:p>
    <w:p>
      <w:pPr>
        <w:spacing w:before="100" w:after="200" w:line="360" w:lineRule="auto"/>
        <w:ind w:firstLine="576"/>
        <w:jc w:val="left"/>
      </w:pPr>
      <w:r>
        <w:rPr>
          <w:rFonts w:ascii="宋体" w:eastAsia="宋体" w:hAnsi="宋体"/>
          <w:sz w:val="28"/>
        </w:rPr>
        <w:t>大家好！</w:t>
      </w:r>
    </w:p>
    <w:p>
      <w:pPr>
        <w:spacing w:before="100" w:after="200" w:line="360" w:lineRule="auto"/>
        <w:ind w:firstLine="576"/>
        <w:jc w:val="left"/>
      </w:pPr>
      <w:r>
        <w:rPr>
          <w:rFonts w:ascii="宋体" w:eastAsia="宋体" w:hAnsi="宋体"/>
          <w:sz w:val="28"/>
        </w:rPr>
        <w:t>我是xx，xxxx年毕业于xx师范学院数学教育专业, 本科学历，同年到xxxx中学任教,至今15年。xxxx被认定为中教一级资格，现任教于xx市xx中学高三年级。</w:t>
      </w:r>
    </w:p>
    <w:p>
      <w:pPr>
        <w:spacing w:before="100" w:after="200" w:line="360" w:lineRule="auto"/>
        <w:ind w:firstLine="576"/>
        <w:jc w:val="left"/>
      </w:pPr>
      <w:r>
        <w:rPr>
          <w:rFonts w:ascii="宋体" w:eastAsia="宋体" w:hAnsi="宋体"/>
          <w:sz w:val="28"/>
        </w:rPr>
        <w:t>我竞聘的岗位是中教高级专业技术岗位；</w:t>
      </w:r>
    </w:p>
    <w:p>
      <w:pPr>
        <w:spacing w:before="100" w:after="200" w:line="360" w:lineRule="auto"/>
        <w:ind w:firstLine="576"/>
        <w:jc w:val="left"/>
      </w:pPr>
      <w:r>
        <w:rPr>
          <w:rFonts w:ascii="宋体" w:eastAsia="宋体" w:hAnsi="宋体"/>
          <w:sz w:val="28"/>
        </w:rPr>
        <w:t>首先，我具备下列基本条件：</w:t>
      </w:r>
    </w:p>
    <w:p>
      <w:pPr>
        <w:spacing w:before="100" w:after="200" w:line="360" w:lineRule="auto"/>
        <w:ind w:firstLine="576"/>
        <w:jc w:val="left"/>
      </w:pPr>
      <w:r>
        <w:rPr>
          <w:rFonts w:ascii="宋体" w:eastAsia="宋体" w:hAnsi="宋体"/>
          <w:sz w:val="28"/>
        </w:rPr>
        <w:t>（1）具有履行岗位职责所需要的政治理论水平，能够用马克思主义的立场、观点、方法分析和解决实际问题，工作实绩突出；</w:t>
      </w:r>
    </w:p>
    <w:p>
      <w:pPr>
        <w:spacing w:before="100" w:after="200" w:line="360" w:lineRule="auto"/>
        <w:ind w:firstLine="576"/>
        <w:jc w:val="left"/>
      </w:pPr>
      <w:r>
        <w:rPr>
          <w:rFonts w:ascii="宋体" w:eastAsia="宋体" w:hAnsi="宋体"/>
          <w:sz w:val="28"/>
        </w:rPr>
        <w:t>（2）具有胜任工作的组织能力、文化水平和专业知识，有较强的事业心和责任感；</w:t>
      </w:r>
    </w:p>
    <w:p>
      <w:pPr>
        <w:spacing w:before="100" w:after="200" w:line="360" w:lineRule="auto"/>
        <w:ind w:firstLine="576"/>
        <w:jc w:val="left"/>
      </w:pPr>
      <w:r>
        <w:rPr>
          <w:rFonts w:ascii="宋体" w:eastAsia="宋体" w:hAnsi="宋体"/>
          <w:sz w:val="28"/>
        </w:rPr>
        <w:t>（3）在近三年的年度考核中被评定为称职（合格）以上等次；</w:t>
      </w:r>
    </w:p>
    <w:p>
      <w:pPr>
        <w:spacing w:before="100" w:after="200" w:line="360" w:lineRule="auto"/>
        <w:ind w:firstLine="576"/>
        <w:jc w:val="left"/>
      </w:pPr>
      <w:r>
        <w:rPr>
          <w:rFonts w:ascii="宋体" w:eastAsia="宋体" w:hAnsi="宋体"/>
          <w:sz w:val="28"/>
        </w:rPr>
        <w:t>（4）身体健康，能坚持正常工作。</w:t>
      </w:r>
    </w:p>
    <w:p>
      <w:pPr>
        <w:spacing w:before="100" w:after="200" w:line="360" w:lineRule="auto"/>
        <w:ind w:firstLine="576"/>
        <w:jc w:val="left"/>
      </w:pPr>
      <w:r>
        <w:rPr>
          <w:rFonts w:ascii="宋体" w:eastAsia="宋体" w:hAnsi="宋体"/>
          <w:sz w:val="28"/>
        </w:rPr>
        <w:t>我具备基本条件与竞聘资格，回首三年来时路，细数曾经得与失，愿与大家分享。</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r>
        <w:rPr>
          <w:rFonts w:ascii="宋体" w:eastAsia="宋体" w:hAnsi="宋体"/>
          <w:sz w:val="28"/>
        </w:rPr>
        <w:t>在05、06、07连续三年的高三教学工作结束后，</w:t>
      </w:r>
    </w:p>
    <w:p>
      <w:pPr>
        <w:spacing w:before="100" w:after="200" w:line="360" w:lineRule="auto"/>
        <w:ind w:firstLine="576"/>
        <w:jc w:val="left"/>
      </w:pPr>
      <w:r>
        <w:rPr>
          <w:rFonts w:ascii="宋体" w:eastAsia="宋体" w:hAnsi="宋体"/>
          <w:sz w:val="28"/>
        </w:rPr>
        <w:t xml:space="preserve"> 20xx年与我省同步进入新课程并担任一年二班的班主任，在高三教学中，在班主任朱玉波、刘景侨老师的协助下，虽然所教是普通班，但当年高考数学成绩非常好。在任班主任期间，我努力寻求与学生的切入点，根据自己和学生的特点，制定出适当的管理模式。为了解学生的家庭情况。</w:t>
      </w:r>
    </w:p>
    <w:p>
      <w:pPr>
        <w:spacing w:before="100" w:after="200" w:line="360" w:lineRule="auto"/>
        <w:ind w:firstLine="576"/>
        <w:jc w:val="left"/>
      </w:pPr>
      <w:r>
        <w:rPr>
          <w:rFonts w:ascii="宋体" w:eastAsia="宋体" w:hAnsi="宋体"/>
          <w:sz w:val="28"/>
        </w:rPr>
        <w:t>从大年初二开始在爱人的陪同下进行家访，行踪遍及金厂、银厂，铁厂、砖厂、江南、江北甚至连出租车都上不去的地方。其中过程不必细说，只知最终学生信我、敬我。在高一结束时，我班56人中有37人成绩上升，平均进步9名。不知这个成绩算不算出色，也许班级管理存在不尽人意之处，但我欣喜地看到学生如我想象地成长。</w:t>
      </w:r>
    </w:p>
    <w:p>
      <w:pPr>
        <w:spacing w:before="100" w:after="200" w:line="360" w:lineRule="auto"/>
        <w:ind w:firstLine="576"/>
        <w:jc w:val="left"/>
      </w:pPr>
      <w:r>
        <w:rPr>
          <w:rFonts w:ascii="宋体" w:eastAsia="宋体" w:hAnsi="宋体"/>
          <w:sz w:val="28"/>
        </w:rPr>
        <w:t>在教学中，我努力汲取先进教育教学理念的养分丰富自己，让自己观念新，方法新，始终立于新课程的风口浪尖，手把红旗旗不湿。</w:t>
      </w:r>
    </w:p>
    <w:p>
      <w:pPr>
        <w:spacing w:before="100" w:after="200" w:line="360" w:lineRule="auto"/>
        <w:ind w:firstLine="576"/>
        <w:jc w:val="left"/>
      </w:pPr>
      <w:r>
        <w:rPr>
          <w:rFonts w:ascii="宋体" w:eastAsia="宋体" w:hAnsi="宋体"/>
          <w:sz w:val="28"/>
        </w:rPr>
        <w:t>三年来，我发表国家和省级论文多篇，并蒙领导信任，同事谦让，让我有多次与同行高手切磋的机会，有幸均不辱使命；20xx年盟校优质竞赛第一名，同年靖宇杯一等奖，东北三省优质课竞赛一等奖：20xx年省数学教学基本功大赛二等奖，省教学新秀选拔中走出通化并获综合素质优胜奖。20xx年德育案例一等奖，第六届科研成果一等奖，教学设计获三等奖。几年来我辅导的学生在数学竞赛中成绩优异，尤其今年学生崔哲源在全国高中数学联赛中获三等奖。</w:t>
      </w:r>
    </w:p>
    <w:p>
      <w:pPr>
        <w:spacing w:before="100" w:after="200" w:line="360" w:lineRule="auto"/>
        <w:ind w:firstLine="576"/>
        <w:jc w:val="left"/>
      </w:pPr>
      <w:r>
        <w:rPr>
          <w:rFonts w:ascii="宋体" w:eastAsia="宋体" w:hAnsi="宋体"/>
          <w:sz w:val="28"/>
        </w:rPr>
        <w:t>多年以来，我一直感受着身边人的善良与宽容，欣赏着大家的出色与精彩。记得有一次比赛归来，因为又得了一等奖，钟校长说：“我发现你现在已经到了一种境界和层次”，其实我想说，我个人是渺小的，真正强大的是默默站在我身后的群体，是你们给了我智慧和力量，为我扬帆加力，助我前行。请允许我对多年来给我帮助的你们表达最深的谢意，同时也期待着所有的人在下一时刻给我更大的支持和认同，谢谢</w:t>
      </w:r>
    </w:p>
    <w:p>
      <w:pPr>
        <w:spacing w:before="100" w:after="200" w:line="360" w:lineRule="auto"/>
        <w:jc w:val="left"/>
        <w:sectPr w:rsidSect="00034616">
          <w:type w:val="nextPage"/>
          <w:pgSz w:w="11906" w:h="16838"/>
          <w:pgMar w:top="1440" w:right="1440" w:bottom="1440" w:left="1440" w:header="720" w:footer="720" w:gutter="0"/>
          <w:pgNumType w:start="5"/>
          <w:cols w:space="720"/>
          <w:titlePg w:val="0"/>
          <w:docGrid w:linePitch="360"/>
        </w:sectPr>
      </w:pPr>
      <w:r>
        <w:rPr>
          <w:rFonts w:ascii="宋体 (中文正文)" w:eastAsia="宋体" w:hAnsi="宋体 (中文正文)"/>
          <w:sz w:val="28"/>
        </w:rPr>
        <w:t>尊敬的各位领导、各位同事：</w:t>
      </w:r>
    </w:p>
    <w:p>
      <w:pPr>
        <w:spacing w:before="100" w:after="200" w:line="360" w:lineRule="auto"/>
        <w:ind w:firstLine="576"/>
        <w:jc w:val="left"/>
      </w:pPr>
      <w:r>
        <w:rPr>
          <w:rFonts w:ascii="宋体" w:eastAsia="宋体" w:hAnsi="宋体"/>
          <w:sz w:val="28"/>
        </w:rPr>
        <w:t>大家好！</w:t>
      </w:r>
    </w:p>
    <w:p>
      <w:pPr>
        <w:spacing w:before="100" w:after="200" w:line="360" w:lineRule="auto"/>
        <w:ind w:firstLine="576"/>
        <w:jc w:val="left"/>
      </w:pPr>
      <w:r>
        <w:rPr>
          <w:rFonts w:ascii="宋体" w:eastAsia="宋体" w:hAnsi="宋体"/>
          <w:sz w:val="28"/>
        </w:rPr>
        <w:t>我是思想政治部的老师wm，我要竞聘的是专业技术岗位六级。竞聘理由如下：</w:t>
      </w:r>
    </w:p>
    <w:p>
      <w:pPr>
        <w:spacing w:before="100" w:after="200" w:line="360" w:lineRule="auto"/>
        <w:ind w:firstLine="576"/>
        <w:jc w:val="left"/>
      </w:pPr>
      <w:r>
        <w:rPr>
          <w:rFonts w:ascii="宋体" w:eastAsia="宋体" w:hAnsi="宋体"/>
          <w:sz w:val="28"/>
        </w:rPr>
        <w:t>1、我2022年大学毕业，参加工作时间比较早。</w:t>
      </w:r>
    </w:p>
    <w:p>
      <w:pPr>
        <w:spacing w:before="100" w:after="200" w:line="360" w:lineRule="auto"/>
        <w:ind w:firstLine="576"/>
        <w:jc w:val="left"/>
      </w:pPr>
      <w:r>
        <w:rPr>
          <w:rFonts w:ascii="宋体" w:eastAsia="宋体" w:hAnsi="宋体"/>
          <w:sz w:val="28"/>
        </w:rPr>
        <w:t>2、20xx年被聘现职，符合专业技术岗位六级聘任的要求。</w:t>
      </w:r>
    </w:p>
    <w:p>
      <w:pPr>
        <w:spacing w:before="100" w:after="200" w:line="360" w:lineRule="auto"/>
        <w:ind w:firstLine="576"/>
        <w:jc w:val="left"/>
      </w:pPr>
      <w:r>
        <w:rPr>
          <w:rFonts w:ascii="宋体" w:eastAsia="宋体" w:hAnsi="宋体"/>
          <w:sz w:val="28"/>
        </w:rPr>
        <w:t>我在xx校工作16年，在xx院工作已5年。认识我的、熟悉我的、了解我的人都会说wm是一个好人，我很享受也很感激同志们给我的评价，并以此来鞭策自己：本分做人、踏实做事；善待他人，爱岗敬业。我在工作中也一直坚持这一准则。</w:t>
      </w:r>
    </w:p>
    <w:p>
      <w:pPr>
        <w:spacing w:before="100" w:after="200" w:line="360" w:lineRule="auto"/>
        <w:ind w:firstLine="576"/>
        <w:jc w:val="left"/>
      </w:pPr>
      <w:r>
        <w:rPr>
          <w:rFonts w:ascii="宋体" w:eastAsia="宋体" w:hAnsi="宋体"/>
          <w:sz w:val="28"/>
        </w:rPr>
        <w:t>众所周知，由于学生素质的原因，在职业技术学校，做老师难，做政治老师更难。不爱上政治课是全国大学生的通病，我们学校学生的素质大家都了解，更是有过之而无不及。为了能吸引学生来上课，让学生坐得住、听进去、并真的能学一点儿东西，有一点儿提高。自己可以说是绞尽脑汁，想尽办法，在教学方法和教学内容上不断的进行尝试、创新，最后摸索出了有自己风格的教学方法：</w:t>
      </w:r>
    </w:p>
    <w:p>
      <w:pPr>
        <w:spacing w:before="100" w:after="200" w:line="360" w:lineRule="auto"/>
        <w:ind w:firstLine="576"/>
        <w:jc w:val="left"/>
      </w:pPr>
      <w:r>
        <w:rPr>
          <w:rFonts w:ascii="宋体" w:eastAsia="宋体" w:hAnsi="宋体"/>
          <w:sz w:val="28"/>
        </w:rPr>
        <w:t>1、不拘泥于书本儿。</w:t>
      </w:r>
    </w:p>
    <w:p>
      <w:pPr>
        <w:spacing w:before="100" w:after="200" w:line="360" w:lineRule="auto"/>
        <w:ind w:firstLine="576"/>
        <w:jc w:val="left"/>
      </w:pPr>
      <w:r>
        <w:rPr>
          <w:rFonts w:ascii="宋体" w:eastAsia="宋体" w:hAnsi="宋体"/>
          <w:sz w:val="28"/>
        </w:rPr>
        <w:t>2、注重学生的参与。</w:t>
      </w:r>
    </w:p>
    <w:p>
      <w:pPr>
        <w:spacing w:before="100" w:after="200" w:line="360" w:lineRule="auto"/>
        <w:ind w:firstLine="576"/>
        <w:jc w:val="left"/>
      </w:pPr>
      <w:r>
        <w:rPr>
          <w:rFonts w:ascii="宋体" w:eastAsia="宋体" w:hAnsi="宋体"/>
          <w:sz w:val="28"/>
        </w:rPr>
        <w:t>3、深入浅出、寓教于乐、生动活泼，突出课堂教学的趣味性。</w:t>
      </w:r>
    </w:p>
    <w:p>
      <w:pPr>
        <w:spacing w:before="100" w:after="200" w:line="360" w:lineRule="auto"/>
        <w:ind w:firstLine="576"/>
        <w:jc w:val="left"/>
      </w:pPr>
      <w:r>
        <w:rPr>
          <w:rFonts w:ascii="宋体" w:eastAsia="宋体" w:hAnsi="宋体"/>
          <w:sz w:val="28"/>
        </w:rPr>
        <w:t>使大多数学生通过学习，提高了思想转变了观念。找到了自信，找到了快乐，提高了能力，实现了转变。</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p>
    <w:p>
      <w:pPr>
        <w:spacing w:before="100" w:after="200" w:line="360" w:lineRule="auto"/>
        <w:ind w:firstLine="576"/>
        <w:jc w:val="left"/>
      </w:pPr>
      <w:r>
        <w:rPr>
          <w:rFonts w:ascii="宋体" w:eastAsia="宋体" w:hAnsi="宋体"/>
          <w:sz w:val="28"/>
        </w:rPr>
        <w:t>一份耕耘一分收获，自己真情付出的同时，也收获了学生的爱，现在牧医031、高尔夫草坪31等我以前教过的班的同学，看到我仍很亲切就像看到妈妈一样。意想不到的是，我还意外的收获了所任课班级班主任老师的尊重和好评。</w:t>
      </w:r>
    </w:p>
    <w:p>
      <w:pPr>
        <w:spacing w:before="100" w:after="200" w:line="360" w:lineRule="auto"/>
        <w:ind w:firstLine="576"/>
        <w:jc w:val="left"/>
      </w:pPr>
      <w:r>
        <w:rPr>
          <w:rFonts w:ascii="宋体" w:eastAsia="宋体" w:hAnsi="宋体"/>
          <w:sz w:val="28"/>
        </w:rPr>
        <w:t>做一名好老师是我的理想，我愿意为此终生执着追求。我热爱我的工作，我重视我的职责，我享受工作给我带来的快乐。</w:t>
      </w:r>
    </w:p>
    <w:p>
      <w:pPr>
        <w:spacing w:before="100" w:after="200" w:line="360" w:lineRule="auto"/>
        <w:ind w:firstLine="576"/>
        <w:jc w:val="left"/>
      </w:pPr>
      <w:r>
        <w:rPr>
          <w:rFonts w:ascii="宋体" w:eastAsia="宋体" w:hAnsi="宋体"/>
          <w:sz w:val="28"/>
        </w:rPr>
        <w:t>上善若水，水利万物而不争。是我的信仰，也是我多年努力追求想要达到的境界。我真诚的相信领导、同志们的公平、公正、公道，就像相信明天太阳会从东方升起一样，毫不怀疑。这也是我生活的动力，快乐的源泉。谢谢大家！</w:t>
      </w:r>
    </w:p>
    <w:p>
      <w:pPr>
        <w:spacing w:before="100" w:after="200" w:line="360" w:lineRule="auto"/>
        <w:jc w:val="left"/>
      </w:pPr>
      <w:r>
        <w:rPr>
          <w:rFonts w:ascii="宋体 (中文正文)" w:eastAsia="宋体" w:hAnsi="宋体 (中文正文)"/>
          <w:sz w:val="28"/>
        </w:rPr>
        <w:t>尊敬的领导、同事们：</w:t>
      </w:r>
    </w:p>
    <w:p>
      <w:pPr>
        <w:spacing w:before="100" w:after="200" w:line="360" w:lineRule="auto"/>
        <w:ind w:firstLine="576"/>
        <w:jc w:val="left"/>
      </w:pPr>
      <w:r>
        <w:rPr>
          <w:rFonts w:ascii="宋体" w:eastAsia="宋体" w:hAnsi="宋体"/>
          <w:sz w:val="28"/>
        </w:rPr>
        <w:t>大家好！</w:t>
      </w:r>
    </w:p>
    <w:p>
      <w:pPr>
        <w:spacing w:before="100" w:after="200" w:line="360" w:lineRule="auto"/>
        <w:ind w:firstLine="576"/>
        <w:jc w:val="left"/>
      </w:pPr>
      <w:r>
        <w:rPr>
          <w:rFonts w:ascii="宋体" w:eastAsia="宋体" w:hAnsi="宋体"/>
          <w:sz w:val="28"/>
        </w:rPr>
        <w:t>我叫xxx，大学毕业即从事xx通信维护，现任分公司无线技术支持。我竞聘的岗位是无线网技术支持。</w:t>
      </w:r>
    </w:p>
    <w:p>
      <w:pPr>
        <w:spacing w:before="100" w:after="200" w:line="360" w:lineRule="auto"/>
        <w:ind w:firstLine="576"/>
        <w:jc w:val="left"/>
      </w:pPr>
      <w:r>
        <w:rPr>
          <w:rFonts w:ascii="宋体" w:eastAsia="宋体" w:hAnsi="宋体"/>
          <w:sz w:val="28"/>
        </w:rPr>
        <w:t>在基层多年的工作经历，让我在无线方面具备了很强的实践经验，无论是无线网络重大故障处理、网络优化还是无线系统工程实施、无线系统规划，我都十分熟悉。工作以来，参加了多次技术谈判，并作为无线技术支援组成员对xx设备进行过健康检查、故障协查。在工作期间作为项目负责人带领优化团队进行了很多行之有效的规划、优化工作。</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p>
    <w:p>
      <w:pPr>
        <w:spacing w:before="100" w:after="200" w:line="360" w:lineRule="auto"/>
        <w:ind w:firstLine="576"/>
        <w:jc w:val="left"/>
      </w:pPr>
      <w:r>
        <w:rPr>
          <w:rFonts w:ascii="宋体" w:eastAsia="宋体" w:hAnsi="宋体"/>
          <w:sz w:val="28"/>
        </w:rPr>
        <w:t>随着xx通信形势的不断发展，在竞争中不断成熟壮大，网络规模也在不断的增加，给网络维护部门的支撑能力、反应速度和管理水平提出了新的挑战。提出了从优秀到卓越的跨越、建立卓越的运维体系的思路。由于xx通信网络是一个动态的多维系统，对网络的相关监测工作及网络优化工作都会随着网络的发展循序渐近的进行，不可能一蹴而就，一次完成，网络优化是一个长期的过程，它贯穿于网络发展的全过程，目的是为市场提供有效的支撑。</w:t>
      </w:r>
    </w:p>
    <w:p>
      <w:pPr>
        <w:spacing w:before="100" w:after="200" w:line="360" w:lineRule="auto"/>
        <w:ind w:firstLine="576"/>
        <w:jc w:val="left"/>
      </w:pPr>
      <w:r>
        <w:rPr>
          <w:rFonts w:ascii="宋体" w:eastAsia="宋体" w:hAnsi="宋体"/>
          <w:sz w:val="28"/>
        </w:rPr>
        <w:t>如果竞聘上无线网技术支持，我将充分利用现有的经验，不断学习，努力工作，在优化室主任的领导下，尽我所能，以网络为市场服务为中心，为营销前台提供优良的网络平台，为客户提供优质的服务网络。面对重大操作有信心、有实力、有支撑。开展全网设备网元的定期健康检查，找出可能影响网络安全的设备安全隐患，防范于未然，保障网络安全，针对设备及网络的典型问题，组织专家进行专项分析，制定解决方案，针对相关问题，进行专项网络优化。</w:t>
      </w:r>
    </w:p>
    <w:p>
      <w:pPr>
        <w:spacing w:before="100" w:after="200" w:line="360" w:lineRule="auto"/>
        <w:ind w:firstLine="576"/>
        <w:jc w:val="left"/>
      </w:pPr>
      <w:r>
        <w:rPr>
          <w:rFonts w:ascii="宋体" w:eastAsia="宋体" w:hAnsi="宋体"/>
          <w:sz w:val="28"/>
        </w:rPr>
        <w:t>针对目前厂家的支持服务，进行统一的管理，加强厂家支持服务的有效性，提高厂家服务质量。对于公司无法解决的技术问题，及时向厂家提出技术支援申请，实时跟踪处理情况，和厂家一起解决问题，总结经验，将有价值的经验汇总成册，组织维护人员学习。并在领导的支持下，尝试优化过程中的厂家完成的部分任务。同时积极组织维护人员培训，提升维护人员的技术水平，为打造卓越的网络做好人力储备。</w:t>
      </w:r>
    </w:p>
    <w:p>
      <w:pPr>
        <w:spacing w:before="100" w:after="200" w:line="360" w:lineRule="auto"/>
        <w:ind w:firstLine="576"/>
        <w:jc w:val="left"/>
      </w:pPr>
      <w:r>
        <w:rPr>
          <w:rFonts w:ascii="宋体" w:eastAsia="宋体" w:hAnsi="宋体"/>
          <w:sz w:val="28"/>
        </w:rPr>
        <w:t>作为一名xx员工，无论我当选与否，我将艰苦奋斗，开拓创新，不断提高网络质量，精心打造精品网络，为公司的发展和xx通信事业的明天贡献自己的全部力量。</w:t>
      </w:r>
    </w:p>
    <w:p>
      <w:pPr>
        <w:spacing w:before="100" w:after="200" w:line="360" w:lineRule="auto"/>
        <w:ind w:firstLine="576"/>
        <w:jc w:val="left"/>
      </w:pPr>
      <w:r>
        <w:rPr>
          <w:rFonts w:ascii="宋体" w:eastAsia="宋体" w:hAnsi="宋体"/>
          <w:sz w:val="28"/>
        </w:rPr>
        <w:t>最后，谢谢大家！</w:t>
      </w:r>
    </w:p>
    <w:p>
      <w:pPr>
        <w:spacing w:before="100" w:after="200" w:line="360" w:lineRule="auto"/>
        <w:jc w:val="left"/>
      </w:pPr>
      <w:r>
        <w:rPr>
          <w:rFonts w:ascii="宋体 (中文正文)" w:eastAsia="宋体" w:hAnsi="宋体 (中文正文)"/>
          <w:sz w:val="28"/>
        </w:rPr>
        <w:t>尊敬的各位领导和评委：</w:t>
      </w:r>
    </w:p>
    <w:p>
      <w:pPr>
        <w:spacing w:before="100" w:after="200" w:line="360" w:lineRule="auto"/>
        <w:ind w:firstLine="576"/>
        <w:jc w:val="left"/>
      </w:pPr>
      <w:r>
        <w:rPr>
          <w:rFonts w:ascii="宋体" w:eastAsia="宋体" w:hAnsi="宋体"/>
          <w:sz w:val="28"/>
        </w:rPr>
        <w:t>大家好！</w:t>
      </w:r>
    </w:p>
    <w:p>
      <w:pPr>
        <w:spacing w:before="100" w:after="200" w:line="360" w:lineRule="auto"/>
        <w:ind w:firstLine="576"/>
        <w:jc w:val="left"/>
      </w:pPr>
      <w:r>
        <w:rPr>
          <w:rFonts w:ascii="宋体" w:eastAsia="宋体" w:hAnsi="宋体"/>
          <w:sz w:val="28"/>
        </w:rPr>
        <w:t>我今天参加业务支撑中心数据技术支持岗位的竞聘。</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r>
        <w:rPr>
          <w:rFonts w:ascii="宋体" w:eastAsia="宋体" w:hAnsi="宋体"/>
          <w:sz w:val="28"/>
        </w:rPr>
        <w:t>首先我谈一下对xx数据业务的认识：</w:t>
      </w:r>
    </w:p>
    <w:p>
      <w:pPr>
        <w:spacing w:before="100" w:after="200" w:line="360" w:lineRule="auto"/>
        <w:ind w:firstLine="576"/>
        <w:jc w:val="left"/>
      </w:pPr>
      <w:r>
        <w:rPr>
          <w:rFonts w:ascii="宋体" w:eastAsia="宋体" w:hAnsi="宋体"/>
          <w:sz w:val="28"/>
        </w:rPr>
        <w:t>目前对xx运营商来说，用户高增长的重要性已经让位给了运营收入的增长，而各大xx运营商竞争已呈白热化的趋势，后果是语音业务值下降已成趋势，为了持续收入的持续上升，务必找到新的业务增长点，数据业务将担负起启动xx业新一轮增长的重任，各大运营商都在大力发展数据业务，能够说，谁抓住了数据业务，谁就在以后的竞争中处于优势。集团公司今年也在全国开展了“打造数据精品网”的活动，而xx数据网网络总体规模比较小，不像xx那样带给大规模的互连网接入业务，就应以大力发展有移动特色的数据业务为主，如：信息、无线，为以后发展以为代表的移动多媒体业务做准备。数据技术支持岗位的目标是做好数据网络维护工作和数据业务支撑，开发相关的增值业务，为集团用户带给信息化整体解决反感，用心进行数据网的网络优化和技术储备，积累移动数据网建设和维护经验，积聚相关维护人才。</w:t>
      </w:r>
    </w:p>
    <w:p>
      <w:pPr>
        <w:spacing w:before="100" w:after="200" w:line="360" w:lineRule="auto"/>
        <w:ind w:firstLine="576"/>
        <w:jc w:val="left"/>
      </w:pPr>
      <w:r>
        <w:rPr>
          <w:rFonts w:ascii="宋体" w:eastAsia="宋体" w:hAnsi="宋体"/>
          <w:sz w:val="28"/>
        </w:rPr>
        <w:t>xx此刻的数据网包括：信息、无线等系统，它牵扯到计费、传输、交换、等各个部门，而开展数据业务也多种多样，也因此对于数据技术支持这个岗位，需要一位兼有计算机、传输、无线通信的专业知识的人才，他既要有丰富的维护经验，又要具有必须的开发潜力，还要对对数据业务熟悉。我认为，数据业务技术支持岗位要做好下面的工作：</w:t>
      </w:r>
    </w:p>
    <w:p>
      <w:pPr>
        <w:spacing w:before="100" w:after="200" w:line="360" w:lineRule="auto"/>
        <w:ind w:firstLine="576"/>
        <w:jc w:val="left"/>
      </w:pPr>
      <w:r>
        <w:rPr>
          <w:rFonts w:ascii="宋体" w:eastAsia="宋体" w:hAnsi="宋体"/>
          <w:sz w:val="28"/>
        </w:rPr>
        <w:t>1、数据据业务相关网络设备的技术支持和网络维护工作。</w:t>
      </w:r>
    </w:p>
    <w:p>
      <w:pPr>
        <w:spacing w:before="100" w:after="200" w:line="360" w:lineRule="auto"/>
        <w:ind w:firstLine="576"/>
        <w:jc w:val="left"/>
      </w:pPr>
      <w:r>
        <w:rPr>
          <w:rFonts w:ascii="宋体" w:eastAsia="宋体" w:hAnsi="宋体"/>
          <w:sz w:val="28"/>
        </w:rPr>
        <w:t>2、开发可增值的数据业务。</w:t>
      </w:r>
    </w:p>
    <w:p>
      <w:pPr>
        <w:spacing w:before="100" w:after="200" w:line="360" w:lineRule="auto"/>
        <w:ind w:firstLine="576"/>
        <w:jc w:val="left"/>
      </w:pPr>
      <w:r>
        <w:rPr>
          <w:rFonts w:ascii="宋体" w:eastAsia="宋体" w:hAnsi="宋体"/>
          <w:sz w:val="28"/>
        </w:rPr>
        <w:t>3、数据业务分析、统计工作。</w:t>
      </w:r>
    </w:p>
    <w:p>
      <w:pPr>
        <w:spacing w:before="100" w:after="200" w:line="360" w:lineRule="auto"/>
        <w:ind w:firstLine="576"/>
        <w:jc w:val="left"/>
      </w:pPr>
      <w:r>
        <w:rPr>
          <w:rFonts w:ascii="宋体" w:eastAsia="宋体" w:hAnsi="宋体"/>
          <w:sz w:val="28"/>
        </w:rPr>
        <w:t>4、向集团用户带给信息化整体解决方案。</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r>
        <w:rPr>
          <w:rFonts w:ascii="宋体" w:eastAsia="宋体" w:hAnsi="宋体"/>
          <w:sz w:val="28"/>
        </w:rPr>
        <w:t>对于这个岗位，当然需要有较强的职责心和敬业精神，这是起码的要求，除此之外，我觉得我有以下几点优势：</w:t>
      </w:r>
    </w:p>
    <w:p>
      <w:pPr>
        <w:spacing w:before="100" w:after="200" w:line="360" w:lineRule="auto"/>
        <w:ind w:firstLine="576"/>
        <w:jc w:val="left"/>
      </w:pPr>
      <w:r>
        <w:rPr>
          <w:rFonts w:ascii="宋体" w:eastAsia="宋体" w:hAnsi="宋体"/>
          <w:sz w:val="28"/>
        </w:rPr>
        <w:t>1、我毕业于武汉测绘科技大学计算机系，专业十分对口，在大学的四年里，我系统地学习了计算机专业的课程，具有扎实的基础知识，对于新事物、新设备、新技术有着强烈的求知欲望，能够很快地理解并加以应用，个性擅长利用互联网来分析、解决问题。</w:t>
      </w:r>
    </w:p>
    <w:p>
      <w:pPr>
        <w:spacing w:before="100" w:after="200" w:line="360" w:lineRule="auto"/>
        <w:ind w:firstLine="576"/>
        <w:jc w:val="left"/>
      </w:pPr>
      <w:r>
        <w:rPr>
          <w:rFonts w:ascii="宋体" w:eastAsia="宋体" w:hAnsi="宋体"/>
          <w:sz w:val="28"/>
        </w:rPr>
        <w:t>2、我具有较强的专业潜力和丰富全面的数据网的维护经验，我曾在计算机中心工作了三年，负责前台微机、网络、主机的维护，又开发过亲情号码、一元包干的业务。当时除了处理计算机中心的业务之外，我还独立承担着、信息中心的维护任务。在传输中心的一年里，我主要的任务是维护、、等设备，侧重学习了路由器、数据交换机的知识。能够说，计算机、数据通信、传输、交换知识我都均有涉猎，知识面较为全面。在长期的维护过程中，我的技术水平得到了长足的进步，积累了丰富的维护经验，能够单独处理网络故障。在省公司七月份组织的全省数据网维护专业人员的考试中，我名列前茅，获得了“数据网技术标兵”，我很自信在技术潜力上我完全能够胜任这个岗位。</w:t>
      </w:r>
    </w:p>
    <w:p>
      <w:pPr>
        <w:spacing w:before="100" w:after="200" w:line="360" w:lineRule="auto"/>
        <w:ind w:firstLine="576"/>
        <w:jc w:val="left"/>
      </w:pPr>
      <w:r>
        <w:rPr>
          <w:rFonts w:ascii="宋体" w:eastAsia="宋体" w:hAnsi="宋体"/>
          <w:sz w:val="28"/>
        </w:rPr>
        <w:t>4、我具有较强的开发潜力。举两个例子：</w:t>
      </w:r>
    </w:p>
    <w:p>
      <w:pPr>
        <w:spacing w:before="100" w:after="200" w:line="360" w:lineRule="auto"/>
        <w:ind w:firstLine="576"/>
        <w:jc w:val="left"/>
      </w:pPr>
      <w:r>
        <w:rPr>
          <w:rFonts w:ascii="宋体" w:eastAsia="宋体" w:hAnsi="宋体"/>
          <w:sz w:val="28"/>
        </w:rPr>
        <w:t>1、数据网务必对每一天的设备进行详细的记录，以前每一天都是手工登陆到设备上执行各种指令，做完一次差不多需要两个多小时，而且还容易出错，之后我利用自己编程的特长，编写了自动登陆程序，使得检查时间缩短为十分钟。</w:t>
      </w:r>
    </w:p>
    <w:p>
      <w:pPr>
        <w:spacing w:before="100" w:after="200" w:line="360" w:lineRule="auto"/>
        <w:ind w:firstLine="576"/>
        <w:jc w:val="left"/>
      </w:pPr>
      <w:r>
        <w:rPr>
          <w:rFonts w:ascii="宋体" w:eastAsia="宋体" w:hAnsi="宋体"/>
          <w:sz w:val="28"/>
        </w:rPr>
        <w:t>2、为了提高的竞争力，我花了两个星期的时间，开发了视频点播系统。</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r>
        <w:rPr>
          <w:rFonts w:ascii="宋体" w:eastAsia="宋体" w:hAnsi="宋体"/>
          <w:sz w:val="28"/>
        </w:rPr>
        <w:t>6、由于我在计算机中心干过三年，对于数据统计工作很熟悉，所以我能够自己亲手进行数据业务的统计工作，并作出分析和研究。</w:t>
      </w:r>
    </w:p>
    <w:p>
      <w:pPr>
        <w:spacing w:before="100" w:after="200" w:line="360" w:lineRule="auto"/>
        <w:ind w:firstLine="576"/>
        <w:jc w:val="left"/>
      </w:pPr>
      <w:r>
        <w:rPr>
          <w:rFonts w:ascii="宋体" w:eastAsia="宋体" w:hAnsi="宋体"/>
          <w:sz w:val="28"/>
        </w:rPr>
        <w:t>如果我能够得到大家的认可，我将会用心配合其他人员，提出一系列意见和推荐进一步提高数据专业的维护水平，来提高xx的业务收入和知名度。</w:t>
      </w:r>
    </w:p>
    <w:p>
      <w:pPr>
        <w:spacing w:before="100" w:after="200" w:line="360" w:lineRule="auto"/>
        <w:jc w:val="left"/>
      </w:pPr>
      <w:r>
        <w:rPr>
          <w:rFonts w:ascii="宋体 (中文正文)" w:eastAsia="宋体" w:hAnsi="宋体 (中文正文)"/>
          <w:sz w:val="28"/>
        </w:rPr>
        <w:t>对此，我有几点设想：</w:t>
      </w:r>
    </w:p>
    <w:p>
      <w:pPr>
        <w:spacing w:before="100" w:after="200" w:line="360" w:lineRule="auto"/>
        <w:ind w:firstLine="576"/>
        <w:jc w:val="left"/>
      </w:pPr>
      <w:r>
        <w:rPr>
          <w:rFonts w:ascii="宋体" w:eastAsia="宋体" w:hAnsi="宋体"/>
          <w:sz w:val="28"/>
        </w:rPr>
        <w:t>1、这半年以来，有不少的互联网专线用户退网，其中还包括供电局等大客户，主要的原因是我们只有接入功能，没有带给相应的增值业务，据调查，大部分的用户上网是为了娱乐，个性是视频点播、在线游戏等业务，我们也能够像xx一样，开发电影、音乐在线、游戏在线业务等增值项目供用户选取。也能够选取和游戏开发商合作，这样为本地数据业务的顺利开展带给筹码。</w:t>
      </w:r>
    </w:p>
    <w:p>
      <w:pPr>
        <w:spacing w:before="100" w:after="200" w:line="360" w:lineRule="auto"/>
        <w:ind w:firstLine="576"/>
        <w:jc w:val="left"/>
      </w:pPr>
      <w:r>
        <w:rPr>
          <w:rFonts w:ascii="宋体" w:eastAsia="宋体" w:hAnsi="宋体"/>
          <w:sz w:val="28"/>
        </w:rPr>
        <w:t>2、由于在维护过程当中，发现许多问题具有共性，我们能够架设一个网站，把一些常见问题及解决方法放上去，还能够放一些电脑知识、补丁软件，系统升级软件，大家能够随时上去学习。还能够透过开展培训的方式，努力提高一般维护人员和县市分公司维护人员的数据网络维护水平。透过各种途径学习兄弟公司、合作伙伴甚至竞争对手的先进经验，将之运用到xx移动据网络维护工作中来。</w:t>
      </w:r>
    </w:p>
    <w:p>
      <w:pPr>
        <w:spacing w:before="100" w:after="200" w:line="360" w:lineRule="auto"/>
        <w:ind w:firstLine="576"/>
        <w:jc w:val="left"/>
        <w:sectPr w:rsidSect="00034616">
          <w:type w:val="nextPage"/>
          <w:pgSz w:w="11906" w:h="16838"/>
          <w:pgMar w:top="1440" w:right="1440" w:bottom="1440" w:left="1440" w:header="720" w:footer="720" w:gutter="0"/>
          <w:pgNumType w:start="11"/>
          <w:cols w:space="720"/>
          <w:titlePg w:val="0"/>
          <w:docGrid w:linePitch="360"/>
        </w:sectPr>
      </w:pPr>
      <w:r>
        <w:rPr>
          <w:rFonts w:ascii="宋体" w:eastAsia="宋体" w:hAnsi="宋体"/>
          <w:sz w:val="28"/>
        </w:rPr>
        <w:t>3、由于我们接入方式只有和光纤，没有xx的接入优势，成本比xx的要高得多，但并不是就不发展接入用户，我们也有自己的优势，一是我们的传输资源比较富余，二是我们能够带给一些捆绑的数据业务。由于本地传输网的升级，其传输设备能够带有口，这意味着我们能够大大地节省成本，使得城域网的建设成为可能，数据网的下一步工作就是配合传输打造城域网。在此基础上，就应增加多样的接入方式，个性就应推广接入方式，它有效地解决了最后一百米的接入问题。</w:t>
      </w:r>
    </w:p>
    <w:p>
      <w:pPr>
        <w:spacing w:before="100" w:after="200" w:line="360" w:lineRule="auto"/>
        <w:ind w:firstLine="576"/>
        <w:jc w:val="left"/>
      </w:pPr>
      <w:r>
        <w:rPr>
          <w:rFonts w:ascii="宋体" w:eastAsia="宋体" w:hAnsi="宋体"/>
          <w:sz w:val="28"/>
        </w:rPr>
        <w:t>4、由于以前的工作基本上是数据维护，对业务方面涉及地相对较少，跟客户的接触工作也仅限于维护方面，跟用户直接打交道很少，我想从几个方面提高自己：</w:t>
      </w:r>
    </w:p>
    <w:p>
      <w:pPr>
        <w:spacing w:before="100" w:after="200" w:line="360" w:lineRule="auto"/>
        <w:ind w:firstLine="576"/>
        <w:jc w:val="left"/>
      </w:pPr>
      <w:r>
        <w:rPr>
          <w:rFonts w:ascii="宋体" w:eastAsia="宋体" w:hAnsi="宋体"/>
          <w:sz w:val="28"/>
        </w:rPr>
        <w:t>一是尽快地熟悉各种数据业务，包括用途、资费、使用方法。</w:t>
      </w:r>
    </w:p>
    <w:p>
      <w:pPr>
        <w:spacing w:before="100" w:after="200" w:line="360" w:lineRule="auto"/>
        <w:ind w:firstLine="576"/>
        <w:jc w:val="left"/>
      </w:pPr>
      <w:r>
        <w:rPr>
          <w:rFonts w:ascii="宋体" w:eastAsia="宋体" w:hAnsi="宋体"/>
          <w:sz w:val="28"/>
        </w:rPr>
        <w:t>二是利用自己计算机潜力较强的优点，掌握各种数据业务的数据统计方法，这样就能够了解数据业务的发展特点，做好相应的分析研究工作，这一点要向有经验的同志学习。</w:t>
      </w:r>
    </w:p>
    <w:p>
      <w:pPr>
        <w:spacing w:before="100" w:after="200" w:line="360" w:lineRule="auto"/>
        <w:ind w:firstLine="576"/>
        <w:jc w:val="left"/>
      </w:pPr>
      <w:r>
        <w:rPr>
          <w:rFonts w:ascii="宋体" w:eastAsia="宋体" w:hAnsi="宋体"/>
          <w:sz w:val="28"/>
        </w:rPr>
        <w:t>三、加强对集团客户的服务的支撑工作，可分为两方面：一是要根据用户的实际状况，发挥移动自身的优势，给用户带给确实可行的信息化整体解决方案，二是做好用户的售后服务工作，包括带给处理障碍的技术支持和对用户提出的新的需求开发新的数据业务项目。</w:t>
      </w:r>
    </w:p>
    <w:p>
      <w:pPr>
        <w:spacing w:before="100" w:after="200" w:line="360" w:lineRule="auto"/>
        <w:ind w:firstLine="576"/>
        <w:jc w:val="left"/>
      </w:pPr>
      <w:r>
        <w:rPr>
          <w:rFonts w:ascii="宋体" w:eastAsia="宋体" w:hAnsi="宋体"/>
          <w:sz w:val="28"/>
        </w:rPr>
        <w:t>5、对数据网存在的问题，用心分析问题根源，制定并实施相应的解决方案。</w:t>
      </w:r>
    </w:p>
    <w:p>
      <w:pPr>
        <w:spacing w:before="100" w:after="200" w:line="360" w:lineRule="auto"/>
        <w:ind w:firstLine="576"/>
        <w:jc w:val="left"/>
      </w:pPr>
      <w:r>
        <w:rPr>
          <w:rFonts w:ascii="宋体" w:eastAsia="宋体" w:hAnsi="宋体"/>
          <w:sz w:val="28"/>
        </w:rPr>
        <w:t>如果我能够竞聘成功，请大家放心，我必须能将数据网的支撑工作做好。</w:t>
      </w:r>
    </w:p>
    <w:p>
      <w:pPr>
        <w:spacing w:before="100" w:after="200" w:line="360" w:lineRule="auto"/>
        <w:ind w:firstLine="576"/>
        <w:jc w:val="left"/>
      </w:pPr>
      <w:r>
        <w:rPr>
          <w:rFonts w:ascii="宋体" w:eastAsia="宋体" w:hAnsi="宋体"/>
          <w:sz w:val="28"/>
        </w:rPr>
        <w:t>最后谢谢各位领导和同事来参加我的竞聘演讲！谢谢！</w:t>
      </w:r>
    </w:p>
    <w:p>
      <w:pPr>
        <w:spacing w:before="100" w:after="200" w:line="360" w:lineRule="auto"/>
        <w:jc w:val="left"/>
      </w:pPr>
      <w:r>
        <w:rPr>
          <w:rFonts w:ascii="宋体 (中文正文)" w:eastAsia="宋体" w:hAnsi="宋体 (中文正文)"/>
          <w:sz w:val="28"/>
        </w:rPr>
        <w:t>尊敬的各位领导，各位评委，同志们：</w:t>
      </w:r>
    </w:p>
    <w:p>
      <w:pPr>
        <w:spacing w:before="100" w:after="200" w:line="360" w:lineRule="auto"/>
        <w:ind w:firstLine="576"/>
        <w:jc w:val="left"/>
      </w:pPr>
      <w:r>
        <w:rPr>
          <w:rFonts w:ascii="宋体" w:eastAsia="宋体" w:hAnsi="宋体"/>
          <w:sz w:val="28"/>
        </w:rPr>
        <w:t>大家好!</w:t>
      </w:r>
    </w:p>
    <w:p>
      <w:pPr>
        <w:spacing w:before="100" w:after="200" w:line="360" w:lineRule="auto"/>
        <w:ind w:firstLine="576"/>
        <w:jc w:val="left"/>
      </w:pPr>
      <w:r>
        <w:rPr>
          <w:rFonts w:ascii="宋体" w:eastAsia="宋体" w:hAnsi="宋体"/>
          <w:sz w:val="28"/>
        </w:rPr>
        <w:t>我叫xxx，大专学历，现年37岁，2022年参加工作，2022年入党，2022年被聘为农业技术员。</w:t>
      </w:r>
    </w:p>
    <w:p>
      <w:pPr>
        <w:spacing w:before="100" w:after="200" w:line="360" w:lineRule="auto"/>
        <w:ind w:firstLine="576"/>
        <w:jc w:val="left"/>
        <w:sectPr w:rsidSect="00034616">
          <w:type w:val="nextPage"/>
          <w:pgSz w:w="11906" w:h="16838"/>
          <w:pgMar w:top="1440" w:right="1440" w:bottom="1440" w:left="1440" w:header="720" w:footer="720" w:gutter="0"/>
          <w:pgNumType w:start="12"/>
          <w:cols w:space="720"/>
          <w:titlePg w:val="0"/>
          <w:docGrid w:linePitch="360"/>
        </w:sectPr>
      </w:pPr>
      <w:r>
        <w:rPr>
          <w:rFonts w:ascii="宋体" w:eastAsia="宋体" w:hAnsi="宋体"/>
          <w:sz w:val="28"/>
        </w:rPr>
        <w:t>我认为自己竞聘基层农技推广工作岗位，我还有以下四个方面的优势：</w:t>
      </w:r>
    </w:p>
    <w:p>
      <w:pPr>
        <w:spacing w:before="100" w:after="200" w:line="360" w:lineRule="auto"/>
        <w:ind w:firstLine="576"/>
        <w:jc w:val="left"/>
      </w:pPr>
      <w:r>
        <w:rPr>
          <w:rFonts w:ascii="宋体" w:eastAsia="宋体" w:hAnsi="宋体"/>
          <w:sz w:val="28"/>
        </w:rPr>
        <w:t>第一，我有专业优势，我毕业于农业院校，所学的是农学专业，干农技推广工作是我的正业，与隔行如隔山的门外汉相比，我专业对口，工作起来自然如鱼得水，我具有从事农技推广工作必备的基础条件。</w:t>
      </w:r>
    </w:p>
    <w:p>
      <w:pPr>
        <w:spacing w:before="100" w:after="200" w:line="360" w:lineRule="auto"/>
        <w:ind w:firstLine="576"/>
        <w:jc w:val="left"/>
      </w:pPr>
      <w:r>
        <w:rPr>
          <w:rFonts w:ascii="宋体" w:eastAsia="宋体" w:hAnsi="宋体"/>
          <w:sz w:val="28"/>
        </w:rPr>
        <w:t>第三，我有年龄优势，常言道：三十而立。三十岁前后，是人的一生中精力最旺盛、创造力最强、干事效率最高的时期。我将近而立之年，身体健康，精力旺盛，头脑灵活，思想成熟，面对新时期、新形势，对基层农技推广工作提出的新要求，我完全有能力、更有精力从容应对。</w:t>
      </w:r>
    </w:p>
    <w:p>
      <w:pPr>
        <w:spacing w:before="100" w:after="200" w:line="360" w:lineRule="auto"/>
        <w:ind w:firstLine="576"/>
        <w:jc w:val="left"/>
      </w:pPr>
      <w:r>
        <w:rPr>
          <w:rFonts w:ascii="宋体" w:eastAsia="宋体" w:hAnsi="宋体"/>
          <w:sz w:val="28"/>
        </w:rPr>
        <w:t>第四，我有技能优势，一方面，在多年来的工作中，我养成了勤于学习的习惯，对新事物接受快、掌握好;另一方面，为了能与现代农技推广工作接轨，我自学掌握了计算机操作技能，并能熟练运用现代办公工具进行远程技术学习和信息交流;另外，我有较强的文字功底，基层工作期间，我先后数十次参加了局、乡镇和农技站等各级组织的各项农情调研和科技攻关活动，撰写了数十篇调研报告和技术文章，其中参与撰写的多篇专业论文在省级以上刊物上发表。这些能力，对我今后推广农技、宣传农情、服务农民，必将起到积极地推动作用。</w:t>
      </w:r>
    </w:p>
    <w:p>
      <w:pPr>
        <w:spacing w:before="100" w:after="200" w:line="360" w:lineRule="auto"/>
        <w:ind w:firstLine="576"/>
        <w:jc w:val="left"/>
      </w:pPr>
      <w:r>
        <w:rPr>
          <w:rFonts w:ascii="宋体" w:eastAsia="宋体" w:hAnsi="宋体"/>
          <w:sz w:val="28"/>
        </w:rPr>
        <w:t>如果这次竞岗成功，我计划从以下五个方面继续努力工作，让自己在理想的道路上走得更好、走得更远。</w:t>
      </w:r>
    </w:p>
    <w:p>
      <w:pPr>
        <w:spacing w:before="100" w:after="200" w:line="360" w:lineRule="auto"/>
        <w:ind w:firstLine="576"/>
        <w:jc w:val="left"/>
      </w:pPr>
      <w:r>
        <w:rPr>
          <w:rFonts w:ascii="宋体" w:eastAsia="宋体" w:hAnsi="宋体"/>
          <w:sz w:val="28"/>
        </w:rPr>
        <w:t>一是坚持政治修养与专业学习相结合，不断提升自身政治素养和业务素质;二是坚持理论与实践相结合，不断提高自身农技推广和基层工作能力;三是坚持试验引进与示范推广相结合，高标准完成岗位工作任务;四是坚持宣传培训与入户指导相结合，不断提高农技推广服务效果;五是坚持总结继承与发展创新相结合，不断提高自身技术储备和参谋服务水平，努力为我市农技推广事业发展作出自己应有的贡献。</w:t>
      </w:r>
    </w:p>
    <w:p>
      <w:pPr>
        <w:spacing w:before="100" w:after="200" w:line="360" w:lineRule="auto"/>
        <w:ind w:firstLine="576"/>
        <w:jc w:val="left"/>
      </w:pPr>
      <w:r>
        <w:rPr>
          <w:rFonts w:ascii="宋体" w:eastAsia="宋体" w:hAnsi="宋体"/>
          <w:sz w:val="28"/>
        </w:rPr>
        <w:t>谢谢大家!</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https://d.book118.com/295221311241011123</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13"/>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295221311241011123"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