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﻿你能不能...你后面的领子竖起来了</w:t>
        <w:br/>
        <w:t>If</w:t>
      </w:r>
      <w:r>
        <w:t xml:space="preserve"> you</w:t>
      </w:r>
      <w:r>
        <w:t xml:space="preserve"> could</w:t>
      </w:r>
      <w:r>
        <w:t xml:space="preserve"> just...</w:t>
      </w:r>
      <w:r>
        <w:t xml:space="preserve"> Your</w:t>
      </w:r>
      <w:r>
        <w:t xml:space="preserve"> collar</w:t>
      </w:r>
      <w:r>
        <w:t xml:space="preserve"> is</w:t>
      </w:r>
      <w:r>
        <w:t xml:space="preserve"> just</w:t>
      </w:r>
      <w:r>
        <w:t xml:space="preserve"> stood</w:t>
      </w:r>
      <w:r>
        <w:t xml:space="preserve"> up</w:t>
      </w:r>
      <w:r>
        <w:t xml:space="preserve"> at</w:t>
      </w:r>
      <w:r>
        <w:t xml:space="preserve"> the</w:t>
      </w:r>
      <w:r>
        <w:t xml:space="preserve"> back.</w:t>
        <w:br/>
        <w:t>-</w:t>
      </w:r>
      <w:r>
        <w:t xml:space="preserve"> 把它拉出来</w:t>
      </w:r>
      <w:r>
        <w:t xml:space="preserve"> -</w:t>
      </w:r>
      <w:r>
        <w:t xml:space="preserve"> 这里?</w:t>
        <w:br/>
        <w:t>-</w:t>
      </w:r>
      <w:r>
        <w:t xml:space="preserve"> Just</w:t>
      </w:r>
      <w:r>
        <w:t xml:space="preserve"> pull</w:t>
      </w:r>
      <w:r>
        <w:t xml:space="preserve"> it</w:t>
      </w:r>
      <w:r>
        <w:t xml:space="preserve"> out.</w:t>
      </w:r>
      <w:r>
        <w:t xml:space="preserve"> -</w:t>
      </w:r>
      <w:r>
        <w:t xml:space="preserve"> This</w:t>
      </w:r>
      <w:r>
        <w:t xml:space="preserve"> here?</w:t>
        <w:br/>
        <w:t>这样好些了吗?</w:t>
        <w:br/>
        <w:t>Is</w:t>
      </w:r>
      <w:r>
        <w:t xml:space="preserve"> that</w:t>
      </w:r>
      <w:r>
        <w:t xml:space="preserve"> any</w:t>
      </w:r>
      <w:r>
        <w:t xml:space="preserve"> better?</w:t>
        <w:br/>
        <w:t>我叫奥特玛·沙夫奈尔</w:t>
        <w:br/>
        <w:t>My</w:t>
      </w:r>
      <w:r>
        <w:t xml:space="preserve"> name</w:t>
      </w:r>
      <w:r>
        <w:t xml:space="preserve"> is</w:t>
      </w:r>
      <w:r>
        <w:t xml:space="preserve"> Otmar</w:t>
      </w:r>
      <w:r>
        <w:t xml:space="preserve"> Szafnauer,</w:t>
        <w:br/>
        <w:t>BWT阿尔派</w:t>
      </w:r>
      <w:r>
        <w:t xml:space="preserve"> 一级方程式车队的车队经理</w:t>
        <w:br/>
        <w:t>Team</w:t>
      </w:r>
      <w:r>
        <w:t xml:space="preserve"> Principal</w:t>
      </w:r>
      <w:r>
        <w:t xml:space="preserve"> of</w:t>
      </w:r>
      <w:r>
        <w:t xml:space="preserve"> the</w:t>
      </w:r>
      <w:r>
        <w:t xml:space="preserve"> BWT</w:t>
      </w:r>
      <w:r>
        <w:t xml:space="preserve"> Alpine</w:t>
      </w:r>
      <w:r>
        <w:t xml:space="preserve"> Formula</w:t>
      </w:r>
      <w:r>
        <w:t xml:space="preserve"> 1</w:t>
      </w:r>
      <w:r>
        <w:t xml:space="preserve"> team.</w:t>
        <w:br/>
        <w:t>T恤尺码?</w:t>
        <w:br/>
        <w:t>T-shirt</w:t>
      </w:r>
      <w:r>
        <w:t xml:space="preserve"> size?</w:t>
        <w:br/>
        <w:t>加大号&amp;hearts;</w:t>
        <w:br/>
        <w:t>Uh,</w:t>
      </w:r>
      <w:r>
        <w:t xml:space="preserve"> XL.</w:t>
        <w:br/>
        <w:t>好的</w:t>
        <w:br/>
        <w:t>Got</w:t>
      </w:r>
      <w:r>
        <w:t xml:space="preserve"> it.</w:t>
        <w:br/>
        <w:t>抱歉</w:t>
      </w:r>
      <w:r>
        <w:t xml:space="preserve"> 我戴着麦克风</w:t>
      </w:r>
      <w:r>
        <w:t xml:space="preserve"> 再问我一次</w:t>
        <w:br/>
        <w:t>Uh,</w:t>
      </w:r>
      <w:r>
        <w:t xml:space="preserve"> sorry,</w:t>
      </w:r>
      <w:r>
        <w:t xml:space="preserve"> I'm</w:t>
      </w:r>
      <w:r>
        <w:t xml:space="preserve"> miked</w:t>
      </w:r>
      <w:r>
        <w:t xml:space="preserve"> up.</w:t>
      </w:r>
      <w:r>
        <w:t xml:space="preserve"> Ask</w:t>
      </w:r>
      <w:r>
        <w:t xml:space="preserve"> me</w:t>
      </w:r>
      <w:r>
        <w:t xml:space="preserve"> that</w:t>
      </w:r>
      <w:r>
        <w:t xml:space="preserve"> again.</w:t>
        <w:br/>
        <w:t>-</w:t>
      </w:r>
      <w:r>
        <w:t xml:space="preserve"> T恤尺码是什么?</w:t>
      </w:r>
      <w:r>
        <w:t xml:space="preserve"> -</w:t>
      </w:r>
      <w:r>
        <w:t xml:space="preserve"> 中号&amp;hearts;</w:t>
        <w:br/>
        <w:t>Uh,</w:t>
      </w:r>
      <w:r>
        <w:t xml:space="preserve"> what</w:t>
      </w:r>
      <w:r>
        <w:t xml:space="preserve"> T-shirt</w:t>
      </w:r>
      <w:r>
        <w:t xml:space="preserve"> size?</w:t>
        <w:br/>
        <w:t>好嘞</w:t>
        <w:br/>
        <w:t>-</w:t>
      </w:r>
      <w:r>
        <w:t xml:space="preserve"> Medium.</w:t>
      </w:r>
      <w:r>
        <w:t xml:space="preserve"> -</w:t>
      </w:r>
      <w:r>
        <w:t xml:space="preserve"> There</w:t>
      </w:r>
      <w:r>
        <w:t xml:space="preserve"> you</w:t>
      </w:r>
      <w:r>
        <w:t xml:space="preserve"> go.</w:t>
        <w:br/>
        <w:t>(纽约</w:t>
      </w:r>
      <w:r>
        <w:t xml:space="preserve"> 哥伦比亚大学)</w:t>
        <w:br/>
        <w:t>代表哥伦比亚大学</w:t>
      </w:r>
      <w:r>
        <w:t xml:space="preserve"> 我们的整个体育管理项目...</w:t>
        <w:br/>
        <w:t>On</w:t>
      </w:r>
      <w:r>
        <w:t xml:space="preserve"> behalf</w:t>
      </w:r>
      <w:r>
        <w:t xml:space="preserve"> of</w:t>
      </w:r>
      <w:r>
        <w:t xml:space="preserve"> Columbia</w:t>
      </w:r>
      <w:r>
        <w:t xml:space="preserve"> University,</w:t>
      </w:r>
      <w:r>
        <w:t xml:space="preserve"> our</w:t>
      </w:r>
      <w:r>
        <w:t xml:space="preserve"> entire</w:t>
      </w:r>
      <w:r>
        <w:t xml:space="preserve"> sports-management</w:t>
      </w:r>
      <w:r>
        <w:t xml:space="preserve"> program...</w:t>
        <w:br/>
        <w:t>非常荣幸能迎来</w:t>
      </w:r>
      <w:r>
        <w:t xml:space="preserve"> 一位有着26年一级方程式经验的老将</w:t>
        <w:br/>
        <w:t>it</w:t>
      </w:r>
      <w:r>
        <w:t xml:space="preserve"> is</w:t>
      </w:r>
      <w:r>
        <w:t xml:space="preserve"> an</w:t>
      </w:r>
      <w:r>
        <w:t xml:space="preserve"> incredible</w:t>
      </w:r>
      <w:r>
        <w:t xml:space="preserve"> pleasure</w:t>
      </w:r>
      <w:r>
        <w:t xml:space="preserve"> to</w:t>
      </w:r>
      <w:r>
        <w:t xml:space="preserve"> welcome</w:t>
      </w:r>
      <w:r>
        <w:t xml:space="preserve"> a</w:t>
      </w:r>
      <w:r>
        <w:t xml:space="preserve"> 26-year</w:t>
      </w:r>
      <w:r>
        <w:t xml:space="preserve"> Formula</w:t>
      </w:r>
      <w:r>
        <w:t xml:space="preserve"> 1</w:t>
      </w:r>
      <w:r>
        <w:t xml:space="preserve"> veteran,</w:t>
        <w:br/>
        <w:t>奥特玛·沙夫奈尔</w:t>
        <w:br/>
        <w:t>Otmar</w:t>
      </w:r>
      <w:r>
        <w:t xml:space="preserve"> Szafnauer.</w:t>
        <w:br/>
        <w:t>谢谢大家抽出时间过来</w:t>
        <w:br/>
        <w:t>Thanks</w:t>
      </w:r>
      <w:r>
        <w:t xml:space="preserve"> for</w:t>
      </w:r>
      <w:r>
        <w:t xml:space="preserve"> your</w:t>
      </w:r>
      <w:r>
        <w:t xml:space="preserve"> time</w:t>
      </w:r>
      <w:r>
        <w:t xml:space="preserve"> and</w:t>
      </w:r>
      <w:r>
        <w:t xml:space="preserve"> thanks</w:t>
      </w:r>
      <w:r>
        <w:t xml:space="preserve"> for</w:t>
      </w:r>
      <w:r>
        <w:t xml:space="preserve"> coming.</w:t>
        <w:br/>
        <w:t>你如何选择</w:t>
      </w:r>
      <w:r>
        <w:t xml:space="preserve"> 让哪个车手加入一级方程式车队?</w:t>
        <w:br/>
        <w:t>How</w:t>
      </w:r>
      <w:r>
        <w:t xml:space="preserve"> do</w:t>
      </w:r>
      <w:r>
        <w:t xml:space="preserve"> you</w:t>
      </w:r>
      <w:r>
        <w:t xml:space="preserve"> choose</w:t>
      </w:r>
      <w:r>
        <w:t xml:space="preserve"> which</w:t>
      </w:r>
      <w:r>
        <w:t xml:space="preserve"> drivers</w:t>
      </w:r>
      <w:r>
        <w:t xml:space="preserve"> will</w:t>
      </w:r>
      <w:r>
        <w:t xml:space="preserve"> join</w:t>
      </w:r>
      <w:r>
        <w:t xml:space="preserve"> an</w:t>
      </w:r>
      <w:r>
        <w:t xml:space="preserve"> F1</w:t>
      </w:r>
      <w:r>
        <w:t xml:space="preserve"> team?</w:t>
        <w:br/>
        <w:t>我们想要速度最快的车手</w:t>
        <w:br/>
        <w:t>You</w:t>
      </w:r>
      <w:r>
        <w:t xml:space="preserve"> want</w:t>
      </w:r>
      <w:r>
        <w:t xml:space="preserve"> the</w:t>
      </w:r>
      <w:r>
        <w:t xml:space="preserve"> fastest</w:t>
      </w:r>
      <w:r>
        <w:t xml:space="preserve"> drivers.</w:t>
        <w:br/>
        <w:t>另外还得从那些</w:t>
        <w:br/>
        <w:t>You</w:t>
      </w:r>
      <w:r>
        <w:t xml:space="preserve"> also</w:t>
      </w:r>
      <w:r>
        <w:t xml:space="preserve"> have</w:t>
      </w:r>
      <w:r>
        <w:t xml:space="preserve"> to</w:t>
      </w:r>
      <w:r>
        <w:t xml:space="preserve"> choose</w:t>
        <w:br/>
        <w:t>能够加入车队的人当中去选择</w:t>
        <w:br/>
        <w:t>from</w:t>
      </w:r>
      <w:r>
        <w:t xml:space="preserve"> those</w:t>
      </w:r>
      <w:r>
        <w:t xml:space="preserve"> that</w:t>
      </w:r>
      <w:r>
        <w:t xml:space="preserve"> are</w:t>
      </w:r>
      <w:r>
        <w:t xml:space="preserve"> available.</w:t>
        <w:br/>
        <w:t>我们已经有了埃斯特班·奥康</w:t>
        <w:br/>
        <w:t>We</w:t>
      </w:r>
      <w:r>
        <w:t xml:space="preserve"> already</w:t>
      </w:r>
      <w:r>
        <w:t xml:space="preserve"> have</w:t>
      </w:r>
      <w:r>
        <w:t xml:space="preserve"> Esteban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Ocon.</w:t>
        <w:br/>
        <w:t>我非常期待这个赛季</w:t>
      </w:r>
      <w:r>
        <w:t xml:space="preserve"> 因为皮埃尔·加斯利加入了我们</w:t>
        <w:br/>
        <w:t>And</w:t>
      </w:r>
      <w:r>
        <w:t xml:space="preserve"> this</w:t>
      </w:r>
      <w:r>
        <w:t xml:space="preserve"> season,</w:t>
      </w:r>
      <w:r>
        <w:t xml:space="preserve"> I'm</w:t>
      </w:r>
      <w:r>
        <w:t xml:space="preserve"> excited</w:t>
      </w:r>
      <w:r>
        <w:t xml:space="preserve"> because</w:t>
      </w:r>
      <w:r>
        <w:t xml:space="preserve"> Pierre</w:t>
      </w:r>
      <w:r>
        <w:t xml:space="preserve"> Gasly</w:t>
      </w:r>
      <w:r>
        <w:t xml:space="preserve"> joins</w:t>
      </w:r>
      <w:r>
        <w:t xml:space="preserve"> us.</w:t>
        <w:br/>
        <w:t>通常我都会看清楚内容再签字</w:t>
      </w:r>
      <w:r>
        <w:t xml:space="preserve"> 我应该这样吗?</w:t>
        <w:br/>
        <w:t>Usually,</w:t>
      </w:r>
      <w:r>
        <w:t xml:space="preserve"> I</w:t>
      </w:r>
      <w:r>
        <w:t xml:space="preserve"> always</w:t>
      </w:r>
      <w:r>
        <w:t xml:space="preserve"> read</w:t>
      </w:r>
      <w:r>
        <w:t xml:space="preserve"> what</w:t>
      </w:r>
      <w:r>
        <w:t xml:space="preserve"> I</w:t>
      </w:r>
      <w:r>
        <w:t xml:space="preserve"> sign.</w:t>
      </w:r>
      <w:r>
        <w:t xml:space="preserve"> Should</w:t>
      </w:r>
      <w:r>
        <w:t xml:space="preserve"> I?</w:t>
        <w:br/>
        <w:t>你们会成为一支很棒的球队吗?</w:t>
        <w:br/>
        <w:t>So</w:t>
      </w:r>
      <w:r>
        <w:t xml:space="preserve"> you</w:t>
      </w:r>
      <w:r>
        <w:t xml:space="preserve"> guys</w:t>
      </w:r>
      <w:r>
        <w:t xml:space="preserve"> are</w:t>
      </w:r>
      <w:r>
        <w:t xml:space="preserve"> gonna</w:t>
      </w:r>
      <w:r>
        <w:t xml:space="preserve"> be</w:t>
      </w:r>
      <w:r>
        <w:t xml:space="preserve"> a</w:t>
      </w:r>
      <w:r>
        <w:t xml:space="preserve"> great</w:t>
      </w:r>
      <w:r>
        <w:t xml:space="preserve"> team?</w:t>
        <w:br/>
        <w:t>我们有两位非常优秀的车手</w:t>
        <w:br/>
        <w:t>We</w:t>
      </w:r>
      <w:r>
        <w:t xml:space="preserve"> have</w:t>
      </w:r>
      <w:r>
        <w:t xml:space="preserve"> great</w:t>
      </w:r>
      <w:r>
        <w:t xml:space="preserve"> drivers.</w:t>
        <w:br/>
        <w:t>我只需要让大家朝着同一个方向努力</w:t>
        <w:br/>
        <w:t>I</w:t>
      </w:r>
      <w:r>
        <w:t xml:space="preserve"> just</w:t>
      </w:r>
      <w:r>
        <w:t xml:space="preserve"> need</w:t>
      </w:r>
      <w:r>
        <w:t xml:space="preserve"> to</w:t>
      </w:r>
      <w:r>
        <w:t xml:space="preserve"> get</w:t>
      </w:r>
      <w:r>
        <w:t xml:space="preserve"> everyone</w:t>
      </w:r>
      <w:r>
        <w:t xml:space="preserve"> to</w:t>
      </w:r>
      <w:r>
        <w:t xml:space="preserve"> pull</w:t>
      </w:r>
      <w:r>
        <w:t xml:space="preserve"> in</w:t>
      </w:r>
      <w:r>
        <w:t xml:space="preserve"> the</w:t>
      </w:r>
      <w:r>
        <w:t xml:space="preserve"> same</w:t>
      </w:r>
      <w:r>
        <w:t xml:space="preserve"> direction.</w:t>
        <w:br/>
        <w:t>合作的物种</w:t>
        <w:br/>
        <w:t>Species</w:t>
      </w:r>
      <w:r>
        <w:t xml:space="preserve"> that</w:t>
      </w:r>
      <w:r>
        <w:t xml:space="preserve"> collaborate</w:t>
        <w:br/>
        <w:t>能够生存</w:t>
        <w:br/>
        <w:t>survive.</w:t>
        <w:br/>
        <w:t>自私的物种则会灭亡</w:t>
        <w:br/>
        <w:t>Species</w:t>
      </w:r>
      <w:r>
        <w:t xml:space="preserve"> that</w:t>
      </w:r>
      <w:r>
        <w:t xml:space="preserve"> are</w:t>
      </w:r>
      <w:r>
        <w:t xml:space="preserve"> selfish</w:t>
      </w:r>
      <w:r>
        <w:t xml:space="preserve"> go</w:t>
      </w:r>
      <w:r>
        <w:t xml:space="preserve"> extinct.</w:t>
        <w:br/>
        <w:t>优秀的团队也一样</w:t>
        <w:br/>
        <w:t>High-performing</w:t>
      </w:r>
      <w:r>
        <w:t xml:space="preserve"> teams</w:t>
      </w:r>
      <w:r>
        <w:t xml:space="preserve"> are</w:t>
      </w:r>
      <w:r>
        <w:t xml:space="preserve"> the</w:t>
      </w:r>
      <w:r>
        <w:t xml:space="preserve"> same.</w:t>
        <w:br/>
        <w:t>因为如果你错了</w:t>
      </w:r>
      <w:r>
        <w:t xml:space="preserve"> 它会反噬你</w:t>
        <w:br/>
        <w:t>If</w:t>
      </w:r>
      <w:r>
        <w:t xml:space="preserve"> you</w:t>
      </w:r>
      <w:r>
        <w:t xml:space="preserve"> get</w:t>
      </w:r>
      <w:r>
        <w:t xml:space="preserve"> it</w:t>
      </w:r>
      <w:r>
        <w:t xml:space="preserve"> wrong,</w:t>
      </w:r>
      <w:r>
        <w:t xml:space="preserve"> it</w:t>
      </w:r>
      <w:r>
        <w:t xml:space="preserve"> bites</w:t>
      </w:r>
      <w:r>
        <w:t xml:space="preserve"> you.</w:t>
        <w:br/>
        <w:t>《Formula</w:t>
      </w:r>
      <w:r>
        <w:t xml:space="preserve"> 1:疾速争胜》</w:t>
        <w:br/>
        <w:t>剧名:《内战》</w:t>
        <w:br/>
        <w:t>(法国</w:t>
      </w:r>
      <w:r>
        <w:t xml:space="preserve"> 戛纳)</w:t>
        <w:br/>
        <w:t>大家好</w:t>
        <w:br/>
        <w:t>Hello.</w:t>
        <w:br/>
        <w:t>你化身皮埃尔·克鲁尼</w:t>
        <w:br/>
        <w:t>It's</w:t>
      </w:r>
      <w:r>
        <w:t xml:space="preserve"> Pierre</w:t>
      </w:r>
      <w:r>
        <w:t xml:space="preserve"> Clooney.</w:t>
        <w:br/>
        <w:t>来吧</w:t>
      </w:r>
      <w:r>
        <w:t xml:space="preserve"> Netflix</w:t>
        <w:br/>
        <w:t>Let's</w:t>
      </w:r>
      <w:r>
        <w:t xml:space="preserve"> go,</w:t>
      </w:r>
      <w:r>
        <w:t xml:space="preserve"> Netflix.</w:t>
        <w:br/>
        <w:t>你喜欢高角度还是低角度的照片?</w:t>
        <w:br/>
        <w:t>Do</w:t>
      </w:r>
      <w:r>
        <w:t xml:space="preserve"> you</w:t>
      </w:r>
      <w:r>
        <w:t xml:space="preserve"> prefer</w:t>
      </w:r>
      <w:r>
        <w:t xml:space="preserve"> high</w:t>
      </w:r>
      <w:r>
        <w:t xml:space="preserve"> or</w:t>
      </w:r>
      <w:r>
        <w:t xml:space="preserve"> low</w:t>
      </w:r>
      <w:r>
        <w:t xml:space="preserve"> angle?</w:t>
        <w:br/>
        <w:t>我喜欢这样</w:t>
        <w:br/>
        <w:t>I</w:t>
      </w:r>
      <w:r>
        <w:t xml:space="preserve"> prefer</w:t>
      </w:r>
      <w:r>
        <w:t xml:space="preserve"> it</w:t>
      </w:r>
      <w:r>
        <w:t xml:space="preserve"> like</w:t>
      </w:r>
      <w:r>
        <w:t xml:space="preserve"> this.</w:t>
      </w:r>
      <w:r>
        <w:t xml:space="preserve"> A</w:t>
      </w:r>
      <w:r>
        <w:t xml:space="preserve"> little</w:t>
      </w:r>
      <w:r>
        <w:t xml:space="preserve"> higher.</w:t>
        <w:br/>
        <w:t>-</w:t>
      </w:r>
      <w:r>
        <w:t xml:space="preserve"> 上面还是下面?</w:t>
      </w:r>
      <w:r>
        <w:t xml:space="preserve"> -</w:t>
      </w:r>
      <w:r>
        <w:t xml:space="preserve"> 稍微高一点</w:t>
        <w:br/>
        <w:t>I</w:t>
      </w:r>
      <w:r>
        <w:t xml:space="preserve"> prefer</w:t>
      </w:r>
      <w:r>
        <w:t xml:space="preserve"> it</w:t>
      </w:r>
      <w:r>
        <w:t xml:space="preserve"> like</w:t>
      </w:r>
      <w:r>
        <w:t xml:space="preserve"> this.</w:t>
      </w:r>
      <w:r>
        <w:t xml:space="preserve"> A</w:t>
      </w:r>
      <w:r>
        <w:t xml:space="preserve"> little</w:t>
      </w:r>
      <w:r>
        <w:t xml:space="preserve"> higher.</w:t>
        <w:br/>
        <w:t>好的</w:t>
      </w:r>
      <w:r>
        <w:t xml:space="preserve"> 很好</w:t>
        <w:br/>
        <w:t>Okay,</w:t>
      </w:r>
      <w:r>
        <w:t xml:space="preserve"> that's</w:t>
      </w:r>
      <w:r>
        <w:t xml:space="preserve"> good.</w:t>
        <w:br/>
        <w:t>进入2023赛季</w:t>
        <w:br/>
        <w:t>Coming</w:t>
      </w:r>
      <w:r>
        <w:t xml:space="preserve"> into</w:t>
      </w:r>
      <w:r>
        <w:t xml:space="preserve"> the</w:t>
      </w:r>
      <w:r>
        <w:t xml:space="preserve"> 2023</w:t>
      </w:r>
      <w:r>
        <w:t xml:space="preserve"> season,</w:t>
        <w:br/>
        <w:t>对我个人</w:t>
        <w:br/>
        <w:t>it's</w:t>
      </w:r>
      <w:r>
        <w:t xml:space="preserve"> a</w:t>
      </w:r>
      <w:r>
        <w:t xml:space="preserve"> huge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change</w:t>
        <w:br/>
        <w:t>以及我的职业生涯而言</w:t>
      </w:r>
      <w:r>
        <w:t xml:space="preserve"> 是一次重大的转变</w:t>
        <w:br/>
        <w:t>for</w:t>
      </w:r>
      <w:r>
        <w:t xml:space="preserve"> me</w:t>
      </w:r>
      <w:r>
        <w:t xml:space="preserve"> personally</w:t>
      </w:r>
      <w:r>
        <w:t xml:space="preserve"> and</w:t>
      </w:r>
      <w:r>
        <w:t xml:space="preserve"> in</w:t>
      </w:r>
      <w:r>
        <w:t xml:space="preserve"> my</w:t>
      </w:r>
      <w:r>
        <w:t xml:space="preserve"> career.</w:t>
        <w:br/>
        <w:t>我在红牛车队</w:t>
      </w:r>
      <w:r>
        <w:t xml:space="preserve"> 或阿尔法托利车队效力了十年</w:t>
        <w:br/>
        <w:t>I've</w:t>
      </w:r>
      <w:r>
        <w:t xml:space="preserve"> been</w:t>
      </w:r>
      <w:r>
        <w:t xml:space="preserve"> with</w:t>
      </w:r>
      <w:r>
        <w:t xml:space="preserve"> Red</w:t>
      </w:r>
      <w:r>
        <w:t xml:space="preserve"> Bull</w:t>
      </w:r>
      <w:r>
        <w:t xml:space="preserve"> Racing</w:t>
      </w:r>
      <w:r>
        <w:t xml:space="preserve"> or</w:t>
      </w:r>
      <w:r>
        <w:t xml:space="preserve"> AlphaTauri</w:t>
      </w:r>
      <w:r>
        <w:t xml:space="preserve"> for</w:t>
      </w:r>
      <w:r>
        <w:t xml:space="preserve"> ten</w:t>
      </w:r>
      <w:r>
        <w:t xml:space="preserve"> years.</w:t>
        <w:br/>
        <w:t>我第一次获胜是在阿尔法托利车队</w:t>
        <w:br/>
        <w:t>My</w:t>
      </w:r>
      <w:r>
        <w:t xml:space="preserve"> first</w:t>
      </w:r>
      <w:r>
        <w:t xml:space="preserve"> win</w:t>
      </w:r>
      <w:r>
        <w:t xml:space="preserve"> with</w:t>
      </w:r>
      <w:r>
        <w:t xml:space="preserve"> AlphaTauri.</w:t>
        <w:br/>
        <w:t>在整个一级方程式历史上</w:t>
        <w:br/>
        <w:t>I</w:t>
      </w:r>
      <w:r>
        <w:t xml:space="preserve"> scored</w:t>
      </w:r>
      <w:r>
        <w:t xml:space="preserve"> the</w:t>
      </w:r>
      <w:r>
        <w:t xml:space="preserve"> most</w:t>
      </w:r>
      <w:r>
        <w:t xml:space="preserve"> points</w:t>
      </w:r>
      <w:r>
        <w:t xml:space="preserve"> of</w:t>
      </w:r>
      <w:r>
        <w:t xml:space="preserve"> any</w:t>
      </w:r>
      <w:r>
        <w:t xml:space="preserve"> driver</w:t>
      </w:r>
      <w:r>
        <w:t xml:space="preserve"> in</w:t>
      </w:r>
      <w:r>
        <w:t xml:space="preserve"> that</w:t>
      </w:r>
      <w:r>
        <w:t xml:space="preserve"> team</w:t>
        <w:br/>
        <w:t>我是车队中得分最多的车手</w:t>
        <w:br/>
        <w:t>in</w:t>
      </w:r>
      <w:r>
        <w:t xml:space="preserve"> the</w:t>
      </w:r>
      <w:r>
        <w:t xml:space="preserve"> entire</w:t>
      </w:r>
      <w:r>
        <w:t xml:space="preserve"> history</w:t>
      </w:r>
      <w:r>
        <w:t xml:space="preserve"> of</w:t>
      </w:r>
      <w:r>
        <w:t xml:space="preserve"> Formula</w:t>
      </w:r>
      <w:r>
        <w:t xml:space="preserve"> 1.</w:t>
        <w:br/>
        <w:t>但是...</w:t>
        <w:br/>
        <w:t>But...</w:t>
        <w:br/>
        <w:t>是加斯利</w:t>
      </w:r>
      <w:r>
        <w:t xml:space="preserve"> 加斯利出局了</w:t>
        <w:br/>
        <w:t>And</w:t>
      </w:r>
      <w:r>
        <w:t xml:space="preserve"> that's</w:t>
      </w:r>
      <w:r>
        <w:t xml:space="preserve"> Gasly.</w:t>
      </w:r>
      <w:r>
        <w:t xml:space="preserve"> Gasly's</w:t>
      </w:r>
      <w:r>
        <w:t xml:space="preserve"> out</w:t>
      </w:r>
      <w:r>
        <w:t xml:space="preserve"> of</w:t>
      </w:r>
      <w:r>
        <w:t xml:space="preserve"> the</w:t>
      </w:r>
      <w:r>
        <w:t xml:space="preserve"> race.</w:t>
        <w:br/>
        <w:t>...说到底</w:t>
      </w:r>
      <w:r>
        <w:t xml:space="preserve"> 作为车手</w:t>
      </w:r>
      <w:r>
        <w:t xml:space="preserve"> 你想要的是一辆有竞争力的车</w:t>
        <w:br/>
        <w:t>...ultimately,</w:t>
      </w:r>
      <w:r>
        <w:t xml:space="preserve"> as</w:t>
      </w:r>
      <w:r>
        <w:t xml:space="preserve"> a</w:t>
      </w:r>
      <w:r>
        <w:t xml:space="preserve"> driver,</w:t>
      </w:r>
      <w:r>
        <w:t xml:space="preserve"> what</w:t>
      </w:r>
      <w:r>
        <w:t xml:space="preserve"> you</w:t>
      </w:r>
      <w:r>
        <w:t xml:space="preserve"> want</w:t>
      </w:r>
      <w:r>
        <w:t xml:space="preserve"> is</w:t>
      </w:r>
      <w:r>
        <w:t xml:space="preserve"> a</w:t>
      </w:r>
      <w:r>
        <w:t xml:space="preserve"> competitive</w:t>
      </w:r>
      <w:r>
        <w:t xml:space="preserve"> car.</w:t>
        <w:br/>
        <w:t>我就说这么多</w:t>
        <w:br/>
        <w:t>And</w:t>
      </w:r>
      <w:r>
        <w:t xml:space="preserve"> I'll</w:t>
      </w:r>
      <w:r>
        <w:t xml:space="preserve"> stop</w:t>
      </w:r>
      <w:r>
        <w:t xml:space="preserve"> here.</w:t>
        <w:br/>
        <w:t>如今</w:t>
      </w:r>
      <w:r>
        <w:t xml:space="preserve"> 在阿尔法托利车队</w:t>
      </w:r>
      <w:r>
        <w:t xml:space="preserve"> 已经不可能赢得冠军了</w:t>
        <w:br/>
        <w:t>It's</w:t>
      </w:r>
      <w:r>
        <w:t xml:space="preserve"> impossible</w:t>
      </w:r>
      <w:r>
        <w:t xml:space="preserve"> to</w:t>
      </w:r>
      <w:r>
        <w:t xml:space="preserve"> win</w:t>
      </w:r>
      <w:r>
        <w:t xml:space="preserve"> a</w:t>
      </w:r>
      <w:r>
        <w:t xml:space="preserve"> championship</w:t>
      </w:r>
      <w:r>
        <w:t xml:space="preserve"> with...</w:t>
      </w:r>
      <w:r>
        <w:t xml:space="preserve"> with</w:t>
      </w:r>
      <w:r>
        <w:t xml:space="preserve"> AlphaTauri.</w:t>
        <w:br/>
        <w:t>所以我和阿尔派开启了这个新项目</w:t>
        <w:br/>
        <w:t>So</w:t>
      </w:r>
      <w:r>
        <w:t xml:space="preserve"> I'm</w:t>
      </w:r>
      <w:r>
        <w:t xml:space="preserve"> starting</w:t>
      </w:r>
      <w:r>
        <w:t xml:space="preserve"> this</w:t>
      </w:r>
      <w:r>
        <w:t xml:space="preserve"> new</w:t>
      </w:r>
      <w:r>
        <w:t xml:space="preserve"> project</w:t>
      </w:r>
      <w:r>
        <w:t xml:space="preserve"> with</w:t>
      </w:r>
      <w:r>
        <w:t xml:space="preserve"> Alpine.</w:t>
        <w:br/>
        <w:t>我对我人生的新篇章感觉无比兴奋</w:t>
        <w:br/>
        <w:t>Full</w:t>
      </w:r>
      <w:r>
        <w:t xml:space="preserve"> of</w:t>
      </w:r>
      <w:r>
        <w:t xml:space="preserve"> excitement</w:t>
      </w:r>
      <w:r>
        <w:t xml:space="preserve"> about</w:t>
      </w:r>
      <w:r>
        <w:t xml:space="preserve"> this</w:t>
      </w:r>
      <w:r>
        <w:t xml:space="preserve"> new</w:t>
      </w:r>
      <w:r>
        <w:t xml:space="preserve"> chapter</w:t>
      </w:r>
      <w:r>
        <w:t xml:space="preserve"> in</w:t>
      </w:r>
      <w:r>
        <w:t xml:space="preserve"> my</w:t>
      </w:r>
      <w:r>
        <w:t xml:space="preserve"> life.</w:t>
        <w:br/>
        <w:t>我要自&amp;hearts;拍&amp;hearts;</w:t>
        <w:br/>
        <w:t>I'm</w:t>
      </w:r>
      <w:r>
        <w:t xml:space="preserve"> gonna</w:t>
      </w:r>
      <w:r>
        <w:t xml:space="preserve"> take</w:t>
      </w:r>
      <w:r>
        <w:t xml:space="preserve"> a</w:t>
      </w:r>
      <w:r>
        <w:t xml:space="preserve"> selfie.</w:t>
        <w:br/>
        <w:t>这是一个非常独特的故事</w:t>
        <w:br/>
        <w:t>It</w:t>
      </w:r>
      <w:r>
        <w:t xml:space="preserve"> is</w:t>
      </w:r>
      <w:r>
        <w:t xml:space="preserve"> a</w:t>
      </w:r>
      <w:r>
        <w:t xml:space="preserve"> very</w:t>
      </w:r>
      <w:r>
        <w:t xml:space="preserve"> unique</w:t>
      </w:r>
      <w:r>
        <w:t xml:space="preserve"> story</w:t>
        <w:br/>
        <w:t>能够从我的家乡诺曼底</w:t>
        <w:br/>
        <w:t>to</w:t>
      </w:r>
      <w:r>
        <w:t xml:space="preserve"> be</w:t>
      </w:r>
      <w:r>
        <w:t xml:space="preserve"> able</w:t>
      </w:r>
      <w:r>
        <w:t xml:space="preserve"> to</w:t>
      </w:r>
      <w:r>
        <w:t xml:space="preserve"> come</w:t>
      </w:r>
      <w:r>
        <w:t xml:space="preserve"> from</w:t>
      </w:r>
      <w:r>
        <w:t xml:space="preserve"> Normandy,</w:t>
      </w:r>
      <w:r>
        <w:t xml:space="preserve"> where</w:t>
      </w:r>
      <w:r>
        <w:t xml:space="preserve"> I'm</w:t>
      </w:r>
      <w:r>
        <w:t xml:space="preserve"> from,</w:t>
        <w:br/>
        <w:t>走上一级方程式赛车赛场</w:t>
        <w:br/>
        <w:t>make</w:t>
      </w:r>
      <w:r>
        <w:t xml:space="preserve"> it</w:t>
      </w:r>
      <w:r>
        <w:t xml:space="preserve"> to</w:t>
      </w:r>
      <w:r>
        <w:t xml:space="preserve"> Formula</w:t>
      </w:r>
      <w:r>
        <w:t xml:space="preserve"> 1,</w:t>
        <w:br/>
        <w:t>在一级方程式的赛场征战五个赛季后</w:t>
      </w:r>
      <w:r>
        <w:t xml:space="preserve"> 加入了唯一一支法国车队</w:t>
        <w:br/>
        <w:t>and</w:t>
      </w:r>
      <w:r>
        <w:t xml:space="preserve"> after</w:t>
      </w:r>
      <w:r>
        <w:t xml:space="preserve"> five</w:t>
      </w:r>
      <w:r>
        <w:t xml:space="preserve"> seasons</w:t>
      </w:r>
      <w:r>
        <w:t xml:space="preserve"> in</w:t>
      </w:r>
      <w:r>
        <w:t xml:space="preserve"> F1,</w:t>
      </w:r>
      <w:r>
        <w:t xml:space="preserve"> join</w:t>
      </w:r>
      <w:r>
        <w:t xml:space="preserve"> the</w:t>
      </w:r>
      <w:r>
        <w:t xml:space="preserve"> only</w:t>
      </w:r>
      <w:r>
        <w:t xml:space="preserve"> French</w:t>
      </w:r>
      <w:r>
        <w:t xml:space="preserve"> team</w:t>
      </w:r>
      <w:r>
        <w:t xml:space="preserve"> on</w:t>
      </w:r>
      <w:r>
        <w:t xml:space="preserve"> the</w:t>
      </w:r>
      <w:r>
        <w:t xml:space="preserve"> grid.</w:t>
        <w:br/>
        <w:t>我觉得阿尔派非常有潜力</w:t>
        <w:br/>
        <w:t>I</w:t>
      </w:r>
      <w:r>
        <w:t xml:space="preserve"> really</w:t>
      </w:r>
      <w:r>
        <w:t xml:space="preserve"> see</w:t>
      </w:r>
      <w:r>
        <w:t xml:space="preserve"> huge</w:t>
      </w:r>
      <w:r>
        <w:t xml:space="preserve"> potential</w:t>
      </w:r>
      <w:r>
        <w:t xml:space="preserve"> in</w:t>
      </w:r>
      <w:r>
        <w:t xml:space="preserve"> Alpine.</w:t>
        <w:br/>
        <w:t>我认为</w:t>
      </w:r>
      <w:r>
        <w:t xml:space="preserve"> 当你达到体育界的顶峰时</w:t>
        <w:br/>
        <w:t>I</w:t>
      </w:r>
      <w:r>
        <w:t xml:space="preserve"> think</w:t>
      </w:r>
      <w:r>
        <w:t xml:space="preserve"> these</w:t>
      </w:r>
      <w:r>
        <w:t xml:space="preserve"> opportunities</w:t>
      </w:r>
      <w:r>
        <w:t xml:space="preserve"> come</w:t>
      </w:r>
      <w:r>
        <w:t xml:space="preserve"> along</w:t>
      </w:r>
      <w:r>
        <w:t xml:space="preserve"> the</w:t>
      </w:r>
      <w:r>
        <w:t xml:space="preserve"> way</w:t>
        <w:br/>
        <w:t>这些机会就会随之而来</w:t>
        <w:br/>
        <w:t>as</w:t>
      </w:r>
      <w:r>
        <w:t xml:space="preserve"> you</w:t>
      </w:r>
      <w:r>
        <w:t xml:space="preserve"> reach</w:t>
      </w:r>
      <w:r>
        <w:t xml:space="preserve"> the</w:t>
      </w:r>
      <w:r>
        <w:t xml:space="preserve"> top</w:t>
      </w:r>
      <w:r>
        <w:t xml:space="preserve"> of</w:t>
      </w:r>
      <w:r>
        <w:t xml:space="preserve"> your</w:t>
      </w:r>
      <w:r>
        <w:t xml:space="preserve"> sport.</w:t>
        <w:br/>
        <w:t>-</w:t>
      </w:r>
      <w:r>
        <w:t xml:space="preserve"> 我看到你很专注</w:t>
      </w:r>
      <w:r>
        <w:t xml:space="preserve"> 但没有压力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对</w:t>
        <w:br/>
        <w:t>-</w:t>
      </w:r>
      <w:r>
        <w:t xml:space="preserve"> I</w:t>
      </w:r>
      <w:r>
        <w:t xml:space="preserve"> see</w:t>
      </w:r>
      <w:r>
        <w:t xml:space="preserve"> you</w:t>
      </w:r>
      <w:r>
        <w:t xml:space="preserve"> focused,</w:t>
      </w:r>
      <w:r>
        <w:t xml:space="preserve"> but</w:t>
      </w:r>
      <w:r>
        <w:t xml:space="preserve"> not</w:t>
      </w:r>
      <w:r>
        <w:t xml:space="preserve"> stressed.</w:t>
      </w:r>
      <w:r>
        <w:t xml:space="preserve"> -</w:t>
      </w:r>
      <w:r>
        <w:t xml:space="preserve"> Yeah.</w:t>
        <w:br/>
        <w:t>是的</w:t>
      </w:r>
      <w:r>
        <w:t xml:space="preserve"> 超级专注</w:t>
      </w:r>
      <w:r>
        <w:t xml:space="preserve"> 对吧?</w:t>
        <w:br/>
        <w:t>-</w:t>
      </w:r>
      <w:r>
        <w:t xml:space="preserve"> Yeah,</w:t>
      </w:r>
      <w:r>
        <w:t xml:space="preserve"> like,</w:t>
      </w:r>
      <w:r>
        <w:t xml:space="preserve"> super</w:t>
      </w:r>
      <w:r>
        <w:t xml:space="preserve"> focused,</w:t>
      </w:r>
      <w:r>
        <w:t xml:space="preserve"> right?</w:t>
      </w:r>
      <w:r>
        <w:t xml:space="preserve"> -</w:t>
      </w:r>
      <w:r>
        <w:t xml:space="preserve"> Uh-huh.</w:t>
        <w:br/>
        <w:t>一切都在我的掌控中</w:t>
        <w:br/>
        <w:t>I</w:t>
      </w:r>
      <w:r>
        <w:t xml:space="preserve"> got</w:t>
      </w:r>
      <w:r>
        <w:t xml:space="preserve"> everything</w:t>
      </w:r>
      <w:r>
        <w:t xml:space="preserve"> under</w:t>
      </w:r>
      <w:r>
        <w:t xml:space="preserve"> control,</w:t>
        <w:br/>
        <w:t>我很开心能够一展才能</w:t>
      </w:r>
      <w:r>
        <w:t xml:space="preserve"> 能去竞速</w:t>
        <w:br/>
        <w:t>and</w:t>
      </w:r>
      <w:r>
        <w:t xml:space="preserve"> I'm</w:t>
      </w:r>
      <w:r>
        <w:t xml:space="preserve"> just</w:t>
      </w:r>
      <w:r>
        <w:t xml:space="preserve"> excited</w:t>
      </w:r>
      <w:r>
        <w:t xml:space="preserve"> to</w:t>
      </w:r>
      <w:r>
        <w:t xml:space="preserve"> perform</w:t>
      </w:r>
      <w:r>
        <w:t xml:space="preserve"> and,</w:t>
      </w:r>
      <w:r>
        <w:t xml:space="preserve"> uh,</w:t>
      </w:r>
      <w:r>
        <w:t xml:space="preserve"> and</w:t>
      </w:r>
      <w:r>
        <w:t xml:space="preserve"> to</w:t>
      </w:r>
      <w:r>
        <w:t xml:space="preserve"> race.</w:t>
        <w:br/>
        <w:t>等不及想开始这个赛季了</w:t>
        <w:br/>
        <w:t>Can't</w:t>
      </w:r>
      <w:r>
        <w:t xml:space="preserve"> wait</w:t>
      </w:r>
      <w:r>
        <w:t xml:space="preserve"> to</w:t>
      </w:r>
      <w:r>
        <w:t xml:space="preserve"> just</w:t>
      </w:r>
      <w:r>
        <w:t xml:space="preserve"> get</w:t>
      </w:r>
      <w:r>
        <w:t xml:space="preserve"> this</w:t>
      </w:r>
      <w:r>
        <w:t xml:space="preserve"> season</w:t>
      </w:r>
      <w:r>
        <w:t xml:space="preserve"> started.</w:t>
        <w:br/>
        <w:t>你觉得特工0010怎么样?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of</w:t>
      </w:r>
      <w:r>
        <w:t xml:space="preserve"> Agent</w:t>
      </w:r>
      <w:r>
        <w:t xml:space="preserve"> 0010?</w:t>
        <w:br/>
        <w:t>帅气</w:t>
      </w:r>
      <w:r>
        <w:t xml:space="preserve"> 我好爱</w:t>
        <w:br/>
        <w:t>Beautiful.</w:t>
      </w:r>
      <w:r>
        <w:t xml:space="preserve"> I</w:t>
      </w:r>
      <w:r>
        <w:t xml:space="preserve"> love</w:t>
      </w:r>
      <w:r>
        <w:t xml:space="preserve"> it.</w:t>
        <w:br/>
        <w:t>-</w:t>
      </w:r>
      <w:r>
        <w:t xml:space="preserve"> 很帅吗?</w:t>
      </w:r>
      <w:r>
        <w:t xml:space="preserve"> -</w:t>
      </w:r>
      <w:r>
        <w:t xml:space="preserve"> 非常帅</w:t>
        <w:br/>
        <w:t>-</w:t>
      </w:r>
      <w:r>
        <w:t xml:space="preserve"> Very</w:t>
      </w:r>
      <w:r>
        <w:t xml:space="preserve"> beautiful?</w:t>
      </w:r>
      <w:r>
        <w:t xml:space="preserve"> -</w:t>
      </w:r>
      <w:r>
        <w:t xml:space="preserve"> Very</w:t>
      </w:r>
      <w:r>
        <w:t xml:space="preserve"> beautiful.</w:t>
        <w:br/>
        <w:t>今晚的红毯上还有一场比赛</w:t>
        <w:br/>
        <w:t>We</w:t>
      </w:r>
      <w:r>
        <w:t xml:space="preserve"> got</w:t>
      </w:r>
      <w:r>
        <w:t xml:space="preserve"> another</w:t>
      </w:r>
      <w:r>
        <w:t xml:space="preserve"> race</w:t>
      </w:r>
      <w:r>
        <w:t xml:space="preserve"> up</w:t>
      </w:r>
      <w:r>
        <w:t xml:space="preserve"> the</w:t>
      </w:r>
      <w:r>
        <w:t xml:space="preserve"> red</w:t>
      </w:r>
      <w:r>
        <w:t xml:space="preserve"> carpet</w:t>
      </w:r>
      <w:r>
        <w:t xml:space="preserve"> tonight.</w:t>
        <w:br/>
        <w:t>为阿尔派效力让人来到了各种</w:t>
        <w:br/>
        <w:t>Driving</w:t>
      </w:r>
      <w:r>
        <w:t xml:space="preserve"> for</w:t>
      </w:r>
      <w:r>
        <w:t xml:space="preserve"> Alpine</w:t>
      </w:r>
      <w:r>
        <w:t xml:space="preserve"> brings</w:t>
      </w:r>
      <w:r>
        <w:t xml:space="preserve"> you</w:t>
      </w:r>
      <w:r>
        <w:t xml:space="preserve"> to</w:t>
      </w:r>
      <w:r>
        <w:t xml:space="preserve"> these</w:t>
      </w:r>
      <w:r>
        <w:t xml:space="preserve"> places</w:t>
        <w:br/>
        <w:t>如梦似幻的地方</w:t>
        <w:br/>
        <w:t>where</w:t>
      </w:r>
      <w:r>
        <w:t xml:space="preserve"> you're</w:t>
      </w:r>
      <w:r>
        <w:t xml:space="preserve"> just...</w:t>
      </w:r>
      <w:r>
        <w:t xml:space="preserve"> in</w:t>
      </w:r>
      <w:r>
        <w:t xml:space="preserve"> a</w:t>
      </w:r>
      <w:r>
        <w:t xml:space="preserve"> dream.</w:t>
        <w:br/>
        <w:t>会让你觉得一切都不似人间</w:t>
        <w:br/>
        <w:t>You</w:t>
      </w:r>
      <w:r>
        <w:t xml:space="preserve"> think</w:t>
      </w:r>
      <w:r>
        <w:t xml:space="preserve"> everything</w:t>
      </w:r>
      <w:r>
        <w:t xml:space="preserve"> is</w:t>
      </w:r>
      <w:r>
        <w:t xml:space="preserve"> surreal.</w:t>
        <w:br/>
        <w:t>去到戛纳时</w:t>
        <w:br/>
        <w:t>When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Cannes</w:t>
        <w:br/>
        <w:t>你会看到各种身着锦衣华服的人</w:t>
        <w:br/>
        <w:t>and</w:t>
      </w:r>
      <w:r>
        <w:t xml:space="preserve"> you</w:t>
      </w:r>
      <w:r>
        <w:t xml:space="preserve"> see</w:t>
      </w:r>
      <w:r>
        <w:t xml:space="preserve"> all</w:t>
      </w:r>
      <w:r>
        <w:t xml:space="preserve"> these</w:t>
      </w:r>
      <w:r>
        <w:t xml:space="preserve"> people</w:t>
      </w:r>
      <w:r>
        <w:t xml:space="preserve"> going</w:t>
      </w:r>
      <w:r>
        <w:t xml:space="preserve"> with</w:t>
      </w:r>
      <w:r>
        <w:t xml:space="preserve"> incredible</w:t>
      </w:r>
      <w:r>
        <w:t xml:space="preserve"> dresses,</w:t>
        <w:br/>
        <w:t>华贵的手表</w:t>
        <w:br/>
        <w:t>like,</w:t>
      </w:r>
      <w:r>
        <w:t xml:space="preserve"> insane</w:t>
      </w:r>
      <w:r>
        <w:t xml:space="preserve"> watches,</w:t>
        <w:br/>
        <w:t>现在</w:t>
      </w:r>
      <w:r>
        <w:t xml:space="preserve"> 我也有了那样的手表和领结</w:t>
        <w:br/>
        <w:t>and</w:t>
      </w:r>
      <w:r>
        <w:t xml:space="preserve"> now,</w:t>
      </w:r>
      <w:r>
        <w:t xml:space="preserve"> I've</w:t>
      </w:r>
      <w:r>
        <w:t xml:space="preserve"> got</w:t>
      </w:r>
      <w:r>
        <w:t xml:space="preserve"> the</w:t>
      </w:r>
      <w:r>
        <w:t xml:space="preserve"> watch,</w:t>
      </w:r>
      <w:r>
        <w:t xml:space="preserve"> I've</w:t>
      </w:r>
      <w:r>
        <w:t xml:space="preserve"> got</w:t>
      </w:r>
      <w:r>
        <w:t xml:space="preserve"> the</w:t>
      </w:r>
      <w:r>
        <w:t xml:space="preserve"> bow-tie.</w:t>
        <w:br/>
        <w:t>-</w:t>
      </w:r>
      <w:r>
        <w:t xml:space="preserve"> 我有...</w:t>
      </w:r>
      <w:r>
        <w:t xml:space="preserve"> -</w:t>
      </w:r>
      <w:r>
        <w:t xml:space="preserve"> 我就知道!我太了解你了!</w:t>
        <w:br/>
        <w:t>-</w:t>
      </w:r>
      <w:r>
        <w:t xml:space="preserve"> Got...</w:t>
      </w:r>
      <w:r>
        <w:t xml:space="preserve"> -</w:t>
      </w:r>
      <w:r>
        <w:t xml:space="preserve"> I</w:t>
      </w:r>
      <w:r>
        <w:t xml:space="preserve"> knew</w:t>
      </w:r>
      <w:r>
        <w:t xml:space="preserve"> it!</w:t>
      </w:r>
      <w:r>
        <w:t xml:space="preserve"> I</w:t>
      </w:r>
      <w:r>
        <w:t xml:space="preserve"> know</w:t>
      </w:r>
      <w:r>
        <w:t xml:space="preserve"> you</w:t>
      </w:r>
      <w:r>
        <w:t xml:space="preserve"> so</w:t>
      </w:r>
      <w:r>
        <w:t xml:space="preserve"> well!</w:t>
        <w:br/>
        <w:t>-</w:t>
      </w:r>
      <w:r>
        <w:t xml:space="preserve"> 我有全城最棒的女朋友</w:t>
      </w:r>
      <w:r>
        <w:t xml:space="preserve"> -</w:t>
      </w:r>
      <w:r>
        <w:t xml:space="preserve"> 我太了解你了</w:t>
        <w:br/>
        <w:t>-</w:t>
      </w:r>
      <w:r>
        <w:t xml:space="preserve"> I've</w:t>
      </w:r>
      <w:r>
        <w:t xml:space="preserve"> got</w:t>
      </w:r>
      <w:r>
        <w:t xml:space="preserve"> the</w:t>
      </w:r>
      <w:r>
        <w:t xml:space="preserve"> best</w:t>
      </w:r>
      <w:r>
        <w:t xml:space="preserve"> girlfriend</w:t>
      </w:r>
      <w:r>
        <w:t xml:space="preserve"> in</w:t>
      </w:r>
      <w:r>
        <w:t xml:space="preserve"> town.</w:t>
      </w:r>
      <w:r>
        <w:t xml:space="preserve"> -</w:t>
      </w:r>
      <w:r>
        <w:t xml:space="preserve"> I</w:t>
      </w:r>
      <w:r>
        <w:t xml:space="preserve"> know</w:t>
      </w:r>
      <w:r>
        <w:t xml:space="preserve"> you</w:t>
      </w:r>
      <w:r>
        <w:t xml:space="preserve"> so</w:t>
      </w:r>
      <w:r>
        <w:t xml:space="preserve"> well.</w:t>
        <w:br/>
        <w:t>好了</w:t>
      </w:r>
      <w:r>
        <w:t xml:space="preserve"> 宝贝你先走</w:t>
        <w:br/>
        <w:t>Okay,</w:t>
      </w:r>
      <w:r>
        <w:t xml:space="preserve"> so</w:t>
      </w:r>
      <w:r>
        <w:t xml:space="preserve"> you're</w:t>
      </w:r>
      <w:r>
        <w:t xml:space="preserve"> gonna</w:t>
      </w:r>
      <w:r>
        <w:t xml:space="preserve"> go</w:t>
      </w:r>
      <w:r>
        <w:t xml:space="preserve"> first,</w:t>
      </w:r>
      <w:r>
        <w:t xml:space="preserve"> babe.</w:t>
        <w:br/>
        <w:t>之后</w:t>
      </w:r>
      <w:r>
        <w:t xml:space="preserve"> 我得在你的左边</w:t>
        <w:br/>
        <w:t>It's</w:t>
      </w:r>
      <w:r>
        <w:t xml:space="preserve"> just</w:t>
      </w:r>
      <w:r>
        <w:t xml:space="preserve"> that</w:t>
      </w:r>
      <w:r>
        <w:t xml:space="preserve"> I</w:t>
      </w:r>
      <w:r>
        <w:t xml:space="preserve"> need</w:t>
      </w:r>
      <w:r>
        <w:t xml:space="preserve"> to</w:t>
      </w:r>
      <w:r>
        <w:t xml:space="preserve"> be</w:t>
      </w:r>
      <w:r>
        <w:t xml:space="preserve"> on</w:t>
      </w:r>
      <w:r>
        <w:t xml:space="preserve"> your</w:t>
      </w:r>
      <w:r>
        <w:t xml:space="preserve"> left.</w:t>
        <w:br/>
        <w:t>好了</w:t>
      </w:r>
      <w:r>
        <w:t xml:space="preserve"> 我们过去吧</w:t>
        <w:br/>
        <w:t>Ah,</w:t>
      </w:r>
      <w:r>
        <w:t xml:space="preserve"> let's</w:t>
      </w:r>
      <w:r>
        <w:t xml:space="preserve"> go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then.</w:t>
        <w:br/>
        <w:t>我的体育英雄是齐达内</w:t>
        <w:br/>
        <w:t>My</w:t>
      </w:r>
      <w:r>
        <w:t xml:space="preserve"> sporting</w:t>
      </w:r>
      <w:r>
        <w:t xml:space="preserve"> heroes</w:t>
      </w:r>
      <w:r>
        <w:t xml:space="preserve"> are</w:t>
      </w:r>
      <w:r>
        <w:t xml:space="preserve"> Zidane,</w:t>
        <w:br/>
        <w:t>艾尔顿·塞纳</w:t>
        <w:br/>
        <w:t>Ayrton</w:t>
      </w:r>
      <w:r>
        <w:t xml:space="preserve"> Senna,</w:t>
        <w:br/>
        <w:t>迈克尔·舒马赫</w:t>
        <w:br/>
        <w:t>Michael</w:t>
      </w:r>
      <w:r>
        <w:t xml:space="preserve"> Schumacher,</w:t>
        <w:br/>
        <w:t>还有迈克尔·乔丹</w:t>
        <w:br/>
        <w:t>and</w:t>
      </w:r>
      <w:r>
        <w:t xml:space="preserve"> Michael</w:t>
      </w:r>
      <w:r>
        <w:t xml:space="preserve"> Jordan.</w:t>
        <w:br/>
        <w:t>所有这些人</w:t>
      </w:r>
      <w:r>
        <w:t xml:space="preserve"> 都因为自己的成就</w:t>
        <w:br/>
        <w:t>All</w:t>
      </w:r>
      <w:r>
        <w:t xml:space="preserve"> these</w:t>
      </w:r>
      <w:r>
        <w:t xml:space="preserve"> champions</w:t>
      </w:r>
      <w:r>
        <w:t xml:space="preserve"> became</w:t>
      </w:r>
      <w:r>
        <w:t xml:space="preserve"> bigger</w:t>
      </w:r>
      <w:r>
        <w:t xml:space="preserve"> than</w:t>
      </w:r>
      <w:r>
        <w:t xml:space="preserve"> their</w:t>
      </w:r>
      <w:r>
        <w:t xml:space="preserve"> sport</w:t>
        <w:br/>
        <w:t>超越了他们所在的体育领域</w:t>
        <w:br/>
        <w:t>thanks</w:t>
      </w:r>
      <w:r>
        <w:t xml:space="preserve"> to</w:t>
      </w:r>
      <w:r>
        <w:t xml:space="preserve"> the</w:t>
      </w:r>
      <w:r>
        <w:t xml:space="preserve"> success</w:t>
      </w:r>
      <w:r>
        <w:t xml:space="preserve"> they</w:t>
      </w:r>
      <w:r>
        <w:t xml:space="preserve"> had.</w:t>
        <w:br/>
        <w:t>我也有志于获得运动员以外的身份</w:t>
        <w:br/>
        <w:t>I</w:t>
      </w:r>
      <w:r>
        <w:t xml:space="preserve"> do</w:t>
      </w:r>
      <w:r>
        <w:t xml:space="preserve"> have</w:t>
      </w:r>
      <w:r>
        <w:t xml:space="preserve"> a</w:t>
      </w:r>
      <w:r>
        <w:t xml:space="preserve"> will</w:t>
      </w:r>
      <w:r>
        <w:t xml:space="preserve"> to</w:t>
      </w:r>
      <w:r>
        <w:t xml:space="preserve"> be,</w:t>
      </w:r>
      <w:r>
        <w:t xml:space="preserve"> also,</w:t>
      </w:r>
      <w:r>
        <w:t xml:space="preserve"> more</w:t>
      </w:r>
      <w:r>
        <w:t xml:space="preserve"> than</w:t>
      </w:r>
      <w:r>
        <w:t xml:space="preserve"> just</w:t>
      </w:r>
      <w:r>
        <w:t xml:space="preserve"> a</w:t>
      </w:r>
      <w:r>
        <w:t xml:space="preserve"> sportsman.</w:t>
        <w:br/>
        <w:t>但没有成绩是无法成为偶像的</w:t>
        <w:br/>
        <w:t>But</w:t>
      </w:r>
      <w:r>
        <w:t xml:space="preserve"> you</w:t>
      </w:r>
      <w:r>
        <w:t xml:space="preserve"> don't</w:t>
      </w:r>
      <w:r>
        <w:t xml:space="preserve"> become</w:t>
      </w:r>
      <w:r>
        <w:t xml:space="preserve"> an</w:t>
      </w:r>
      <w:r>
        <w:t xml:space="preserve"> icon</w:t>
      </w:r>
      <w:r>
        <w:t xml:space="preserve"> without</w:t>
      </w:r>
      <w:r>
        <w:t xml:space="preserve"> the</w:t>
      </w:r>
      <w:r>
        <w:t xml:space="preserve"> results.</w:t>
        <w:br/>
        <w:t>所以我需要为胜利而战</w:t>
        <w:br/>
        <w:t>So</w:t>
      </w:r>
      <w:r>
        <w:t xml:space="preserve"> I</w:t>
      </w:r>
      <w:r>
        <w:t xml:space="preserve"> need</w:t>
      </w:r>
      <w:r>
        <w:t xml:space="preserve"> to</w:t>
      </w:r>
      <w:r>
        <w:t xml:space="preserve"> be</w:t>
      </w:r>
      <w:r>
        <w:t xml:space="preserve"> fighting</w:t>
      </w:r>
      <w:r>
        <w:t xml:space="preserve"> for</w:t>
      </w:r>
      <w:r>
        <w:t xml:space="preserve"> race</w:t>
      </w:r>
      <w:r>
        <w:t xml:space="preserve"> wins.</w:t>
        <w:br/>
        <w:t>太棒了!</w:t>
        <w:br/>
        <w:t>Crazy!</w:t>
        <w:br/>
        <w:t>欢迎走进我的生活</w:t>
        <w:br/>
        <w:t>Welcome</w:t>
      </w:r>
      <w:r>
        <w:t xml:space="preserve"> to</w:t>
      </w:r>
      <w:r>
        <w:t xml:space="preserve"> my</w:t>
      </w:r>
      <w:r>
        <w:t xml:space="preserve"> life.</w:t>
        <w:br/>
        <w:t>对皮埃尔来说</w:t>
        <w:br/>
        <w:t>For</w:t>
      </w:r>
      <w:r>
        <w:t xml:space="preserve"> Pierre,</w:t>
      </w:r>
      <w:r>
        <w:t xml:space="preserve"> moving</w:t>
      </w:r>
      <w:r>
        <w:t xml:space="preserve"> to</w:t>
      </w:r>
      <w:r>
        <w:t xml:space="preserve"> Alpine</w:t>
      </w:r>
      <w:r>
        <w:t xml:space="preserve"> is</w:t>
      </w:r>
      <w:r>
        <w:t xml:space="preserve"> a</w:t>
      </w:r>
      <w:r>
        <w:t xml:space="preserve"> huge</w:t>
      </w:r>
      <w:r>
        <w:t xml:space="preserve"> opportunity.</w:t>
        <w:br/>
        <w:t>转到阿尔派是一次重大的机会</w:t>
        <w:br/>
        <w:t>For</w:t>
      </w:r>
      <w:r>
        <w:t xml:space="preserve"> Pierre,</w:t>
      </w:r>
      <w:r>
        <w:t xml:space="preserve"> moving</w:t>
      </w:r>
      <w:r>
        <w:t xml:space="preserve"> to</w:t>
      </w:r>
      <w:r>
        <w:t xml:space="preserve"> Alpine</w:t>
      </w:r>
      <w:r>
        <w:t xml:space="preserve"> is</w:t>
      </w:r>
      <w:r>
        <w:t xml:space="preserve"> a</w:t>
      </w:r>
      <w:r>
        <w:t xml:space="preserve"> huge</w:t>
      </w:r>
      <w:r>
        <w:t xml:space="preserve"> opportunity.</w:t>
        <w:br/>
        <w:t>但他必须拼出自己的一片天</w:t>
        <w:br/>
        <w:t>But</w:t>
      </w:r>
      <w:r>
        <w:t xml:space="preserve"> he's</w:t>
      </w:r>
      <w:r>
        <w:t xml:space="preserve"> gonna</w:t>
      </w:r>
      <w:r>
        <w:t xml:space="preserve"> have</w:t>
      </w:r>
      <w:r>
        <w:t xml:space="preserve"> to</w:t>
      </w:r>
      <w:r>
        <w:t xml:space="preserve"> mark</w:t>
      </w:r>
      <w:r>
        <w:t xml:space="preserve"> his</w:t>
      </w:r>
      <w:r>
        <w:t xml:space="preserve"> own</w:t>
      </w:r>
      <w:r>
        <w:t xml:space="preserve"> territory,</w:t>
        <w:br/>
        <w:t>因为皮埃尔踏进了埃斯特班的地盘</w:t>
        <w:br/>
        <w:t>because</w:t>
      </w:r>
      <w:r>
        <w:t xml:space="preserve"> Pierre</w:t>
      </w:r>
      <w:r>
        <w:t xml:space="preserve"> is</w:t>
      </w:r>
      <w:r>
        <w:t xml:space="preserve"> stepping</w:t>
      </w:r>
      <w:r>
        <w:t xml:space="preserve"> into</w:t>
      </w:r>
      <w:r>
        <w:t xml:space="preserve"> Esteban's</w:t>
      </w:r>
      <w:r>
        <w:t xml:space="preserve"> playground.</w:t>
        <w:br/>
        <w:t>(2023年2月)</w:t>
        <w:br/>
        <w:t>(英国</w:t>
      </w:r>
      <w:r>
        <w:t xml:space="preserve"> 牛津郡)</w:t>
        <w:br/>
        <w:t>-</w:t>
      </w:r>
      <w:r>
        <w:t xml:space="preserve"> 早上好</w:t>
      </w:r>
      <w:r>
        <w:t xml:space="preserve"> -</w:t>
      </w:r>
      <w:r>
        <w:t xml:space="preserve"> 早上好!你好吗?</w:t>
        <w:br/>
        <w:t>-</w:t>
      </w:r>
      <w:r>
        <w:t xml:space="preserve"> Morning.</w:t>
      </w:r>
      <w:r>
        <w:t xml:space="preserve"> -</w:t>
      </w:r>
      <w:r>
        <w:t xml:space="preserve"> Good</w:t>
      </w:r>
      <w:r>
        <w:t xml:space="preserve"> morning!</w:t>
      </w:r>
      <w:r>
        <w:t xml:space="preserve"> How</w:t>
      </w:r>
      <w:r>
        <w:t xml:space="preserve"> are</w:t>
      </w:r>
      <w:r>
        <w:t xml:space="preserve"> you?</w:t>
        <w:br/>
        <w:t>-</w:t>
      </w:r>
      <w:r>
        <w:t xml:space="preserve"> 很好</w:t>
      </w:r>
      <w:r>
        <w:t xml:space="preserve"> 你呢?</w:t>
      </w:r>
      <w:r>
        <w:t xml:space="preserve"> -</w:t>
      </w:r>
      <w:r>
        <w:t xml:space="preserve"> 很好</w:t>
      </w:r>
      <w:r>
        <w:t xml:space="preserve"> 谢谢</w:t>
        <w:br/>
        <w:t>-</w:t>
      </w:r>
      <w:r>
        <w:t xml:space="preserve"> Very</w:t>
      </w:r>
      <w:r>
        <w:t xml:space="preserve"> good.</w:t>
      </w:r>
      <w:r>
        <w:t xml:space="preserve"> You?</w:t>
      </w:r>
      <w:r>
        <w:t xml:space="preserve"> -</w:t>
      </w:r>
      <w:r>
        <w:t xml:space="preserve"> Very</w:t>
      </w:r>
      <w:r>
        <w:t xml:space="preserve"> well,</w:t>
      </w:r>
      <w:r>
        <w:t xml:space="preserve"> thank</w:t>
      </w:r>
      <w:r>
        <w:t xml:space="preserve"> you.</w:t>
        <w:br/>
        <w:t>好了</w:t>
      </w:r>
      <w:r>
        <w:t xml:space="preserve"> 走吧</w:t>
        <w:br/>
        <w:t>All</w:t>
      </w:r>
      <w:r>
        <w:t xml:space="preserve"> right,</w:t>
      </w:r>
      <w:r>
        <w:t xml:space="preserve"> let's</w:t>
      </w:r>
      <w:r>
        <w:t xml:space="preserve"> go.</w:t>
        <w:br/>
        <w:t>新的赛季开始了</w:t>
        <w:br/>
        <w:t>A</w:t>
      </w:r>
      <w:r>
        <w:t xml:space="preserve"> new</w:t>
      </w:r>
      <w:r>
        <w:t xml:space="preserve"> season</w:t>
      </w:r>
      <w:r>
        <w:t xml:space="preserve"> is</w:t>
      </w:r>
      <w:r>
        <w:t xml:space="preserve"> starting.</w:t>
        <w:br/>
        <w:t>第一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他来了</w:t>
        <w:br/>
        <w:t>Number</w:t>
      </w:r>
      <w:r>
        <w:t xml:space="preserve"> one,</w:t>
      </w:r>
      <w:r>
        <w:t xml:space="preserve"> here</w:t>
      </w:r>
      <w:r>
        <w:t xml:space="preserve"> he</w:t>
      </w:r>
      <w:r>
        <w:t xml:space="preserve"> is.</w:t>
        <w:br/>
        <w:t>第一</w:t>
      </w:r>
      <w:r>
        <w:t xml:space="preserve"> 今年的第一个</w:t>
        <w:br/>
        <w:t>Number</w:t>
      </w:r>
      <w:r>
        <w:t xml:space="preserve"> one.</w:t>
      </w:r>
      <w:r>
        <w:t xml:space="preserve"> First</w:t>
      </w:r>
      <w:r>
        <w:t xml:space="preserve"> one</w:t>
      </w:r>
      <w:r>
        <w:t xml:space="preserve"> of</w:t>
      </w:r>
      <w:r>
        <w:t xml:space="preserve"> the</w:t>
      </w:r>
      <w:r>
        <w:t xml:space="preserve"> year.</w:t>
        <w:br/>
        <w:t>来吧</w:t>
        <w:br/>
        <w:t>-</w:t>
      </w:r>
      <w:r>
        <w:t xml:space="preserve"> Here</w:t>
      </w:r>
      <w:r>
        <w:t xml:space="preserve"> we</w:t>
      </w:r>
      <w:r>
        <w:t xml:space="preserve"> go.</w:t>
      </w:r>
      <w:r>
        <w:t xml:space="preserve"> -</w:t>
      </w:r>
      <w:r>
        <w:t xml:space="preserve"> The</w:t>
      </w:r>
      <w:r>
        <w:t xml:space="preserve"> main</w:t>
      </w:r>
      <w:r>
        <w:t xml:space="preserve"> man.</w:t>
        <w:br/>
        <w:t>主角</w:t>
        <w:br/>
        <w:t>-</w:t>
      </w:r>
      <w:r>
        <w:t xml:space="preserve"> Here</w:t>
      </w:r>
      <w:r>
        <w:t xml:space="preserve"> we</w:t>
      </w:r>
      <w:r>
        <w:t xml:space="preserve"> go.</w:t>
      </w:r>
      <w:r>
        <w:t xml:space="preserve"> -</w:t>
      </w:r>
      <w:r>
        <w:t xml:space="preserve"> The</w:t>
      </w:r>
      <w:r>
        <w:t xml:space="preserve"> main</w:t>
      </w:r>
      <w:r>
        <w:t xml:space="preserve"> man.</w:t>
        <w:br/>
        <w:t>主角?这我可不确定</w:t>
      </w:r>
      <w:r>
        <w:t xml:space="preserve"> 你告诉我吧</w:t>
        <w:br/>
        <w:t>The</w:t>
      </w:r>
      <w:r>
        <w:t xml:space="preserve"> main</w:t>
      </w:r>
      <w:r>
        <w:t xml:space="preserve"> man?</w:t>
      </w:r>
      <w:r>
        <w:t xml:space="preserve"> I</w:t>
      </w:r>
      <w:r>
        <w:t xml:space="preserve"> don't</w:t>
      </w:r>
      <w:r>
        <w:t xml:space="preserve"> know.</w:t>
      </w:r>
      <w:r>
        <w:t xml:space="preserve"> You</w:t>
      </w:r>
      <w:r>
        <w:t xml:space="preserve"> tell</w:t>
      </w:r>
      <w:r>
        <w:t xml:space="preserve"> me.</w:t>
        <w:br/>
        <w:t>我是埃斯特班·奥康</w:t>
        <w:br/>
        <w:t>I'm</w:t>
      </w:r>
      <w:r>
        <w:t xml:space="preserve"> Esteban</w:t>
      </w:r>
      <w:r>
        <w:t xml:space="preserve"> Ocon,</w:t>
        <w:br/>
        <w:t>为阿尔派一级方程式车队效力</w:t>
        <w:br/>
        <w:t>racing</w:t>
      </w:r>
      <w:r>
        <w:t xml:space="preserve"> for</w:t>
      </w:r>
      <w:r>
        <w:t xml:space="preserve"> Alpine</w:t>
      </w:r>
      <w:r>
        <w:t xml:space="preserve"> F1</w:t>
      </w:r>
      <w:r>
        <w:t xml:space="preserve"> team.</w:t>
        <w:br/>
        <w:t>啪嗒</w:t>
        <w:br/>
        <w:t>Clap.</w:t>
        <w:br/>
        <w:t>我在阿尔派感觉很好</w:t>
        <w:br/>
        <w:t>I</w:t>
      </w:r>
      <w:r>
        <w:t xml:space="preserve"> feel</w:t>
      </w:r>
      <w:r>
        <w:t xml:space="preserve"> good</w:t>
      </w:r>
      <w:r>
        <w:t xml:space="preserve"> at</w:t>
      </w:r>
      <w:r>
        <w:t xml:space="preserve"> Alpine.</w:t>
        <w:br/>
        <w:t>我从2020年就加入了他们</w:t>
        <w:br/>
        <w:t>You</w:t>
      </w:r>
      <w:r>
        <w:t xml:space="preserve"> know,</w:t>
      </w:r>
      <w:r>
        <w:t xml:space="preserve"> I've</w:t>
      </w:r>
      <w:r>
        <w:t xml:space="preserve"> been</w:t>
      </w:r>
      <w:r>
        <w:t xml:space="preserve"> since</w:t>
      </w:r>
      <w:r>
        <w:t xml:space="preserve"> 2020.</w:t>
        <w:br/>
        <w:t>我赢了一场比赛</w:t>
      </w:r>
      <w:r>
        <w:t xml:space="preserve"> 我登上了领奖台</w:t>
        <w:br/>
        <w:t>I</w:t>
      </w:r>
      <w:r>
        <w:t xml:space="preserve"> won</w:t>
      </w:r>
      <w:r>
        <w:t xml:space="preserve"> a</w:t>
      </w:r>
      <w:r>
        <w:t xml:space="preserve"> race.</w:t>
      </w:r>
      <w:r>
        <w:t xml:space="preserve"> I</w:t>
      </w:r>
      <w:r>
        <w:t xml:space="preserve"> finished</w:t>
      </w:r>
      <w:r>
        <w:t xml:space="preserve"> on</w:t>
      </w:r>
      <w:r>
        <w:t xml:space="preserve"> the</w:t>
      </w:r>
      <w:r>
        <w:t xml:space="preserve"> podium.</w:t>
        <w:br/>
        <w:t>他们希望我成为他们的领头人</w:t>
        <w:br/>
        <w:t>And</w:t>
      </w:r>
      <w:r>
        <w:t xml:space="preserve"> they</w:t>
      </w:r>
      <w:r>
        <w:t xml:space="preserve"> count</w:t>
      </w:r>
      <w:r>
        <w:t xml:space="preserve"> on</w:t>
      </w:r>
      <w:r>
        <w:t xml:space="preserve"> me</w:t>
      </w:r>
      <w:r>
        <w:t xml:space="preserve"> to</w:t>
      </w:r>
      <w:r>
        <w:t xml:space="preserve"> be</w:t>
      </w:r>
      <w:r>
        <w:t xml:space="preserve"> that</w:t>
      </w:r>
      <w:r>
        <w:t xml:space="preserve"> leader.</w:t>
        <w:br/>
        <w:t>埃斯特班·奥康是个精明圆滑的人</w:t>
        <w:br/>
        <w:t>Esteban</w:t>
      </w:r>
      <w:r>
        <w:t xml:space="preserve"> Ocon</w:t>
      </w:r>
      <w:r>
        <w:t xml:space="preserve"> is</w:t>
      </w:r>
      <w:r>
        <w:t xml:space="preserve"> a</w:t>
      </w:r>
      <w:r>
        <w:t xml:space="preserve"> shrewd</w:t>
      </w:r>
      <w:r>
        <w:t xml:space="preserve"> operator</w:t>
        <w:br/>
        <w:t>对待队友</w:t>
        <w:br/>
        <w:t>who,</w:t>
      </w:r>
      <w:r>
        <w:t xml:space="preserve"> when</w:t>
      </w:r>
      <w:r>
        <w:t xml:space="preserve"> it</w:t>
      </w:r>
      <w:r>
        <w:t xml:space="preserve"> comes</w:t>
      </w:r>
      <w:r>
        <w:t xml:space="preserve"> to</w:t>
      </w:r>
      <w:r>
        <w:t xml:space="preserve"> his</w:t>
      </w:r>
      <w:r>
        <w:t xml:space="preserve"> teammates,</w:t>
        <w:br/>
        <w:t>他并非总是很和善</w:t>
        <w:br/>
        <w:t>doesn't</w:t>
      </w:r>
      <w:r>
        <w:t xml:space="preserve"> always</w:t>
      </w:r>
      <w:r>
        <w:t xml:space="preserve"> play</w:t>
      </w:r>
      <w:r>
        <w:t xml:space="preserve"> nice.</w:t>
        <w:br/>
        <w:t>我们在他待过的每个车队中</w:t>
      </w:r>
      <w:r>
        <w:t xml:space="preserve"> 都看到过这一点</w:t>
        <w:br/>
        <w:t>We've</w:t>
      </w:r>
      <w:r>
        <w:t xml:space="preserve"> seen</w:t>
      </w:r>
      <w:r>
        <w:t xml:space="preserve"> that</w:t>
      </w:r>
      <w:r>
        <w:t xml:space="preserve"> at</w:t>
      </w:r>
      <w:r>
        <w:t xml:space="preserve"> every</w:t>
      </w:r>
      <w:r>
        <w:t xml:space="preserve"> team</w:t>
      </w:r>
      <w:r>
        <w:t xml:space="preserve"> he's</w:t>
      </w:r>
      <w:r>
        <w:t xml:space="preserve"> raced</w:t>
      </w:r>
      <w:r>
        <w:t xml:space="preserve"> for.</w:t>
        <w:br/>
        <w:t>两辆印度力量的车撞在了一起</w:t>
      </w:r>
      <w:r>
        <w:t xml:space="preserve"> 佩雷斯和奥康撞车了</w:t>
        <w:br/>
        <w:t>The</w:t>
      </w:r>
      <w:r>
        <w:t xml:space="preserve"> two</w:t>
      </w:r>
      <w:r>
        <w:t xml:space="preserve"> Force</w:t>
      </w:r>
      <w:r>
        <w:t xml:space="preserve"> Indias</w:t>
      </w:r>
      <w:r>
        <w:t xml:space="preserve"> scrapping</w:t>
      </w:r>
      <w:r>
        <w:t xml:space="preserve"> away.</w:t>
      </w:r>
      <w:r>
        <w:t xml:space="preserve"> Pérez</w:t>
      </w:r>
      <w:r>
        <w:t xml:space="preserve"> and</w:t>
      </w:r>
      <w:r>
        <w:t xml:space="preserve"> Ocon</w:t>
      </w:r>
      <w:r>
        <w:t xml:space="preserve"> collide.</w:t>
        <w:br/>
        <w:t>是的</w:t>
      </w:r>
      <w:r>
        <w:t xml:space="preserve"> 受损严重!</w:t>
        <w:br/>
        <w:t>There</w:t>
      </w:r>
      <w:r>
        <w:t xml:space="preserve"> it</w:t>
      </w:r>
      <w:r>
        <w:t xml:space="preserve"> is.</w:t>
      </w:r>
      <w:r>
        <w:t xml:space="preserve"> Big</w:t>
      </w:r>
      <w:r>
        <w:t xml:space="preserve"> damage!</w:t>
        <w:br/>
        <w:t>-</w:t>
      </w:r>
      <w:r>
        <w:t xml:space="preserve"> 两辆车都有损伤</w:t>
      </w:r>
      <w:r>
        <w:t xml:space="preserve"> -</w:t>
      </w:r>
      <w:r>
        <w:t xml:space="preserve"> 佩雷斯的前鼻翼</w:t>
        <w:br/>
        <w:t>Both</w:t>
      </w:r>
      <w:r>
        <w:t xml:space="preserve"> damaged.</w:t>
      </w:r>
      <w:r>
        <w:t xml:space="preserve"> To</w:t>
      </w:r>
      <w:r>
        <w:t xml:space="preserve"> Pérez's</w:t>
      </w:r>
      <w:r>
        <w:t xml:space="preserve"> front</w:t>
      </w:r>
      <w:r>
        <w:t xml:space="preserve"> wing.</w:t>
        <w:br/>
        <w:t>埃斯特班在做什么啊</w:t>
      </w:r>
      <w:r>
        <w:t xml:space="preserve"> 各位?</w:t>
        <w:br/>
        <w:t>What</w:t>
      </w:r>
      <w:r>
        <w:t xml:space="preserve"> did</w:t>
      </w:r>
      <w:r>
        <w:t xml:space="preserve"> Esteban</w:t>
      </w:r>
      <w:r>
        <w:t xml:space="preserve"> do,</w:t>
      </w:r>
      <w:r>
        <w:t xml:space="preserve"> guys?!</w:t>
        <w:br/>
        <w:t>今天发生的事是绝对无法接受的</w:t>
        <w:br/>
        <w:t>What</w:t>
      </w:r>
      <w:r>
        <w:t xml:space="preserve"> happened</w:t>
      </w:r>
      <w:r>
        <w:t xml:space="preserve"> today</w:t>
      </w:r>
      <w:r>
        <w:t xml:space="preserve"> is</w:t>
      </w:r>
      <w:r>
        <w:t xml:space="preserve"> totally</w:t>
      </w:r>
      <w:r>
        <w:t xml:space="preserve"> unacceptable</w:t>
      </w:r>
      <w:r>
        <w:t xml:space="preserve"> for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team.</w:t>
        <w:br/>
        <w:t>他就是这么不专业</w:t>
        <w:br/>
        <w:t>That's</w:t>
      </w:r>
      <w:r>
        <w:t xml:space="preserve"> how</w:t>
      </w:r>
      <w:r>
        <w:t xml:space="preserve"> not</w:t>
      </w:r>
      <w:r>
        <w:t xml:space="preserve"> professional</w:t>
      </w:r>
      <w:r>
        <w:t xml:space="preserve"> he</w:t>
      </w:r>
      <w:r>
        <w:t xml:space="preserve"> is,</w:t>
        <w:br/>
        <w:t>是的</w:t>
      </w:r>
      <w:r>
        <w:t xml:space="preserve"> 我想我会去告诉他真话</w:t>
        <w:br/>
        <w:t>and,</w:t>
      </w:r>
      <w:r>
        <w:t xml:space="preserve"> yeah,</w:t>
      </w:r>
      <w:r>
        <w:t xml:space="preserve"> I</w:t>
      </w:r>
      <w:r>
        <w:t xml:space="preserve"> think</w:t>
      </w:r>
      <w:r>
        <w:t xml:space="preserve"> I</w:t>
      </w:r>
      <w:r>
        <w:t xml:space="preserve"> will</w:t>
      </w:r>
      <w:r>
        <w:t xml:space="preserve"> go</w:t>
      </w:r>
      <w:r>
        <w:t xml:space="preserve"> tell</w:t>
      </w:r>
      <w:r>
        <w:t xml:space="preserve"> him</w:t>
      </w:r>
      <w:r>
        <w:t xml:space="preserve"> the</w:t>
      </w:r>
      <w:r>
        <w:t xml:space="preserve"> truth.</w:t>
        <w:br/>
        <w:t>和佩雷斯的结局并不好</w:t>
        <w:br/>
        <w:t>It</w:t>
      </w:r>
      <w:r>
        <w:t xml:space="preserve"> didn't</w:t>
      </w:r>
      <w:r>
        <w:t xml:space="preserve"> end</w:t>
      </w:r>
      <w:r>
        <w:t xml:space="preserve"> well</w:t>
      </w:r>
      <w:r>
        <w:t xml:space="preserve"> with</w:t>
      </w:r>
      <w:r>
        <w:t xml:space="preserve"> Pérez.</w:t>
        <w:br/>
        <w:t>和阿隆索的结局也不好</w:t>
        <w:br/>
        <w:t>It</w:t>
      </w:r>
      <w:r>
        <w:t xml:space="preserve"> didn't</w:t>
      </w:r>
      <w:r>
        <w:t xml:space="preserve"> end</w:t>
      </w:r>
      <w:r>
        <w:t xml:space="preserve"> well</w:t>
      </w:r>
      <w:r>
        <w:t xml:space="preserve"> with</w:t>
      </w:r>
      <w:r>
        <w:t xml:space="preserve"> Alonso.</w:t>
        <w:br/>
        <w:t>两辆阿尔派的车竞争</w:t>
      </w:r>
      <w:r>
        <w:t xml:space="preserve"> 费尔南多·阿隆索几乎撞上了围墙</w:t>
        <w:br/>
        <w:t>The</w:t>
      </w:r>
      <w:r>
        <w:t xml:space="preserve"> Alpines</w:t>
      </w:r>
      <w:r>
        <w:t xml:space="preserve"> going</w:t>
      </w:r>
      <w:r>
        <w:t xml:space="preserve"> for</w:t>
      </w:r>
      <w:r>
        <w:t xml:space="preserve"> it.</w:t>
      </w:r>
      <w:r>
        <w:t xml:space="preserve"> Fernando</w:t>
      </w:r>
      <w:r>
        <w:t xml:space="preserve"> Alonso</w:t>
      </w:r>
      <w:r>
        <w:t xml:space="preserve"> almost</w:t>
      </w:r>
      <w:r>
        <w:t xml:space="preserve"> in</w:t>
      </w:r>
      <w:r>
        <w:t xml:space="preserve"> the</w:t>
      </w:r>
      <w:r>
        <w:t xml:space="preserve"> wall.</w:t>
        <w:br/>
        <w:t>我们看到了队友相搏</w:t>
        <w:br/>
        <w:t>Fighting</w:t>
      </w:r>
      <w:r>
        <w:t xml:space="preserve"> between</w:t>
      </w:r>
      <w:r>
        <w:t xml:space="preserve"> teammates.</w:t>
        <w:br/>
        <w:t>他们在比赛中没有互相帮助</w:t>
      </w:r>
      <w:r>
        <w:t xml:space="preserve"> 对吧?</w:t>
        <w:br/>
        <w:t>Not</w:t>
      </w:r>
      <w:r>
        <w:t xml:space="preserve"> helping</w:t>
      </w:r>
      <w:r>
        <w:t xml:space="preserve"> each</w:t>
      </w:r>
      <w:r>
        <w:t xml:space="preserve"> other,</w:t>
      </w:r>
      <w:r>
        <w:t xml:space="preserve"> are</w:t>
      </w:r>
      <w:r>
        <w:t xml:space="preserve"> they?</w:t>
        <w:br/>
        <w:br/>
        <w:t>有时候</w:t>
      </w:r>
      <w:r>
        <w:t xml:space="preserve"> 车队内部竞争激烈</w:t>
        <w:br/>
        <w:t>Sometimes</w:t>
      </w:r>
      <w:r>
        <w:t xml:space="preserve"> it's</w:t>
      </w:r>
      <w:r>
        <w:t xml:space="preserve"> very</w:t>
      </w:r>
      <w:r>
        <w:t xml:space="preserve"> competitive</w:t>
      </w:r>
      <w:r>
        <w:t xml:space="preserve"> inside</w:t>
      </w:r>
      <w:r>
        <w:t xml:space="preserve"> the</w:t>
      </w:r>
      <w:r>
        <w:t xml:space="preserve"> team,</w:t>
        <w:br/>
        <w:t>从积极的一面来看</w:t>
      </w:r>
      <w:r>
        <w:t xml:space="preserve"> 比赛终于结束了</w:t>
        <w:br/>
        <w:t>and</w:t>
      </w:r>
      <w:r>
        <w:t xml:space="preserve"> on</w:t>
      </w:r>
      <w:r>
        <w:t xml:space="preserve"> the</w:t>
      </w:r>
      <w:r>
        <w:t xml:space="preserve"> positive</w:t>
      </w:r>
      <w:r>
        <w:t xml:space="preserve"> side,</w:t>
      </w:r>
      <w:r>
        <w:t xml:space="preserve"> it's</w:t>
      </w:r>
      <w:r>
        <w:t xml:space="preserve"> over,</w:t>
      </w:r>
      <w:r>
        <w:t xml:space="preserve"> uh,</w:t>
      </w:r>
      <w:r>
        <w:t xml:space="preserve"> finally.</w:t>
        <w:br/>
        <w:t>我是个竞争者</w:t>
      </w:r>
      <w:r>
        <w:t xml:space="preserve"> 我喜欢赢</w:t>
        <w:br/>
        <w:t>I'm</w:t>
      </w:r>
      <w:r>
        <w:t xml:space="preserve"> a</w:t>
      </w:r>
      <w:r>
        <w:t xml:space="preserve"> competitor,</w:t>
      </w:r>
      <w:r>
        <w:t xml:space="preserve"> and</w:t>
      </w:r>
      <w:r>
        <w:t xml:space="preserve"> I</w:t>
      </w:r>
      <w:r>
        <w:t xml:space="preserve"> like</w:t>
      </w:r>
      <w:r>
        <w:t xml:space="preserve"> to</w:t>
      </w:r>
      <w:r>
        <w:t xml:space="preserve"> win.</w:t>
        <w:br/>
        <w:t>当然</w:t>
      </w:r>
      <w:r>
        <w:t xml:space="preserve"> 我今年多了一个新队友</w:t>
        <w:br/>
        <w:t>Of</w:t>
      </w:r>
      <w:r>
        <w:t xml:space="preserve"> course,</w:t>
      </w:r>
      <w:r>
        <w:t xml:space="preserve"> I've</w:t>
      </w:r>
      <w:r>
        <w:t xml:space="preserve"> got</w:t>
      </w:r>
      <w:r>
        <w:t xml:space="preserve"> a</w:t>
      </w:r>
      <w:r>
        <w:t xml:space="preserve"> new</w:t>
      </w:r>
      <w:r>
        <w:t xml:space="preserve"> teammate</w:t>
      </w:r>
      <w:r>
        <w:t xml:space="preserve"> this</w:t>
      </w:r>
      <w:r>
        <w:t xml:space="preserve"> year.</w:t>
        <w:br/>
        <w:t>皮埃尔</w:t>
      </w:r>
      <w:r>
        <w:t xml:space="preserve"> 显然我认识他</w:t>
        <w:br/>
        <w:t>Pierre.</w:t>
      </w:r>
      <w:r>
        <w:t xml:space="preserve"> Obviously,</w:t>
      </w:r>
      <w:r>
        <w:t xml:space="preserve"> he's</w:t>
      </w:r>
      <w:r>
        <w:t xml:space="preserve"> someone</w:t>
      </w:r>
      <w:r>
        <w:t xml:space="preserve"> I</w:t>
      </w:r>
      <w:r>
        <w:t xml:space="preserve"> know.</w:t>
        <w:br/>
        <w:t>但我对这些决定没有发言权</w:t>
        <w:br/>
        <w:t>But</w:t>
      </w:r>
      <w:r>
        <w:t xml:space="preserve"> I</w:t>
      </w:r>
      <w:r>
        <w:t xml:space="preserve"> don't</w:t>
      </w:r>
      <w:r>
        <w:t xml:space="preserve"> have</w:t>
      </w:r>
      <w:r>
        <w:t xml:space="preserve"> my</w:t>
      </w:r>
      <w:r>
        <w:t xml:space="preserve"> say</w:t>
      </w:r>
      <w:r>
        <w:t xml:space="preserve"> on</w:t>
      </w:r>
      <w:r>
        <w:t xml:space="preserve"> these</w:t>
      </w:r>
      <w:r>
        <w:t xml:space="preserve"> decisions.</w:t>
        <w:br/>
        <w:t>是的</w:t>
      </w:r>
      <w:r>
        <w:t xml:space="preserve"> 我认识埃斯特班</w:t>
        <w:br/>
        <w:t>Yeah,</w:t>
      </w:r>
      <w:r>
        <w:t xml:space="preserve"> I</w:t>
      </w:r>
      <w:r>
        <w:t xml:space="preserve"> know</w:t>
      </w:r>
      <w:r>
        <w:t xml:space="preserve"> Esteban.</w:t>
        <w:br/>
        <w:t>他就像我弟弟一样</w:t>
        <w:br/>
        <w:t>I</w:t>
      </w:r>
      <w:r>
        <w:t xml:space="preserve"> know</w:t>
      </w:r>
      <w:r>
        <w:t xml:space="preserve"> him</w:t>
      </w:r>
      <w:r>
        <w:t xml:space="preserve"> like</w:t>
      </w:r>
      <w:r>
        <w:t xml:space="preserve"> a</w:t>
      </w:r>
      <w:r>
        <w:t xml:space="preserve"> younger</w:t>
      </w:r>
      <w:r>
        <w:t xml:space="preserve"> brother.</w:t>
        <w:br/>
        <w:t>唯一的问题是</w:t>
      </w:r>
      <w:r>
        <w:t xml:space="preserve"> 和埃斯特班一起</w:t>
        <w:br/>
        <w:t>The</w:t>
      </w:r>
      <w:r>
        <w:t xml:space="preserve"> only</w:t>
      </w:r>
      <w:r>
        <w:t xml:space="preserve"> thing</w:t>
      </w:r>
      <w:r>
        <w:t xml:space="preserve"> is,</w:t>
      </w:r>
      <w:r>
        <w:t xml:space="preserve"> with</w:t>
      </w:r>
      <w:r>
        <w:t xml:space="preserve"> Esteban,</w:t>
        <w:br/>
        <w:t>会有很多的问题和剑拔弩张</w:t>
        <w:br/>
        <w:t>there</w:t>
      </w:r>
      <w:r>
        <w:t xml:space="preserve"> are</w:t>
      </w:r>
      <w:r>
        <w:t xml:space="preserve"> a</w:t>
      </w:r>
      <w:r>
        <w:t xml:space="preserve"> lot</w:t>
      </w:r>
      <w:r>
        <w:t xml:space="preserve"> of</w:t>
      </w:r>
      <w:r>
        <w:t xml:space="preserve"> problems</w:t>
      </w:r>
      <w:r>
        <w:t xml:space="preserve"> and</w:t>
      </w:r>
      <w:r>
        <w:t xml:space="preserve"> tensions.</w:t>
        <w:br/>
        <w:t>我们都知道我们永远不会成为好朋友</w:t>
        <w:br/>
        <w:t>We</w:t>
      </w:r>
      <w:r>
        <w:t xml:space="preserve"> both</w:t>
      </w:r>
      <w:r>
        <w:t xml:space="preserve"> know</w:t>
      </w:r>
      <w:r>
        <w:t xml:space="preserve"> we'll</w:t>
      </w:r>
      <w:r>
        <w:t xml:space="preserve"> never</w:t>
      </w:r>
      <w:r>
        <w:t xml:space="preserve"> be</w:t>
      </w:r>
      <w:r>
        <w:t xml:space="preserve"> best</w:t>
      </w:r>
      <w:r>
        <w:t xml:space="preserve"> friends.</w:t>
        <w:br/>
        <w:t>你好吗?很好</w:t>
      </w:r>
      <w:r>
        <w:t xml:space="preserve"> 非常感谢</w:t>
        <w:br/>
        <w:t>How</w:t>
      </w:r>
      <w:r>
        <w:t xml:space="preserve"> are</w:t>
      </w:r>
      <w:r>
        <w:t xml:space="preserve"> you?</w:t>
      </w:r>
      <w:r>
        <w:t xml:space="preserve"> All</w:t>
      </w:r>
      <w:r>
        <w:t xml:space="preserve"> good,</w:t>
      </w:r>
      <w:r>
        <w:t xml:space="preserve"> thank</w:t>
      </w:r>
      <w:r>
        <w:t xml:space="preserve"> you</w:t>
      </w:r>
      <w:r>
        <w:t xml:space="preserve"> very</w:t>
      </w:r>
      <w:r>
        <w:t xml:space="preserve"> much.</w:t>
        <w:br/>
        <w:t>我跟他们说</w:t>
      </w:r>
      <w:r>
        <w:t xml:space="preserve"> 我们认识20年了</w:t>
        <w:br/>
        <w:t>I</w:t>
      </w:r>
      <w:r>
        <w:t xml:space="preserve"> was</w:t>
      </w:r>
      <w:r>
        <w:t xml:space="preserve"> telling</w:t>
      </w:r>
      <w:r>
        <w:t xml:space="preserve"> them</w:t>
      </w:r>
      <w:r>
        <w:t xml:space="preserve"> that</w:t>
      </w:r>
      <w:r>
        <w:t xml:space="preserve"> we've</w:t>
      </w:r>
      <w:r>
        <w:t xml:space="preserve"> known</w:t>
      </w:r>
      <w:r>
        <w:t xml:space="preserve"> each</w:t>
      </w:r>
      <w:r>
        <w:t xml:space="preserve"> other</w:t>
      </w:r>
      <w:r>
        <w:t xml:space="preserve"> for</w:t>
      </w:r>
      <w:r>
        <w:t xml:space="preserve"> 20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years.</w:t>
        <w:br/>
        <w:t>我去</w:t>
      </w:r>
      <w:r>
        <w:t xml:space="preserve"> 没错</w:t>
      </w:r>
      <w:r>
        <w:t xml:space="preserve"> 还不止呢</w:t>
      </w:r>
      <w:r>
        <w:t xml:space="preserve"> 我们当时是六岁</w:t>
      </w:r>
      <w:r>
        <w:t xml:space="preserve"> 七岁?</w:t>
        <w:br/>
        <w:t>Fuck,</w:t>
      </w:r>
      <w:r>
        <w:t xml:space="preserve"> you're</w:t>
      </w:r>
      <w:r>
        <w:t xml:space="preserve"> right.</w:t>
      </w:r>
      <w:r>
        <w:t xml:space="preserve"> More</w:t>
      </w:r>
      <w:r>
        <w:t xml:space="preserve"> than</w:t>
      </w:r>
      <w:r>
        <w:t xml:space="preserve"> that.</w:t>
      </w:r>
      <w:r>
        <w:t xml:space="preserve"> We</w:t>
      </w:r>
      <w:r>
        <w:t xml:space="preserve"> were</w:t>
      </w:r>
      <w:r>
        <w:t xml:space="preserve"> six,</w:t>
      </w:r>
      <w:r>
        <w:t xml:space="preserve"> seven?</w:t>
        <w:br/>
        <w:t>六岁</w:t>
      </w:r>
      <w:r>
        <w:t xml:space="preserve"> 我是从六岁开始的</w:t>
        <w:br/>
        <w:t>I</w:t>
      </w:r>
      <w:r>
        <w:t xml:space="preserve"> was</w:t>
      </w:r>
      <w:r>
        <w:t xml:space="preserve"> six</w:t>
      </w:r>
      <w:r>
        <w:t xml:space="preserve"> when</w:t>
      </w:r>
      <w:r>
        <w:t xml:space="preserve"> I</w:t>
      </w:r>
      <w:r>
        <w:t xml:space="preserve"> started.</w:t>
      </w:r>
      <w:r>
        <w:t xml:space="preserve"> Six</w:t>
      </w:r>
      <w:r>
        <w:t xml:space="preserve"> years</w:t>
      </w:r>
      <w:r>
        <w:t xml:space="preserve"> old.</w:t>
        <w:br/>
        <w:t>我跟他们说</w:t>
      </w:r>
      <w:r>
        <w:t xml:space="preserve"> 认识一个人这么长时间</w:t>
        <w:br/>
        <w:t>I</w:t>
      </w:r>
      <w:r>
        <w:t xml:space="preserve"> told</w:t>
      </w:r>
      <w:r>
        <w:t xml:space="preserve"> them</w:t>
      </w:r>
      <w:r>
        <w:t xml:space="preserve"> that</w:t>
      </w:r>
      <w:r>
        <w:t xml:space="preserve"> it's</w:t>
      </w:r>
      <w:r>
        <w:t xml:space="preserve"> not</w:t>
      </w:r>
      <w:r>
        <w:t xml:space="preserve"> often</w:t>
      </w:r>
      <w:r>
        <w:t xml:space="preserve"> in</w:t>
      </w:r>
      <w:r>
        <w:t xml:space="preserve"> life</w:t>
      </w:r>
      <w:r>
        <w:t xml:space="preserve"> you've</w:t>
      </w:r>
      <w:r>
        <w:t xml:space="preserve"> known</w:t>
      </w:r>
      <w:r>
        <w:t xml:space="preserve"> someone</w:t>
      </w:r>
      <w:r>
        <w:t xml:space="preserve"> for</w:t>
      </w:r>
      <w:r>
        <w:t xml:space="preserve"> that</w:t>
      </w:r>
      <w:r>
        <w:t xml:space="preserve"> many</w:t>
      </w:r>
      <w:r>
        <w:t xml:space="preserve"> years.</w:t>
        <w:br/>
        <w:t>这在生活中是很少见的</w:t>
        <w:br/>
        <w:t>I</w:t>
      </w:r>
      <w:r>
        <w:t xml:space="preserve"> told</w:t>
      </w:r>
      <w:r>
        <w:t xml:space="preserve"> them</w:t>
      </w:r>
      <w:r>
        <w:t xml:space="preserve"> that</w:t>
      </w:r>
      <w:r>
        <w:t xml:space="preserve"> it's</w:t>
      </w:r>
      <w:r>
        <w:t xml:space="preserve"> not</w:t>
      </w:r>
      <w:r>
        <w:t xml:space="preserve"> often</w:t>
      </w:r>
      <w:r>
        <w:t xml:space="preserve"> in</w:t>
      </w:r>
      <w:r>
        <w:t xml:space="preserve"> life</w:t>
      </w:r>
      <w:r>
        <w:t xml:space="preserve"> you've</w:t>
      </w:r>
      <w:r>
        <w:t xml:space="preserve"> known</w:t>
      </w:r>
      <w:r>
        <w:t xml:space="preserve"> someone</w:t>
      </w:r>
      <w:r>
        <w:t xml:space="preserve"> for</w:t>
      </w:r>
      <w:r>
        <w:t xml:space="preserve"> that</w:t>
      </w:r>
      <w:r>
        <w:t xml:space="preserve"> many</w:t>
      </w:r>
      <w:r>
        <w:t xml:space="preserve"> years.</w:t>
        <w:br/>
        <w:t>最终</w:t>
      </w:r>
      <w:r>
        <w:t xml:space="preserve"> 是奥特马尔决定</w:t>
      </w:r>
      <w:r>
        <w:t xml:space="preserve"> 将这两位车手放在一起的</w:t>
        <w:br/>
        <w:t>Ultimately,</w:t>
      </w:r>
      <w:r>
        <w:t xml:space="preserve"> the</w:t>
      </w:r>
      <w:r>
        <w:t xml:space="preserve"> decision</w:t>
      </w:r>
      <w:r>
        <w:t xml:space="preserve"> to</w:t>
      </w:r>
      <w:r>
        <w:t xml:space="preserve"> put</w:t>
      </w:r>
      <w:r>
        <w:t xml:space="preserve"> these</w:t>
      </w:r>
      <w:r>
        <w:t xml:space="preserve"> two</w:t>
      </w:r>
      <w:r>
        <w:t xml:space="preserve"> drivers</w:t>
      </w:r>
      <w:r>
        <w:t xml:space="preserve"> together</w:t>
      </w:r>
      <w:r>
        <w:t xml:space="preserve"> is</w:t>
      </w:r>
      <w:r>
        <w:t xml:space="preserve"> Otmar's.</w:t>
        <w:br/>
        <w:t>-</w:t>
      </w:r>
      <w:r>
        <w:t xml:space="preserve"> 来吧</w:t>
      </w:r>
      <w:r>
        <w:t xml:space="preserve"> 孩子们</w:t>
      </w:r>
      <w:r>
        <w:t xml:space="preserve"> -</w:t>
      </w:r>
      <w:r>
        <w:t xml:space="preserve"> 爸爸来了</w:t>
        <w:br/>
        <w:t>-</w:t>
      </w:r>
      <w:r>
        <w:t xml:space="preserve"> Come</w:t>
      </w:r>
      <w:r>
        <w:t xml:space="preserve"> on,</w:t>
      </w:r>
      <w:r>
        <w:t xml:space="preserve"> boys.</w:t>
      </w:r>
      <w:r>
        <w:t xml:space="preserve"> -</w:t>
      </w:r>
      <w:r>
        <w:t xml:space="preserve"> Daddy</w:t>
      </w:r>
      <w:r>
        <w:t xml:space="preserve"> is</w:t>
      </w:r>
      <w:r>
        <w:t xml:space="preserve"> here.</w:t>
        <w:br/>
        <w:t>让阿尔派在法国队中</w:t>
        <w:br/>
        <w:t>Giving</w:t>
      </w:r>
      <w:r>
        <w:t xml:space="preserve"> Alpine</w:t>
      </w:r>
      <w:r>
        <w:t xml:space="preserve"> the</w:t>
      </w:r>
      <w:r>
        <w:t xml:space="preserve"> PR</w:t>
      </w:r>
      <w:r>
        <w:t xml:space="preserve"> masterstroke</w:t>
      </w:r>
      <w:r>
        <w:t xml:space="preserve"> of</w:t>
      </w:r>
      <w:r>
        <w:t xml:space="preserve"> an</w:t>
      </w:r>
      <w:r>
        <w:t xml:space="preserve"> all-French</w:t>
      </w:r>
      <w:r>
        <w:t xml:space="preserve"> lineup</w:t>
      </w:r>
      <w:r>
        <w:t xml:space="preserve"> at</w:t>
      </w:r>
      <w:r>
        <w:t xml:space="preserve"> a</w:t>
      </w:r>
      <w:r>
        <w:t xml:space="preserve"> French</w:t>
      </w:r>
      <w:r>
        <w:t xml:space="preserve"> team.</w:t>
        <w:br/>
        <w:t>实现了全法国阵容的公&amp;hearts;关&amp;hearts;杰作</w:t>
        <w:br/>
        <w:t>Giving</w:t>
      </w:r>
      <w:r>
        <w:t xml:space="preserve"> Alpine</w:t>
      </w:r>
      <w:r>
        <w:t xml:space="preserve"> the</w:t>
      </w:r>
      <w:r>
        <w:t xml:space="preserve"> PR</w:t>
      </w:r>
      <w:r>
        <w:t xml:space="preserve"> masterstroke</w:t>
      </w:r>
      <w:r>
        <w:t xml:space="preserve"> of</w:t>
      </w:r>
      <w:r>
        <w:t xml:space="preserve"> an</w:t>
      </w:r>
      <w:r>
        <w:t xml:space="preserve"> all-French</w:t>
      </w:r>
      <w:r>
        <w:t xml:space="preserve"> lineup</w:t>
      </w:r>
      <w:r>
        <w:t xml:space="preserve"> at</w:t>
      </w:r>
      <w:r>
        <w:t xml:space="preserve"> a</w:t>
      </w:r>
      <w:r>
        <w:t xml:space="preserve"> French</w:t>
      </w:r>
      <w:r>
        <w:t xml:space="preserve"> team.</w:t>
        <w:br/>
        <w:t>但皮埃尔和埃斯特班</w:t>
      </w:r>
      <w:r>
        <w:t xml:space="preserve"> 并非总能保持意见一致</w:t>
        <w:br/>
        <w:t>But</w:t>
      </w:r>
      <w:r>
        <w:t xml:space="preserve"> Pierre</w:t>
      </w:r>
      <w:r>
        <w:t xml:space="preserve"> and</w:t>
      </w:r>
      <w:r>
        <w:t xml:space="preserve"> Esteban</w:t>
      </w:r>
      <w:r>
        <w:t xml:space="preserve"> don't</w:t>
      </w:r>
      <w:r>
        <w:t xml:space="preserve"> necessarily</w:t>
      </w:r>
      <w:r>
        <w:t xml:space="preserve"> always</w:t>
      </w:r>
      <w:r>
        <w:t xml:space="preserve"> see</w:t>
      </w:r>
      <w:r>
        <w:t xml:space="preserve"> eye</w:t>
      </w:r>
      <w:r>
        <w:t xml:space="preserve"> to</w:t>
      </w:r>
      <w:r>
        <w:t xml:space="preserve"> eye.</w:t>
        <w:br/>
        <w:t>他们有过不和的历史</w:t>
        <w:br/>
        <w:t>They</w:t>
      </w:r>
      <w:r>
        <w:t xml:space="preserve"> have</w:t>
      </w:r>
      <w:r>
        <w:t xml:space="preserve"> a</w:t>
      </w:r>
      <w:r>
        <w:t xml:space="preserve"> history</w:t>
      </w:r>
      <w:r>
        <w:t xml:space="preserve"> of</w:t>
      </w:r>
      <w:r>
        <w:t xml:space="preserve"> not</w:t>
      </w:r>
      <w:r>
        <w:t xml:space="preserve"> getting</w:t>
      </w:r>
      <w:r>
        <w:t xml:space="preserve"> on.</w:t>
        <w:br/>
        <w:t>-</w:t>
      </w:r>
      <w:r>
        <w:t xml:space="preserve"> 太好了</w:t>
      </w:r>
      <w:r>
        <w:t xml:space="preserve"> -</w:t>
      </w:r>
      <w:r>
        <w:t xml:space="preserve"> 完美</w:t>
        <w:br/>
        <w:t>-</w:t>
      </w:r>
      <w:r>
        <w:t xml:space="preserve"> Great.</w:t>
      </w:r>
      <w:r>
        <w:t xml:space="preserve"> -</w:t>
      </w:r>
      <w:r>
        <w:t xml:space="preserve"> Perfect.</w:t>
        <w:br/>
        <w:t>现在我们带你们两个去楼梯口</w:t>
        <w:br/>
        <w:t>Now</w:t>
      </w:r>
      <w:r>
        <w:t xml:space="preserve"> we'll</w:t>
      </w:r>
      <w:r>
        <w:t xml:space="preserve"> take</w:t>
      </w:r>
      <w:r>
        <w:t xml:space="preserve"> the</w:t>
      </w:r>
      <w:r>
        <w:t xml:space="preserve"> two</w:t>
      </w:r>
      <w:r>
        <w:t xml:space="preserve"> of</w:t>
      </w:r>
      <w:r>
        <w:t xml:space="preserve"> you</w:t>
      </w:r>
      <w:r>
        <w:t xml:space="preserve"> to</w:t>
      </w:r>
      <w:r>
        <w:t xml:space="preserve"> the</w:t>
      </w:r>
      <w:r>
        <w:t xml:space="preserve"> staircase.</w:t>
        <w:br/>
        <w:t>我知道皮埃尔和埃斯特班之间的怨隙</w:t>
        <w:br/>
        <w:t>I</w:t>
      </w:r>
      <w:r>
        <w:t xml:space="preserve"> know</w:t>
      </w:r>
      <w:r>
        <w:t xml:space="preserve"> about</w:t>
      </w:r>
      <w:r>
        <w:t xml:space="preserve"> the</w:t>
      </w:r>
      <w:r>
        <w:t xml:space="preserve"> animosity</w:t>
      </w:r>
      <w:r>
        <w:t xml:space="preserve"> between</w:t>
      </w:r>
      <w:r>
        <w:t xml:space="preserve"> Pierre</w:t>
      </w:r>
      <w:r>
        <w:t xml:space="preserve"> and</w:t>
      </w:r>
      <w:r>
        <w:t xml:space="preserve"> Esteban,</w:t>
        <w:br/>
        <w:t>但你不需要车手们当朋友</w:t>
        <w:br/>
        <w:t>but</w:t>
      </w:r>
      <w:r>
        <w:t xml:space="preserve"> you</w:t>
      </w:r>
      <w:r>
        <w:t xml:space="preserve"> don't</w:t>
      </w:r>
      <w:r>
        <w:t xml:space="preserve"> need</w:t>
      </w:r>
      <w:r>
        <w:t xml:space="preserve"> drivers</w:t>
      </w:r>
      <w:r>
        <w:t xml:space="preserve"> to</w:t>
      </w:r>
      <w:r>
        <w:t xml:space="preserve"> be</w:t>
      </w:r>
      <w:r>
        <w:t xml:space="preserve"> friends,</w:t>
        <w:br/>
        <w:t>我能应付难搞的车手</w:t>
        <w:br/>
        <w:t>and</w:t>
      </w:r>
      <w:r>
        <w:t xml:space="preserve"> I</w:t>
      </w:r>
      <w:r>
        <w:t xml:space="preserve"> can</w:t>
      </w:r>
      <w:r>
        <w:t xml:space="preserve"> manage</w:t>
      </w:r>
      <w:r>
        <w:t xml:space="preserve"> tricky</w:t>
      </w:r>
      <w:r>
        <w:t xml:space="preserve"> drivers.</w:t>
        <w:br/>
        <w:t>这并不容易</w:t>
        <w:br/>
        <w:t>It's</w:t>
      </w:r>
      <w:r>
        <w:t xml:space="preserve"> not</w:t>
      </w:r>
      <w:r>
        <w:t xml:space="preserve"> easy</w:t>
      </w:r>
      <w:r>
        <w:t xml:space="preserve"> to</w:t>
      </w:r>
      <w:r>
        <w:t xml:space="preserve"> do.</w:t>
        <w:br/>
        <w:t>需要一定的领导风格</w:t>
        <w:br/>
        <w:t>It</w:t>
      </w:r>
      <w:r>
        <w:t xml:space="preserve"> takes</w:t>
      </w:r>
      <w:r>
        <w:t xml:space="preserve"> a</w:t>
      </w:r>
      <w:r>
        <w:t xml:space="preserve"> certain</w:t>
      </w:r>
      <w:r>
        <w:t xml:space="preserve"> leadership</w:t>
      </w:r>
      <w:r>
        <w:t xml:space="preserve"> style.</w:t>
        <w:br/>
        <w:t>但我对自己很有信心</w:t>
        <w:br/>
        <w:t>But</w:t>
      </w:r>
      <w:r>
        <w:t xml:space="preserve"> I'm</w:t>
      </w:r>
      <w:r>
        <w:t xml:space="preserve"> confident</w:t>
      </w:r>
      <w:r>
        <w:t xml:space="preserve"> in</w:t>
      </w:r>
      <w:r>
        <w:t xml:space="preserve"> myself.</w:t>
        <w:br/>
        <w:t>你要严肃脸还是微笑</w:t>
      </w:r>
      <w:r>
        <w:t xml:space="preserve"> 还是...?</w:t>
        <w:br/>
        <w:t>You</w:t>
      </w:r>
      <w:r>
        <w:t xml:space="preserve"> want</w:t>
      </w:r>
      <w:r>
        <w:t xml:space="preserve"> serious</w:t>
      </w:r>
      <w:r>
        <w:t xml:space="preserve"> or</w:t>
      </w:r>
      <w:r>
        <w:t xml:space="preserve"> smiling</w:t>
      </w:r>
      <w:r>
        <w:t xml:space="preserve"> or...</w:t>
        <w:br/>
        <w:t>两种都来点吧</w:t>
        <w:br/>
        <w:t>A</w:t>
      </w:r>
      <w:r>
        <w:t xml:space="preserve"> bit</w:t>
      </w:r>
      <w:r>
        <w:t xml:space="preserve"> of</w:t>
      </w:r>
      <w:r>
        <w:t xml:space="preserve"> both.</w:t>
        <w:br/>
        <w:t>一样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我现在做微笑</w:t>
        <w:br/>
        <w:t>Same</w:t>
      </w:r>
      <w:r>
        <w:t xml:space="preserve"> thing.</w:t>
      </w:r>
      <w:r>
        <w:t xml:space="preserve"> I</w:t>
      </w:r>
      <w:r>
        <w:t xml:space="preserve"> just</w:t>
      </w:r>
      <w:r>
        <w:t xml:space="preserve"> smile</w:t>
      </w:r>
      <w:r>
        <w:t xml:space="preserve"> now.</w:t>
        <w:br/>
        <w:t>在阿尔派</w:t>
      </w:r>
      <w:r>
        <w:t xml:space="preserve"> 大家有一个共同的目标</w:t>
        <w:br/>
        <w:t>At</w:t>
      </w:r>
      <w:r>
        <w:t xml:space="preserve"> Alpine,</w:t>
      </w:r>
      <w:r>
        <w:t xml:space="preserve"> there</w:t>
      </w:r>
      <w:r>
        <w:t xml:space="preserve"> is</w:t>
      </w:r>
      <w:r>
        <w:t xml:space="preserve"> a</w:t>
      </w:r>
      <w:r>
        <w:t xml:space="preserve"> common</w:t>
      </w:r>
      <w:r>
        <w:t xml:space="preserve"> goal.</w:t>
        <w:br/>
        <w:t>我们希望两位车手</w:t>
        <w:br/>
        <w:t>We</w:t>
      </w:r>
      <w:r>
        <w:t xml:space="preserve"> expect</w:t>
      </w:r>
      <w:r>
        <w:t xml:space="preserve"> both</w:t>
      </w:r>
      <w:r>
        <w:t xml:space="preserve"> drivers</w:t>
        <w:br/>
        <w:t>齐心合力</w:t>
      </w:r>
      <w:r>
        <w:t xml:space="preserve"> 让车队在车队冠军榜的</w:t>
        <w:br/>
        <w:t>to</w:t>
      </w:r>
      <w:r>
        <w:t xml:space="preserve"> work</w:t>
      </w:r>
      <w:r>
        <w:t xml:space="preserve"> together</w:t>
      </w:r>
      <w:r>
        <w:t xml:space="preserve"> to</w:t>
      </w:r>
      <w:r>
        <w:t xml:space="preserve"> maximize</w:t>
      </w:r>
      <w:r>
        <w:t xml:space="preserve"> the</w:t>
      </w:r>
      <w:r>
        <w:t xml:space="preserve"> team's</w:t>
      </w:r>
      <w:r>
        <w:t xml:space="preserve"> performance</w:t>
        <w:br/>
        <w:t>成绩达到最优</w:t>
        <w:br/>
        <w:t>in</w:t>
      </w:r>
      <w:r>
        <w:t xml:space="preserve"> the</w:t>
      </w:r>
      <w:r>
        <w:t xml:space="preserve"> Constructors</w:t>
      </w:r>
      <w:r>
        <w:t xml:space="preserve"> Championship.</w:t>
        <w:br/>
        <w:t>我是洛朗·罗西</w:t>
      </w:r>
      <w:r>
        <w:t xml:space="preserve"> 我是阿尔派的首席执行官</w:t>
        <w:br/>
        <w:t>I'm</w:t>
      </w:r>
      <w:r>
        <w:t xml:space="preserve"> Laurent</w:t>
      </w:r>
      <w:r>
        <w:t xml:space="preserve"> Rossi.</w:t>
      </w:r>
      <w:r>
        <w:t xml:space="preserve"> I'm</w:t>
      </w:r>
      <w:r>
        <w:t xml:space="preserve"> the</w:t>
      </w:r>
      <w:r>
        <w:t xml:space="preserve"> CEO</w:t>
      </w:r>
      <w:r>
        <w:t xml:space="preserve"> of</w:t>
      </w:r>
      <w:r>
        <w:t xml:space="preserve"> Alpine.</w:t>
        <w:br/>
        <w:t>去年我们是第四名</w:t>
        <w:br/>
        <w:t>Last</w:t>
      </w:r>
      <w:r>
        <w:t xml:space="preserve"> year,</w:t>
      </w:r>
      <w:r>
        <w:t xml:space="preserve"> we</w:t>
      </w:r>
      <w:r>
        <w:t xml:space="preserve"> were</w:t>
      </w:r>
      <w:r>
        <w:t xml:space="preserve"> in</w:t>
      </w:r>
      <w:r>
        <w:t xml:space="preserve"> fourth.</w:t>
      </w:r>
      <w:r>
        <w:t xml:space="preserve"> Naturally,</w:t>
      </w:r>
      <w:r>
        <w:t xml:space="preserve"> you</w:t>
      </w:r>
      <w:r>
        <w:t xml:space="preserve"> wanna</w:t>
      </w:r>
      <w:r>
        <w:t xml:space="preserve"> climb</w:t>
      </w:r>
      <w:r>
        <w:t xml:space="preserve"> the</w:t>
      </w:r>
      <w:r>
        <w:t xml:space="preserve"> ladder.</w:t>
        <w:br/>
        <w:t>你当然会想往上爬</w:t>
        <w:br/>
        <w:t>Last</w:t>
      </w:r>
      <w:r>
        <w:t xml:space="preserve"> year,</w:t>
      </w:r>
      <w:r>
        <w:t xml:space="preserve"> we</w:t>
      </w:r>
      <w:r>
        <w:t xml:space="preserve"> were</w:t>
      </w:r>
      <w:r>
        <w:t xml:space="preserve"> in</w:t>
      </w:r>
      <w:r>
        <w:t xml:space="preserve"> fourth.</w:t>
      </w:r>
      <w:r>
        <w:t xml:space="preserve"> Naturally,</w:t>
      </w:r>
      <w:r>
        <w:t xml:space="preserve"> you</w:t>
      </w:r>
      <w:r>
        <w:t xml:space="preserve"> wanna</w:t>
      </w:r>
      <w:r>
        <w:t xml:space="preserve"> climb</w:t>
      </w:r>
      <w:r>
        <w:t xml:space="preserve"> the</w:t>
      </w:r>
      <w:r>
        <w:t xml:space="preserve"> ladder.</w:t>
        <w:br/>
        <w:t>我们需要的是尽可能多地取得进展</w:t>
        <w:br/>
        <w:t>What</w:t>
      </w:r>
      <w:r>
        <w:t xml:space="preserve"> we</w:t>
      </w:r>
      <w:r>
        <w:t xml:space="preserve"> need</w:t>
      </w:r>
      <w:r>
        <w:t xml:space="preserve"> is</w:t>
      </w:r>
      <w:r>
        <w:t xml:space="preserve"> to</w:t>
      </w:r>
      <w:r>
        <w:t xml:space="preserve"> make</w:t>
      </w:r>
      <w:r>
        <w:t xml:space="preserve"> as</w:t>
      </w:r>
      <w:r>
        <w:t xml:space="preserve"> much</w:t>
      </w:r>
      <w:r>
        <w:t xml:space="preserve"> progress</w:t>
      </w:r>
      <w:r>
        <w:t xml:space="preserve"> as</w:t>
      </w:r>
      <w:r>
        <w:t xml:space="preserve"> we</w:t>
      </w:r>
      <w:r>
        <w:t xml:space="preserve"> can.</w:t>
        <w:br/>
        <w:t>能够让我们...</w:t>
        <w:br/>
        <w:t>Progress</w:t>
      </w:r>
      <w:r>
        <w:t xml:space="preserve"> that</w:t>
      </w:r>
      <w:r>
        <w:t xml:space="preserve"> will</w:t>
      </w:r>
      <w:r>
        <w:t xml:space="preserve"> take</w:t>
      </w:r>
      <w:r>
        <w:t xml:space="preserve"> us</w:t>
      </w:r>
      <w:r>
        <w:t xml:space="preserve"> to...</w:t>
        <w:br/>
        <w:t>更接近第三名或者领奖台的进展</w:t>
        <w:br/>
        <w:t>I</w:t>
      </w:r>
      <w:r>
        <w:t xml:space="preserve"> hope,</w:t>
      </w:r>
      <w:r>
        <w:t xml:space="preserve"> closer</w:t>
      </w:r>
      <w:r>
        <w:t xml:space="preserve"> to</w:t>
      </w:r>
      <w:r>
        <w:t xml:space="preserve"> the</w:t>
      </w:r>
      <w:r>
        <w:t xml:space="preserve"> third</w:t>
      </w:r>
      <w:r>
        <w:t xml:space="preserve"> position</w:t>
      </w:r>
      <w:r>
        <w:t xml:space="preserve"> or</w:t>
      </w:r>
      <w:r>
        <w:t xml:space="preserve"> the</w:t>
      </w:r>
      <w:r>
        <w:t xml:space="preserve"> podium,</w:t>
      </w:r>
      <w:r>
        <w:t xml:space="preserve"> if</w:t>
      </w:r>
      <w:r>
        <w:t xml:space="preserve"> you</w:t>
      </w:r>
      <w:r>
        <w:t xml:space="preserve"> will.</w:t>
        <w:br/>
        <w:t>显然</w:t>
      </w:r>
      <w:r>
        <w:t xml:space="preserve"> 奥特玛肩负重任</w:t>
        <w:br/>
        <w:t>Obviously,</w:t>
      </w:r>
      <w:r>
        <w:t xml:space="preserve"> Otmar</w:t>
      </w:r>
      <w:r>
        <w:t xml:space="preserve"> has</w:t>
      </w:r>
      <w:r>
        <w:t xml:space="preserve"> a</w:t>
      </w:r>
      <w:r>
        <w:t xml:space="preserve"> lot</w:t>
      </w:r>
      <w:r>
        <w:t xml:space="preserve"> of</w:t>
      </w:r>
      <w:r>
        <w:t xml:space="preserve"> responsibility.</w:t>
        <w:br/>
        <w:t>今年</w:t>
      </w:r>
      <w:r>
        <w:t xml:space="preserve"> 阿尔派的领导层</w:t>
      </w:r>
      <w:r>
        <w:t xml:space="preserve"> 无疑会对整个车队</w:t>
        <w:br/>
        <w:t>This</w:t>
      </w:r>
      <w:r>
        <w:t xml:space="preserve"> year,</w:t>
      </w:r>
      <w:r>
        <w:t xml:space="preserve"> there</w:t>
      </w:r>
      <w:r>
        <w:t xml:space="preserve"> is</w:t>
      </w:r>
      <w:r>
        <w:t xml:space="preserve"> definitely</w:t>
      </w:r>
      <w:r>
        <w:t xml:space="preserve"> more</w:t>
      </w:r>
      <w:r>
        <w:t xml:space="preserve"> pressure</w:t>
      </w:r>
      <w:r>
        <w:t xml:space="preserve"> from</w:t>
      </w:r>
      <w:r>
        <w:t xml:space="preserve"> Alpine's</w:t>
      </w:r>
      <w:r>
        <w:t xml:space="preserve"> leadership</w:t>
        <w:br/>
        <w:t>施加更多压力</w:t>
      </w:r>
      <w:r>
        <w:t xml:space="preserve"> 要大家做得更好</w:t>
        <w:br/>
        <w:t>throughout</w:t>
      </w:r>
      <w:r>
        <w:t xml:space="preserve"> the</w:t>
      </w:r>
      <w:r>
        <w:t xml:space="preserve"> organization</w:t>
      </w:r>
      <w:r>
        <w:t xml:space="preserve"> to</w:t>
      </w:r>
      <w:r>
        <w:t xml:space="preserve"> do</w:t>
      </w:r>
      <w:r>
        <w:t xml:space="preserve"> better.</w:t>
        <w:br/>
        <w:t>布鲁诺·法明</w:t>
      </w:r>
      <w:r>
        <w:t xml:space="preserve"> 阿尔派车队的执行董事</w:t>
        <w:br/>
        <w:t>Bruno</w:t>
      </w:r>
      <w:r>
        <w:t xml:space="preserve"> Famin,</w:t>
      </w:r>
      <w:r>
        <w:t xml:space="preserve"> Executive</w:t>
      </w:r>
      <w:r>
        <w:t xml:space="preserve"> Director</w:t>
      </w:r>
      <w:r>
        <w:t xml:space="preserve"> of</w:t>
      </w:r>
      <w:r>
        <w:t xml:space="preserve"> Alpine</w:t>
      </w:r>
      <w:r>
        <w:t xml:space="preserve"> Racing.</w:t>
        <w:br/>
        <w:t>(布鲁诺·法明</w:t>
      </w:r>
      <w:r>
        <w:t xml:space="preserve"> 阿尔派车队执行董事)</w:t>
        <w:br/>
        <w:t>我是一个偏向在幕后工作的人</w:t>
        <w:br/>
        <w:t>I'm</w:t>
      </w:r>
      <w:r>
        <w:t xml:space="preserve"> more</w:t>
      </w:r>
      <w:r>
        <w:t xml:space="preserve"> of</w:t>
      </w:r>
      <w:r>
        <w:t xml:space="preserve"> a</w:t>
      </w:r>
      <w:r>
        <w:t xml:space="preserve"> person</w:t>
      </w:r>
      <w:r>
        <w:t xml:space="preserve"> who</w:t>
      </w:r>
      <w:r>
        <w:t xml:space="preserve"> works</w:t>
      </w:r>
      <w:r>
        <w:t xml:space="preserve"> in</w:t>
      </w:r>
      <w:r>
        <w:t xml:space="preserve"> the</w:t>
      </w:r>
      <w:r>
        <w:t xml:space="preserve"> shadows.</w:t>
        <w:br/>
        <w:t>像这样的聚光灯</w:t>
      </w:r>
      <w:r>
        <w:t xml:space="preserve"> 这不是我的菜</w:t>
        <w:br/>
        <w:t>The</w:t>
      </w:r>
      <w:r>
        <w:t xml:space="preserve"> spotlight,</w:t>
      </w:r>
      <w:r>
        <w:t xml:space="preserve"> like</w:t>
      </w:r>
      <w:r>
        <w:t xml:space="preserve"> this,</w:t>
      </w:r>
      <w:r>
        <w:t xml:space="preserve"> is</w:t>
      </w:r>
      <w:r>
        <w:t xml:space="preserve"> not</w:t>
      </w:r>
      <w:r>
        <w:t xml:space="preserve"> my</w:t>
      </w:r>
      <w:r>
        <w:t xml:space="preserve"> thing.</w:t>
        <w:br/>
        <w:t>压力当然是在奥特玛身上</w:t>
      </w:r>
      <w:r>
        <w:t xml:space="preserve"> 因为他是车队经理</w:t>
        <w:br/>
        <w:t>The</w:t>
      </w:r>
      <w:r>
        <w:t xml:space="preserve"> pressure</w:t>
      </w:r>
      <w:r>
        <w:t xml:space="preserve"> is,</w:t>
      </w:r>
      <w:r>
        <w:t xml:space="preserve"> of</w:t>
      </w:r>
      <w:r>
        <w:t xml:space="preserve"> course,</w:t>
      </w:r>
      <w:r>
        <w:t xml:space="preserve"> on</w:t>
      </w:r>
      <w:r>
        <w:t xml:space="preserve"> Otmar</w:t>
      </w:r>
      <w:r>
        <w:t xml:space="preserve"> because</w:t>
      </w:r>
      <w:r>
        <w:t xml:space="preserve"> he</w:t>
      </w:r>
      <w:r>
        <w:t xml:space="preserve"> is</w:t>
      </w:r>
      <w:r>
        <w:t xml:space="preserve"> the</w:t>
      </w:r>
      <w:r>
        <w:t xml:space="preserve"> team</w:t>
      </w:r>
      <w:r>
        <w:t xml:space="preserve"> principal.</w:t>
        <w:br/>
        <w:t>2023年</w:t>
      </w:r>
      <w:r>
        <w:t xml:space="preserve"> 有红牛</w:t>
        <w:br/>
        <w:t>In</w:t>
      </w:r>
      <w:r>
        <w:t xml:space="preserve"> 2023,</w:t>
      </w:r>
      <w:r>
        <w:t xml:space="preserve"> there</w:t>
      </w:r>
      <w:r>
        <w:t xml:space="preserve"> is</w:t>
      </w:r>
      <w:r>
        <w:t xml:space="preserve"> Red</w:t>
      </w:r>
      <w:r>
        <w:t xml:space="preserve"> Bull,</w:t>
        <w:br/>
        <w:t>有法拉利</w:t>
      </w:r>
      <w:r>
        <w:t xml:space="preserve"> 当然还有梅赛德斯</w:t>
        <w:br/>
        <w:t>there</w:t>
      </w:r>
      <w:r>
        <w:t xml:space="preserve"> is</w:t>
      </w:r>
      <w:r>
        <w:t xml:space="preserve"> Ferrari,</w:t>
      </w:r>
      <w:r>
        <w:t xml:space="preserve"> there</w:t>
      </w:r>
      <w:r>
        <w:t xml:space="preserve"> is,</w:t>
      </w:r>
      <w:r>
        <w:t xml:space="preserve"> of</w:t>
      </w:r>
      <w:r>
        <w:t xml:space="preserve"> course,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Mercedes.</w:t>
        <w:br/>
        <w:t>我们的目标?</w:t>
        <w:br/>
        <w:t>And</w:t>
      </w:r>
      <w:r>
        <w:t xml:space="preserve"> our</w:t>
      </w:r>
      <w:r>
        <w:t xml:space="preserve"> goal?</w:t>
        <w:br/>
        <w:t>成为那两个、三个</w:t>
      </w:r>
      <w:r>
        <w:t xml:space="preserve"> 或许四个车队的一员</w:t>
        <w:br/>
        <w:t>To</w:t>
      </w:r>
      <w:r>
        <w:t xml:space="preserve"> be</w:t>
      </w:r>
      <w:r>
        <w:t xml:space="preserve"> part</w:t>
      </w:r>
      <w:r>
        <w:t xml:space="preserve"> of</w:t>
      </w:r>
      <w:r>
        <w:t xml:space="preserve"> those</w:t>
      </w:r>
      <w:r>
        <w:t xml:space="preserve"> two,</w:t>
      </w:r>
      <w:r>
        <w:t xml:space="preserve"> three,</w:t>
      </w:r>
      <w:r>
        <w:t xml:space="preserve"> maybe</w:t>
      </w:r>
      <w:r>
        <w:t xml:space="preserve"> four</w:t>
      </w:r>
      <w:r>
        <w:t xml:space="preserve"> teams,</w:t>
        <w:br/>
        <w:t>为冠军而战</w:t>
        <w:br/>
        <w:t>that</w:t>
      </w:r>
      <w:r>
        <w:t xml:space="preserve"> fight</w:t>
      </w:r>
      <w:r>
        <w:t xml:space="preserve"> for</w:t>
      </w:r>
      <w:r>
        <w:t xml:space="preserve"> titles.</w:t>
        <w:br/>
        <w:t>在全球发展这个名满全法的品牌</w:t>
        <w:br/>
        <w:t>To</w:t>
      </w:r>
      <w:r>
        <w:t xml:space="preserve"> develop</w:t>
      </w:r>
      <w:r>
        <w:t xml:space="preserve"> the</w:t>
      </w:r>
      <w:r>
        <w:t xml:space="preserve"> Alpine</w:t>
      </w:r>
      <w:r>
        <w:t xml:space="preserve"> brand,</w:t>
      </w:r>
      <w:r>
        <w:t xml:space="preserve"> which</w:t>
      </w:r>
      <w:r>
        <w:t xml:space="preserve"> is</w:t>
      </w:r>
      <w:r>
        <w:t xml:space="preserve"> legendary</w:t>
      </w:r>
      <w:r>
        <w:t xml:space="preserve"> in</w:t>
      </w:r>
      <w:r>
        <w:t xml:space="preserve"> France,</w:t>
        <w:br/>
        <w:t>阿尔派</w:t>
        <w:br/>
        <w:t>around</w:t>
      </w:r>
      <w:r>
        <w:t xml:space="preserve"> the</w:t>
      </w:r>
      <w:r>
        <w:t xml:space="preserve"> world.</w:t>
        <w:br/>
        <w:t>(法国</w:t>
      </w:r>
      <w:r>
        <w:t xml:space="preserve"> 诺曼底)</w:t>
        <w:br/>
        <w:t>(阿尔派</w:t>
      </w:r>
      <w:r>
        <w:t xml:space="preserve"> 媒体日)</w:t>
        <w:br/>
        <w:t>-</w:t>
      </w:r>
      <w:r>
        <w:t xml:space="preserve"> 你们好</w:t>
      </w:r>
      <w:r>
        <w:t xml:space="preserve"> -</w:t>
      </w:r>
      <w:r>
        <w:t xml:space="preserve"> 早上好</w:t>
        <w:br/>
        <w:t>-</w:t>
      </w:r>
      <w:r>
        <w:t xml:space="preserve"> Hello.</w:t>
      </w:r>
      <w:r>
        <w:t xml:space="preserve"> -</w:t>
      </w:r>
      <w:r>
        <w:t xml:space="preserve"> Morning.</w:t>
        <w:br/>
        <w:t>-</w:t>
      </w:r>
      <w:r>
        <w:t xml:space="preserve"> 早上好</w:t>
      </w:r>
      <w:r>
        <w:t xml:space="preserve"> 大家好吗?</w:t>
      </w:r>
      <w:r>
        <w:t xml:space="preserve"> -</w:t>
      </w:r>
      <w:r>
        <w:t xml:space="preserve"> 你会说现在是什么时间?</w:t>
        <w:br/>
        <w:t>-</w:t>
      </w:r>
      <w:r>
        <w:t xml:space="preserve"> Morning.</w:t>
      </w:r>
      <w:r>
        <w:t xml:space="preserve"> How</w:t>
      </w:r>
      <w:r>
        <w:t xml:space="preserve"> we</w:t>
      </w:r>
      <w:r>
        <w:t xml:space="preserve"> doing?</w:t>
      </w:r>
      <w:r>
        <w:t xml:space="preserve"> -</w:t>
      </w:r>
      <w:r>
        <w:t xml:space="preserve"> What</w:t>
      </w:r>
      <w:r>
        <w:t xml:space="preserve"> time</w:t>
      </w:r>
      <w:r>
        <w:t xml:space="preserve"> do</w:t>
      </w:r>
      <w:r>
        <w:t xml:space="preserve"> you</w:t>
      </w:r>
      <w:r>
        <w:t xml:space="preserve"> call</w:t>
      </w:r>
      <w:r>
        <w:t xml:space="preserve"> this?</w:t>
        <w:br/>
        <w:t>皮埃尔的时间</w:t>
        <w:br/>
        <w:t>Pierre's</w:t>
      </w:r>
      <w:r>
        <w:t xml:space="preserve"> time.</w:t>
        <w:br/>
        <w:t>穿上赛车服</w:t>
      </w:r>
      <w:r>
        <w:t xml:space="preserve"> 我们在车道上见</w:t>
      </w:r>
      <w:r>
        <w:t xml:space="preserve"> 谢谢</w:t>
        <w:br/>
        <w:t>Get</w:t>
      </w:r>
      <w:r>
        <w:t xml:space="preserve"> your</w:t>
      </w:r>
      <w:r>
        <w:t xml:space="preserve"> race</w:t>
      </w:r>
      <w:r>
        <w:t xml:space="preserve"> suit</w:t>
      </w:r>
      <w:r>
        <w:t xml:space="preserve"> on.</w:t>
      </w:r>
      <w:r>
        <w:t xml:space="preserve"> We'll</w:t>
      </w:r>
      <w:r>
        <w:t xml:space="preserve"> see</w:t>
      </w:r>
      <w:r>
        <w:t xml:space="preserve"> you</w:t>
      </w:r>
      <w:r>
        <w:t xml:space="preserve"> on</w:t>
      </w:r>
      <w:r>
        <w:t xml:space="preserve"> track.</w:t>
      </w:r>
      <w:r>
        <w:t xml:space="preserve"> Thanks.</w:t>
        <w:br/>
        <w:t>你好</w:t>
      </w:r>
      <w:r>
        <w:t xml:space="preserve"> 你好吗?</w:t>
        <w:br/>
        <w:t>Hello.</w:t>
      </w:r>
      <w:r>
        <w:t xml:space="preserve"> You</w:t>
      </w:r>
      <w:r>
        <w:t xml:space="preserve"> all</w:t>
      </w:r>
      <w:r>
        <w:t xml:space="preserve"> right?</w:t>
        <w:br/>
        <w:t>很好</w:t>
        <w:br/>
        <w:t>I'm</w:t>
      </w:r>
      <w:r>
        <w:t xml:space="preserve"> good,</w:t>
      </w:r>
      <w:r>
        <w:t xml:space="preserve"> I'm</w:t>
      </w:r>
      <w:r>
        <w:t xml:space="preserve"> good.</w:t>
        <w:br/>
        <w:t>-</w:t>
      </w:r>
      <w:r>
        <w:t xml:space="preserve"> 很高兴见到你</w:t>
      </w:r>
      <w:r>
        <w:t xml:space="preserve"> -</w:t>
      </w:r>
      <w:r>
        <w:t xml:space="preserve"> 是啊</w:t>
      </w:r>
      <w:r>
        <w:t xml:space="preserve"> 有些年没见了</w:t>
        <w:br/>
        <w:t>-</w:t>
      </w:r>
      <w:r>
        <w:t xml:space="preserve"> I'm</w:t>
      </w:r>
      <w:r>
        <w:t xml:space="preserve"> glad</w:t>
      </w:r>
      <w:r>
        <w:t xml:space="preserve"> to</w:t>
      </w:r>
      <w:r>
        <w:t xml:space="preserve"> see</w:t>
      </w:r>
      <w:r>
        <w:t xml:space="preserve"> you.</w:t>
      </w:r>
      <w:r>
        <w:t xml:space="preserve"> -</w:t>
      </w:r>
      <w:r>
        <w:t xml:space="preserve"> Yeah,</w:t>
      </w:r>
      <w:r>
        <w:t xml:space="preserve"> it's</w:t>
      </w:r>
      <w:r>
        <w:t xml:space="preserve"> been</w:t>
      </w:r>
      <w:r>
        <w:t xml:space="preserve"> a</w:t>
      </w:r>
      <w:r>
        <w:t xml:space="preserve"> few</w:t>
      </w:r>
      <w:r>
        <w:t xml:space="preserve"> years.</w:t>
        <w:br/>
        <w:t>我们为你准备了一辆</w:t>
      </w:r>
      <w:r>
        <w:t xml:space="preserve"> 和你的颜色很搭的超棒卡丁车</w:t>
        <w:br/>
        <w:t>We</w:t>
      </w:r>
      <w:r>
        <w:t xml:space="preserve"> prepared</w:t>
      </w:r>
      <w:r>
        <w:t xml:space="preserve"> a</w:t>
      </w:r>
      <w:r>
        <w:t xml:space="preserve"> great</w:t>
      </w:r>
      <w:r>
        <w:t xml:space="preserve"> kart</w:t>
      </w:r>
      <w:r>
        <w:t xml:space="preserve"> for</w:t>
      </w:r>
      <w:r>
        <w:t xml:space="preserve"> you,</w:t>
      </w:r>
      <w:r>
        <w:t xml:space="preserve"> with</w:t>
      </w:r>
      <w:r>
        <w:t xml:space="preserve"> your</w:t>
      </w:r>
      <w:r>
        <w:t xml:space="preserve"> colors.</w:t>
        <w:br/>
        <w:t>-</w:t>
      </w:r>
      <w:r>
        <w:t xml:space="preserve"> 是吗?</w:t>
      </w:r>
      <w:r>
        <w:t xml:space="preserve"> -</w:t>
      </w:r>
      <w:r>
        <w:t xml:space="preserve"> 是啊</w:t>
      </w:r>
      <w:r>
        <w:t xml:space="preserve"> 我们尽了最大努力</w:t>
        <w:br/>
        <w:t>-</w:t>
      </w:r>
      <w:r>
        <w:t xml:space="preserve"> Oh,</w:t>
      </w:r>
      <w:r>
        <w:t xml:space="preserve"> really?</w:t>
      </w:r>
      <w:r>
        <w:t xml:space="preserve"> -</w:t>
      </w:r>
      <w:r>
        <w:t xml:space="preserve"> Yes,</w:t>
      </w:r>
      <w:r>
        <w:t xml:space="preserve"> we've</w:t>
      </w:r>
      <w:r>
        <w:t xml:space="preserve"> gone</w:t>
      </w:r>
      <w:r>
        <w:t xml:space="preserve"> to</w:t>
      </w:r>
      <w:r>
        <w:t xml:space="preserve"> great</w:t>
      </w:r>
      <w:r>
        <w:t xml:space="preserve"> efforts.</w:t>
        <w:br/>
        <w:t>上面还有标识什么的</w:t>
      </w:r>
      <w:r>
        <w:t xml:space="preserve"> 太棒了!</w:t>
        <w:br/>
        <w:t>There's</w:t>
      </w:r>
      <w:r>
        <w:t xml:space="preserve"> even</w:t>
      </w:r>
      <w:r>
        <w:t xml:space="preserve"> the</w:t>
      </w:r>
      <w:r>
        <w:t xml:space="preserve"> logo.</w:t>
      </w:r>
      <w:r>
        <w:t xml:space="preserve"> That's</w:t>
      </w:r>
      <w:r>
        <w:t xml:space="preserve"> amazing!</w:t>
        <w:br/>
        <w:t>今天的计划是带皮埃尔和埃斯特班</w:t>
        <w:br/>
        <w:t>The</w:t>
      </w:r>
      <w:r>
        <w:t xml:space="preserve"> plan</w:t>
      </w:r>
      <w:r>
        <w:t xml:space="preserve"> today</w:t>
      </w:r>
      <w:r>
        <w:t xml:space="preserve"> is</w:t>
      </w:r>
      <w:r>
        <w:t xml:space="preserve"> to</w:t>
      </w:r>
      <w:r>
        <w:t xml:space="preserve"> take</w:t>
      </w:r>
      <w:r>
        <w:t xml:space="preserve"> Pierre</w:t>
      </w:r>
      <w:r>
        <w:t xml:space="preserve"> and</w:t>
      </w:r>
      <w:r>
        <w:t xml:space="preserve"> Esteban</w:t>
        <w:br/>
        <w:t>重回他们旧日的卡丁车时光</w:t>
        <w:br/>
        <w:t>back</w:t>
      </w:r>
      <w:r>
        <w:t xml:space="preserve"> to</w:t>
      </w:r>
      <w:r>
        <w:t xml:space="preserve"> their</w:t>
      </w:r>
      <w:r>
        <w:t xml:space="preserve"> old</w:t>
      </w:r>
      <w:r>
        <w:t xml:space="preserve"> days</w:t>
      </w:r>
      <w:r>
        <w:t xml:space="preserve"> of</w:t>
      </w:r>
      <w:r>
        <w:t xml:space="preserve"> karting.</w:t>
        <w:br/>
        <w:t>我们想让全世界看到</w:t>
      </w:r>
      <w:r>
        <w:t xml:space="preserve"> 他们可以合作</w:t>
        <w:br/>
        <w:t>We</w:t>
      </w:r>
      <w:r>
        <w:t xml:space="preserve"> want</w:t>
      </w:r>
      <w:r>
        <w:t xml:space="preserve"> to</w:t>
      </w:r>
      <w:r>
        <w:t xml:space="preserve"> show</w:t>
      </w:r>
      <w:r>
        <w:t xml:space="preserve"> the</w:t>
      </w:r>
      <w:r>
        <w:t xml:space="preserve"> world</w:t>
      </w:r>
      <w:r>
        <w:t xml:space="preserve"> that</w:t>
      </w:r>
      <w:r>
        <w:t xml:space="preserve"> they</w:t>
      </w:r>
      <w:r>
        <w:t xml:space="preserve"> can</w:t>
      </w:r>
      <w:r>
        <w:t xml:space="preserve"> work</w:t>
      </w:r>
      <w:r>
        <w:t xml:space="preserve"> together</w:t>
        <w:br/>
        <w:t>可以抛弃前嫌</w:t>
        <w:br/>
        <w:t>and</w:t>
      </w:r>
      <w:r>
        <w:t xml:space="preserve"> put</w:t>
      </w:r>
      <w:r>
        <w:t xml:space="preserve"> the</w:t>
      </w:r>
      <w:r>
        <w:t xml:space="preserve"> past</w:t>
      </w:r>
      <w:r>
        <w:t xml:space="preserve"> behind</w:t>
      </w:r>
      <w:r>
        <w:t xml:space="preserve"> them.</w:t>
        <w:br/>
        <w:t>和埃斯特班的过去...</w:t>
        <w:br/>
        <w:t>The</w:t>
      </w:r>
      <w:r>
        <w:t xml:space="preserve"> story</w:t>
      </w:r>
      <w:r>
        <w:t xml:space="preserve"> with</w:t>
      </w:r>
      <w:r>
        <w:t xml:space="preserve"> Esteban</w:t>
      </w:r>
      <w:r>
        <w:t xml:space="preserve"> is,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uh...</w:t>
        <w:br/>
        <w:t>都可以拍一部电影了</w:t>
        <w:br/>
        <w:t>There</w:t>
      </w:r>
      <w:r>
        <w:t xml:space="preserve"> could</w:t>
      </w:r>
      <w:r>
        <w:t xml:space="preserve"> be</w:t>
      </w:r>
      <w:r>
        <w:t xml:space="preserve"> a</w:t>
      </w:r>
      <w:r>
        <w:t xml:space="preserve"> movie</w:t>
      </w:r>
      <w:r>
        <w:t xml:space="preserve"> about</w:t>
      </w:r>
      <w:r>
        <w:t xml:space="preserve"> it.</w:t>
        <w:br/>
        <w:t>我们来自诺曼底的同一地区</w:t>
        <w:br/>
        <w:t>You</w:t>
      </w:r>
      <w:r>
        <w:t xml:space="preserve"> know,</w:t>
      </w:r>
      <w:r>
        <w:t xml:space="preserve"> we're</w:t>
      </w:r>
      <w:r>
        <w:t xml:space="preserve"> both</w:t>
      </w:r>
      <w:r>
        <w:t xml:space="preserve"> coming</w:t>
      </w:r>
      <w:r>
        <w:t xml:space="preserve"> from</w:t>
      </w:r>
      <w:r>
        <w:t xml:space="preserve"> the</w:t>
      </w:r>
      <w:r>
        <w:t xml:space="preserve"> same</w:t>
      </w:r>
      <w:r>
        <w:t xml:space="preserve"> part</w:t>
      </w:r>
      <w:r>
        <w:t xml:space="preserve"> of</w:t>
      </w:r>
      <w:r>
        <w:t xml:space="preserve"> Normandy,</w:t>
        <w:br/>
        <w:t>离对方的家只有20分钟路程</w:t>
        <w:br/>
        <w:t>living</w:t>
      </w:r>
      <w:r>
        <w:t xml:space="preserve"> 20</w:t>
      </w:r>
      <w:r>
        <w:t xml:space="preserve"> minutes</w:t>
      </w:r>
      <w:r>
        <w:t xml:space="preserve"> from</w:t>
      </w:r>
      <w:r>
        <w:t xml:space="preserve"> each</w:t>
      </w:r>
      <w:r>
        <w:t xml:space="preserve"> other.</w:t>
        <w:br/>
        <w:t>小时候</w:t>
        <w:br/>
        <w:t>Growing</w:t>
      </w:r>
      <w:r>
        <w:t xml:space="preserve"> up,</w:t>
        <w:br/>
        <w:t>从六岁到十岁</w:t>
        <w:br/>
        <w:t>from</w:t>
      </w:r>
      <w:r>
        <w:t xml:space="preserve"> six</w:t>
      </w:r>
      <w:r>
        <w:t xml:space="preserve"> years</w:t>
      </w:r>
      <w:r>
        <w:t xml:space="preserve"> old</w:t>
      </w:r>
      <w:r>
        <w:t xml:space="preserve"> until</w:t>
      </w:r>
      <w:r>
        <w:t xml:space="preserve"> ten,</w:t>
        <w:br/>
        <w:t>我们经常都在一起</w:t>
        <w:br/>
        <w:t>we</w:t>
      </w:r>
      <w:r>
        <w:t xml:space="preserve"> used</w:t>
      </w:r>
      <w:r>
        <w:t xml:space="preserve"> to</w:t>
      </w:r>
      <w:r>
        <w:t xml:space="preserve"> spend</w:t>
      </w:r>
      <w:r>
        <w:t xml:space="preserve"> so</w:t>
      </w:r>
      <w:r>
        <w:t xml:space="preserve"> much</w:t>
      </w:r>
      <w:r>
        <w:t xml:space="preserve"> time</w:t>
      </w:r>
      <w:r>
        <w:t xml:space="preserve"> together.</w:t>
        <w:br/>
        <w:t>我们会一起练习</w:t>
      </w:r>
      <w:r>
        <w:t xml:space="preserve"> 我们会一起比赛</w:t>
        <w:br/>
        <w:t>We</w:t>
      </w:r>
      <w:r>
        <w:t xml:space="preserve"> would</w:t>
      </w:r>
      <w:r>
        <w:t xml:space="preserve"> practice</w:t>
      </w:r>
      <w:r>
        <w:t xml:space="preserve"> together.</w:t>
      </w:r>
      <w:r>
        <w:t xml:space="preserve"> We</w:t>
      </w:r>
      <w:r>
        <w:t xml:space="preserve"> would</w:t>
      </w:r>
      <w:r>
        <w:t xml:space="preserve"> race</w:t>
      </w:r>
      <w:r>
        <w:t xml:space="preserve"> together.</w:t>
        <w:br/>
        <w:t>我们非常亲密</w:t>
        <w:br/>
        <w:t>And</w:t>
      </w:r>
      <w:r>
        <w:t xml:space="preserve"> we</w:t>
      </w:r>
      <w:r>
        <w:t xml:space="preserve"> were</w:t>
      </w:r>
      <w:r>
        <w:t xml:space="preserve"> very</w:t>
      </w:r>
      <w:r>
        <w:t xml:space="preserve"> close.</w:t>
        <w:br/>
        <w:t>是的</w:t>
      </w:r>
      <w:r>
        <w:t xml:space="preserve"> 我们曾经非常亲密</w:t>
      </w:r>
      <w:r>
        <w:t xml:space="preserve"> 小时候是朋友</w:t>
        <w:br/>
        <w:t>Yeah,</w:t>
      </w:r>
      <w:r>
        <w:t xml:space="preserve"> we</w:t>
      </w:r>
      <w:r>
        <w:t xml:space="preserve"> were</w:t>
      </w:r>
      <w:r>
        <w:t xml:space="preserve"> very</w:t>
      </w:r>
      <w:r>
        <w:t xml:space="preserve"> close,</w:t>
      </w:r>
      <w:r>
        <w:t xml:space="preserve"> you</w:t>
      </w:r>
      <w:r>
        <w:t xml:space="preserve"> know,</w:t>
      </w:r>
      <w:r>
        <w:t xml:space="preserve"> friends</w:t>
      </w:r>
      <w:r>
        <w:t xml:space="preserve"> when</w:t>
      </w:r>
      <w:r>
        <w:t xml:space="preserve"> we</w:t>
      </w:r>
      <w:r>
        <w:t xml:space="preserve"> were</w:t>
      </w:r>
      <w:r>
        <w:t xml:space="preserve"> younger.</w:t>
        <w:br/>
        <w:t>他第一次坐卡丁车</w:t>
      </w:r>
      <w:r>
        <w:t xml:space="preserve"> 坐的是我的卡丁车</w:t>
        <w:br/>
        <w:t>The</w:t>
      </w:r>
      <w:r>
        <w:t xml:space="preserve"> first</w:t>
      </w:r>
      <w:r>
        <w:t xml:space="preserve"> time</w:t>
      </w:r>
      <w:r>
        <w:t xml:space="preserve"> he...</w:t>
      </w:r>
      <w:r>
        <w:t xml:space="preserve"> he</w:t>
      </w:r>
      <w:r>
        <w:t xml:space="preserve"> stepped</w:t>
      </w:r>
      <w:r>
        <w:t xml:space="preserve"> in</w:t>
      </w:r>
      <w:r>
        <w:t xml:space="preserve"> a</w:t>
      </w:r>
      <w:r>
        <w:t xml:space="preserve"> go-kart</w:t>
      </w:r>
      <w:r>
        <w:t xml:space="preserve"> was</w:t>
      </w:r>
      <w:r>
        <w:t xml:space="preserve"> in</w:t>
      </w:r>
      <w:r>
        <w:t xml:space="preserve"> my</w:t>
      </w:r>
      <w:r>
        <w:t xml:space="preserve"> go-kart.</w:t>
        <w:br/>
        <w:t>我第一年或者头两年时</w:t>
        <w:br/>
        <w:t>My</w:t>
      </w:r>
      <w:r>
        <w:t xml:space="preserve"> first</w:t>
      </w:r>
      <w:r>
        <w:t xml:space="preserve"> year</w:t>
      </w:r>
      <w:r>
        <w:t xml:space="preserve"> or</w:t>
      </w:r>
      <w:r>
        <w:t xml:space="preserve"> two,</w:t>
        <w:br/>
        <w:t>埃斯特班比我略胜一筹</w:t>
        <w:br/>
        <w:t>Esteban</w:t>
      </w:r>
      <w:r>
        <w:t xml:space="preserve"> was</w:t>
      </w:r>
      <w:r>
        <w:t xml:space="preserve"> slightly</w:t>
      </w:r>
      <w:r>
        <w:t xml:space="preserve"> better</w:t>
      </w:r>
      <w:r>
        <w:t xml:space="preserve"> than</w:t>
      </w:r>
      <w:r>
        <w:t xml:space="preserve"> me,</w:t>
        <w:br/>
        <w:t>他会跟在我后面</w:t>
      </w:r>
      <w:r>
        <w:t xml:space="preserve"> 然后尝试超过我</w:t>
        <w:br/>
        <w:t>and</w:t>
      </w:r>
      <w:r>
        <w:t xml:space="preserve"> he</w:t>
      </w:r>
      <w:r>
        <w:t xml:space="preserve"> would</w:t>
      </w:r>
      <w:r>
        <w:t xml:space="preserve"> just,</w:t>
      </w:r>
      <w:r>
        <w:t xml:space="preserve"> like,</w:t>
      </w:r>
      <w:r>
        <w:t xml:space="preserve"> go</w:t>
      </w:r>
      <w:r>
        <w:t xml:space="preserve"> behind</w:t>
      </w:r>
      <w:r>
        <w:t xml:space="preserve"> me,</w:t>
      </w:r>
      <w:r>
        <w:t xml:space="preserve"> and</w:t>
      </w:r>
      <w:r>
        <w:t xml:space="preserve"> try</w:t>
      </w:r>
      <w:r>
        <w:t xml:space="preserve"> to</w:t>
      </w:r>
      <w:r>
        <w:t xml:space="preserve"> overtake</w:t>
      </w:r>
      <w:r>
        <w:t xml:space="preserve"> me,</w:t>
        <w:br/>
        <w:t>玩一种心理战术</w:t>
        <w:br/>
        <w:t>and</w:t>
      </w:r>
      <w:r>
        <w:t xml:space="preserve"> play</w:t>
      </w:r>
      <w:r>
        <w:t xml:space="preserve"> these</w:t>
      </w:r>
      <w:r>
        <w:t xml:space="preserve"> sort</w:t>
      </w:r>
      <w:r>
        <w:t xml:space="preserve"> of</w:t>
      </w:r>
      <w:r>
        <w:t xml:space="preserve"> psychological</w:t>
      </w:r>
      <w:r>
        <w:t xml:space="preserve"> games.</w:t>
        <w:br/>
        <w:t>然后我赢了他</w:t>
      </w:r>
      <w:r>
        <w:t xml:space="preserve"> 他不喜欢这样</w:t>
        <w:br/>
        <w:t>And</w:t>
      </w:r>
      <w:r>
        <w:t xml:space="preserve"> then</w:t>
      </w:r>
      <w:r>
        <w:t xml:space="preserve"> after,</w:t>
      </w:r>
      <w:r>
        <w:t xml:space="preserve"> I</w:t>
      </w:r>
      <w:r>
        <w:t xml:space="preserve"> kicked</w:t>
      </w:r>
      <w:r>
        <w:t xml:space="preserve"> his</w:t>
      </w:r>
      <w:r>
        <w:t xml:space="preserve"> ass,</w:t>
      </w:r>
      <w:r>
        <w:t xml:space="preserve"> and</w:t>
      </w:r>
      <w:r>
        <w:t xml:space="preserve"> he</w:t>
      </w:r>
      <w:r>
        <w:t xml:space="preserve"> didn't</w:t>
      </w:r>
      <w:r>
        <w:t xml:space="preserve"> like</w:t>
      </w:r>
      <w:r>
        <w:t xml:space="preserve"> it.</w:t>
        <w:br/>
        <w:t>我一直都记得</w:t>
        <w:br/>
        <w:t>I</w:t>
      </w:r>
      <w:r>
        <w:t xml:space="preserve"> remember</w:t>
      </w:r>
      <w:r>
        <w:t xml:space="preserve"> it</w:t>
      </w:r>
      <w:r>
        <w:t xml:space="preserve"> was</w:t>
      </w:r>
      <w:r>
        <w:t xml:space="preserve"> one</w:t>
      </w:r>
      <w:r>
        <w:t xml:space="preserve"> of</w:t>
      </w:r>
      <w:r>
        <w:t xml:space="preserve"> the</w:t>
      </w:r>
      <w:r>
        <w:t xml:space="preserve"> biggest</w:t>
      </w:r>
      <w:r>
        <w:t xml:space="preserve"> national</w:t>
      </w:r>
      <w:r>
        <w:t xml:space="preserve"> competitions</w:t>
        <w:br/>
        <w:t>当时是国内全年最盛大的一次比赛</w:t>
        <w:br/>
        <w:t>I</w:t>
      </w:r>
      <w:r>
        <w:t xml:space="preserve"> remember</w:t>
      </w:r>
      <w:r>
        <w:t xml:space="preserve"> it</w:t>
      </w:r>
      <w:r>
        <w:t xml:space="preserve"> was</w:t>
      </w:r>
      <w:r>
        <w:t xml:space="preserve"> one</w:t>
      </w:r>
      <w:r>
        <w:t xml:space="preserve"> of</w:t>
      </w:r>
      <w:r>
        <w:t xml:space="preserve"> the</w:t>
      </w:r>
      <w:r>
        <w:t xml:space="preserve"> biggest</w:t>
      </w:r>
      <w:r>
        <w:t xml:space="preserve"> national</w:t>
      </w:r>
      <w:r>
        <w:t xml:space="preserve"> competitions</w:t>
        <w:br/>
        <w:t>我记得是2008年</w:t>
        <w:br/>
        <w:t>I</w:t>
      </w:r>
      <w:r>
        <w:t xml:space="preserve"> think</w:t>
      </w:r>
      <w:r>
        <w:t xml:space="preserve"> it</w:t>
      </w:r>
      <w:r>
        <w:t xml:space="preserve"> was</w:t>
      </w:r>
      <w:r>
        <w:t xml:space="preserve"> 2008.</w:t>
        <w:br/>
        <w:t>那天我发挥得非常精彩</w:t>
        <w:br/>
        <w:t>I</w:t>
      </w:r>
      <w:r>
        <w:t xml:space="preserve"> had</w:t>
      </w:r>
      <w:r>
        <w:t xml:space="preserve"> a</w:t>
      </w:r>
      <w:r>
        <w:t xml:space="preserve"> fantastic</w:t>
      </w:r>
      <w:r>
        <w:t xml:space="preserve"> race</w:t>
      </w:r>
      <w:r>
        <w:t xml:space="preserve"> on</w:t>
      </w:r>
      <w:r>
        <w:t xml:space="preserve"> that</w:t>
      </w:r>
      <w:r>
        <w:t xml:space="preserve"> day.</w:t>
        <w:br/>
        <w:t>在最后一圈</w:t>
        <w:br/>
        <w:t>And</w:t>
      </w:r>
      <w:r>
        <w:t xml:space="preserve"> on</w:t>
      </w:r>
      <w:r>
        <w:t xml:space="preserve"> the</w:t>
      </w:r>
      <w:r>
        <w:t xml:space="preserve"> last</w:t>
      </w:r>
      <w:r>
        <w:t xml:space="preserve"> lap,</w:t>
        <w:br/>
        <w:t>我在第四名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埃斯特班第三</w:t>
        <w:br/>
        <w:t>I'm</w:t>
      </w:r>
      <w:r>
        <w:t xml:space="preserve"> fourth,</w:t>
      </w:r>
      <w:r>
        <w:t xml:space="preserve"> Esteban</w:t>
      </w:r>
      <w:r>
        <w:t xml:space="preserve"> is</w:t>
      </w:r>
      <w:r>
        <w:t xml:space="preserve"> third.</w:t>
        <w:br/>
        <w:t>我们俩并排过了线</w:t>
        <w:br/>
        <w:t>Both</w:t>
      </w:r>
      <w:r>
        <w:t xml:space="preserve"> side</w:t>
      </w:r>
      <w:r>
        <w:t xml:space="preserve"> by</w:t>
      </w:r>
      <w:r>
        <w:t xml:space="preserve"> side,</w:t>
      </w:r>
      <w:r>
        <w:t xml:space="preserve"> to</w:t>
      </w:r>
      <w:r>
        <w:t xml:space="preserve"> the</w:t>
      </w:r>
      <w:r>
        <w:t xml:space="preserve"> line.</w:t>
        <w:br/>
        <w:t>然后</w:t>
      </w:r>
      <w:r>
        <w:t xml:space="preserve"> 我在最后一个弯道</w:t>
        <w:br/>
        <w:t>And</w:t>
      </w:r>
      <w:r>
        <w:t xml:space="preserve"> then,</w:t>
      </w:r>
      <w:r>
        <w:t xml:space="preserve"> I</w:t>
      </w:r>
      <w:r>
        <w:t xml:space="preserve"> just,</w:t>
      </w:r>
      <w:r>
        <w:t xml:space="preserve"> like,</w:t>
      </w:r>
      <w:r>
        <w:t xml:space="preserve"> pass</w:t>
      </w:r>
      <w:r>
        <w:t xml:space="preserve"> him</w:t>
        <w:br/>
        <w:t>超过了他</w:t>
        <w:br/>
        <w:t>just</w:t>
      </w:r>
      <w:r>
        <w:t xml:space="preserve"> literally</w:t>
      </w:r>
      <w:r>
        <w:t xml:space="preserve"> on</w:t>
      </w:r>
      <w:r>
        <w:t xml:space="preserve"> the</w:t>
      </w:r>
      <w:r>
        <w:t xml:space="preserve"> last</w:t>
      </w:r>
      <w:r>
        <w:t xml:space="preserve"> corner.</w:t>
        <w:br/>
        <w:t>我们之间的友谊从那以后就淡了</w:t>
        <w:br/>
        <w:t>The</w:t>
      </w:r>
      <w:r>
        <w:t xml:space="preserve"> friendship</w:t>
      </w:r>
      <w:r>
        <w:t xml:space="preserve"> we</w:t>
      </w:r>
      <w:r>
        <w:t xml:space="preserve"> had,</w:t>
      </w:r>
      <w:r>
        <w:t xml:space="preserve"> it</w:t>
      </w:r>
      <w:r>
        <w:t xml:space="preserve"> just</w:t>
      </w:r>
      <w:r>
        <w:t xml:space="preserve"> went</w:t>
      </w:r>
      <w:r>
        <w:t xml:space="preserve"> downwards</w:t>
      </w:r>
      <w:r>
        <w:t xml:space="preserve"> from</w:t>
      </w:r>
      <w:r>
        <w:t xml:space="preserve"> there.</w:t>
        <w:br/>
        <w:t>是的</w:t>
      </w:r>
      <w:r>
        <w:t xml:space="preserve"> 他就是这么做的</w:t>
      </w:r>
      <w:r>
        <w:t xml:space="preserve"> 在最后一圈超车</w:t>
        <w:br/>
        <w:t>It</w:t>
      </w:r>
      <w:r>
        <w:t xml:space="preserve"> is</w:t>
      </w:r>
      <w:r>
        <w:t xml:space="preserve"> true.</w:t>
      </w:r>
      <w:r>
        <w:t xml:space="preserve"> That's</w:t>
      </w:r>
      <w:r>
        <w:t xml:space="preserve"> what</w:t>
      </w:r>
      <w:r>
        <w:t xml:space="preserve"> he</w:t>
      </w:r>
      <w:r>
        <w:t xml:space="preserve"> did.</w:t>
      </w:r>
      <w:r>
        <w:t xml:space="preserve"> You</w:t>
      </w:r>
      <w:r>
        <w:t xml:space="preserve"> know,</w:t>
      </w:r>
      <w:r>
        <w:t xml:space="preserve"> overtake</w:t>
      </w:r>
      <w:r>
        <w:t xml:space="preserve"> on</w:t>
      </w:r>
      <w:r>
        <w:t xml:space="preserve"> the</w:t>
      </w:r>
      <w:r>
        <w:t xml:space="preserve"> last</w:t>
      </w:r>
      <w:r>
        <w:t xml:space="preserve"> lap.</w:t>
        <w:br/>
        <w:t>但我可以说</w:t>
      </w:r>
      <w:r>
        <w:t xml:space="preserve"> 他没有按照他应该做的方式比赛</w:t>
        <w:br/>
        <w:t>But,</w:t>
      </w:r>
      <w:r>
        <w:t xml:space="preserve"> um,</w:t>
      </w:r>
      <w:r>
        <w:t xml:space="preserve"> I</w:t>
      </w:r>
      <w:r>
        <w:t xml:space="preserve"> can</w:t>
      </w:r>
      <w:r>
        <w:t xml:space="preserve"> tell</w:t>
      </w:r>
      <w:r>
        <w:t xml:space="preserve"> you</w:t>
      </w:r>
      <w:r>
        <w:t xml:space="preserve"> that</w:t>
      </w:r>
      <w:r>
        <w:t xml:space="preserve"> he</w:t>
      </w:r>
      <w:r>
        <w:t xml:space="preserve"> wasn't</w:t>
      </w:r>
      <w:r>
        <w:t xml:space="preserve"> racing</w:t>
      </w:r>
      <w:r>
        <w:t xml:space="preserve"> the</w:t>
      </w:r>
      <w:r>
        <w:t xml:space="preserve"> way</w:t>
      </w:r>
      <w:r>
        <w:t xml:space="preserve"> he</w:t>
      </w:r>
      <w:r>
        <w:t xml:space="preserve"> should</w:t>
      </w:r>
      <w:r>
        <w:t xml:space="preserve"> have</w:t>
      </w:r>
      <w:r>
        <w:t xml:space="preserve"> done.</w:t>
        <w:br/>
        <w:t>最终我被取消了参赛资格</w:t>
        <w:br/>
        <w:t>Ultimately,</w:t>
      </w:r>
      <w:r>
        <w:t xml:space="preserve"> I</w:t>
      </w:r>
      <w:r>
        <w:t xml:space="preserve"> got</w:t>
      </w:r>
      <w:r>
        <w:t xml:space="preserve"> disqualified.</w:t>
        <w:br/>
        <w:t>你和皮埃尔谁开卡丁车更厉害?</w:t>
        <w:br/>
        <w:t>Who's</w:t>
      </w:r>
      <w:r>
        <w:t xml:space="preserve"> better</w:t>
      </w:r>
      <w:r>
        <w:t xml:space="preserve"> at</w:t>
      </w:r>
      <w:r>
        <w:t xml:space="preserve"> karting?</w:t>
        <w:br/>
        <w:t>我赢的冠军更多些</w:t>
        <w:br/>
        <w:t>I</w:t>
      </w:r>
      <w:r>
        <w:t xml:space="preserve"> have,</w:t>
      </w:r>
      <w:r>
        <w:t xml:space="preserve"> uh,</w:t>
      </w:r>
      <w:r>
        <w:t xml:space="preserve"> won</w:t>
      </w:r>
      <w:r>
        <w:t xml:space="preserve"> more</w:t>
      </w:r>
      <w:r>
        <w:t xml:space="preserve"> titles.</w:t>
        <w:br/>
        <w:t>我知道我给了埃斯特班很多次机会</w:t>
        <w:br/>
        <w:t>Um,</w:t>
      </w:r>
      <w:r>
        <w:t xml:space="preserve"> I</w:t>
      </w:r>
      <w:r>
        <w:t xml:space="preserve"> know</w:t>
      </w:r>
      <w:r>
        <w:t xml:space="preserve"> I've</w:t>
      </w:r>
      <w:r>
        <w:t xml:space="preserve"> given</w:t>
      </w:r>
      <w:r>
        <w:t xml:space="preserve"> Esteban</w:t>
      </w:r>
      <w:r>
        <w:t xml:space="preserve"> many,</w:t>
      </w:r>
      <w:r>
        <w:t xml:space="preserve"> many</w:t>
      </w:r>
      <w:r>
        <w:t xml:space="preserve"> chances</w:t>
        <w:br/>
        <w:t>重归于好</w:t>
        <w:br/>
        <w:t>to</w:t>
      </w:r>
      <w:r>
        <w:t xml:space="preserve"> make</w:t>
      </w:r>
      <w:r>
        <w:t xml:space="preserve"> this</w:t>
      </w:r>
      <w:r>
        <w:t xml:space="preserve"> relationship</w:t>
      </w:r>
      <w:r>
        <w:t xml:space="preserve"> work,</w:t>
        <w:br/>
        <w:t>如果别人不想当朋友</w:t>
      </w:r>
      <w:r>
        <w:t xml:space="preserve"> 那我也没关系</w:t>
        <w:br/>
        <w:t>but</w:t>
      </w:r>
      <w:r>
        <w:t xml:space="preserve"> if</w:t>
      </w:r>
      <w:r>
        <w:t xml:space="preserve"> someone</w:t>
      </w:r>
      <w:r>
        <w:t xml:space="preserve"> doesn't</w:t>
      </w:r>
      <w:r>
        <w:t xml:space="preserve"> wanna</w:t>
      </w:r>
      <w:r>
        <w:t xml:space="preserve"> be</w:t>
      </w:r>
      <w:r>
        <w:t xml:space="preserve"> friends,</w:t>
      </w:r>
      <w:r>
        <w:t xml:space="preserve"> then</w:t>
      </w:r>
      <w:r>
        <w:t xml:space="preserve"> that's</w:t>
      </w:r>
      <w:r>
        <w:t xml:space="preserve"> fine</w:t>
      </w:r>
      <w:r>
        <w:t xml:space="preserve"> to</w:t>
      </w:r>
      <w:r>
        <w:t xml:space="preserve"> me.</w:t>
        <w:br/>
        <w:t>你和皮埃尔的关系</w:t>
      </w:r>
      <w:r>
        <w:t xml:space="preserve"> 还有你们的决裂</w:t>
        <w:br/>
        <w:t>Your</w:t>
      </w:r>
      <w:r>
        <w:t xml:space="preserve"> relationship</w:t>
      </w:r>
      <w:r>
        <w:t xml:space="preserve"> with</w:t>
      </w:r>
      <w:r>
        <w:t xml:space="preserve"> Pierre,</w:t>
      </w:r>
      <w:r>
        <w:t xml:space="preserve"> the</w:t>
      </w:r>
      <w:r>
        <w:t xml:space="preserve"> disconnect,</w:t>
        <w:br/>
        <w:t>你能进一步说明一下吗?</w:t>
        <w:br/>
        <w:t>are</w:t>
      </w:r>
      <w:r>
        <w:t xml:space="preserve"> you</w:t>
      </w:r>
      <w:r>
        <w:t xml:space="preserve"> able</w:t>
      </w:r>
      <w:r>
        <w:t xml:space="preserve"> to</w:t>
      </w:r>
      <w:r>
        <w:t xml:space="preserve"> expand</w:t>
      </w:r>
      <w:r>
        <w:t xml:space="preserve"> at</w:t>
      </w:r>
      <w:r>
        <w:t xml:space="preserve"> all</w:t>
      </w:r>
      <w:r>
        <w:t xml:space="preserve"> on</w:t>
      </w:r>
      <w:r>
        <w:t xml:space="preserve"> it?</w:t>
        <w:br/>
        <w:t>不太行</w:t>
      </w:r>
      <w:r>
        <w:t xml:space="preserve"> 这其中有很多私人的原因</w:t>
        <w:br/>
        <w:t>Not</w:t>
      </w:r>
      <w:r>
        <w:t xml:space="preserve"> really.</w:t>
      </w:r>
      <w:r>
        <w:t xml:space="preserve"> I</w:t>
      </w:r>
      <w:r>
        <w:t xml:space="preserve"> think</w:t>
      </w:r>
      <w:r>
        <w:t xml:space="preserve"> it's...</w:t>
      </w:r>
      <w:r>
        <w:t xml:space="preserve"> There's</w:t>
      </w:r>
      <w:r>
        <w:t xml:space="preserve"> a</w:t>
      </w:r>
      <w:r>
        <w:t xml:space="preserve"> lot</w:t>
      </w:r>
      <w:r>
        <w:t xml:space="preserve"> of</w:t>
      </w:r>
      <w:r>
        <w:t xml:space="preserve"> personal</w:t>
      </w:r>
      <w:r>
        <w:t xml:space="preserve"> reasons,</w:t>
        <w:br/>
        <w:t>导致了这样的结果</w:t>
        <w:br/>
        <w:t>um,</w:t>
      </w:r>
      <w:r>
        <w:t xml:space="preserve"> you</w:t>
      </w:r>
      <w:r>
        <w:t xml:space="preserve"> know,</w:t>
      </w:r>
      <w:r>
        <w:t xml:space="preserve"> for</w:t>
      </w:r>
      <w:r>
        <w:t xml:space="preserve"> these</w:t>
      </w:r>
      <w:r>
        <w:t xml:space="preserve"> things.</w:t>
        <w:br/>
        <w:t>好了</w:t>
      </w:r>
      <w:r>
        <w:t xml:space="preserve"> 聊得差不多了</w:t>
        <w:br/>
        <w:t>-</w:t>
      </w:r>
      <w:r>
        <w:t xml:space="preserve"> Enough</w:t>
      </w:r>
      <w:r>
        <w:t xml:space="preserve"> talking.</w:t>
      </w:r>
      <w:r>
        <w:t xml:space="preserve"> -</w:t>
      </w:r>
      <w:r>
        <w:t xml:space="preserve"> Come</w:t>
      </w:r>
      <w:r>
        <w:t xml:space="preserve"> on,</w:t>
      </w:r>
      <w:r>
        <w:t xml:space="preserve"> yes.</w:t>
        <w:br/>
        <w:t>车道上别闲聊</w:t>
        <w:br/>
        <w:t>Now</w:t>
      </w:r>
      <w:r>
        <w:t xml:space="preserve"> talk</w:t>
      </w:r>
      <w:r>
        <w:t xml:space="preserve"> on</w:t>
      </w:r>
      <w:r>
        <w:t xml:space="preserve"> the</w:t>
      </w:r>
      <w:r>
        <w:t xml:space="preserve"> track.</w:t>
        <w:br/>
        <w:t>我们只需要跑两圈</w:t>
      </w:r>
      <w:r>
        <w:t xml:space="preserve"> 你们俩靠近一些...</w:t>
        <w:br/>
        <w:t>We're</w:t>
      </w:r>
      <w:r>
        <w:t xml:space="preserve"> gonna</w:t>
      </w:r>
      <w:r>
        <w:t xml:space="preserve"> just</w:t>
      </w:r>
      <w:r>
        <w:t xml:space="preserve"> do</w:t>
      </w:r>
      <w:r>
        <w:t xml:space="preserve"> two</w:t>
      </w:r>
      <w:r>
        <w:t xml:space="preserve"> laps</w:t>
      </w:r>
      <w:r>
        <w:t xml:space="preserve"> where</w:t>
      </w:r>
      <w:r>
        <w:t xml:space="preserve"> you're</w:t>
      </w:r>
      <w:r>
        <w:t xml:space="preserve"> a</w:t>
      </w:r>
      <w:r>
        <w:t xml:space="preserve"> bit</w:t>
      </w:r>
      <w:r>
        <w:t xml:space="preserve"> together...</w:t>
        <w:br/>
        <w:t>两圈</w:t>
      </w:r>
      <w:r>
        <w:t xml:space="preserve"> 但要慢</w:t>
        <w:br/>
        <w:t>Two</w:t>
      </w:r>
      <w:r>
        <w:t xml:space="preserve"> laps,</w:t>
      </w:r>
      <w:r>
        <w:t xml:space="preserve"> but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slowly.</w:t>
        <w:br/>
        <w:t>好的</w:t>
      </w:r>
      <w:r>
        <w:t xml:space="preserve"> 我尽量</w:t>
      </w:r>
      <w:r>
        <w:t xml:space="preserve"> 但还有三天今年的赛季就开始了</w:t>
        <w:br/>
        <w:t>Yes,</w:t>
      </w:r>
      <w:r>
        <w:t xml:space="preserve"> I</w:t>
      </w:r>
      <w:r>
        <w:t xml:space="preserve"> know,</w:t>
      </w:r>
      <w:r>
        <w:t xml:space="preserve"> but</w:t>
      </w:r>
      <w:r>
        <w:t xml:space="preserve"> the</w:t>
      </w:r>
      <w:r>
        <w:t xml:space="preserve"> season</w:t>
      </w:r>
      <w:r>
        <w:t xml:space="preserve"> starts</w:t>
      </w:r>
      <w:r>
        <w:t xml:space="preserve"> in</w:t>
      </w:r>
      <w:r>
        <w:t xml:space="preserve"> three</w:t>
      </w:r>
      <w:r>
        <w:t xml:space="preserve"> days.</w:t>
        <w:br/>
        <w:t>(奥康</w:t>
      </w:r>
      <w:r>
        <w:t xml:space="preserve"> 阿尔派车队)</w:t>
        <w:br/>
        <w:t>(加斯利</w:t>
      </w:r>
      <w:r>
        <w:t xml:space="preserve"> 阿尔派车队)</w:t>
        <w:br/>
        <w:t>我想让皮埃尔慢一点</w:t>
        <w:br/>
        <w:t>I'm</w:t>
      </w:r>
      <w:r>
        <w:t xml:space="preserve"> trying</w:t>
      </w:r>
      <w:r>
        <w:t xml:space="preserve"> to</w:t>
      </w:r>
      <w:r>
        <w:t xml:space="preserve"> get</w:t>
      </w:r>
      <w:r>
        <w:t xml:space="preserve"> Pierre</w:t>
      </w:r>
      <w:r>
        <w:t xml:space="preserve"> to</w:t>
      </w:r>
      <w:r>
        <w:t xml:space="preserve"> slow</w:t>
      </w:r>
      <w:r>
        <w:t xml:space="preserve"> down.</w:t>
        <w:br/>
        <w:t>皮埃尔不会减速的</w:t>
        <w:br/>
        <w:t>Pierre's</w:t>
      </w:r>
      <w:r>
        <w:t xml:space="preserve"> not</w:t>
      </w:r>
      <w:r>
        <w:t xml:space="preserve"> gonna</w:t>
      </w:r>
      <w:r>
        <w:t xml:space="preserve"> slow</w:t>
      </w:r>
      <w:r>
        <w:t xml:space="preserve"> down.</w:t>
        <w:br/>
        <w:t>超车?</w:t>
        <w:br/>
        <w:t>Overtake?</w:t>
        <w:br/>
        <w:t>(加斯利</w:t>
      </w:r>
      <w:r>
        <w:t xml:space="preserve"> 阿尔派车队)</w:t>
        <w:br/>
        <w:t>(奥康</w:t>
      </w:r>
      <w:r>
        <w:t xml:space="preserve"> 阿尔派车队)</w:t>
        <w:br/>
        <w:t>(加斯利</w:t>
      </w:r>
      <w:r>
        <w:t xml:space="preserve"> 阿尔派)</w:t>
        <w:br/>
        <w:t>(奥康</w:t>
      </w:r>
      <w:r>
        <w:t xml:space="preserve"> 阿尔派车队)</w:t>
        <w:br/>
        <w:t>我想他撞伤了脖子</w:t>
        <w:br/>
        <w:t>I</w:t>
      </w:r>
      <w:r>
        <w:t xml:space="preserve"> think</w:t>
      </w:r>
      <w:r>
        <w:t xml:space="preserve"> he</w:t>
      </w:r>
      <w:r>
        <w:t xml:space="preserve"> hurt</w:t>
      </w:r>
      <w:r>
        <w:t xml:space="preserve"> his,</w:t>
      </w:r>
      <w:r>
        <w:t xml:space="preserve"> uh,</w:t>
      </w:r>
      <w:r>
        <w:t xml:space="preserve"> neck</w:t>
      </w:r>
      <w:r>
        <w:t xml:space="preserve"> crashing.</w:t>
        <w:br/>
        <w:t>我没碰到他!</w:t>
        <w:br/>
        <w:t>I</w:t>
      </w:r>
      <w:r>
        <w:t xml:space="preserve"> didn't</w:t>
      </w:r>
      <w:r>
        <w:t xml:space="preserve"> touch!</w:t>
        <w:br/>
        <w:t>我的前扰流板很干净</w:t>
        <w:br/>
        <w:t>My</w:t>
      </w:r>
      <w:r>
        <w:t xml:space="preserve"> front</w:t>
      </w:r>
      <w:r>
        <w:t xml:space="preserve"> spoiler</w:t>
      </w:r>
      <w:r>
        <w:t xml:space="preserve"> is</w:t>
      </w:r>
      <w:r>
        <w:t xml:space="preserve"> clean.</w:t>
        <w:br/>
        <w:t>他看着我</w:t>
      </w:r>
      <w:r>
        <w:t xml:space="preserve"> 然后就冲进了草地里</w:t>
        <w:br/>
        <w:t>He</w:t>
      </w:r>
      <w:r>
        <w:t xml:space="preserve"> looked</w:t>
      </w:r>
      <w:r>
        <w:t xml:space="preserve"> at</w:t>
      </w:r>
      <w:r>
        <w:t xml:space="preserve"> me,</w:t>
      </w:r>
      <w:r>
        <w:t xml:space="preserve"> and</w:t>
      </w:r>
      <w:r>
        <w:t xml:space="preserve"> then</w:t>
      </w:r>
      <w:r>
        <w:t xml:space="preserve"> he</w:t>
      </w:r>
      <w:r>
        <w:t xml:space="preserve"> went</w:t>
      </w:r>
      <w:r>
        <w:t xml:space="preserve"> in</w:t>
      </w:r>
      <w:r>
        <w:t xml:space="preserve"> the</w:t>
      </w:r>
      <w:r>
        <w:t xml:space="preserve"> grass.</w:t>
        <w:br/>
        <w:t>是的</w:t>
      </w:r>
      <w:r>
        <w:t xml:space="preserve"> 只是卡丁车而已</w:t>
        <w:br/>
        <w:t>Yes,</w:t>
      </w:r>
      <w:r>
        <w:t xml:space="preserve"> it's</w:t>
      </w:r>
      <w:r>
        <w:t xml:space="preserve"> only</w:t>
      </w:r>
      <w:r>
        <w:t xml:space="preserve"> karting,</w:t>
        <w:br/>
        <w:t>但皮埃尔和埃斯特班</w:t>
      </w:r>
      <w:r>
        <w:t xml:space="preserve"> 较劲较得这么厉害</w:t>
        <w:br/>
        <w:t>but</w:t>
      </w:r>
      <w:r>
        <w:t xml:space="preserve"> Pierre</w:t>
      </w:r>
      <w:r>
        <w:t xml:space="preserve"> and</w:t>
      </w:r>
      <w:r>
        <w:t xml:space="preserve"> Esteban</w:t>
      </w:r>
      <w:r>
        <w:t xml:space="preserve"> fighting</w:t>
      </w:r>
      <w:r>
        <w:t xml:space="preserve"> against</w:t>
      </w:r>
      <w:r>
        <w:t xml:space="preserve"> each</w:t>
      </w:r>
      <w:r>
        <w:t xml:space="preserve"> other</w:t>
      </w:r>
      <w:r>
        <w:t xml:space="preserve"> that</w:t>
      </w:r>
      <w:r>
        <w:t xml:space="preserve"> hard,</w:t>
        <w:br/>
        <w:t>这显然很不理想</w:t>
        <w:br/>
        <w:t>it's</w:t>
      </w:r>
      <w:r>
        <w:t xml:space="preserve"> definitely</w:t>
      </w:r>
      <w:r>
        <w:t xml:space="preserve"> not</w:t>
      </w:r>
      <w:r>
        <w:t xml:space="preserve"> ideal.</w:t>
        <w:br/>
        <w:t>你会希望这不是种预兆</w:t>
        <w:br/>
        <w:br/>
        <w:t>You</w:t>
      </w:r>
      <w:r>
        <w:t xml:space="preserve"> hope</w:t>
      </w:r>
      <w:r>
        <w:t xml:space="preserve"> it's</w:t>
      </w:r>
      <w:r>
        <w:t xml:space="preserve"> not</w:t>
      </w:r>
      <w:r>
        <w:t xml:space="preserve"> an</w:t>
      </w:r>
      <w:r>
        <w:t xml:space="preserve"> omen.</w:t>
        <w:br/>
        <w:t>(澳大利亚</w:t>
      </w:r>
      <w:r>
        <w:t xml:space="preserve"> 墨尔本)</w:t>
        <w:br/>
        <w:t>我们在伟大的墨尔本为您直播</w:t>
        <w:br/>
        <w:t>From</w:t>
      </w:r>
      <w:r>
        <w:t xml:space="preserve"> Melbourne,</w:t>
        <w:br/>
        <w:t>欢迎来到2023年澳大利亚大奖赛</w:t>
        <w:br/>
        <w:t>welcome</w:t>
      </w:r>
      <w:r>
        <w:t xml:space="preserve"> to</w:t>
      </w:r>
      <w:r>
        <w:t xml:space="preserve"> the</w:t>
      </w:r>
      <w:r>
        <w:t xml:space="preserve"> Australian</w:t>
      </w:r>
      <w:r>
        <w:t xml:space="preserve"> Grand</w:t>
      </w:r>
      <w:r>
        <w:t xml:space="preserve"> Prix</w:t>
      </w:r>
      <w:r>
        <w:t xml:space="preserve"> of</w:t>
      </w:r>
      <w:r>
        <w:t xml:space="preserve"> 2023,</w:t>
        <w:br/>
        <w:t>一级方程式世界锦标赛的第三轮比赛</w:t>
        <w:br/>
        <w:t>the</w:t>
      </w:r>
      <w:r>
        <w:t xml:space="preserve"> third</w:t>
      </w:r>
      <w:r>
        <w:t xml:space="preserve"> round</w:t>
      </w:r>
      <w:r>
        <w:t xml:space="preserve"> of</w:t>
      </w:r>
      <w:r>
        <w:t xml:space="preserve"> the</w:t>
      </w:r>
      <w:r>
        <w:t xml:space="preserve"> Formula</w:t>
      </w:r>
      <w:r>
        <w:t xml:space="preserve"> 1</w:t>
      </w:r>
      <w:r>
        <w:t xml:space="preserve"> World</w:t>
      </w:r>
      <w:r>
        <w:t xml:space="preserve"> Championship.</w:t>
        <w:br/>
        <w:t>-</w:t>
      </w:r>
      <w:r>
        <w:t xml:space="preserve"> 你好</w:t>
      </w:r>
      <w:r>
        <w:t xml:space="preserve"> -</w:t>
      </w:r>
      <w:r>
        <w:t xml:space="preserve"> 你好</w:t>
        <w:br/>
        <w:t>澳大利亚大奖赛时</w:t>
      </w:r>
      <w:r>
        <w:t xml:space="preserve"> 我们在锦标赛中排名第五</w:t>
        <w:br/>
        <w:t>Coming</w:t>
      </w:r>
      <w:r>
        <w:t xml:space="preserve"> into</w:t>
      </w:r>
      <w:r>
        <w:t xml:space="preserve"> the</w:t>
      </w:r>
      <w:r>
        <w:t xml:space="preserve"> Australian</w:t>
      </w:r>
      <w:r>
        <w:t xml:space="preserve"> Grand</w:t>
      </w:r>
      <w:r>
        <w:t xml:space="preserve"> Prix,</w:t>
      </w:r>
      <w:r>
        <w:t xml:space="preserve"> we're</w:t>
      </w:r>
      <w:r>
        <w:t xml:space="preserve"> fifth</w:t>
      </w:r>
      <w:r>
        <w:t xml:space="preserve"> place</w:t>
      </w:r>
      <w:r>
        <w:t xml:space="preserve"> in</w:t>
      </w:r>
      <w:r>
        <w:t xml:space="preserve"> the</w:t>
      </w:r>
    </w:p>
    <w:p>
      <w:r>
        <w:t xml:space="preserve"> championship.</w:t>
        <w:br/>
        <w:t>我们已经落后于一些竞争对手了</w:t>
        <w:br/>
        <w:t>We're</w:t>
      </w:r>
      <w:r>
        <w:t xml:space="preserve"> already</w:t>
      </w:r>
      <w:r>
        <w:t xml:space="preserve"> behind</w:t>
      </w:r>
      <w:r>
        <w:t xml:space="preserve"> some</w:t>
      </w:r>
      <w:r>
        <w:t xml:space="preserve"> of</w:t>
      </w:r>
      <w:r>
        <w:t xml:space="preserve"> our</w:t>
      </w:r>
      <w:r>
        <w:t xml:space="preserve"> competitors.</w:t>
        <w:br/>
        <w:t>法拉利领先我们</w:t>
      </w:r>
      <w:r>
        <w:t xml:space="preserve"> 排在第四位</w:t>
        <w:br/>
        <w:t>Ferrari</w:t>
      </w:r>
      <w:r>
        <w:t xml:space="preserve"> are</w:t>
      </w:r>
      <w:r>
        <w:t xml:space="preserve"> ahead</w:t>
      </w:r>
      <w:r>
        <w:t xml:space="preserve"> of</w:t>
      </w:r>
      <w:r>
        <w:t xml:space="preserve"> us</w:t>
      </w:r>
      <w:r>
        <w:t xml:space="preserve"> in</w:t>
      </w:r>
      <w:r>
        <w:t xml:space="preserve"> fourth,</w:t>
        <w:br/>
        <w:t>还有梅赛德斯</w:t>
        <w:br/>
        <w:t>then</w:t>
      </w:r>
      <w:r>
        <w:t xml:space="preserve"> Mercedes</w:t>
      </w:r>
      <w:r>
        <w:t xml:space="preserve"> as</w:t>
      </w:r>
      <w:r>
        <w:t xml:space="preserve"> well.</w:t>
        <w:br/>
        <w:t>至少我们比迈凯伦的表现要好!</w:t>
        <w:br/>
        <w:t>At</w:t>
      </w:r>
      <w:r>
        <w:t xml:space="preserve"> least</w:t>
      </w:r>
      <w:r>
        <w:t xml:space="preserve"> we're</w:t>
      </w:r>
      <w:r>
        <w:t xml:space="preserve"> doing</w:t>
      </w:r>
      <w:r>
        <w:t xml:space="preserve"> a</w:t>
      </w:r>
      <w:r>
        <w:t xml:space="preserve"> better</w:t>
      </w:r>
      <w:r>
        <w:t xml:space="preserve"> job</w:t>
      </w:r>
      <w:r>
        <w:t xml:space="preserve"> than</w:t>
      </w:r>
      <w:r>
        <w:t xml:space="preserve"> McLaren!</w:t>
        <w:br/>
        <w:t>-</w:t>
      </w:r>
      <w:r>
        <w:t xml:space="preserve"> 早上好</w:t>
      </w:r>
      <w:r>
        <w:t xml:space="preserve"> -</w:t>
      </w:r>
      <w:r>
        <w:t xml:space="preserve"> 早上好</w:t>
        <w:br/>
        <w:t>-</w:t>
      </w:r>
      <w:r>
        <w:t xml:space="preserve"> Morning.</w:t>
      </w:r>
      <w:r>
        <w:t xml:space="preserve"> -</w:t>
      </w:r>
      <w:r>
        <w:t xml:space="preserve"> Morning.</w:t>
        <w:br/>
        <w:t>怎么样?</w:t>
        <w:br/>
        <w:t>但我们必须更接近前三名</w:t>
        <w:br/>
        <w:t>But,</w:t>
      </w:r>
      <w:r>
        <w:t xml:space="preserve"> uh,</w:t>
      </w:r>
      <w:r>
        <w:t xml:space="preserve"> we</w:t>
      </w:r>
      <w:r>
        <w:t xml:space="preserve"> have</w:t>
      </w:r>
      <w:r>
        <w:t xml:space="preserve"> to</w:t>
      </w:r>
      <w:r>
        <w:t xml:space="preserve"> get</w:t>
      </w:r>
      <w:r>
        <w:t xml:space="preserve"> a</w:t>
      </w:r>
      <w:r>
        <w:t xml:space="preserve"> little</w:t>
      </w:r>
      <w:r>
        <w:t xml:space="preserve"> bit</w:t>
      </w:r>
      <w:r>
        <w:t xml:space="preserve"> closer</w:t>
      </w:r>
      <w:r>
        <w:t xml:space="preserve"> to</w:t>
      </w:r>
      <w:r>
        <w:t xml:space="preserve"> the</w:t>
      </w:r>
      <w:r>
        <w:t xml:space="preserve"> top</w:t>
      </w:r>
      <w:r>
        <w:t xml:space="preserve"> three.</w:t>
        <w:br/>
        <w:t>达到我们设定的目标</w:t>
      </w:r>
      <w:r>
        <w:t xml:space="preserve"> 这很重要</w:t>
        <w:br/>
        <w:t>It's</w:t>
      </w:r>
      <w:r>
        <w:t xml:space="preserve"> important</w:t>
      </w:r>
      <w:r>
        <w:t xml:space="preserve"> to</w:t>
      </w:r>
      <w:r>
        <w:t xml:space="preserve"> hit</w:t>
      </w:r>
      <w:r>
        <w:t xml:space="preserve"> the,</w:t>
      </w:r>
      <w:r>
        <w:t xml:space="preserve"> uh,</w:t>
      </w:r>
      <w:r>
        <w:t xml:space="preserve"> targets</w:t>
      </w:r>
      <w:r>
        <w:t xml:space="preserve"> that</w:t>
      </w:r>
      <w:r>
        <w:t xml:space="preserve"> we</w:t>
      </w:r>
      <w:r>
        <w:t xml:space="preserve"> set.</w:t>
        <w:br/>
        <w:t>-</w:t>
      </w:r>
      <w:r>
        <w:t xml:space="preserve"> 你好</w:t>
      </w:r>
      <w:r>
        <w:t xml:space="preserve"> -</w:t>
      </w:r>
      <w:r>
        <w:t xml:space="preserve"> 你好吗?</w:t>
        <w:br/>
        <w:t>-</w:t>
      </w:r>
      <w:r>
        <w:t xml:space="preserve"> Bonjour,</w:t>
      </w:r>
      <w:r>
        <w:t xml:space="preserve"> bonjour.</w:t>
      </w:r>
      <w:r>
        <w:t xml:space="preserve"> -</w:t>
      </w:r>
      <w:r>
        <w:t xml:space="preserve"> Comment</w:t>
      </w:r>
      <w:r>
        <w:t xml:space="preserve"> vas-tu?</w:t>
        <w:br/>
        <w:t>很好</w:t>
      </w:r>
      <w:r>
        <w:t xml:space="preserve"> 你呢?很好</w:t>
        <w:br/>
        <w:t>Oui,</w:t>
      </w:r>
      <w:r>
        <w:t xml:space="preserve"> et</w:t>
      </w:r>
      <w:r>
        <w:t xml:space="preserve"> toi?</w:t>
      </w:r>
      <w:r>
        <w:t xml:space="preserve"> Bien,</w:t>
      </w:r>
      <w:r>
        <w:t xml:space="preserve"> bien.</w:t>
        <w:br/>
        <w:t>(周日</w:t>
      </w:r>
      <w:r>
        <w:t xml:space="preserve"> 正赛)</w:t>
        <w:br/>
        <w:t>今天的表现会如何?</w:t>
        <w:br/>
        <w:t>How's</w:t>
      </w:r>
      <w:r>
        <w:t xml:space="preserve"> it</w:t>
      </w:r>
      <w:r>
        <w:t xml:space="preserve"> gonna</w:t>
      </w:r>
      <w:r>
        <w:t xml:space="preserve"> go</w:t>
      </w:r>
      <w:r>
        <w:t xml:space="preserve"> today?</w:t>
        <w:br/>
        <w:t>一定叫人交口赞誉</w:t>
        <w:br/>
        <w:t>It's</w:t>
      </w:r>
      <w:r>
        <w:t xml:space="preserve"> gonna</w:t>
      </w:r>
      <w:r>
        <w:t xml:space="preserve"> go</w:t>
      </w:r>
      <w:r>
        <w:t xml:space="preserve"> fucking</w:t>
      </w:r>
      <w:r>
        <w:t xml:space="preserve"> amazing.</w:t>
        <w:br/>
        <w:t>奖杯时间到</w:t>
        <w:br/>
        <w:t>Trophy</w:t>
      </w:r>
      <w:r>
        <w:t xml:space="preserve"> time.</w:t>
        <w:br/>
        <w:t>奖杯!</w:t>
        <w:br/>
        <w:t>Trophy!</w:t>
        <w:br/>
        <w:t>埃斯特班·奥康在第11位发车</w:t>
        <w:br/>
        <w:t>Esteban</w:t>
      </w:r>
      <w:r>
        <w:t xml:space="preserve"> Ocon</w:t>
      </w:r>
      <w:r>
        <w:t xml:space="preserve"> starts</w:t>
      </w:r>
      <w:r>
        <w:t xml:space="preserve"> 11th</w:t>
        <w:br/>
        <w:t>他的队友皮埃尔·加斯利在第九位</w:t>
        <w:br/>
        <w:t>with</w:t>
      </w:r>
      <w:r>
        <w:t xml:space="preserve"> his</w:t>
      </w:r>
      <w:r>
        <w:t xml:space="preserve"> teammate,</w:t>
      </w:r>
      <w:r>
        <w:t xml:space="preserve"> Pierre</w:t>
      </w:r>
      <w:r>
        <w:t xml:space="preserve"> Gasly,</w:t>
      </w:r>
      <w:r>
        <w:t xml:space="preserve"> in</w:t>
      </w:r>
      <w:r>
        <w:t xml:space="preserve"> ninth.</w:t>
        <w:br/>
        <w:t>我觉得我得证明自己</w:t>
        <w:br/>
        <w:t>I</w:t>
      </w:r>
      <w:r>
        <w:t xml:space="preserve"> feel</w:t>
      </w:r>
      <w:r>
        <w:t xml:space="preserve"> I've</w:t>
      </w:r>
      <w:r>
        <w:t xml:space="preserve"> got</w:t>
      </w:r>
      <w:r>
        <w:t xml:space="preserve"> a</w:t>
      </w:r>
      <w:r>
        <w:t xml:space="preserve"> point</w:t>
      </w:r>
      <w:r>
        <w:t xml:space="preserve"> to</w:t>
      </w:r>
      <w:r>
        <w:t xml:space="preserve"> prove.</w:t>
        <w:br/>
        <w:t>我知道</w:t>
      </w:r>
      <w:r>
        <w:t xml:space="preserve"> 每次在赛道上时</w:t>
      </w:r>
      <w:r>
        <w:t xml:space="preserve"> 埃斯特班都希望能打败我</w:t>
        <w:br/>
        <w:t>I</w:t>
      </w:r>
      <w:r>
        <w:t xml:space="preserve"> know</w:t>
      </w:r>
      <w:r>
        <w:t xml:space="preserve"> Esteban</w:t>
      </w:r>
      <w:r>
        <w:t xml:space="preserve"> wants</w:t>
      </w:r>
      <w:r>
        <w:t xml:space="preserve"> to</w:t>
      </w:r>
      <w:r>
        <w:t xml:space="preserve"> beat</w:t>
      </w:r>
      <w:r>
        <w:t xml:space="preserve"> me</w:t>
      </w:r>
      <w:r>
        <w:t xml:space="preserve"> every</w:t>
      </w:r>
      <w:r>
        <w:t xml:space="preserve"> single</w:t>
      </w:r>
      <w:r>
        <w:t xml:space="preserve"> time</w:t>
      </w:r>
      <w:r>
        <w:t xml:space="preserve"> we're</w:t>
      </w:r>
      <w:r>
        <w:t xml:space="preserve"> on</w:t>
      </w:r>
      <w:r>
        <w:t xml:space="preserve"> the</w:t>
      </w:r>
      <w:r>
        <w:t xml:space="preserve"> racetrack,</w:t>
        <w:br/>
        <w:t>但没人能比我更优秀</w:t>
        <w:br/>
        <w:t>but</w:t>
      </w:r>
      <w:r>
        <w:t xml:space="preserve"> there's</w:t>
      </w:r>
      <w:r>
        <w:t xml:space="preserve"> no</w:t>
      </w:r>
      <w:r>
        <w:t xml:space="preserve"> way</w:t>
      </w:r>
      <w:r>
        <w:t xml:space="preserve"> someone</w:t>
      </w:r>
      <w:r>
        <w:t xml:space="preserve"> should</w:t>
      </w:r>
      <w:r>
        <w:t xml:space="preserve"> be</w:t>
      </w:r>
      <w:r>
        <w:t xml:space="preserve"> better</w:t>
      </w:r>
      <w:r>
        <w:t xml:space="preserve"> than</w:t>
      </w:r>
      <w:r>
        <w:t xml:space="preserve"> me.</w:t>
        <w:br/>
        <w:t>我不怕任何人</w:t>
        <w:br/>
        <w:t>I'm</w:t>
      </w:r>
      <w:r>
        <w:t xml:space="preserve"> not</w:t>
      </w:r>
      <w:r>
        <w:t xml:space="preserve"> afraid</w:t>
      </w:r>
      <w:r>
        <w:t xml:space="preserve"> of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https://d.book118.com/295341021144011112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4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9534102114401111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