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办公室的年终工作总结（30篇）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办公室的年终工作总结（通用30篇）</w:t>
      </w:r>
      <w:r>
        <w:rPr>
          <w:lang w:eastAsia="zh-CN"/>
        </w:rPr>
        <w:br/>
      </w:r>
      <w:r>
        <w:rPr>
          <w:lang w:eastAsia="zh-CN"/>
        </w:rPr>
        <w:t xml:space="preserve">    办公室的年终工作总结 篇1 </w:t>
      </w:r>
      <w:r>
        <w:rPr>
          <w:lang w:eastAsia="zh-CN"/>
        </w:rPr>
        <w:br/>
      </w:r>
      <w:r>
        <w:rPr>
          <w:lang w:eastAsia="zh-CN"/>
        </w:rPr>
        <w:t>　　刚刚过去的20__年，是我们兴阳法院努力克服案多人少、债务累累的重重困难，取得两个文明建设双丰收的一年。一年来，办公室全体人员与全院法官干警一道，在院党组正确领导下，在各部门的大力协助下，围绕法院审判工作重点，统一思想、坚定信心，按院领导的要求，抓紧司法政务后勤服务管理，做好为领导、为领导机构、为法官干警三个方面的服务，认真履行了司法政务的各项职责，在各个岗位认真有序地开展工作，各项工作圆满达到了目标要求，取得了较好的工作实绩。</w:t>
      </w:r>
      <w:r>
        <w:rPr>
          <w:lang w:eastAsia="zh-CN"/>
        </w:rPr>
        <w:br/>
      </w:r>
      <w:r>
        <w:rPr>
          <w:lang w:eastAsia="zh-CN"/>
        </w:rPr>
        <w:t>　　一、加强学习，提高办公室人员思想政治素质。</w:t>
      </w:r>
      <w:r>
        <w:rPr>
          <w:lang w:eastAsia="zh-CN"/>
        </w:rPr>
        <w:br/>
      </w:r>
      <w:r>
        <w:rPr>
          <w:lang w:eastAsia="zh-CN"/>
        </w:rPr>
        <w:t>　　（一）从年初开始，按照法院的政治学习安排，结合本部门实际，挤时间组织了学习。并把学习理论和解决问题结合起来。在学习中，通过讨论，相互启发，共同提高。每个人都写出学习规章制度、观看廉政建设录像等的深刻体会，强化敬业意识，改变工作作风，增强信念，尽职尽责，踏实做好本职工作，争做好干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全体人员围绕“公正执法，司法为民”的主题，展开了积极讨论，办公室作为法院工作的枢纽和“窗口”，努力树好“窗口”形象、注重部门人员在思想上提高认识，在工作上注入激情、活力，在事业心、责任感、凝聚力上下功夫。通过开展民主生活会等活动，解开了平日里工作中思想上的“疙瘩”、放下了“包袱”，工作的积极性和主动性大大提高，思想意识上发生了很大的转变。</w:t>
      </w:r>
      <w:r>
        <w:rPr>
          <w:lang w:eastAsia="zh-CN"/>
        </w:rPr>
        <w:br/>
      </w:r>
      <w:r>
        <w:rPr>
          <w:lang w:eastAsia="zh-CN"/>
        </w:rPr>
        <w:t>　　二、主要工作任务完成情况</w:t>
      </w:r>
      <w:r>
        <w:rPr>
          <w:lang w:eastAsia="zh-CN"/>
        </w:rPr>
        <w:br/>
      </w:r>
      <w:r>
        <w:rPr>
          <w:lang w:eastAsia="zh-CN"/>
        </w:rPr>
        <w:t>　　（一）积极转变工作作风，强化部门内部管理。办公室，计财科是全院承上启下、联系左右、协调内外、沟通四方的枢纽。一年来，全体人员以“为全院各部门提供优质服务”为宗旨，深刻剖析自己，积极转变工作作风，端正工作态度。每周五按时召开室务会，将工作细化、深入化，强化了内部管理，规范了工作程序，保证了工作的及时性、准确性和全面性。</w:t>
      </w:r>
      <w:r>
        <w:rPr>
          <w:lang w:eastAsia="zh-CN"/>
        </w:rPr>
        <w:br/>
      </w:r>
      <w:r>
        <w:rPr>
          <w:lang w:eastAsia="zh-CN"/>
        </w:rPr>
        <w:t>　　（二）、结合法院的职能和各部门的不同特点，努力完善各类规章制度。印发多项规章制度，使全院的各项管理制度形成系列化，使管理和服务更加科学化、制度化。</w:t>
      </w:r>
      <w:r>
        <w:rPr>
          <w:lang w:eastAsia="zh-CN"/>
        </w:rPr>
        <w:br/>
      </w:r>
      <w:r>
        <w:rPr>
          <w:lang w:eastAsia="zh-CN"/>
        </w:rPr>
        <w:t>　　（三）、在文秘工作中，办公室着力强化运行的规范。</w:t>
      </w:r>
      <w:r>
        <w:rPr>
          <w:lang w:eastAsia="zh-CN"/>
        </w:rPr>
        <w:br/>
      </w:r>
      <w:r>
        <w:rPr>
          <w:lang w:eastAsia="zh-CN"/>
        </w:rPr>
        <w:t>　　一是在收文的处理上，要求传递、阅文、办理过程原则不超过一周工作日，除因领导出差等原因外，多数文件的处理达到了这一目标。相关的文件资料除特殊情况外，基本做到了当日送达，有效地提高了公文的运行效率，为法院工作的正常进行提供了保证。</w:t>
      </w:r>
      <w:r>
        <w:rPr>
          <w:lang w:eastAsia="zh-CN"/>
        </w:rPr>
        <w:br/>
      </w:r>
      <w:r>
        <w:rPr>
          <w:lang w:eastAsia="zh-CN"/>
        </w:rPr>
        <w:t>　　二是在发文的管理上，对公文的拟制和审签等方面，都基本达到了国家公文管理办法要求的水平。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会议服务水平进一步提高。会务工作做得如何，是对办公室服务水平的一个总体检验。一年来，成功的组织和协助各部门顺利完成了全州立案工作现场会等一些大小会议，接待了州、市等有关部门的各种检查，没有出现失误。</w:t>
      </w:r>
      <w:r>
        <w:rPr>
          <w:lang w:eastAsia="zh-CN"/>
        </w:rPr>
        <w:br/>
      </w:r>
      <w:r>
        <w:rPr>
          <w:lang w:eastAsia="zh-CN"/>
        </w:rPr>
        <w:t>　　（五）积极、撰写论文和信息报道宣传稿件，共修改稿件、论文、信息120余篇，其中100多篇分别云南法制报《执行动态》等宣传媒介采用，发出法院工作简报34期，“法官论苑”15期，“执法动态”3期，有的论文还被州中院转发。通过与市电视台、市无线广播电台加强了联系，在《银屏传真》等栏目中做出了节目，有效地沟通了让社会监督、理解法院审判工作的渠道。</w:t>
      </w:r>
      <w:r>
        <w:rPr>
          <w:lang w:eastAsia="zh-CN"/>
        </w:rPr>
        <w:br/>
      </w:r>
      <w:r>
        <w:rPr>
          <w:lang w:eastAsia="zh-CN"/>
        </w:rPr>
        <w:t>　　（六）强化了安全及车辆管理。由于法院办公室驾驶任务较重，因此，加强交通安全管理工作成为办公室工作的重中之重。我们通过订立制度、召开专题会议进行学习等形式，强化交通安全管理，教育驾驶人员严格执行交通管理有关规定及法院有关的安全管理制度和规定，一年来未发生大交通事故。同时还注节约汽油和修理费用。</w:t>
      </w:r>
      <w:r>
        <w:rPr>
          <w:lang w:eastAsia="zh-CN"/>
        </w:rPr>
        <w:br/>
      </w:r>
      <w:r>
        <w:rPr>
          <w:lang w:eastAsia="zh-CN"/>
        </w:rPr>
        <w:t>　　三、存在的问题及不足：</w:t>
      </w:r>
      <w:r>
        <w:rPr>
          <w:lang w:eastAsia="zh-CN"/>
        </w:rPr>
        <w:br/>
      </w:r>
      <w:r>
        <w:rPr>
          <w:lang w:eastAsia="zh-CN"/>
        </w:rPr>
        <w:t>　　办公室的工作是时间性和服务性极强的工作，任务繁杂，头绪众多。一年来，办公室全体同志团结一心，互相协作，加班加点，埋头苦干，努力完成了各项工作任务，尽管部门全体人员都作了较大的努力，但是距离责任目标要求和法院工作要求还存在一定的差距，主要表现在：</w:t>
      </w:r>
      <w:r>
        <w:rPr>
          <w:lang w:eastAsia="zh-CN"/>
        </w:rPr>
        <w:br/>
      </w:r>
      <w:r>
        <w:rPr>
          <w:lang w:eastAsia="zh-CN"/>
        </w:rPr>
        <w:t>　　一是为审判工作和执行工作服务的潜力尚未全部挖掘。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二是在执行纪律上还有不严的地方，如有时还会有迟到、早退现象发生。</w:t>
      </w:r>
      <w:r>
        <w:rPr>
          <w:lang w:eastAsia="zh-CN"/>
        </w:rPr>
        <w:br/>
      </w:r>
      <w:r>
        <w:rPr>
          <w:lang w:eastAsia="zh-CN"/>
        </w:rPr>
        <w:t>　　三是基础管理有所放松，对部门内部运行的规范化、程序化管理有所松懈，造成部份工作运行缓慢。</w:t>
      </w:r>
      <w:r>
        <w:rPr>
          <w:lang w:eastAsia="zh-CN"/>
        </w:rPr>
        <w:br/>
      </w:r>
      <w:r>
        <w:rPr>
          <w:lang w:eastAsia="zh-CN"/>
        </w:rPr>
        <w:t>　　对于这些问题，我们决心在今后工作中认真加以解决。</w:t>
      </w:r>
      <w:r>
        <w:rPr>
          <w:lang w:eastAsia="zh-CN"/>
        </w:rPr>
        <w:br/>
      </w:r>
      <w:r>
        <w:rPr>
          <w:lang w:eastAsia="zh-CN"/>
        </w:rPr>
        <w:t>　　四、明年工作思路：</w:t>
      </w:r>
      <w:r>
        <w:rPr>
          <w:lang w:eastAsia="zh-CN"/>
        </w:rPr>
        <w:br/>
      </w:r>
      <w:r>
        <w:rPr>
          <w:lang w:eastAsia="zh-CN"/>
        </w:rPr>
        <w:t>　　一是要紧紧围绕院党组的决策服务，树立全局意识和大局观念，贴近审判，贴近实际，进一步提高办公水平、办文质量、办会效果和办事效率，发挥参谋助手和综合协调作用。强化办公室牵头作用，大胆开展工作。将加大协调力度，大胆开展工作，主动担负起润滑剂的作用，促进法院各项工作正常、高效运转。</w:t>
      </w:r>
      <w:r>
        <w:rPr>
          <w:lang w:eastAsia="zh-CN"/>
        </w:rPr>
        <w:br/>
      </w:r>
      <w:r>
        <w:rPr>
          <w:lang w:eastAsia="zh-CN"/>
        </w:rPr>
        <w:t>　　二是信息宣传要进一步健全信息网络，拓宽信息，畅通收集、组稿、报送渠道，加快信息传递速度，做好深层次综合分析信息，提高信息质量和适用性，完善考核奖惩机制。</w:t>
      </w:r>
      <w:r>
        <w:rPr>
          <w:lang w:eastAsia="zh-CN"/>
        </w:rPr>
        <w:br/>
      </w:r>
      <w:r>
        <w:rPr>
          <w:lang w:eastAsia="zh-CN"/>
        </w:rPr>
        <w:t>　　三是督查督办要狠抓落实，注意与相关部门沟通协调，寻求配合支持。总结查办规律和信访动态，为决策提供参考依据。</w:t>
      </w:r>
      <w:r>
        <w:rPr>
          <w:lang w:eastAsia="zh-CN"/>
        </w:rPr>
        <w:br/>
      </w:r>
      <w:r>
        <w:rPr>
          <w:lang w:eastAsia="zh-CN"/>
        </w:rPr>
        <w:t>　　四是保密工作要做到制度健全，责任到人，严格管理，严格监督，确保印章、密码、涉密文件和审判秘密安全。强化办公室内部管理，严格劳动纪律。特别是要严格驾驶操作行为的规范，对容易引起安全事故的不规范操作行为进行严肃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五是要充分利用计算机网络等科技条件，加强人民法院信息化建设和应用，结合各法院实际，以审判流程管理为中心，以审判信息和法院其他工作信息为重点，实现案件管理、司法统计、队伍管理、硬件设施。注重提高办公室人员的业务素质和工作技能。充分发挥办公自动化系统的管理与服务职能。加快推进档案管理现代化管理模式，探索尝试档案资料的开发利用。</w:t>
      </w:r>
      <w:r>
        <w:rPr>
          <w:lang w:eastAsia="zh-CN"/>
        </w:rPr>
        <w:br/>
      </w:r>
      <w:r>
        <w:rPr>
          <w:lang w:eastAsia="zh-CN"/>
        </w:rPr>
        <w:t xml:space="preserve">    办公室的年终工作总结 篇2 </w:t>
      </w:r>
      <w:r>
        <w:rPr>
          <w:lang w:eastAsia="zh-CN"/>
        </w:rPr>
        <w:br/>
      </w:r>
      <w:r>
        <w:rPr>
          <w:lang w:eastAsia="zh-CN"/>
        </w:rPr>
        <w:t>　　不知不觉20__年已经过去，崭新的一年向我们走来，回首这一年，办公室在公司领导的直接指挥下，在各部门和同事的帮助和支持下，全体员工团结一致，努力工作，较好地完成了各方面的工作，特别是在上传下达、为领导提供决策依据、修改和改进公司制度等方面做了大量、细致的具体工作，并取得了一定的成绩，基本上做到了“团结高效、热情周到”。现将一年来的工作总结汇报如下：</w:t>
      </w:r>
      <w:r>
        <w:rPr>
          <w:lang w:eastAsia="zh-CN"/>
        </w:rPr>
        <w:br/>
      </w:r>
      <w:r>
        <w:rPr>
          <w:lang w:eastAsia="zh-CN"/>
        </w:rPr>
        <w:t>　　一、牢固树立服务意识</w:t>
      </w:r>
      <w:r>
        <w:rPr>
          <w:lang w:eastAsia="zh-CN"/>
        </w:rPr>
        <w:br/>
      </w:r>
      <w:r>
        <w:rPr>
          <w:lang w:eastAsia="zh-CN"/>
        </w:rPr>
        <w:t>　　1、认真做好综合办公室的文件整理工作</w:t>
      </w:r>
      <w:r>
        <w:rPr>
          <w:lang w:eastAsia="zh-CN"/>
        </w:rPr>
        <w:br/>
      </w:r>
      <w:r>
        <w:rPr>
          <w:lang w:eastAsia="zh-CN"/>
        </w:rPr>
        <w:t>　　20__年1月至12月，按照公司要求拟定和修改了各项综合性文件、报告；整理了对外发文和外部收文，认真做好公司各类文件的收、发、登记、文件和督办工作，以及对文件资料的整理存档工作。</w:t>
      </w:r>
      <w:r>
        <w:rPr>
          <w:lang w:eastAsia="zh-CN"/>
        </w:rPr>
        <w:br/>
      </w:r>
      <w:r>
        <w:rPr>
          <w:lang w:eastAsia="zh-CN"/>
        </w:rPr>
        <w:t>　　2、协助公司领导，完善公司制度</w:t>
      </w:r>
      <w:r>
        <w:rPr>
          <w:lang w:eastAsia="zh-CN"/>
        </w:rPr>
        <w:br/>
      </w:r>
      <w:r>
        <w:rPr>
          <w:lang w:eastAsia="zh-CN"/>
        </w:rPr>
        <w:t>　　根据公司运行工作实际，协助公司领导相继完善了《公司内部员工管理制度》、《车辆管理制度》、《卫生管理制度》、《公司员工考勤制度》等。</w:t>
      </w:r>
      <w:r>
        <w:rPr>
          <w:lang w:eastAsia="zh-CN"/>
        </w:rPr>
        <w:br/>
      </w:r>
      <w:r>
        <w:rPr>
          <w:lang w:eastAsia="zh-CN"/>
        </w:rPr>
        <w:t>　　3、完成公司各项会议、接待工作等后勤工作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对在公司召开的会议，会前做好签到、椅子、会议通知等各项准备工作，保证会议按时召开。</w:t>
      </w:r>
      <w:r>
        <w:rPr>
          <w:lang w:eastAsia="zh-CN"/>
        </w:rPr>
        <w:br/>
      </w:r>
      <w:r>
        <w:rPr>
          <w:lang w:eastAsia="zh-CN"/>
        </w:rPr>
        <w:t>　　二、狠抓规范化管理，努力提高工作效率。</w:t>
      </w:r>
      <w:r>
        <w:rPr>
          <w:lang w:eastAsia="zh-CN"/>
        </w:rPr>
        <w:br/>
      </w:r>
      <w:r>
        <w:rPr>
          <w:lang w:eastAsia="zh-CN"/>
        </w:rPr>
        <w:t>　　办公室工作具有纷繁复杂，缺少连贯性、随机性大的特点；再加上办公室人员少，工作量相对比较大。如果没有规范的工作程序和很高的工作效率，圆满完成任务是难以办到的。在具体工作中，围绕办会、办事，以规范化建设为要求，在提高工作质量和效率上下功夫。加强了对重要活动、重要文件、重要会议、重大事项以及上下左右、内外工作关系的协调。</w:t>
      </w:r>
      <w:r>
        <w:rPr>
          <w:lang w:eastAsia="zh-CN"/>
        </w:rPr>
        <w:br/>
      </w:r>
      <w:r>
        <w:rPr>
          <w:lang w:eastAsia="zh-CN"/>
        </w:rPr>
        <w:t>　　三、加强组织纪律性，做到步调一致</w:t>
      </w:r>
      <w:r>
        <w:rPr>
          <w:lang w:eastAsia="zh-CN"/>
        </w:rPr>
        <w:br/>
      </w:r>
      <w:r>
        <w:rPr>
          <w:lang w:eastAsia="zh-CN"/>
        </w:rPr>
        <w:t>　　如何将办公室高效的运转起来，在一定程度上取决于是否有严格的纪律，这就要求办公室每一个同志都必须有强烈的责任感。但是，在工作中，我们发现有个别同志对工作不负责任，办事拖拉，经常迟到早退。针对存在的问题，办公室人员首先从自己做起，处处以身作则，要求别人做到的自己首先做到，要求别人不做的，自己坚决不做。20__年我们还要利用召开办公室人员会议、个别谈心等形式进行帮教，不断加强思想政治工作，努力提高大家政治思想素质和业务素质，使每个人都具有强烈的事业心和公而忘私的责任感，以无私奉献的精神做好领导交办的每一件事，做每一件事都像为自己家里办事那样认真。</w:t>
      </w:r>
      <w:r>
        <w:rPr>
          <w:lang w:eastAsia="zh-CN"/>
        </w:rPr>
        <w:br/>
      </w:r>
      <w:r>
        <w:rPr>
          <w:lang w:eastAsia="zh-CN"/>
        </w:rPr>
        <w:t>　　四、搞好团结是办公室开展一切工作的保证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办公室是公司一个对外窗口，每一个人的一举一动，一言一行往往会影响到公司的形象。特别是我们承担的任务都比较繁杂琐碎，在许多事情上不仅需要个人具有独挡一面开展工作的能力，更多的时候要靠集体的力量、集体的智慧共同协作，去完成某一样事情。因此，搞好团结，充分调动大家的积极性是我们着重抓的第三个内容。办公室在团结问题上，一直做的比较好，大家不管是在工作上，还是在生活中都能互相信任，互相理解，互相帮助，共同去完成公司交办的每一项任务。</w:t>
      </w:r>
      <w:r>
        <w:rPr>
          <w:lang w:eastAsia="zh-CN"/>
        </w:rPr>
        <w:br/>
      </w:r>
      <w:r>
        <w:rPr>
          <w:lang w:eastAsia="zh-CN"/>
        </w:rPr>
        <w:t>　　当然，在平时的工作中，有时也免不了有一些嗑磕碰碰，我们主要是在如何引导上下功夫，求大同，存小异。发生矛盾并不可怕，关键是如何正确对待。办公室目前已形成一种好的风气，就是在工作中或在互相配合时有什么事情觉得不妥，或者有想法、有意见，大家都能开诚布公，坐下来谈一谈，互相沟通，减少误会。但是我们在团结问题上，也不是在搞一团和气，该坚持的，就坚持，该批评的，就批评，决不手软。同时，我们反复告诫大家：不利于团结的话不说，不利于工作的话不说，不利于办公室的话不说，不利于公司发展的话不说。</w:t>
      </w:r>
      <w:r>
        <w:rPr>
          <w:lang w:eastAsia="zh-CN"/>
        </w:rPr>
        <w:br/>
      </w:r>
      <w:r>
        <w:rPr>
          <w:lang w:eastAsia="zh-CN"/>
        </w:rPr>
        <w:t>　　一年来，我们办公室虽然取得了一些成绩，但距离公司上级要求还有一定的距离，在全面发展上，在争先创优上，都还存在一定差距。在今后的工作中，我们要认真履行办公室职责，开拓创新，把我们的工作提高到一个新的水平。办公室愿与公司一起奋力拼搏，锐意进取，与时俱进，让公司的明天更加美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借此机会我想给领导说下：工作中，你们领导之间比以前协调好了很多，这点是值得夸奖的，不过希望你们能够更加努力，做的更好，协调的更好！还有需要办公室做的工作，希望你们能够给及时交代给我们，这样让我们能够把工作做的更细，更好！当然工作中我也存在很多不足，进步很慢，也让领导失望了不少，不过我想说的是，我在用心的对这个公司，就像您说的，公司就像自己的家，我们每天除了晚上睡觉在家，在公司待的时间更长，每天的生活几乎都是在公司度过，所以我敢在你们面前说，我对公司的爱不亚于你们！其实说这样的话也许很傻，没有人让我表决心。今天我之所以说出来，就是想告诉你们我在努力，因为我爱这个公司。</w:t>
      </w:r>
      <w:r>
        <w:rPr>
          <w:lang w:eastAsia="zh-CN"/>
        </w:rPr>
        <w:br/>
      </w:r>
      <w:r>
        <w:rPr>
          <w:lang w:eastAsia="zh-CN"/>
        </w:rPr>
        <w:t xml:space="preserve">    办公室的年终工作总结 篇3 </w:t>
      </w:r>
      <w:r>
        <w:rPr>
          <w:lang w:eastAsia="zh-CN"/>
        </w:rPr>
        <w:br/>
      </w:r>
      <w:r>
        <w:rPr>
          <w:lang w:eastAsia="zh-CN"/>
        </w:rPr>
        <w:t>　　刚刚走出校门的我，走进社会，走进工作。对我来说，一切都是崭新的，对环境的适应，对工作的理解每天都有所不同。经过一年的工作，使我少了些许幼稚，多了几分成熟；少了些许挑灯夜读，多了几分奔波劳碌；少了些许纯真快乐，多了几分责任在身。</w:t>
      </w:r>
      <w:r>
        <w:rPr>
          <w:lang w:eastAsia="zh-CN"/>
        </w:rPr>
        <w:br/>
      </w:r>
      <w:r>
        <w:rPr>
          <w:lang w:eastAsia="zh-CN"/>
        </w:rPr>
        <w:t>　　办公室行政后勤工作对于我来说是一份新的挑战。经过一年来的摸索，我逐渐熟悉并适应了自己的工作岗位，逐渐形成了自己对办公室行政工作的一些认识和看法。作为公司六部一室中唯一的非业务类部门，办公室在公司中起着沟通上下、协调左右、联系各方、照应内外的作用。办公室是一个单位里工作最杂、最繁琐、和领导最近、和员工利益关系最密切的部门，因此，其运行情况直接影响着公司整体工作水平和效率。对于刚刚参加工作的我来说，现阶段的任务就是多学习，多思考，将领导交予的任务做实做细，扩展知识面，尽快使自己成熟起来。现将任职以来的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一、工作总结</w:t>
      </w:r>
      <w:r>
        <w:rPr>
          <w:lang w:eastAsia="zh-CN"/>
        </w:rPr>
        <w:br/>
      </w:r>
      <w:r>
        <w:rPr>
          <w:lang w:eastAsia="zh-CN"/>
        </w:rPr>
        <w:t>　　1、努力做好行政管理工作。为加强公司管理，工作以来，制定并下发了多项规章制度，切实通过落实各项制度，规范了工作程序；</w:t>
      </w:r>
      <w:r>
        <w:rPr>
          <w:lang w:eastAsia="zh-CN"/>
        </w:rPr>
        <w:br/>
      </w:r>
      <w:r>
        <w:rPr>
          <w:lang w:eastAsia="zh-CN"/>
        </w:rPr>
        <w:t>　　2、对打印机、复印机、传真机、计算机及网络等办公设备的保养与维护。这一年以来，各种设备不断增加，维护难度也随之增加。为避免因设备问题影响正常工作，我坚决做到小问题即刻解决，大问题积极联系厂家或经销商进行维修，在最短时间内确保员工使用不受影响；</w:t>
      </w:r>
      <w:r>
        <w:rPr>
          <w:lang w:eastAsia="zh-CN"/>
        </w:rPr>
        <w:br/>
      </w:r>
      <w:r>
        <w:rPr>
          <w:lang w:eastAsia="zh-CN"/>
        </w:rPr>
        <w:t>　　3、办公易耗品的保障。公司对各种易耗品如打印纸、碳粉、计算机配件等需求较大，积极保障好这些常规易耗品的供应；</w:t>
      </w:r>
      <w:r>
        <w:rPr>
          <w:lang w:eastAsia="zh-CN"/>
        </w:rPr>
        <w:br/>
      </w:r>
      <w:r>
        <w:rPr>
          <w:lang w:eastAsia="zh-CN"/>
        </w:rPr>
        <w:t>　　4、加强车辆管理，保障行车安全。</w:t>
      </w:r>
      <w:r>
        <w:rPr>
          <w:lang w:eastAsia="zh-CN"/>
        </w:rPr>
        <w:br/>
      </w:r>
      <w:r>
        <w:rPr>
          <w:lang w:eastAsia="zh-CN"/>
        </w:rPr>
        <w:t>　　5、管理物业工作。尽力为公司员工提供舒适安全的办公环境，抓好食堂餐饮工作，为员工提供干净整洁的用餐环境以及丰富多样的可口饭菜。</w:t>
      </w:r>
      <w:r>
        <w:rPr>
          <w:lang w:eastAsia="zh-CN"/>
        </w:rPr>
        <w:br/>
      </w:r>
      <w:r>
        <w:rPr>
          <w:lang w:eastAsia="zh-CN"/>
        </w:rPr>
        <w:t>　　二、工作中的不足</w:t>
      </w:r>
      <w:r>
        <w:rPr>
          <w:lang w:eastAsia="zh-CN"/>
        </w:rPr>
        <w:br/>
      </w:r>
      <w:r>
        <w:rPr>
          <w:lang w:eastAsia="zh-CN"/>
        </w:rPr>
        <w:t>　　1、工作中没有做好统筹安排，经常疲于处理工作中的各项纷繁琐事；</w:t>
      </w:r>
      <w:r>
        <w:rPr>
          <w:lang w:eastAsia="zh-CN"/>
        </w:rPr>
        <w:br/>
      </w:r>
      <w:r>
        <w:rPr>
          <w:lang w:eastAsia="zh-CN"/>
        </w:rPr>
        <w:t>　　2、缺乏工作经验，对于突发事件的处理办法不多；</w:t>
      </w:r>
      <w:r>
        <w:rPr>
          <w:lang w:eastAsia="zh-CN"/>
        </w:rPr>
        <w:br/>
      </w:r>
      <w:r>
        <w:rPr>
          <w:lang w:eastAsia="zh-CN"/>
        </w:rPr>
        <w:t>　　3、文学功底不够扎实，公文写作能力有待提高。</w:t>
      </w:r>
      <w:r>
        <w:rPr>
          <w:lang w:eastAsia="zh-CN"/>
        </w:rPr>
        <w:br/>
      </w:r>
      <w:r>
        <w:rPr>
          <w:lang w:eastAsia="zh-CN"/>
        </w:rPr>
        <w:t>　　三、今后的工作思路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没有规矩，不成方圆。＂办公室特殊的地位和工作性质要求办公室必须是一个制度健全、管理严格的集体。办公室每天面对的工作纷繁复杂，要想从这些琐事中抽身而出，最有效的办法就是依靠制度。完善并下发各项制度有助于提高办公室工作效率，使各项工作有据可依。办公室对于某些具体事务可依实际情况只做监管与统计，这样可以大大节省时间与精力放在综合行政管理工作上；</w:t>
      </w:r>
      <w:r>
        <w:rPr>
          <w:lang w:eastAsia="zh-CN"/>
        </w:rPr>
        <w:br/>
      </w:r>
      <w:r>
        <w:rPr>
          <w:lang w:eastAsia="zh-CN"/>
        </w:rPr>
        <w:t>　　2、做好办公室内勤工作首先要做好计划，学会统筹安排，做到每日“朝计划，晚总结”。领导安排的事情做好记录，逐件落实，以防遗漏；</w:t>
      </w:r>
      <w:r>
        <w:rPr>
          <w:lang w:eastAsia="zh-CN"/>
        </w:rPr>
        <w:br/>
      </w:r>
      <w:r>
        <w:rPr>
          <w:lang w:eastAsia="zh-CN"/>
        </w:rPr>
        <w:t>　　3、端正态度，铭记态度也是竞争力。我在今后的工作中要学会开动脑筋，主动思考，主动工作，提前做到。工作无小事，我要积极探索和总结适合自己的工作方法和思路，在纷繁的工作中更加游刃有余；</w:t>
      </w:r>
      <w:r>
        <w:rPr>
          <w:lang w:eastAsia="zh-CN"/>
        </w:rPr>
        <w:br/>
      </w:r>
      <w:r>
        <w:rPr>
          <w:lang w:eastAsia="zh-CN"/>
        </w:rPr>
        <w:t>　　4、对于领导安排完的任务，要做到及时反馈；</w:t>
      </w:r>
      <w:r>
        <w:rPr>
          <w:lang w:eastAsia="zh-CN"/>
        </w:rPr>
        <w:br/>
      </w:r>
      <w:r>
        <w:rPr>
          <w:lang w:eastAsia="zh-CN"/>
        </w:rPr>
        <w:t>　　5、做事要用心，细节之处方显价值。工作中多留意别人的工作方式方法，学会发现别人的优点，做到取长补短。</w:t>
      </w:r>
      <w:r>
        <w:rPr>
          <w:lang w:eastAsia="zh-CN"/>
        </w:rPr>
        <w:br/>
      </w:r>
      <w:r>
        <w:rPr>
          <w:lang w:eastAsia="zh-CN"/>
        </w:rPr>
        <w:t xml:space="preserve">    办公室的年终工作总结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酒店行政办公室年终工作总结一20__年即将远去，回首20__年的工作，有硕果累累的喜悦，有与同事协同攻关的艰辛，也有遇到困难和挫折时的惆怅，时光飞快，不知不觉中，充满希望的20__年就伴随着新年伊始即将临近，可以说20__年是公司稳定发展的一年，也是公司蓄意推进行业改革，拓展市场持续发展的关键年，也是行政部成绩颇丰的一年，现就本年度行政部重点工作并结合公司实际情况做以下总结和新一年工作计划与大家共同分享，希望大家针对行政部的工作多批评，指正，多提宝贵意见。</w:t>
      </w:r>
      <w:r>
        <w:rPr>
          <w:lang w:eastAsia="zh-CN"/>
        </w:rPr>
        <w:br/>
      </w:r>
      <w:r>
        <w:rPr>
          <w:lang w:eastAsia="zh-CN"/>
        </w:rPr>
        <w:t>　　一、工程方面：各店的常规维修与维护</w:t>
      </w:r>
      <w:r>
        <w:rPr>
          <w:lang w:eastAsia="zh-CN"/>
        </w:rPr>
        <w:br/>
      </w:r>
      <w:r>
        <w:rPr>
          <w:lang w:eastAsia="zh-CN"/>
        </w:rPr>
        <w:t>　　1、公司各店工程人员完成了各部门上报的维修单据4000多件，口头报修20__多件，处理多起突发性设备、设施故障。</w:t>
      </w:r>
      <w:r>
        <w:rPr>
          <w:lang w:eastAsia="zh-CN"/>
        </w:rPr>
        <w:br/>
      </w:r>
      <w:r>
        <w:rPr>
          <w:lang w:eastAsia="zh-CN"/>
        </w:rPr>
        <w:t>　　2、工程部在去年的工作基础上，又制定了详细的设备、设施保养计划，将计划分解到季度、每个月，并详细说明了保养内容，落实到每个人，保障了工作质量和效率。</w:t>
      </w:r>
      <w:r>
        <w:rPr>
          <w:lang w:eastAsia="zh-CN"/>
        </w:rPr>
        <w:br/>
      </w:r>
      <w:r>
        <w:rPr>
          <w:lang w:eastAsia="zh-CN"/>
        </w:rPr>
        <w:t>　　3、全年完成了大型维修与事故抢修项目：</w:t>
      </w:r>
      <w:r>
        <w:rPr>
          <w:lang w:eastAsia="zh-CN"/>
        </w:rPr>
        <w:br/>
      </w:r>
      <w:r>
        <w:rPr>
          <w:lang w:eastAsia="zh-CN"/>
        </w:rPr>
        <w:t>　　①宣化店厨务部下水管干线彻底疏通清理一次;</w:t>
      </w:r>
      <w:r>
        <w:rPr>
          <w:lang w:eastAsia="zh-CN"/>
        </w:rPr>
        <w:br/>
      </w:r>
      <w:r>
        <w:rPr>
          <w:lang w:eastAsia="zh-CN"/>
        </w:rPr>
        <w:t>　　②市政居民排水井堵塞往厨务部返水清掏一次;</w:t>
      </w:r>
      <w:r>
        <w:rPr>
          <w:lang w:eastAsia="zh-CN"/>
        </w:rPr>
        <w:br/>
      </w:r>
      <w:r>
        <w:rPr>
          <w:lang w:eastAsia="zh-CN"/>
        </w:rPr>
        <w:t>　　③改造楼顶排烟管道一次，解决了顶层居民投诉问题;</w:t>
      </w:r>
      <w:r>
        <w:rPr>
          <w:lang w:eastAsia="zh-CN"/>
        </w:rPr>
        <w:br/>
      </w:r>
      <w:r>
        <w:rPr>
          <w:lang w:eastAsia="zh-CN"/>
        </w:rPr>
        <w:t>　　④新阳店为了缓解用电压力，增设改造主电缆2根，不仅解决了用电问题，同时解决了安全隐患问题;</w:t>
      </w:r>
      <w:r>
        <w:rPr>
          <w:lang w:eastAsia="zh-CN"/>
        </w:rPr>
        <w:br/>
      </w:r>
      <w:r>
        <w:rPr>
          <w:lang w:eastAsia="zh-CN"/>
        </w:rPr>
        <w:t>　　⑤新阳店后楼道改造，通过与厨房长共同研究，为了菜品出品的需要，厨房需增加煤气灶，但因空间狭小，困难重重，经反复研究、测量，最终决定将后楼通道加以利用，又新增了一个380公斤油箱，即解决了采购冬季买油的困难，又保证了部门的使用;</w:t>
      </w:r>
      <w:r>
        <w:rPr>
          <w:lang w:eastAsia="zh-CN"/>
        </w:rPr>
        <w:br/>
      </w:r>
      <w:r>
        <w:rPr>
          <w:lang w:eastAsia="zh-CN"/>
        </w:rPr>
        <w:t>　　⑥西大直街店营业区、卫生间、下水干管堵塞，面临无法营业;连夜抢修</w:t>
      </w:r>
      <w:r>
        <w:rPr>
          <w:lang w:eastAsia="zh-CN"/>
        </w:rPr>
        <w:br/>
      </w:r>
      <w:r>
        <w:rPr>
          <w:lang w:eastAsia="zh-CN"/>
        </w:rPr>
        <w:t>　　⑦西大直街一楼总电闸烧坏，整个一楼停电，影响营业，连夜抢修。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4、宣化店装修改造期间，基础设施改造项目本着一次建设长远打算，立足超前，留有后劲的宗旨，克服了时间短、场地窄，各方面错综复杂的恶劣环境，完成了以下几项工作：</w:t>
      </w:r>
      <w:r>
        <w:rPr>
          <w:lang w:eastAsia="zh-CN"/>
        </w:rPr>
        <w:br/>
      </w:r>
      <w:r>
        <w:rPr>
          <w:lang w:eastAsia="zh-CN"/>
        </w:rPr>
        <w:t>　　①整体综合布线的设计、施工;</w:t>
      </w:r>
      <w:r>
        <w:rPr>
          <w:lang w:eastAsia="zh-CN"/>
        </w:rPr>
        <w:br/>
      </w:r>
      <w:r>
        <w:rPr>
          <w:lang w:eastAsia="zh-CN"/>
        </w:rPr>
        <w:t>　　②室内供暖设施进行全方位改造，整体按分户供暖型式设计以后，全楼分户供暖时不用在室内施工，此项工作一劳永逸。</w:t>
      </w:r>
      <w:r>
        <w:rPr>
          <w:lang w:eastAsia="zh-CN"/>
        </w:rPr>
        <w:br/>
      </w:r>
      <w:r>
        <w:rPr>
          <w:lang w:eastAsia="zh-CN"/>
        </w:rPr>
        <w:t>　　③自来水干线原有分布不合理，而且是铁管经长期腐蚀已经有多处漏点，经请示总办，将有隐患的室内铁管全部更换成PPR热溶管，并且做了合理布局，做到一劳永逸。</w:t>
      </w:r>
      <w:r>
        <w:rPr>
          <w:lang w:eastAsia="zh-CN"/>
        </w:rPr>
        <w:br/>
      </w:r>
      <w:r>
        <w:rPr>
          <w:lang w:eastAsia="zh-CN"/>
        </w:rPr>
        <w:t>　　④为了安全、保暖，后楼道增设防盗门两扇，小门斗一处，400公斤油箱一个。</w:t>
      </w:r>
      <w:r>
        <w:rPr>
          <w:lang w:eastAsia="zh-CN"/>
        </w:rPr>
        <w:br/>
      </w:r>
      <w:r>
        <w:rPr>
          <w:lang w:eastAsia="zh-CN"/>
        </w:rPr>
        <w:t>　　⑤整体改造设计了供风、排风、卫生间通风管道及空调，管路、电路的走向位置，合理的利用了空间，经使用验证，效果良好。</w:t>
      </w:r>
      <w:r>
        <w:rPr>
          <w:lang w:eastAsia="zh-CN"/>
        </w:rPr>
        <w:br/>
      </w:r>
      <w:r>
        <w:rPr>
          <w:lang w:eastAsia="zh-CN"/>
        </w:rPr>
        <w:t>　　5、全年完成了大修保养项目：</w:t>
      </w:r>
      <w:r>
        <w:rPr>
          <w:lang w:eastAsia="zh-CN"/>
        </w:rPr>
        <w:br/>
      </w:r>
      <w:r>
        <w:rPr>
          <w:lang w:eastAsia="zh-CN"/>
        </w:rPr>
        <w:t>　　①新阳店供暖锅炉大型维修、保养一次;</w:t>
      </w:r>
      <w:r>
        <w:rPr>
          <w:lang w:eastAsia="zh-CN"/>
        </w:rPr>
        <w:br/>
      </w:r>
      <w:r>
        <w:rPr>
          <w:lang w:eastAsia="zh-CN"/>
        </w:rPr>
        <w:t>　　②新阳店厨务部排烟管道清掏油污一次(20延长米)，从排烟罩至排风机;</w:t>
      </w:r>
      <w:r>
        <w:rPr>
          <w:lang w:eastAsia="zh-CN"/>
        </w:rPr>
        <w:br/>
      </w:r>
      <w:r>
        <w:rPr>
          <w:lang w:eastAsia="zh-CN"/>
        </w:rPr>
        <w:t>　　③西大直街店更换平板式热风幕一个;</w:t>
      </w:r>
      <w:r>
        <w:rPr>
          <w:lang w:eastAsia="zh-CN"/>
        </w:rPr>
        <w:br/>
      </w:r>
      <w:r>
        <w:rPr>
          <w:lang w:eastAsia="zh-CN"/>
        </w:rPr>
        <w:t>　　④西大直街厨务部排烟管道清掏油污一次(30延长米)，从排烟罩至排风机;</w:t>
      </w:r>
      <w:r>
        <w:rPr>
          <w:lang w:eastAsia="zh-CN"/>
        </w:rPr>
        <w:br/>
      </w:r>
      <w:r>
        <w:rPr>
          <w:lang w:eastAsia="zh-CN"/>
        </w:rPr>
        <w:t>　　⑤完成了各店的空调、排风机、外机等，年度清洗、保养工作。</w:t>
      </w:r>
      <w:r>
        <w:rPr>
          <w:lang w:eastAsia="zh-CN"/>
        </w:rPr>
        <w:br/>
      </w:r>
      <w:r>
        <w:rPr>
          <w:lang w:eastAsia="zh-CN"/>
        </w:rPr>
        <w:t>　　⑥固定资产管理工作：对固定资产的购进、管理、监督、维修、保养工作。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⑦新阳店，西大直街店工程室工具摆放。物资存放环境卫生方面根据公司要求进行了整体改善。同时对员工加强了思想教育。使员工的整体思想素质更上一个台阶。为提升企业整体素质和长远规划打下了良好的基础。</w:t>
      </w:r>
      <w:r>
        <w:rPr>
          <w:lang w:eastAsia="zh-CN"/>
        </w:rPr>
        <w:br/>
      </w:r>
      <w:r>
        <w:rPr>
          <w:lang w:eastAsia="zh-CN"/>
        </w:rPr>
        <w:t>　　二、夜值、安全、防火工作</w:t>
      </w:r>
      <w:r>
        <w:rPr>
          <w:lang w:eastAsia="zh-CN"/>
        </w:rPr>
        <w:br/>
      </w:r>
      <w:r>
        <w:rPr>
          <w:lang w:eastAsia="zh-CN"/>
        </w:rPr>
        <w:t>　　1、各店夜间值班，安全巡查次数累计8000余次。</w:t>
      </w:r>
      <w:r>
        <w:rPr>
          <w:lang w:eastAsia="zh-CN"/>
        </w:rPr>
        <w:br/>
      </w:r>
      <w:r>
        <w:rPr>
          <w:lang w:eastAsia="zh-CN"/>
        </w:rPr>
        <w:t>　　2、各店夜间值班人员全年无脱岗、漏岗、事假等违纪现象发生。</w:t>
      </w:r>
      <w:r>
        <w:rPr>
          <w:lang w:eastAsia="zh-CN"/>
        </w:rPr>
        <w:br/>
      </w:r>
      <w:r>
        <w:rPr>
          <w:lang w:eastAsia="zh-CN"/>
        </w:rPr>
        <w:t>　　3、各店室外设施防护网设置布局合理，坚固耐用，无安全隐患发生。</w:t>
      </w:r>
      <w:r>
        <w:rPr>
          <w:lang w:eastAsia="zh-CN"/>
        </w:rPr>
        <w:br/>
      </w:r>
      <w:r>
        <w:rPr>
          <w:lang w:eastAsia="zh-CN"/>
        </w:rPr>
        <w:t>　　4、完整填写夜间值班记录本30余本。</w:t>
      </w:r>
      <w:r>
        <w:rPr>
          <w:lang w:eastAsia="zh-CN"/>
        </w:rPr>
        <w:br/>
      </w:r>
      <w:r>
        <w:rPr>
          <w:lang w:eastAsia="zh-CN"/>
        </w:rPr>
        <w:t>　　5、各店增设电路巡查机制，每天用电高峰不少于8次的，对电线、电缆，的温度检查，确保安全。</w:t>
      </w:r>
      <w:r>
        <w:rPr>
          <w:lang w:eastAsia="zh-CN"/>
        </w:rPr>
        <w:br/>
      </w:r>
      <w:r>
        <w:rPr>
          <w:lang w:eastAsia="zh-CN"/>
        </w:rPr>
        <w:t>　　6、各店按时完成了每月一次的安全联合检查。</w:t>
      </w:r>
      <w:r>
        <w:rPr>
          <w:lang w:eastAsia="zh-CN"/>
        </w:rPr>
        <w:br/>
      </w:r>
      <w:r>
        <w:rPr>
          <w:lang w:eastAsia="zh-CN"/>
        </w:rPr>
        <w:t>　　7、在公司各店、各部门的.配合下，确保了全年各店无安全事故，给公司安全运营打下良好的基础。</w:t>
      </w:r>
      <w:r>
        <w:rPr>
          <w:lang w:eastAsia="zh-CN"/>
        </w:rPr>
        <w:br/>
      </w:r>
      <w:r>
        <w:rPr>
          <w:lang w:eastAsia="zh-CN"/>
        </w:rPr>
        <w:t>　　三、外联方面工作</w:t>
      </w:r>
      <w:r>
        <w:rPr>
          <w:lang w:eastAsia="zh-CN"/>
        </w:rPr>
        <w:br/>
      </w:r>
      <w:r>
        <w:rPr>
          <w:lang w:eastAsia="zh-CN"/>
        </w:rPr>
        <w:t>　　1、宣化街店装修改造期间，为了整体安全、方便、卫生方面考虑，经总办批准，计划将厨务部原有使用煤气罐改造成煤气管道，通过申报申请，得知由于是老城区气源不足，现已不增加新用户了，经与煤气公司有关部门多方协调，在工程人员赵师傅的协助下，克服了重重困难，费尽周折，最终圆满完成了安装任务，现经使用验证，效果良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宣化店正门牌匾由于宣化街整体外立面改造受影响，施工方与执法局联合下发拆除通知，我店接到通知后与总办汇报，决定尽量保住原有牌匾，经总办杨总牵头，以行政部为主，多方协调和努力，最终使我店外立面牌匾得以大部分保留，使我公司在日后牌匾的使用中彰显出实力和社会效益。</w:t>
      </w:r>
      <w:r>
        <w:rPr>
          <w:lang w:eastAsia="zh-CN"/>
        </w:rPr>
        <w:br/>
      </w:r>
      <w:r>
        <w:rPr>
          <w:lang w:eastAsia="zh-CN"/>
        </w:rPr>
        <w:t>　　3、大成店由于楼体外立面装修改造要求我店将排烟管道拆除重建，经过与杨总汇报，杨总指示尽量保住，在杨总的支持与协助下，多次与施工方负责人交涉，与楼上邻居协商，取得他们的宽容和理解，最终采取其它方式进行保温与修饰，给公司避免了经济损失。</w:t>
      </w:r>
      <w:r>
        <w:rPr>
          <w:lang w:eastAsia="zh-CN"/>
        </w:rPr>
        <w:br/>
      </w:r>
      <w:r>
        <w:rPr>
          <w:lang w:eastAsia="zh-CN"/>
        </w:rPr>
        <w:t>　　4、完成了各店寝室续交房费的工作，还有两处条件不理想的寝室的更换工作。</w:t>
      </w:r>
      <w:r>
        <w:rPr>
          <w:lang w:eastAsia="zh-CN"/>
        </w:rPr>
        <w:br/>
      </w:r>
      <w:r>
        <w:rPr>
          <w:lang w:eastAsia="zh-CN"/>
        </w:rPr>
        <w:t>　　5、各店办理员工暂住证与派出所外联工作。</w:t>
      </w:r>
      <w:r>
        <w:rPr>
          <w:lang w:eastAsia="zh-CN"/>
        </w:rPr>
        <w:br/>
      </w:r>
      <w:r>
        <w:rPr>
          <w:lang w:eastAsia="zh-CN"/>
        </w:rPr>
        <w:t>　　6、宣化店、西大直街店、大成店办理牌匾执照外联工作已圆满完成。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经过这样紧张有序的一年，我感觉自己的工作技能上了一个新的台阶，做每项工作都有了明确的计划和步骤，行动也有了方向，工作也有了目标，真正做到了心中有底!基本做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要有一个良好的心态，一份对工作的热诚及其责任心!才能踏踏实实的做好每一项工作。新的一年即将到来，面对餐饮业竞争越来越激烈的现实情况。以及面临设施设备老化问题。行政部工程全力结合酒店现有的情况做好下一年的工作计划，来弥补上一年工作的不足。</w:t>
      </w:r>
      <w:r>
        <w:rPr>
          <w:lang w:eastAsia="zh-CN"/>
        </w:rPr>
        <w:br/>
      </w:r>
      <w:r>
        <w:rPr>
          <w:lang w:eastAsia="zh-CN"/>
        </w:rPr>
        <w:t xml:space="preserve">    办公室的年终工作总结 篇5 </w:t>
      </w:r>
      <w:r>
        <w:rPr>
          <w:lang w:eastAsia="zh-CN"/>
        </w:rPr>
        <w:br/>
      </w:r>
      <w:r>
        <w:rPr>
          <w:lang w:eastAsia="zh-CN"/>
        </w:rPr>
        <w:t>　　行将过去的一年在兴盛发展史上是相当重要的一年，一年来，办公室在公司领导下，围绕两个工作重心，具体展开了三个服务。两个工作重心即技改项目的生产、二期工程的建设，三个服务即为公司上级服务、为同级服务、为基层服务。通过办文、办事发挥了顾问助手和调和服务的作用。具体做了以下几方面的工作。</w:t>
      </w:r>
      <w:r>
        <w:rPr>
          <w:lang w:eastAsia="zh-CN"/>
        </w:rPr>
        <w:br/>
      </w:r>
      <w:r>
        <w:rPr>
          <w:lang w:eastAsia="zh-CN"/>
        </w:rPr>
        <w:t>　　一、办文方面</w:t>
      </w:r>
      <w:r>
        <w:rPr>
          <w:lang w:eastAsia="zh-CN"/>
        </w:rPr>
        <w:br/>
      </w:r>
      <w:r>
        <w:rPr>
          <w:lang w:eastAsia="zh-CN"/>
        </w:rPr>
        <w:t>　　1、规范了文件资料的管理。针对性地出台了文件规范化管理的暂行办法，对上级来文，有登记、有批示、有传阅；对上级来电，有记录、有汇报、有处理，做到正确、迅速、安全，保证了文件资料的时效性和完全性。</w:t>
      </w:r>
      <w:r>
        <w:rPr>
          <w:lang w:eastAsia="zh-CN"/>
        </w:rPr>
        <w:br/>
      </w:r>
      <w:r>
        <w:rPr>
          <w:lang w:eastAsia="zh-CN"/>
        </w:rPr>
        <w:t>　　2、完善了公司下发、上报文件资料的起草、搜集、审定、修改、把关、印制、登记、分发、归档程序，保证了各项汇报工作和分配工作有记载、有档案，为公司今后的`发展奠定了原始档案基础。</w:t>
      </w:r>
      <w:r>
        <w:rPr>
          <w:lang w:eastAsia="zh-CN"/>
        </w:rPr>
        <w:br/>
      </w:r>
      <w:r>
        <w:rPr>
          <w:lang w:eastAsia="zh-CN"/>
        </w:rPr>
        <w:t>　　3、完成了公司各类文件、会议资料、上报材料、对外宣传材料和请示、报告、申请等的起草工作，较好地完成了近40万字的文件起草任务。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完成了公司资料的打印、复印、编排、装订工作，全年共完成50余万字的打印任务和3600余份文件的复印任务，根据资料室的工作内容，针对性地出台了《关于进一步规范图纸、技术资料领用、查阅、打复印和传真发送管理的暂行规定》和资料室工作制度。</w:t>
      </w:r>
      <w:r>
        <w:rPr>
          <w:lang w:eastAsia="zh-CN"/>
        </w:rPr>
        <w:br/>
      </w:r>
      <w:r>
        <w:rPr>
          <w:lang w:eastAsia="zh-CN"/>
        </w:rPr>
        <w:t>　　5、完成了施工图纸、资料的保管、发放、借阅、登记工作。对公司所有技术资料重新进行了分类、编号整理，做到总目录全面，分目录具体，底清数明，查找方便，较好地为公司生产和建设部分提供了服务。</w:t>
      </w:r>
      <w:r>
        <w:rPr>
          <w:lang w:eastAsia="zh-CN"/>
        </w:rPr>
        <w:br/>
      </w:r>
      <w:r>
        <w:rPr>
          <w:lang w:eastAsia="zh-CN"/>
        </w:rPr>
        <w:t>　　二、办事方面</w:t>
      </w:r>
      <w:r>
        <w:rPr>
          <w:lang w:eastAsia="zh-CN"/>
        </w:rPr>
        <w:br/>
      </w:r>
      <w:r>
        <w:rPr>
          <w:lang w:eastAsia="zh-CN"/>
        </w:rPr>
        <w:t>　　1、规范了会议制度，制定了国企模式的例会制度，出台了具体的实施意见，会议做到了有记录、有记要，成为公司领导指导生产建设，安排工作任务，了解公司情况的一个重要渠道。</w:t>
      </w:r>
      <w:r>
        <w:rPr>
          <w:lang w:eastAsia="zh-CN"/>
        </w:rPr>
        <w:br/>
      </w:r>
      <w:r>
        <w:rPr>
          <w:lang w:eastAsia="zh-CN"/>
        </w:rPr>
        <w:t>　　2、完成了总经理主持的工作会议的安排，做了会务预备工作。</w:t>
      </w:r>
      <w:r>
        <w:rPr>
          <w:lang w:eastAsia="zh-CN"/>
        </w:rPr>
        <w:br/>
      </w:r>
      <w:r>
        <w:rPr>
          <w:lang w:eastAsia="zh-CN"/>
        </w:rPr>
        <w:t>　　3、完成了办公室印鉴和先容信的开具使用和包管工作，报刊收发工作等，并及时编写了公司的大事记。</w:t>
      </w:r>
      <w:r>
        <w:rPr>
          <w:lang w:eastAsia="zh-CN"/>
        </w:rPr>
        <w:br/>
      </w:r>
      <w:r>
        <w:rPr>
          <w:lang w:eastAsia="zh-CN"/>
        </w:rPr>
        <w:t>　　4、和人力资源部等部分紧密配合，较好地完成了庆国庆系列活动的组织工作。</w:t>
      </w:r>
      <w:r>
        <w:rPr>
          <w:lang w:eastAsia="zh-CN"/>
        </w:rPr>
        <w:br/>
      </w:r>
      <w:r>
        <w:rPr>
          <w:lang w:eastAsia="zh-CN"/>
        </w:rPr>
        <w:t>　　5、根据领导安排，对一些工作抓了催促落实。</w:t>
      </w:r>
      <w:r>
        <w:rPr>
          <w:lang w:eastAsia="zh-CN"/>
        </w:rPr>
        <w:br/>
      </w:r>
      <w:r>
        <w:rPr>
          <w:lang w:eastAsia="zh-CN"/>
        </w:rPr>
        <w:t>　　6、热情接待外来办事职员，做到热情礼貌，让外来职员有宾至如归的感觉，体现亚鑫人以诚为本的待客之道，为公司建立良好的社会形象。</w:t>
      </w:r>
      <w:r>
        <w:rPr>
          <w:lang w:eastAsia="zh-CN"/>
        </w:rPr>
        <w:br/>
      </w:r>
      <w:r>
        <w:rPr>
          <w:lang w:eastAsia="zh-CN"/>
        </w:rPr>
        <w:t>　　7、协助领导策划整体工作布局和阶段性工作方案，理顺工作思路，同时参与了公司对外交往活动中的洽商工作。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8、通过调查研究，及时搜集关系公司发展的各种信息，经过综合加工分析，为领导提供正确有效的决策根据。</w:t>
      </w:r>
      <w:r>
        <w:rPr>
          <w:lang w:eastAsia="zh-CN"/>
        </w:rPr>
        <w:br/>
      </w:r>
      <w:r>
        <w:rPr>
          <w:lang w:eastAsia="zh-CN"/>
        </w:rPr>
        <w:t>　　9、积极主动地为公司工作想办法、出主张、提建议。</w:t>
      </w:r>
      <w:r>
        <w:rPr>
          <w:lang w:eastAsia="zh-CN"/>
        </w:rPr>
        <w:br/>
      </w:r>
      <w:r>
        <w:rPr>
          <w:lang w:eastAsia="zh-CN"/>
        </w:rPr>
        <w:t>　　10、协助总经理展开了思想政治工作，进步了员工的工作积极性。</w:t>
      </w:r>
      <w:r>
        <w:rPr>
          <w:lang w:eastAsia="zh-CN"/>
        </w:rPr>
        <w:br/>
      </w:r>
      <w:r>
        <w:rPr>
          <w:lang w:eastAsia="zh-CN"/>
        </w:rPr>
        <w:t>　　11、协助_副总展开了公司对政府和职能部分的外协工作。</w:t>
      </w:r>
      <w:r>
        <w:rPr>
          <w:lang w:eastAsia="zh-CN"/>
        </w:rPr>
        <w:br/>
      </w:r>
      <w:r>
        <w:rPr>
          <w:lang w:eastAsia="zh-CN"/>
        </w:rPr>
        <w:t>　　三、存在题目</w:t>
      </w:r>
      <w:r>
        <w:rPr>
          <w:lang w:eastAsia="zh-CN"/>
        </w:rPr>
        <w:br/>
      </w:r>
      <w:r>
        <w:rPr>
          <w:lang w:eastAsia="zh-CN"/>
        </w:rPr>
        <w:t>　　1、主动学习少，跟不上时代发展要求。</w:t>
      </w:r>
      <w:r>
        <w:rPr>
          <w:lang w:eastAsia="zh-CN"/>
        </w:rPr>
        <w:br/>
      </w:r>
      <w:r>
        <w:rPr>
          <w:lang w:eastAsia="zh-CN"/>
        </w:rPr>
        <w:t>　　2、工作缺少程序，制度仍不健全。</w:t>
      </w:r>
      <w:r>
        <w:rPr>
          <w:lang w:eastAsia="zh-CN"/>
        </w:rPr>
        <w:br/>
      </w:r>
      <w:r>
        <w:rPr>
          <w:lang w:eastAsia="zh-CN"/>
        </w:rPr>
        <w:t>　　3、对工作职员培养教育差，素质还有待进步。</w:t>
      </w:r>
      <w:r>
        <w:rPr>
          <w:lang w:eastAsia="zh-CN"/>
        </w:rPr>
        <w:br/>
      </w:r>
      <w:r>
        <w:rPr>
          <w:lang w:eastAsia="zh-CN"/>
        </w:rPr>
        <w:t>　　4、工作主动出击少，被动应付多，工作催促、调和功能发挥差。</w:t>
      </w:r>
      <w:r>
        <w:rPr>
          <w:lang w:eastAsia="zh-CN"/>
        </w:rPr>
        <w:br/>
      </w:r>
      <w:r>
        <w:rPr>
          <w:lang w:eastAsia="zh-CN"/>
        </w:rPr>
        <w:t>　　四、工作计划</w:t>
      </w:r>
      <w:r>
        <w:rPr>
          <w:lang w:eastAsia="zh-CN"/>
        </w:rPr>
        <w:br/>
      </w:r>
      <w:r>
        <w:rPr>
          <w:lang w:eastAsia="zh-CN"/>
        </w:rPr>
        <w:t>　　__年，我预备根据以上总结，对自己存在的题目进行整改，主要从以下几方面着手来抓：</w:t>
      </w:r>
      <w:r>
        <w:rPr>
          <w:lang w:eastAsia="zh-CN"/>
        </w:rPr>
        <w:br/>
      </w:r>
      <w:r>
        <w:rPr>
          <w:lang w:eastAsia="zh-CN"/>
        </w:rPr>
        <w:t>　　1、加强学习，进步本身素质，进步工作效力，当好领导的顾问助手。</w:t>
      </w:r>
      <w:r>
        <w:rPr>
          <w:lang w:eastAsia="zh-CN"/>
        </w:rPr>
        <w:br/>
      </w:r>
      <w:r>
        <w:rPr>
          <w:lang w:eastAsia="zh-CN"/>
        </w:rPr>
        <w:t>　　2、加夸大和，进步服务质量，更好地服务于上级、同级、和基层。</w:t>
      </w:r>
      <w:r>
        <w:rPr>
          <w:lang w:eastAsia="zh-CN"/>
        </w:rPr>
        <w:br/>
      </w:r>
      <w:r>
        <w:rPr>
          <w:lang w:eastAsia="zh-CN"/>
        </w:rPr>
        <w:t>　　3、加强迫度建设，健全公司各项管理制度，使公司工作上台阶、上档次。</w:t>
      </w:r>
      <w:r>
        <w:rPr>
          <w:lang w:eastAsia="zh-CN"/>
        </w:rPr>
        <w:br/>
      </w:r>
      <w:r>
        <w:rPr>
          <w:lang w:eastAsia="zh-CN"/>
        </w:rPr>
        <w:t>　　4、加强工作职员的培养教育工作，建立一个生气蓬勃，富有战争力的工作集体。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5、加强公司机构公道配置，从领导工作的实际需要动身，公道调剂现有机构，使每个部分、每个工作职员都能各司其职、各尽职守、进步整体工作效力。</w:t>
      </w:r>
      <w:r>
        <w:rPr>
          <w:lang w:eastAsia="zh-CN"/>
        </w:rPr>
        <w:br/>
      </w:r>
      <w:r>
        <w:rPr>
          <w:lang w:eastAsia="zh-CN"/>
        </w:rPr>
        <w:t>　　总结过去，有得有失，展望未来，任重道远，经过一年的努力，我们顺利实现了技改项目的试产、达产，同时2#焦炉也行将投产，化产车间、污水处理系统、120万吨洗煤厂已全面进入设备安装阶段，一座大型现代化企业的框架已基本搭建完成，行将到来的__年将是兴盛全面起动、大步迈进之年，展望美好远景，催人奋进，兴盛人肩负使命任重道远，成绩只能说明过去，成功之路永无终点，我们一定要努力、努力、再努力，前进、前进、再前进，为兴盛辉煌灿烂的明天而奋斗。</w:t>
      </w:r>
      <w:r>
        <w:rPr>
          <w:lang w:eastAsia="zh-CN"/>
        </w:rPr>
        <w:br/>
      </w:r>
      <w:r>
        <w:rPr>
          <w:lang w:eastAsia="zh-CN"/>
        </w:rPr>
        <w:t xml:space="preserve">    办公室的年终工作总结 篇6 </w:t>
      </w:r>
      <w:r>
        <w:rPr>
          <w:lang w:eastAsia="zh-CN"/>
        </w:rPr>
        <w:br/>
      </w:r>
      <w:r>
        <w:rPr>
          <w:lang w:eastAsia="zh-CN"/>
        </w:rPr>
        <w:t>　　不知不觉20__年已接近尾声，新的20__年即将来到，在过去的一年中我们村又有了新的翻天覆地的变化，年初，我们村顺利的进行了换届选举，新的村领导班子如期产生，迎新村办公室20__年在村领导的正确领导下，在各个部门的配合下，圆满完成了各项工作，村办公室20__年主要负责村委会的后勤工作、负责公章的管理、负责电脑图书室、接待室、会议室的管理和卫生工作、负责村工程招标、各种会议、领导来访等录像资料的摄制和保存工作，负责各个部门的发言材料，合同材料，上报材料的打印和保存工作，还负责村共青团的工作，下面就一年来的工作情况做以下总结：</w:t>
      </w:r>
      <w:r>
        <w:rPr>
          <w:lang w:eastAsia="zh-CN"/>
        </w:rPr>
        <w:br/>
      </w:r>
      <w:r>
        <w:rPr>
          <w:lang w:eastAsia="zh-CN"/>
        </w:rPr>
        <w:t>　　1.公章的管理工作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公章是一个单位对外证明自己合法地位的有效工具，具有法律效力，经过两年多的工作，我积累了很多地工作经验，再发挥好的经验的同时，进一步加强对自身素质的提高，对各种需要盖章的文件，我总是认真反复的观看，对不符合盖章条件的一律不给盖章，对涉及到债务、债券、迁入迁出、担保贷款等不管是我多么熟悉的人，我坚决按照我村的公章管理规定执行，对符合盖章条件的做好公章使用记录做好登记工作。</w:t>
      </w:r>
      <w:r>
        <w:rPr>
          <w:lang w:eastAsia="zh-CN"/>
        </w:rPr>
        <w:br/>
      </w:r>
      <w:r>
        <w:rPr>
          <w:lang w:eastAsia="zh-CN"/>
        </w:rPr>
        <w:t>　　2.后勤保障工作</w:t>
      </w:r>
      <w:r>
        <w:rPr>
          <w:lang w:eastAsia="zh-CN"/>
        </w:rPr>
        <w:br/>
      </w:r>
      <w:r>
        <w:rPr>
          <w:lang w:eastAsia="zh-CN"/>
        </w:rPr>
        <w:t>　　搞好服务是办公室工作的根本任务，村委会各个部门的工作正常运行都要有一个好的后勤保障服务，包括办公所需的各类办公用品的配备，日常村委会所需的各种日用品，我总能做到尽可能的把将需要的物品备齐，不耽误任何一个部门的使用，对各个部门需要的各种材料，我也能在规定的时间内完成，我们村主要是以发展商业为主，有几百间商业门脸，光是每年签订的商业门脸的合同就不是个小数目，合同的打印、复印大多数都是在办公室完成的，在我自己力所能及的情况下，我争取自己忙一点也不到外面去打印、复印，能省一点是一点，村委会各种设施的维修及工作人员办公用品的消耗，我也尽可能的货比三家，力争既省钱又能把事情办好。</w:t>
      </w:r>
      <w:r>
        <w:rPr>
          <w:lang w:eastAsia="zh-CN"/>
        </w:rPr>
        <w:br/>
      </w:r>
      <w:r>
        <w:rPr>
          <w:lang w:eastAsia="zh-CN"/>
        </w:rPr>
        <w:t>　　这几年我们发展的很快，村容村貌有了很大的改观，村民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们在村党支部、村委会的领导下正在逐步的走向富裕，集体经济年年都有大幅度的增长，现在我们迎新村已经成为了小站镇的一个亮点，各级领导对迎新村都很重视，经常有检查组、视察团、考察团来我村指导工作，开现场会，这就要求我提早的做好会场的准备工作，按照领导的指示，干净、整洁、有序的布置好会场，准备好各种开会必须的用品，还要做好会议的录像存档工作，会后还要打扫会场，虽然人手少，任务重，但我宁愿自己累点，晚下班一点，也要把领导交办的工作做好。</w:t>
      </w:r>
      <w:r>
        <w:rPr>
          <w:lang w:eastAsia="zh-CN"/>
        </w:rPr>
        <w:br/>
      </w:r>
      <w:r>
        <w:rPr>
          <w:lang w:eastAsia="zh-CN"/>
        </w:rPr>
        <w:t>　　这一年来我村的建设很快，大大小小的招标就有十余个，招标会和工程施工验收的摄像工作是个很重要的工作，关系到日后对当时情况的再现和工程出现矛盾时的关键说明证据，所以一点也马虎不得，在每次有摄制任务的时候，我都是非常的小心，杜绝任何事故的发生，并及时做好资料的保存工作。</w:t>
      </w:r>
      <w:r>
        <w:rPr>
          <w:lang w:eastAsia="zh-CN"/>
        </w:rPr>
        <w:br/>
      </w:r>
      <w:r>
        <w:rPr>
          <w:lang w:eastAsia="zh-CN"/>
        </w:rPr>
        <w:t>　　办公室还是我村的窗口，每一位来村里办事的人员，在不知道该找谁办理的时候总是先到办公室问问，这就要求办公室要时刻有人接待，对每一位来咨询和办事的人员或村民都要做到热情接待，不厌其烦的解答各种问题，我一言一行直接代表着我们迎新村的整体形象，所以说办公室工作无小事，做好一件事是小事，做错一件事就是大事，不容有半点闪失，我时刻告诫自己一定要找准自己的位置，严格按规章制度办事，做好各部门的协调和后勤保障工作，做好承上启下个，沟通内外的工作。</w:t>
      </w:r>
      <w:r>
        <w:rPr>
          <w:lang w:eastAsia="zh-CN"/>
        </w:rPr>
        <w:br/>
      </w:r>
      <w:r>
        <w:rPr>
          <w:lang w:eastAsia="zh-CN"/>
        </w:rPr>
        <w:t>　　今后的工作中我还要努力做到多看、多听、多闻、多想多做，不断地提高自己的综合素质，克服自己在工作中的诸多不足，积极地加强理论学习，把办公室工作做细做强。</w:t>
      </w:r>
      <w:r>
        <w:rPr>
          <w:lang w:eastAsia="zh-CN"/>
        </w:rPr>
        <w:br/>
      </w:r>
      <w:r>
        <w:rPr>
          <w:lang w:eastAsia="zh-CN"/>
        </w:rPr>
        <w:t xml:space="preserve">    办公室的年终工作总结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20__年即将过去，新的一年即将在我们面前展开新的画卷。20__年度在公司各位同事的密切配合下，我们完成了办公室行政工作。通过一年的工作、学习，办公室同事们都在慢慢成长和完善，从每件小事做起，尽我们所能，行使着职能，发挥着作用，为公司的正常工作及各个项目顺利推进提供着保障和支持。虽然办公室的人员很少，但是我们都很努力的配合各部门，起到一个中间纽带的作用。</w:t>
      </w:r>
      <w:r>
        <w:rPr>
          <w:lang w:eastAsia="zh-CN"/>
        </w:rPr>
        <w:br/>
      </w:r>
      <w:r>
        <w:rPr>
          <w:lang w:eastAsia="zh-CN"/>
        </w:rPr>
        <w:t>　　在办公室中，主要是负责公司内部事务，如：打印、存档、物资管理等事，主要是协助各部门办理对外的事务，如：社会保险办理、营业执照年检、土地证分割、预售证办理等事，现将20__年度来的工作总结汇报如下：</w:t>
      </w:r>
      <w:r>
        <w:rPr>
          <w:lang w:eastAsia="zh-CN"/>
        </w:rPr>
        <w:br/>
      </w:r>
      <w:r>
        <w:rPr>
          <w:lang w:eastAsia="zh-CN"/>
        </w:rPr>
        <w:t>　　一、承办领导层的集体决策和领导个人交办的事项，承办同级各职能部门有关事项</w:t>
      </w:r>
      <w:r>
        <w:rPr>
          <w:lang w:eastAsia="zh-CN"/>
        </w:rPr>
        <w:br/>
      </w:r>
      <w:r>
        <w:rPr>
          <w:lang w:eastAsia="zh-CN"/>
        </w:rPr>
        <w:t>　　作为公司综合办事机构的办公室，对领导层的集体决策和领导个人交办事项负有直接承办的责任。此外，办公室会协助办理领导交由其他部门办理的事项。对于一些牵涉面较广、归属不太明确且其他有关职能部门不便也不宜承办的事项，办公室也将具体承担、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对于一个公司来说，各级办公室之间通过加强联系，既“各自为阵”，又“协同作战”，充分发挥办公机构的系统作用和整体效能，这是不少地方总结、创造出来的成功经验。而我们办公室，是行政管理工作过程中信息沟通的中枢部门，在此环节中即充当了纽带的作用，将各个部门联合起来，团队协作，从而更好地发挥效力，为各级领导服务，使公司正常顺畅的运作。</w:t>
      </w:r>
      <w:r>
        <w:rPr>
          <w:lang w:eastAsia="zh-CN"/>
        </w:rPr>
        <w:br/>
      </w:r>
      <w:r>
        <w:rPr>
          <w:lang w:eastAsia="zh-CN"/>
        </w:rPr>
        <w:t>　　二、办公室接触面大，信息较为灵通，对外联系广泛，客观上讲，办公室即为领导提供即时信息的窗口</w:t>
      </w:r>
      <w:r>
        <w:rPr>
          <w:lang w:eastAsia="zh-CN"/>
        </w:rPr>
        <w:br/>
      </w:r>
      <w:r>
        <w:rPr>
          <w:lang w:eastAsia="zh-CN"/>
        </w:rPr>
        <w:t>　　为正确履行该职责，我们紧紧围绕公司的工作目标和主要任务以及需要领导决策的重大问题，积极主动地组织和参与各种调查研究，做好信息的收集、筛选、传递工作，把调查中获得的大量第一手资料，进行综合分析，从而提出完成各项工作任务和进行决策的有利因素和不利因素，及时向领导反馈，以协助领导，保证各项工作目标和任务的圆满完成。</w:t>
      </w:r>
      <w:r>
        <w:rPr>
          <w:lang w:eastAsia="zh-CN"/>
        </w:rPr>
        <w:br/>
      </w:r>
      <w:r>
        <w:rPr>
          <w:lang w:eastAsia="zh-CN"/>
        </w:rPr>
        <w:t>　　三、日常管理工作</w:t>
      </w:r>
      <w:r>
        <w:rPr>
          <w:lang w:eastAsia="zh-CN"/>
        </w:rPr>
        <w:br/>
      </w:r>
      <w:r>
        <w:rPr>
          <w:lang w:eastAsia="zh-CN"/>
        </w:rPr>
        <w:t>　　办公室是一个与其他部门联系最多的部门，在各部门与总经理之间担当着桥梁的角色，拟定综合性文件、报告；认真做好公司各类文件的收、发、登记、分发文件和督办工作，以及对文件资料的调档、整理、存档工作。</w:t>
      </w:r>
      <w:r>
        <w:rPr>
          <w:lang w:eastAsia="zh-CN"/>
        </w:rPr>
        <w:br/>
      </w:r>
      <w:r>
        <w:rPr>
          <w:lang w:eastAsia="zh-CN"/>
        </w:rPr>
        <w:t>　　协助公司领导，完善公司制度，拟定大量的规章制度，包括、等，使公司在各方面做到规范化、制度化。特别是考勤制度，这项制度是所有公司制度的基础，没有好的考勤制度，公司就没有正常的工作秩序。</w:t>
      </w:r>
      <w:r>
        <w:rPr>
          <w:lang w:eastAsia="zh-CN"/>
        </w:rPr>
        <w:br/>
      </w:r>
      <w:r>
        <w:rPr>
          <w:lang w:eastAsia="zh-CN"/>
        </w:rPr>
        <w:t>　　对在公司召开的会议，事前做好准备工作，保证会议按时召开。会议期间认真做好记录，会后跟踪完成情况，保证会议的时效性。</w:t>
      </w:r>
      <w:r>
        <w:rPr>
          <w:lang w:eastAsia="zh-CN"/>
        </w:rPr>
        <w:br/>
      </w:r>
      <w:r>
        <w:rPr>
          <w:lang w:eastAsia="zh-CN"/>
        </w:rPr>
        <w:t>　　对于公司的接待工作，办公室始终秉承着职业化的原则，用最规范的方式，最职业的举止完成接待工作，以保证公司的形象。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完成公司的证照办理工作，及时统计办理相关年检工作等，为公司正常运营提供保障。</w:t>
      </w:r>
      <w:r>
        <w:rPr>
          <w:lang w:eastAsia="zh-CN"/>
        </w:rPr>
        <w:br/>
      </w:r>
      <w:r>
        <w:rPr>
          <w:lang w:eastAsia="zh-CN"/>
        </w:rPr>
        <w:t>　　四、代理人事管理工作</w:t>
      </w:r>
      <w:r>
        <w:rPr>
          <w:lang w:eastAsia="zh-CN"/>
        </w:rPr>
        <w:br/>
      </w:r>
      <w:r>
        <w:rPr>
          <w:lang w:eastAsia="zh-CN"/>
        </w:rPr>
        <w:t>　　根据公司需要，及时发布招聘信息，按照具体岗位职责要求，进行招聘面试以及入职后的岗位培训等。</w:t>
      </w:r>
      <w:r>
        <w:rPr>
          <w:lang w:eastAsia="zh-CN"/>
        </w:rPr>
        <w:br/>
      </w:r>
      <w:r>
        <w:rPr>
          <w:lang w:eastAsia="zh-CN"/>
        </w:rPr>
        <w:t>　　五、公司员工五险办理</w:t>
      </w:r>
      <w:r>
        <w:rPr>
          <w:lang w:eastAsia="zh-CN"/>
        </w:rPr>
        <w:br/>
      </w:r>
      <w:r>
        <w:rPr>
          <w:lang w:eastAsia="zh-CN"/>
        </w:rPr>
        <w:t>　　公司为了更好的为所有员工提供福利，为每位员工参加了五险：养老保险、失业保险、工伤保险、生育保险和医疗保险。办公室负责每年的基数申报，参保、退保办理，缴纳医疗保险金。由于公司流动性较大，所以办理五险的工作量很大，也很繁琐，有事还不被人理解，但是我们办公室还是会尽的努力完成好此项工作。</w:t>
      </w:r>
      <w:r>
        <w:rPr>
          <w:lang w:eastAsia="zh-CN"/>
        </w:rPr>
        <w:br/>
      </w:r>
      <w:r>
        <w:rPr>
          <w:lang w:eastAsia="zh-CN"/>
        </w:rPr>
        <w:t>　　在以后的岁月里，办公室还会对每位员工进行培训，办公室的工作一定会越来越努力的，尽量不会出现任何的差错，一定要做到为公司的事业尽出我们的努力。</w:t>
      </w:r>
      <w:r>
        <w:rPr>
          <w:lang w:eastAsia="zh-CN"/>
        </w:rPr>
        <w:br/>
      </w:r>
      <w:r>
        <w:rPr>
          <w:lang w:eastAsia="zh-CN"/>
        </w:rPr>
        <w:t xml:space="preserve">    办公室的年终工作总结 篇8 </w:t>
      </w:r>
      <w:r>
        <w:rPr>
          <w:lang w:eastAsia="zh-CN"/>
        </w:rPr>
        <w:br/>
      </w:r>
      <w:r>
        <w:rPr>
          <w:lang w:eastAsia="zh-CN"/>
        </w:rPr>
        <w:t>　　终于，我们在一片绿意迎来了学年即将结束的警铃。期末将至，学院各学生社团工作已接近尾声，繁忙一学期的学生工作在学院党委的正确指导和社联理事会的有效领导，以及学院全体社团的共同努力下，本学期的各项工作总算划下了一个圆满的句号。现将工作总结如下：</w:t>
      </w:r>
      <w:r>
        <w:rPr>
          <w:lang w:eastAsia="zh-CN"/>
        </w:rPr>
        <w:br/>
      </w:r>
      <w:r>
        <w:rPr>
          <w:lang w:eastAsia="zh-CN"/>
        </w:rPr>
        <w:t>　　一、常规工作总结</w:t>
      </w:r>
      <w:r>
        <w:rPr>
          <w:lang w:eastAsia="zh-CN"/>
        </w:rPr>
        <w:br/>
      </w:r>
      <w:r>
        <w:rPr>
          <w:lang w:eastAsia="zh-CN"/>
        </w:rPr>
        <w:t>　　（一）上级任务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办公室在大家的共同努力下，顺利完成了理事会交给办公室的任务。或许有时候过程比较艰辛，但是，大家也算是不负众望。</w:t>
      </w:r>
      <w:r>
        <w:rPr>
          <w:lang w:eastAsia="zh-CN"/>
        </w:rPr>
        <w:br/>
      </w:r>
      <w:r>
        <w:rPr>
          <w:lang w:eastAsia="zh-CN"/>
        </w:rPr>
        <w:t>　　（二）值班情况</w:t>
      </w:r>
      <w:r>
        <w:rPr>
          <w:lang w:eastAsia="zh-CN"/>
        </w:rPr>
        <w:br/>
      </w:r>
      <w:r>
        <w:rPr>
          <w:lang w:eastAsia="zh-CN"/>
        </w:rPr>
        <w:t>　　办公室的成员每天都有按时的在办公室值班，而且在值班的时候会主动的和其他部门的交流，同时积极认真的收取材料，并做好相应的登记工作。</w:t>
      </w:r>
      <w:r>
        <w:rPr>
          <w:lang w:eastAsia="zh-CN"/>
        </w:rPr>
        <w:br/>
      </w:r>
      <w:r>
        <w:rPr>
          <w:lang w:eastAsia="zh-CN"/>
        </w:rPr>
        <w:t>　　（三）材料收取</w:t>
      </w:r>
      <w:r>
        <w:rPr>
          <w:lang w:eastAsia="zh-CN"/>
        </w:rPr>
        <w:br/>
      </w:r>
      <w:r>
        <w:rPr>
          <w:lang w:eastAsia="zh-CN"/>
        </w:rPr>
        <w:t>　　在办公室成员的积极努力之下，已经收取了各社团的工作计划，社团联系名单，社团活动投标书，活动策划，活动总结，新闻照片等一系列的社团材料。</w:t>
      </w:r>
      <w:r>
        <w:rPr>
          <w:lang w:eastAsia="zh-CN"/>
        </w:rPr>
        <w:br/>
      </w:r>
      <w:r>
        <w:rPr>
          <w:lang w:eastAsia="zh-CN"/>
        </w:rPr>
        <w:t>　　（四）事情通知</w:t>
      </w:r>
      <w:r>
        <w:rPr>
          <w:lang w:eastAsia="zh-CN"/>
        </w:rPr>
        <w:br/>
      </w:r>
      <w:r>
        <w:rPr>
          <w:lang w:eastAsia="zh-CN"/>
        </w:rPr>
        <w:t>　　在本学期中，在确定了各个社团的负责人无误之后，办公室总是在第一时间之内将理事会的通知传达给各个社团的负责人，确保了信息的及时准确。</w:t>
      </w:r>
      <w:r>
        <w:rPr>
          <w:lang w:eastAsia="zh-CN"/>
        </w:rPr>
        <w:br/>
      </w:r>
      <w:r>
        <w:rPr>
          <w:lang w:eastAsia="zh-CN"/>
        </w:rPr>
        <w:t>　　二、内部建设</w:t>
      </w:r>
      <w:r>
        <w:rPr>
          <w:lang w:eastAsia="zh-CN"/>
        </w:rPr>
        <w:br/>
      </w:r>
      <w:r>
        <w:rPr>
          <w:lang w:eastAsia="zh-CN"/>
        </w:rPr>
        <w:t>　　由于办公室的事情相对来说比较繁冗，而且一旦有事情其他人又不能有效地处理，因此，将办公室分为4个小组，分别是：材料组，新闻组，会议组和通信组，分别由办公室的负责人带领。这样的话有助于各社团遇到相应问题的快速有效的解决。而且，本学期更多的是交给助理们，培养他们独当一面的能力。</w:t>
      </w:r>
      <w:r>
        <w:rPr>
          <w:lang w:eastAsia="zh-CN"/>
        </w:rPr>
        <w:br/>
      </w:r>
      <w:r>
        <w:rPr>
          <w:lang w:eastAsia="zh-CN"/>
        </w:rPr>
        <w:t>　　三、技能培训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为了办公室的.成员以后都能够独当一面，不出现遇到一点事情就联系师兄师姐不敢独立解决的情况，办公室特意组织了一次办公室以及各社团秘书部的培训。主要是让新接手社团部门的同学对材料格式有一个深入的了解，不要犯同样的错误，同时也让办公室的干事们熟悉材料的格式，在收取材料的时候才能够保质保量的完成，独立的指出材料的错误。同时还有材料的登记。如今办公室的材料已经是分类明确，一目了然，这都是大家共同努力学习的结果。</w:t>
      </w:r>
      <w:r>
        <w:rPr>
          <w:lang w:eastAsia="zh-CN"/>
        </w:rPr>
        <w:br/>
      </w:r>
      <w:r>
        <w:rPr>
          <w:lang w:eastAsia="zh-CN"/>
        </w:rPr>
        <w:t>　　四、相互之间的交流</w:t>
      </w:r>
      <w:r>
        <w:rPr>
          <w:lang w:eastAsia="zh-CN"/>
        </w:rPr>
        <w:br/>
      </w:r>
      <w:r>
        <w:rPr>
          <w:lang w:eastAsia="zh-CN"/>
        </w:rPr>
        <w:t>　　在工作时，和各部门相互协作相互支持；在私下里，大家相互交流经验相互帮助；对各社团，经常会和社团的负责人联系，以便于工作的展开，各社团也支持很我们的工作。就在这其乐融融的氛围当中，所有的人都感觉到了这是一个大家庭，一荣俱荣一耻俱耻，大家都在共同努力，将这个大的家庭推向顶峰。本期工作总结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月24日2月25日5月20日3月6月初6月办公室第一次会议，确定值班表选出助理各社团工作计划、活动策划开始上交社联社团材料格式培训社团活动的开展跟进以及活动材料的收取整理材料，以及材料的归档眼看着期末的来临，这一个学期的工作就要结束。在这半期的工作当中，或许曾经遇到过很多的问题，受到一些委屈，但是，大家都用自己的坚持给了一张很好的答卷。至少，相对于上学期时候，绝大部分的办公室成员都能够独当一面，而且都开始站在另一个高度另一个层面去看待问题，从而更好的解决问题。但是，我们并不因此而满足，我们会慢慢的进一步改进，为各社团做好榜样，使之能更好的服务于社团，服务于同学，为大学校园添上一抹绚丽的色彩。</w:t>
      </w:r>
      <w:r>
        <w:rPr>
          <w:lang w:eastAsia="zh-CN"/>
        </w:rPr>
        <w:br/>
      </w:r>
      <w:r>
        <w:rPr>
          <w:lang w:eastAsia="zh-CN"/>
        </w:rPr>
        <w:t xml:space="preserve">    办公室的年终工作总结 篇9 </w:t>
      </w:r>
      <w:r>
        <w:rPr>
          <w:lang w:eastAsia="zh-CN"/>
        </w:rPr>
        <w:br/>
      </w:r>
      <w:r>
        <w:rPr>
          <w:lang w:eastAsia="zh-CN"/>
        </w:rPr>
        <w:t>　　20__年对我具有特别的意义，因为这是我的本命年(我1982年的)，也是我成为上班族以来的第一个整年。文秘工作是我从事的第一份工作，是我职业生涯的一个起点，我对此也十分珍惜，尽最大努力去适应这一岗位。经过一年来的不断学习，以及同事、领导的帮助，我已完全融入到了中山市股份有限公司这个大家庭中，个人的工作技能也有了明显的提高，虽然工作中还存在这样那样的不足之处，但应该说这一年付出了不少，也收获了很多，我自己感到成长了，也逐渐成熟了。现在就20__年的工作情况总结如下：</w:t>
      </w:r>
      <w:r>
        <w:rPr>
          <w:lang w:eastAsia="zh-CN"/>
        </w:rPr>
        <w:br/>
      </w:r>
      <w:r>
        <w:rPr>
          <w:lang w:eastAsia="zh-CN"/>
        </w:rPr>
        <w:t>　　一、以踏实的工作态度，适应办公室工作特点</w:t>
      </w:r>
      <w:r>
        <w:rPr>
          <w:lang w:eastAsia="zh-CN"/>
        </w:rPr>
        <w:br/>
      </w:r>
      <w:r>
        <w:rPr>
          <w:lang w:eastAsia="zh-CN"/>
        </w:rPr>
        <w:t>　　办公室是公司运转的一个重要枢纽部门，对公司内外的许多工作进行协调、沟通，做到上情下达，这就决定了办公室工作繁杂的特点。每天除了本职工作外，还经常有计划之外的事情需要临时处理，而且通常比较紧急，让我不得不放心手头的工作先去解决，因此这些临时性的事务占用了很多工作时间，经常是忙忙碌碌的一天下来，原本计划要完成的却没有做。但手头的工作也不能耽误，今天欠了帐，明天还会有其他工作要去处理，因此，我经常利用休息时间来进行补课，把一些文字工作带回家去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办公室人手少，工作量大，特别是公司会务工作较多，这就需要部门员工团结协作。在这一年里，遇到各类活动和会议，我都积极配合做好会务工作，与部门同事心往一处想，劲往一处使，不会计较干得多，干得少，只希望把活动圆满完成。</w:t>
      </w:r>
      <w:r>
        <w:rPr>
          <w:lang w:eastAsia="zh-CN"/>
        </w:rPr>
        <w:br/>
      </w:r>
      <w:r>
        <w:rPr>
          <w:lang w:eastAsia="zh-CN"/>
        </w:rPr>
        <w:t>　　今年是公司的效益与服务年，而办公室就是个服务性质的部门，我认真做好各项服务工作，以保障工作的正常开展。部门之间遇到其他同事来查阅文件或是调阅电子文档，我都会及时办妥;下属机构遇到相关问题来咨询或者要求帮助，我都会第一时间解答和解决。以一颗真诚的心去为大家服务。</w:t>
      </w:r>
      <w:r>
        <w:rPr>
          <w:lang w:eastAsia="zh-CN"/>
        </w:rPr>
        <w:br/>
      </w:r>
      <w:r>
        <w:rPr>
          <w:lang w:eastAsia="zh-CN"/>
        </w:rPr>
        <w:t>　　二、尽心尽责，做好本职工作</w:t>
      </w:r>
      <w:r>
        <w:rPr>
          <w:lang w:eastAsia="zh-CN"/>
        </w:rPr>
        <w:br/>
      </w:r>
      <w:r>
        <w:rPr>
          <w:lang w:eastAsia="zh-CN"/>
        </w:rPr>
        <w:t>　　一年来，我主要完成了一下工作：</w:t>
      </w:r>
      <w:r>
        <w:rPr>
          <w:lang w:eastAsia="zh-CN"/>
        </w:rPr>
        <w:br/>
      </w:r>
      <w:r>
        <w:rPr>
          <w:lang w:eastAsia="zh-CN"/>
        </w:rPr>
        <w:t>　　1、文书工作严要求</w:t>
      </w:r>
      <w:r>
        <w:rPr>
          <w:lang w:eastAsia="zh-CN"/>
        </w:rPr>
        <w:br/>
      </w:r>
      <w:r>
        <w:rPr>
          <w:lang w:eastAsia="zh-CN"/>
        </w:rPr>
        <w:t>　　1)公文轮阅归档及时。文件的流转、阅办严格按照公司规章制度及ISO标准化流程要求，保证各类文件拟办、传阅的时效性，并及时将上级文件精神传达至各基层机构，确保政令畅通。待文件阅办完毕后，负责文件的归档、保管以及查阅。</w:t>
      </w:r>
      <w:r>
        <w:rPr>
          <w:lang w:eastAsia="zh-CN"/>
        </w:rPr>
        <w:br/>
      </w:r>
      <w:r>
        <w:rPr>
          <w:lang w:eastAsia="zh-CN"/>
        </w:rPr>
        <w:t>　　2)下发公文无差错。做好分公司的发文工作，负责文件的套打、修改、附件扫描、红文的分发、寄送，电子邮件的发送，同时协助各部门发文的核稿。公司发文量较大，有时一天有多个文件要下发，我都是仔细去逐一核对原稿，以确保发文质量，一年来共下发红文 份。同时负责办公室发文的拟稿，以及各类活动会议通知的拟写。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编写办公会议材料，整理会议记录。每个月末对各部门月度计划的执行情况进行核对，催收各部门月度小结、计划，并拟写当月工作回顾，整理办公会议材料汇编成册，供总经理室参考。办公会议结束后，及时整理会议记录，待总经理修改后，送至各部门轮阅。</w:t>
      </w:r>
      <w:r>
        <w:rPr>
          <w:lang w:eastAsia="zh-CN"/>
        </w:rPr>
        <w:br/>
      </w:r>
      <w:r>
        <w:rPr>
          <w:lang w:eastAsia="zh-CN"/>
        </w:rPr>
        <w:t>　　2、督办工作强力度</w:t>
      </w:r>
      <w:r>
        <w:rPr>
          <w:lang w:eastAsia="zh-CN"/>
        </w:rPr>
        <w:br/>
      </w:r>
      <w:r>
        <w:rPr>
          <w:lang w:eastAsia="zh-CN"/>
        </w:rPr>
        <w:t>　　督办是确保公司政令畅通的有效手段，今年以来，作为督办小组的主要执行人员，在修订完善督办工作规程，并以红文的形式将督办工作制度化后，通过口头、书面等多种形式加大督办工作力度。抓好公司领导交办和批办的事项、基层单位对上级公司精神贯彻执行进度落实情况以及领导交办的临时性工作等，并定期向总经理室反馈。</w:t>
      </w:r>
      <w:r>
        <w:rPr>
          <w:lang w:eastAsia="zh-CN"/>
        </w:rPr>
        <w:br/>
      </w:r>
      <w:r>
        <w:rPr>
          <w:lang w:eastAsia="zh-CN"/>
        </w:rPr>
        <w:t>　　3、内外宣传讲效果</w:t>
      </w:r>
      <w:r>
        <w:rPr>
          <w:lang w:eastAsia="zh-CN"/>
        </w:rPr>
        <w:br/>
      </w:r>
      <w:r>
        <w:rPr>
          <w:lang w:eastAsia="zh-CN"/>
        </w:rPr>
        <w:t>　　宣传工作是公司树立系统内外社会形象的一个重要手段和窗口。今年在内部宣传方面，我主要是拟写分公司简报，做好《报》协办的组稿工作，以及协助板报的编发，外部宣传方面完成了分公司更名广告、司庆祝贺广告、元旦贺新年广告的刊登，同时每月基本做到了有信息登报。</w:t>
      </w:r>
      <w:r>
        <w:rPr>
          <w:lang w:eastAsia="zh-CN"/>
        </w:rPr>
        <w:br/>
      </w:r>
      <w:r>
        <w:rPr>
          <w:lang w:eastAsia="zh-CN"/>
        </w:rPr>
        <w:t>　　4、秘书工作。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秘书岗位是一个讲责任心的岗位。各个部门的很多请示、工作报告都是经由我手交给总经理室的，而且有些还需要保密，这就需要我在工作中仔细、耐心。一年来，对于各部门、各机构报送总经理室的各类文件都及时递交，对总经理室交办的各类工作都及时办妥，做到对总经理室负责，对相关部门负责。因为这个岗位的特殊性，为了更好地为领导服务，保证各项日常工作的开展，每天我基本上6点多钟才下班。有时碰到临时性的任务，需要加班加点，我都毫无怨言，认真完成工作。</w:t>
      </w:r>
      <w:r>
        <w:rPr>
          <w:lang w:eastAsia="zh-CN"/>
        </w:rPr>
        <w:br/>
      </w:r>
      <w:r>
        <w:rPr>
          <w:lang w:eastAsia="zh-CN"/>
        </w:rPr>
        <w:t>　　5、企业文化活动积极参与</w:t>
      </w:r>
      <w:r>
        <w:rPr>
          <w:lang w:eastAsia="zh-CN"/>
        </w:rPr>
        <w:br/>
      </w:r>
      <w:r>
        <w:rPr>
          <w:lang w:eastAsia="zh-CN"/>
        </w:rPr>
        <w:t>　　一年来积极参与了司庆拓展训练、员工家属会、全省运动会、中秋爬山活动、比学习竞赛活动等多项活动的策划和组织工作，为公司企业文化建设，凝聚力工程出了一份力。 一年来，无论在思想认识上还是工作能力上都有了较大的进步，但差距和不足还是存在的：比如工作总体思路不清晰，还处于事情来一桩处理一桩的简单应付完成状态，对自己的工作还不够钻，脑子动得不多，没有想在前，做在先;工作热情和主动性还不够，有些事情领导交代过后，没有积极主动地去投入太多的精力，办事有些惰性，直到领导催了才开始动手，造成了工作上的被动。</w:t>
      </w:r>
      <w:r>
        <w:rPr>
          <w:lang w:eastAsia="zh-CN"/>
        </w:rPr>
        <w:br/>
      </w:r>
      <w:r>
        <w:rPr>
          <w:lang w:eastAsia="zh-CN"/>
        </w:rPr>
        <w:t>　　新的一年有新的气象，面对新的任务新的压力，我也应该以新的面貌、更加积极主动的态度去迎接新的挑战，在岗位上发挥更大的作用，取得更大的进步。</w:t>
      </w:r>
      <w:r>
        <w:rPr>
          <w:lang w:eastAsia="zh-CN"/>
        </w:rPr>
        <w:br/>
      </w:r>
      <w:r>
        <w:rPr>
          <w:lang w:eastAsia="zh-CN"/>
        </w:rPr>
        <w:t>　　我是1999年3月从区房产科借调到区政府办任秘书工作的，主要负责城建、城市管理、环保、劳服、招商、教育、科技、档案、公安、司法等方面工作的文件、综合材料的起草和印制;督促、检查主管领导决定事项和批示的执行情况;完成主管领导交办的其它工作。一年以来，在办公室的领导下，在同志们的支持和帮助下，较好地履行了工作职责，完成了工作任务。现将工作情况作以简要汇报。</w:t>
      </w:r>
      <w:r>
        <w:rPr>
          <w:lang w:eastAsia="zh-CN"/>
        </w:rPr>
        <w:br/>
      </w:r>
      <w:r>
        <w:rPr>
          <w:lang w:eastAsia="zh-CN"/>
        </w:rPr>
        <w:t>　　1、加强学习，提高了政治水平和业务素质。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具备良好的政治和业务素质是做好本职工作的前提和必要条件。我利用工作和业余时间系统地学习了《马克思主义哲学》、《毛泽东思想概论》、《社会主义市场经济》、《行政管理》、《刑法》、《民法》、《公文写作》等理论知识以及与业务部门相关地政策、法规和条例等，逐步提高了自己的素质。我不仅从书本上汲取养分，还谦虚地向周围理论水平高、业务能力强的同志学习，取人之长，补己之短，努力丰富自己、充实自己、提高自己。通过学习，进一步提高了政治水平和驾驭实际工作的能力;提高了思想觉悟和执行党的路线、方针、政策的自觉性;提高了对党在新时期的作用和建设有中国特色社会主义的认识。作为一名中共预备党员，通过对《党章》的学习，更加明确了党员应该具备的素质，坚定了成为一名光荣的中国共产党员的决心。通过对__大有关文件的学习，进一步了解了我国面临的政治形势、经济形势、国防力量、科技教育以及在国际社会的地位和作用。</w:t>
      </w:r>
      <w:r>
        <w:rPr>
          <w:lang w:eastAsia="zh-CN"/>
        </w:rPr>
        <w:br/>
      </w:r>
      <w:r>
        <w:rPr>
          <w:lang w:eastAsia="zh-CN"/>
        </w:rPr>
        <w:t>　　2、勤于动笔，增强了文字功底和思维能力。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秘书工作要求有较强的文字表达能力和逻辑思维能力。为了提高自己的写作能力，我从研究已经成型的材料入手，细心揣摩，边写边改，并请老同志和领导提出意见和建议，然后再进行深入加工，经过反复推敲，最后定稿。一年来，我起草各种综合材料15份，文件20份，龙凤信息13篇。材料的写作需要有详尽、准确的第一手资料，这样才能保证向领导反映准确信息，为及时决策提供可靠依据。在三年来开展的城市管理年活动中，我经常深入到城市管理行政执法分局和基层了解情况，编发了《城市管理活动主题信息》，并及时报送到市政府有关部门，使上级对我区工作有了全面的了解。对于工作中存在的问题，我总是积极动脑筋、想办法，为领导献计献策，充分发挥了助手和参谋作用。政府印发的文件具有很高的严肃性和权威性，代表政府的形象，出现任何纰漏都会影响政府工作的正常进行。对于要印发的文件，我每次都进行认真的核稿和校对，至少3遍以上，并请其他秘书帮助把关，减少了出错的几率，保证了文件准确、及时发放。</w:t>
      </w:r>
      <w:r>
        <w:rPr>
          <w:lang w:eastAsia="zh-CN"/>
        </w:rPr>
        <w:br/>
      </w:r>
      <w:r>
        <w:rPr>
          <w:lang w:eastAsia="zh-CN"/>
        </w:rPr>
        <w:t>　　3、深入实践，强化了协调意识和督办力度。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领导的决策和指示的落实都需要进一步的协调和检查监督，这是秘书工作的一项重要职能。对一些矛盾灵活掌握，具体问题具体分析，及时协调科室之间、科室与辖区单位之间的关系，正确处理问题。在改造凤阳路时，我被派到工地，负责施工质量和进度工作，由于不封路、工期短、地下情况复杂，工程涉及到十几家单位的利益，经常出现窝工现象，影响了正常施工。每当出现问题时，我都深入调查、了解情况，多次协调电信局、供电局等单位，动员他们顾全大局，配合工作，并及时把情况反映给领导，以便领导及时作出决策，同时也使自己得到了很大的锻炼和提高。在受理区长热线电话和群众来信来访时，我都热情服务，较小的问题立即协调业务部门进行处理，较大的问题及时向主管领导汇报，待领导批示后，马上落实到基层单位，并进行监督。有群众反映，北小区一楼饭店没有排烟道，影响正常生活，按领导要求，我立即将情况通知了环保局，并限期进行治理，仅用两天时间，事情就得到了圆满解决，群众非常满意。</w:t>
      </w:r>
      <w:r>
        <w:rPr>
          <w:lang w:eastAsia="zh-CN"/>
        </w:rPr>
        <w:br/>
      </w:r>
      <w:r>
        <w:rPr>
          <w:lang w:eastAsia="zh-CN"/>
        </w:rPr>
        <w:t>　　4、快速反映，完成了临时工作和紧急任务。</w:t>
      </w:r>
      <w:r>
        <w:rPr>
          <w:lang w:eastAsia="zh-CN"/>
        </w:rPr>
        <w:br/>
      </w:r>
      <w:r>
        <w:rPr>
          <w:lang w:eastAsia="zh-CN"/>
        </w:rPr>
        <w:t>　　由于主管领导分管的工作都是涉及到群众利益的大事，所以临时性工作和紧急性任务比较多。今年7月一天，在一公司楼区入口处，有人私自卸了几车建筑垃圾，阻碍了行人通行，而且第二天市领导要到龙凤区检查，情况非常紧急，领导临时决定将清理任务交给了我。当时出租的货车都已经收工，我就四处寻找、询问，最后终于在铁路货场找到了已经收工的货车，将所有垃圾清理干净时，已是第二天早上了。在拆迁厂西违章建筑时，几家钉子户拒绝拆迁，群众反响很大，因为还没有到强制拆迁的时间，领导临时指派我协调有关部门做他们的思想工作，想办法让他们自拆，以尽量避免损失。我协调城管执法局和区法院的同志一起来到现场，向这几户宣传有关拆迁的法律法规和城市改造的必要性，晓之以理，动之以情，终于说服了他们进行了自拆，减少了很多不必要的损失，保证了整个厂西的顺利拆迁。</w:t>
      </w:r>
      <w:r>
        <w:rPr>
          <w:lang w:eastAsia="zh-CN"/>
        </w:rPr>
        <w:br/>
      </w:r>
      <w:r>
        <w:rPr>
          <w:lang w:eastAsia="zh-CN"/>
        </w:rPr>
        <w:t>　　虽然我在一年的工作中取得了一定的成绩，但还存在一定的问题和不足。一是工作有急躁情绪，有时工作急于求成，反而影响了工作的进度和质量;二是处理一些工作关系时还不能得心应手，工作显得措手不及，无从着手。在今后的工作中，我还要继续加强学习，戒骄戒躁，努力实践，为把自己培养成为新时期的合格人才而努力奋斗。</w:t>
      </w:r>
      <w:r>
        <w:rPr>
          <w:lang w:eastAsia="zh-CN"/>
        </w:rPr>
        <w:br/>
      </w:r>
      <w:r>
        <w:rPr>
          <w:lang w:eastAsia="zh-CN"/>
        </w:rPr>
        <w:t xml:space="preserve">    办公室的年终工作总结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一、工作具体情况</w:t>
      </w:r>
      <w:r>
        <w:rPr>
          <w:lang w:eastAsia="zh-CN"/>
        </w:rPr>
        <w:br/>
      </w:r>
      <w:r>
        <w:rPr>
          <w:lang w:eastAsia="zh-CN"/>
        </w:rPr>
        <w:t>　　作为我们酒店办公室的文员，我的主要的工作就是整理资料还有处理其它的一些文件，都是一些比较琐碎的事情。虽然工作是比较的简单的，但是想要做好想要不出错也不是一件容易的事情。自己在这一年的工作中是很好的去完成了这些工作的，也在这其中学到了很多的知识。</w:t>
      </w:r>
      <w:r>
        <w:rPr>
          <w:lang w:eastAsia="zh-CN"/>
        </w:rPr>
        <w:br/>
      </w:r>
      <w:r>
        <w:rPr>
          <w:lang w:eastAsia="zh-CN"/>
        </w:rPr>
        <w:t>　　现在是数据化的时代，很多的东西用数据来纪录是非常的简单明了的，把文件都用电脑保存起来也是很方便去查找的，我是把所有的文件都做了一个分类的处理的，不仅按照文件的类型进行分类，也按照文件的时间进行分类，这样之后再查找起来的`时候就会很方便了。所以我觉得自己的工作其实是做得还蛮不错的，在工作中也有自己的思想，自己也能够去学到一些东西。</w:t>
      </w:r>
      <w:r>
        <w:rPr>
          <w:lang w:eastAsia="zh-CN"/>
        </w:rPr>
        <w:br/>
      </w:r>
      <w:r>
        <w:rPr>
          <w:lang w:eastAsia="zh-CN"/>
        </w:rPr>
        <w:t>　　这一年我想自己的表现应该还是很不错的，在上班的时候我一直都是在认真的工作的，就算把领导交代给我的事情做完了我也会自己去找一些事情做，不会让自己有空闲的时间。自己在工作的过程中是能够提高自己的工作能力的，所以上班的时间是一定要利用好的，可以去学习一些新的东西，让自己的工作变得更加的简单。在工作中我也是比较的认真的，所以也没有出现过不应该的错误。</w:t>
      </w:r>
      <w:r>
        <w:rPr>
          <w:lang w:eastAsia="zh-CN"/>
        </w:rPr>
        <w:br/>
      </w:r>
      <w:r>
        <w:rPr>
          <w:lang w:eastAsia="zh-CN"/>
        </w:rPr>
        <w:t>　　二、工作计划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自己有的时候还是会有一些粗心的，在工作的时候也没有计划性，不会合理的去安排好自己的时间，这样虽然对我的工作影响并不是特别的大，但如果不去改变自己的话是肯定不会有进步的，不管工作几年我的工作能力也只能是现在这个样子的了。所以之后的工作计划是要让自己把现在工作的过程中存在的不足一一的去改善，让自己能够有更好的工作能力。我相信在明年的这个时候我是一定会有更多的收获的，自己也会变得更加的优秀。</w:t>
      </w:r>
      <w:r>
        <w:rPr>
          <w:lang w:eastAsia="zh-CN"/>
        </w:rPr>
        <w:br/>
      </w:r>
      <w:r>
        <w:rPr>
          <w:lang w:eastAsia="zh-CN"/>
        </w:rPr>
        <w:t xml:space="preserve">    办公室的年终工作总结 篇11 </w:t>
      </w:r>
      <w:r>
        <w:rPr>
          <w:lang w:eastAsia="zh-CN"/>
        </w:rPr>
        <w:br/>
      </w:r>
      <w:r>
        <w:rPr>
          <w:lang w:eastAsia="zh-CN"/>
        </w:rPr>
        <w:t>　　20__年，是报社创立的第一年，办公室紧紧围绕报社创立初期的中心工作，在报社领导的指导下，牢牢把握服务报社、服务领导、服务员工的宗旨，积极探索工作方法和工作思路，努力发挥职能作用，认真抓好自身建设，较好地完成了各项工作任务。总结一年的工作，主要有以下几个方面：</w:t>
      </w:r>
      <w:r>
        <w:rPr>
          <w:lang w:eastAsia="zh-CN"/>
        </w:rPr>
        <w:br/>
      </w:r>
      <w:r>
        <w:rPr>
          <w:lang w:eastAsia="zh-CN"/>
        </w:rPr>
        <w:t>　　一、当好参谋助手，开创性地开展工作</w:t>
      </w:r>
      <w:r>
        <w:rPr>
          <w:lang w:eastAsia="zh-CN"/>
        </w:rPr>
        <w:br/>
      </w:r>
      <w:r>
        <w:rPr>
          <w:lang w:eastAsia="zh-CN"/>
        </w:rPr>
        <w:t>　　1、文件处理是办公室行政工作中最大量、最基础的日常工作，也是报社与上级机关、兄弟单位政策信息相互沟通交流的重要渠道。为了更好地做好这项工作，办公室坚持做到会议有记录、会后有纪要，文件传达及时准确，文件内容完整真实，文件格式规范标准，一年来，办公室累计收发文件170余件，确保了报社各项工作及时、准确地安排部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档案工作是报社管理基础工作的重要组成部分，也是维护报社利益和历史真实面貌的一项重要工作。为了有效地保护和利用档案，切实做好文件档案的存档和保管工作，办公室指定专人负责档案管理，并按照发文单位、文件字号、密级、内容等不同类别分类保管，严格履行档案文件的登记、借阅、收回和审批手续，坚持做到密级文件不外传、内部文件不流失。同时，办公室还加强了合同管理力度，对所有涉外合同协议，进行统一留存和管理。</w:t>
      </w:r>
      <w:r>
        <w:rPr>
          <w:lang w:eastAsia="zh-CN"/>
        </w:rPr>
        <w:br/>
      </w:r>
      <w:r>
        <w:rPr>
          <w:lang w:eastAsia="zh-CN"/>
        </w:rPr>
        <w:t>　　3、为了做好信息采集和传递工作，办公室坚持做到来电有记录、来信有登记、来访有接待，并将信息及时整理上报，确保信息渠道的畅通。特别是对宣传要求的处理上严格按要求执行，保证第一时间到达采编领导手中的同时，在内网做好关键词的提示，为采编工作提供有力服务。</w:t>
      </w:r>
      <w:r>
        <w:rPr>
          <w:lang w:eastAsia="zh-CN"/>
        </w:rPr>
        <w:br/>
      </w:r>
      <w:r>
        <w:rPr>
          <w:lang w:eastAsia="zh-CN"/>
        </w:rPr>
        <w:t>　　4、为了加强对印鉴的管理，办公室制订了《印鉴管理使用规定》，规范了印鉴的管理、使用和审批程序。</w:t>
      </w:r>
      <w:r>
        <w:rPr>
          <w:lang w:eastAsia="zh-CN"/>
        </w:rPr>
        <w:br/>
      </w:r>
      <w:r>
        <w:rPr>
          <w:lang w:eastAsia="zh-CN"/>
        </w:rPr>
        <w:t>　　5、积极开展法律维权工作，查找涉及侵权稿件80余次，涉及地区10余省市。鉴于目前网站转载情况严重，办公室通过电话、发函等形式进行有效沟通，随意转载的情况有了一定好转，同时也与有些网站也达成了初步合作意向，同意开辟青年周末专区，建立合作关系。</w:t>
      </w:r>
      <w:r>
        <w:rPr>
          <w:lang w:eastAsia="zh-CN"/>
        </w:rPr>
        <w:br/>
      </w:r>
      <w:r>
        <w:rPr>
          <w:lang w:eastAsia="zh-CN"/>
        </w:rPr>
        <w:t>　　6、在报社公司化的进程中，办公室通过与北青报社、市科协、团市委、新闻出版总署、市新闻出版局、工商局等机构建立良好的工作关系，报社顺利取得了《出版许可证》、《出版物经营许可证》、《营业执照》等相关证照，有力的保证了企业的正常运营。</w:t>
      </w:r>
      <w:r>
        <w:rPr>
          <w:lang w:eastAsia="zh-CN"/>
        </w:rPr>
        <w:br/>
      </w:r>
      <w:r>
        <w:rPr>
          <w:lang w:eastAsia="zh-CN"/>
        </w:rPr>
        <w:t>　　二、健全管理制度，做好人事管理工作</w:t>
      </w:r>
      <w:r>
        <w:rPr>
          <w:lang w:eastAsia="zh-CN"/>
        </w:rPr>
        <w:br/>
      </w:r>
      <w:r>
        <w:rPr>
          <w:lang w:eastAsia="zh-CN"/>
        </w:rPr>
        <w:t>　　1、建立健全人事管理制度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了规范报社人事管理工作，办公室制订了《报社人事工作手册》、《报社员工请销假制度》、《报社试用、实习人员上岗规定》等一系列规章制度，在人员招聘、实习、试用、培训、聘用等各个环节都做到有章可循、有法可依。办公室还根据报社内部岗位设置，编制了岗位职责说明书，力争尽早实现人事管理职能向人力资源管理职能的转化。</w:t>
      </w:r>
      <w:r>
        <w:rPr>
          <w:lang w:eastAsia="zh-CN"/>
        </w:rPr>
        <w:br/>
      </w:r>
      <w:r>
        <w:rPr>
          <w:lang w:eastAsia="zh-CN"/>
        </w:rPr>
        <w:t>　　2、做好采编人员的绩效统计工作</w:t>
      </w:r>
      <w:r>
        <w:rPr>
          <w:lang w:eastAsia="zh-CN"/>
        </w:rPr>
        <w:br/>
      </w:r>
      <w:r>
        <w:rPr>
          <w:lang w:eastAsia="zh-CN"/>
        </w:rPr>
        <w:t>　　在坚持做好绩效统计工作的同时，办公室还计划采用图表的方式，内容涵盖目前每个人日常绩效记录和总编辑奖及提名记录，以量化记录为主，辅以文字说明，以更直观地目视管理每个编采人员的工作绩效水平。并以此建立编采人员的绩效档案，以便于报社领导对采编人员业务水平的掌控提供客观依据，使绩效由单纯地统计职能逐步转为统计与管理职能。</w:t>
      </w:r>
      <w:r>
        <w:rPr>
          <w:lang w:eastAsia="zh-CN"/>
        </w:rPr>
        <w:br/>
      </w:r>
      <w:r>
        <w:rPr>
          <w:lang w:eastAsia="zh-CN"/>
        </w:rPr>
        <w:t>　　3、及时建立员工社会保障</w:t>
      </w:r>
      <w:r>
        <w:rPr>
          <w:lang w:eastAsia="zh-CN"/>
        </w:rPr>
        <w:br/>
      </w:r>
      <w:r>
        <w:rPr>
          <w:lang w:eastAsia="zh-CN"/>
        </w:rPr>
        <w:t>　　办公室坚持做到员工信息及时更新，信息内容真实有效。认真摸清员工基本情况，做好存档及社保关系的准确缴存工作。同时，在第一时间做到离职人员的缴存关系终止及社保关系的转移工作。目前已完成报社人事档案关系的建立、员工社保、医保关系的建立和住房公积金建立，拟订了正式劳动合同。</w:t>
      </w:r>
      <w:r>
        <w:rPr>
          <w:lang w:eastAsia="zh-CN"/>
        </w:rPr>
        <w:br/>
      </w:r>
      <w:r>
        <w:rPr>
          <w:lang w:eastAsia="zh-CN"/>
        </w:rPr>
        <w:t>　　4、加强采编人员和发行人员的业务培训工作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为进一步提高采编人员的知识水平和业务能力，办公室积极联系北青报人事处及新闻出版局等有关单位，为报社尽可能多地争取采编人员岗位资格培训和发行人员的资格培训，全年共有5名同志参加了采编培训，有1名同志参加了发行资格培训，并取得了合格证书。</w:t>
      </w:r>
      <w:r>
        <w:rPr>
          <w:lang w:eastAsia="zh-CN"/>
        </w:rPr>
        <w:br/>
      </w:r>
      <w:r>
        <w:rPr>
          <w:lang w:eastAsia="zh-CN"/>
        </w:rPr>
        <w:t>　　三、增强服务意识，做好后勤保障工作</w:t>
      </w:r>
      <w:r>
        <w:rPr>
          <w:lang w:eastAsia="zh-CN"/>
        </w:rPr>
        <w:br/>
      </w:r>
      <w:r>
        <w:rPr>
          <w:lang w:eastAsia="zh-CN"/>
        </w:rPr>
        <w:t>　　1、工作用餐不再发愁</w:t>
      </w:r>
      <w:r>
        <w:rPr>
          <w:lang w:eastAsia="zh-CN"/>
        </w:rPr>
        <w:br/>
      </w:r>
      <w:r>
        <w:rPr>
          <w:lang w:eastAsia="zh-CN"/>
        </w:rPr>
        <w:t>　　在大厦物业不能提供工作餐饮服务期间，办公室积极联系并解决了员工工作餐的问题，为了使员工满意，通过比较，选择了一家品味及品质都比较好的送餐单位，并根据报社工作特点，解决了员工加班用餐问题。为了严格控制用餐费用，办公室坚持做好用餐统计和结算工作，在餐费管理上与财务室建立了监督审核机制。</w:t>
      </w:r>
      <w:r>
        <w:rPr>
          <w:lang w:eastAsia="zh-CN"/>
        </w:rPr>
        <w:br/>
      </w:r>
      <w:r>
        <w:rPr>
          <w:lang w:eastAsia="zh-CN"/>
        </w:rPr>
        <w:t>　　2、规范报纸收发及邮寄工作</w:t>
      </w:r>
      <w:r>
        <w:rPr>
          <w:lang w:eastAsia="zh-CN"/>
        </w:rPr>
        <w:br/>
      </w:r>
      <w:r>
        <w:rPr>
          <w:lang w:eastAsia="zh-CN"/>
        </w:rPr>
        <w:t>　　办公室对报刊收发及邮寄工作进行了严格管理，做到报刊摆放、使用有序进行。同时对报社发生的日常邮件及快递管理工作做到每件有记录，月底及时进行费用核算。在快递资费方面对各部门支出情况进行统计，并适时对库存报纸进行盘点，根据各项费用支出和报纸领用情况建立统计图表，直观备查资料。</w:t>
      </w:r>
      <w:r>
        <w:rPr>
          <w:lang w:eastAsia="zh-CN"/>
        </w:rPr>
        <w:br/>
      </w:r>
      <w:r>
        <w:rPr>
          <w:lang w:eastAsia="zh-CN"/>
        </w:rPr>
        <w:t>　　3、保证饮水供应</w:t>
      </w:r>
      <w:r>
        <w:rPr>
          <w:lang w:eastAsia="zh-CN"/>
        </w:rPr>
        <w:br/>
      </w:r>
      <w:r>
        <w:rPr>
          <w:lang w:eastAsia="zh-CN"/>
        </w:rPr>
        <w:t>　　对报社饮用水票进行使用登记，以此预估每月所需饮用水量，对饮用水品牌进行备案，同时，建立与办公用品相类似的预警机制，确保饮水供应。</w:t>
      </w:r>
      <w:r>
        <w:rPr>
          <w:lang w:eastAsia="zh-CN"/>
        </w:rPr>
        <w:br/>
      </w:r>
      <w:r>
        <w:rPr>
          <w:lang w:eastAsia="zh-CN"/>
        </w:rPr>
        <w:t>　　4、停车位和用电问题得到解决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为了保障报社出报环节不受影响，办公室积极与物业协调，由物业提供UBS接入设备，并支付了1万元的赔偿费。同时，经与物业协调，以较低的价格解决了三个地下车位（每车仅收管理费150元）和一个地上免费车位。</w:t>
      </w:r>
      <w:r>
        <w:rPr>
          <w:lang w:eastAsia="zh-CN"/>
        </w:rPr>
        <w:br/>
      </w:r>
      <w:r>
        <w:rPr>
          <w:lang w:eastAsia="zh-CN"/>
        </w:rPr>
        <w:t>　　5、规范办公用品购买及领用程序，建立健全相关管理制度</w:t>
      </w:r>
      <w:r>
        <w:rPr>
          <w:lang w:eastAsia="zh-CN"/>
        </w:rPr>
        <w:br/>
      </w:r>
      <w:r>
        <w:rPr>
          <w:lang w:eastAsia="zh-CN"/>
        </w:rPr>
        <w:t>　　一是通过与各部门的沟通，及时掌握需求，建立办公用品周期采购计划；二是采用登记建账、日销周调的方法，制订《办公设施、设备使用管理规定》，加强办公用品日常领用管理；三是建立库存办公用品预警机制，及时补充进货，确保各部门所需，提高了工作效率的同时也极大地方便了职工。</w:t>
      </w:r>
      <w:r>
        <w:rPr>
          <w:lang w:eastAsia="zh-CN"/>
        </w:rPr>
        <w:br/>
      </w:r>
      <w:r>
        <w:rPr>
          <w:lang w:eastAsia="zh-CN"/>
        </w:rPr>
        <w:t>　　6、配备消防设备，强化安全意识</w:t>
      </w:r>
      <w:r>
        <w:rPr>
          <w:lang w:eastAsia="zh-CN"/>
        </w:rPr>
        <w:br/>
      </w:r>
      <w:r>
        <w:rPr>
          <w:lang w:eastAsia="zh-CN"/>
        </w:rPr>
        <w:t>　　为了确保报社的消防安全工作，办公室采购了一批消防设备，并配合物业对办公区域消防设备进行了认真细致的检查和维护，在重点区域配备了数量充足的消防设备。同时，组织全体职工进行了一次消防安全培训，讲解消防安全常识，强化了报社职工的安全意识。</w:t>
      </w:r>
      <w:r>
        <w:rPr>
          <w:lang w:eastAsia="zh-CN"/>
        </w:rPr>
        <w:br/>
      </w:r>
      <w:r>
        <w:rPr>
          <w:lang w:eastAsia="zh-CN"/>
        </w:rPr>
        <w:t>　　7、建立小药箱</w:t>
      </w:r>
      <w:r>
        <w:rPr>
          <w:lang w:eastAsia="zh-CN"/>
        </w:rPr>
        <w:br/>
      </w:r>
      <w:r>
        <w:rPr>
          <w:lang w:eastAsia="zh-CN"/>
        </w:rPr>
        <w:t>　　为了保证员工工作中的小毛小病得到及时治疗，办公室准备了常用药品，如：创可贴、绷带、感冒冲剂、黄连素等基本医疗用品。</w:t>
      </w:r>
      <w:r>
        <w:rPr>
          <w:lang w:eastAsia="zh-CN"/>
        </w:rPr>
        <w:br/>
      </w:r>
      <w:r>
        <w:rPr>
          <w:lang w:eastAsia="zh-CN"/>
        </w:rPr>
        <w:t>　　四、抓好文化建设，营造良好工作氛围</w:t>
      </w:r>
      <w:r>
        <w:rPr>
          <w:lang w:eastAsia="zh-CN"/>
        </w:rPr>
        <w:br/>
      </w:r>
      <w:r>
        <w:rPr>
          <w:lang w:eastAsia="zh-CN"/>
        </w:rPr>
        <w:t>　　1、办公室通过举办各种丰富多彩的活动，既活跃了职工的业余文化生活，在活动中也提高了报社的凝聚力。办公室先后组织了怀柔出游、真人CS大赛并积极配合编辑部组织了红楼海选、职工笑脸墙等多项活动，认真做好活动的前期准备工作、做好活动中的联络服务工作、做好活动后的收尾总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2、办公室还抽调专人配合报社党团组织活动，据统计，报社现有28岁以下团员青年17人，目前报社已正式组建了团支部。</w:t>
      </w:r>
      <w:r>
        <w:rPr>
          <w:lang w:eastAsia="zh-CN"/>
        </w:rPr>
        <w:br/>
      </w:r>
      <w:r>
        <w:rPr>
          <w:lang w:eastAsia="zh-CN"/>
        </w:rPr>
        <w:t>　　五、强化自身建设，以迎接更大的挑战</w:t>
      </w:r>
      <w:r>
        <w:rPr>
          <w:lang w:eastAsia="zh-CN"/>
        </w:rPr>
        <w:br/>
      </w:r>
      <w:r>
        <w:rPr>
          <w:lang w:eastAsia="zh-CN"/>
        </w:rPr>
        <w:t>　　作为报社的综合职能部门，办公室人员编制少，工作繁杂、琐碎，涉及面广，很多工作不可预测，因此不断提高自身素质和处理复杂事件的能力，是对办公室工作人员的基本要求。办公室坚持每天自学，经常召开工作讨论会，互相交换心得，分享工作经验。</w:t>
      </w:r>
      <w:r>
        <w:rPr>
          <w:lang w:eastAsia="zh-CN"/>
        </w:rPr>
        <w:br/>
      </w:r>
      <w:r>
        <w:rPr>
          <w:lang w:eastAsia="zh-CN"/>
        </w:rPr>
        <w:t>　　总之，在过去的一年里，在报社领导以及各部门的大力支持下，经过全体人员共同努力，基本上按计划完成了工作任务。尽管取得了一些成绩，但我们深知，办公室工作没有止境，如何更好地树立窗口形象，更好地发挥协调与服务职能，更好地开拓创新和持续发展，仍然是我们今后在工作中需要不断思考的问题。我们深感重任在肩，不敢有丝毫懈怠。</w:t>
      </w:r>
      <w:r>
        <w:rPr>
          <w:lang w:eastAsia="zh-CN"/>
        </w:rPr>
        <w:br/>
      </w:r>
      <w:r>
        <w:rPr>
          <w:lang w:eastAsia="zh-CN"/>
        </w:rPr>
        <w:t xml:space="preserve">    办公室的年终工作总结 篇12 </w:t>
      </w:r>
      <w:r>
        <w:rPr>
          <w:lang w:eastAsia="zh-CN"/>
        </w:rPr>
        <w:br/>
      </w:r>
      <w:r>
        <w:rPr>
          <w:lang w:eastAsia="zh-CN"/>
        </w:rPr>
        <w:t>　　一、办公室的日常管理工作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俗话说：隔行如隔山，初来本公司时，由于行业的区别，及工作性质的不同，确实有过束手无策，好在有同事的帮忙，使我以最快的速度熟悉办公室的工作。我深知，办公室是总经理室直接领导下属的综合管理机构，是沟通内外、联系四面八方的枢纽。办公室的工作千头万绪，有文书处理、档案管理、收发传真、必需品的采买、招待客人及后勤管理等。面对繁杂琐碎的工作，我从陌生到熟悉，凭着对工作的负责精神，秉持着多问和多学的理念，逐步掌握办公室业务流程。</w:t>
      </w:r>
      <w:r>
        <w:rPr>
          <w:lang w:eastAsia="zh-CN"/>
        </w:rPr>
        <w:br/>
      </w:r>
      <w:r>
        <w:rPr>
          <w:lang w:eastAsia="zh-CN"/>
        </w:rPr>
        <w:t>　　1、严格遵守办公室的各项制度</w:t>
      </w:r>
      <w:r>
        <w:rPr>
          <w:lang w:eastAsia="zh-CN"/>
        </w:rPr>
        <w:br/>
      </w:r>
      <w:r>
        <w:rPr>
          <w:lang w:eastAsia="zh-CN"/>
        </w:rPr>
        <w:t>　　谨记领导的指示和批评并付诸于实际，不迟到，不早退，不旷工。做事要谨慎认真，向领导汇报的材料要仔细检查，日常工作要记录并及时上报;待人处事要有礼貌，对待同事要坦诚宽容;严肃办公室纪律，工作不懈怠，不玩游戏、不闲聊、不做与工作内容无关的事情。</w:t>
      </w:r>
      <w:r>
        <w:rPr>
          <w:lang w:eastAsia="zh-CN"/>
        </w:rPr>
        <w:br/>
      </w:r>
      <w:r>
        <w:rPr>
          <w:lang w:eastAsia="zh-CN"/>
        </w:rPr>
        <w:t>　　2、认真做好公司的文档工作</w:t>
      </w:r>
      <w:r>
        <w:rPr>
          <w:lang w:eastAsia="zh-CN"/>
        </w:rPr>
        <w:br/>
      </w:r>
      <w:r>
        <w:rPr>
          <w:lang w:eastAsia="zh-CN"/>
        </w:rPr>
        <w:t>　　对于档案室的文件要按照顺序和分类排好，还要在档案袋上清晰写出档案中文件名称，以便管理和查阅，对于一些人员和公司文件要加密放好。正确及时打印各类文件和资料，认真做好公司有关文件的收发、登记、分递、文印和督办工作;公司所有的文件、审批表、协议书整理归档入册，做好资料归档工作。配合领导在制订的各项规章制度基础上进一步补充、完善各项规章制度。及时传达贯彻公司有关会议、文件、批示精神。</w:t>
      </w:r>
      <w:r>
        <w:rPr>
          <w:lang w:eastAsia="zh-CN"/>
        </w:rPr>
        <w:br/>
      </w:r>
      <w:r>
        <w:rPr>
          <w:lang w:eastAsia="zh-CN"/>
        </w:rPr>
        <w:t>　　二、加强自身学习，提高业务水平</w:t>
      </w:r>
      <w:r>
        <w:rPr>
          <w:lang w:eastAsia="zh-CN"/>
        </w:rPr>
        <w:br/>
      </w:r>
      <w:r>
        <w:rPr>
          <w:lang w:eastAsia="zh-CN"/>
        </w:rPr>
        <w:t>　　坚持把加强学习作为提高自身素质的关键措施。在工作中，紧紧把握“理论联系实际”这一主线，努力把知识用到工作实践当中，丰富阅历，扩展视野，使自己尽快地适应工作并成为优秀的工作者。积极参加公司组织的培训活动，认真学习规定的学习内容和篇目，坚持每天写工作日志，认真记录每天的工作内容，使自己的素质有了很大的提高，为自己开展各项工作提供了强大的动力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三、存在的问题和今后努力方向</w:t>
      </w:r>
      <w:r>
        <w:rPr>
          <w:lang w:eastAsia="zh-CN"/>
        </w:rPr>
        <w:br/>
      </w:r>
      <w:r>
        <w:rPr>
          <w:lang w:eastAsia="zh-CN"/>
        </w:rPr>
        <w:t>　　在这段时间，本人能敬业爱岗、全力以赴地开展工作，取得了一些成绩，但也存在一些问题和不足，主要表现在：工作主动性有待进一步提高;有些工作还不够过细，一些工作协调的不是十分到位;自己的文字功底还需加强练习;急需练字，才能更好地从事办公室工作。</w:t>
      </w:r>
      <w:r>
        <w:rPr>
          <w:lang w:eastAsia="zh-CN"/>
        </w:rPr>
        <w:br/>
      </w:r>
      <w:r>
        <w:rPr>
          <w:lang w:eastAsia="zh-CN"/>
        </w:rPr>
        <w:t>　　在以后走向社会工作时，我想我应努力做到：加强学习，拓宽知识面。本着实事求是的原则，做到上情下达、下情上报;真正做好领导的助手工作;注重本部门的工作作风建设，加强管理，团结一致，勤奋工作，形成良好的部门工作氛围。不断改进办公室对其他部门的支持能力、服务水平。遵守公司内部规章制度，维护公司利益，积极为公司创造更高价值，力争取得更大的工作成绩。</w:t>
      </w:r>
      <w:r>
        <w:rPr>
          <w:lang w:eastAsia="zh-CN"/>
        </w:rPr>
        <w:br/>
      </w:r>
      <w:r>
        <w:rPr>
          <w:lang w:eastAsia="zh-CN"/>
        </w:rPr>
        <w:t>　　以上是我对自己的一些缺点的总结及今后在工作中应如何去做好工作的想法，我会在今后的工作中用自己的实际行动来做好每一天的工作，请各位领导及同事在今后的工作中多多批评指正，我会努力成长为一名对公司有用的人才。</w:t>
      </w:r>
      <w:r>
        <w:rPr>
          <w:lang w:eastAsia="zh-CN"/>
        </w:rPr>
        <w:br/>
      </w:r>
      <w:r>
        <w:rPr>
          <w:lang w:eastAsia="zh-CN"/>
        </w:rPr>
        <w:t xml:space="preserve">    办公室的年终工作总结 篇13 </w:t>
      </w:r>
      <w:r>
        <w:rPr>
          <w:lang w:eastAsia="zh-CN"/>
        </w:rPr>
        <w:br/>
      </w:r>
      <w:r>
        <w:rPr>
          <w:lang w:eastAsia="zh-CN"/>
        </w:rPr>
        <w:t>　　斗转星移，日月更迭，辉煌而难忘的20__年转眼即将逝去，新的一年己款款向我们走来。回首过去的20__年，我紧密团结在以_主任为核心的仓库领导班子周围，在全体干部职工的大力支持下，我脚踏实地，努力工作，为仓库的发展而竭尽全力。年末岁初，为把新的一年工作做的更好，现对我20__年工作回顾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一、不断学习，提高能力</w:t>
      </w:r>
      <w:r>
        <w:rPr>
          <w:lang w:eastAsia="zh-CN"/>
        </w:rPr>
        <w:br/>
      </w:r>
      <w:r>
        <w:rPr>
          <w:lang w:eastAsia="zh-CN"/>
        </w:rPr>
        <w:t>　　办公室做为仓库后勤机构，负责着单位的信息工作、来客接待、一些公文(安全保卫部工作总结20__)起草等，这都需要一定的知识。做为单位承上启下的桥梁，办公室向上连系着仓库领导班子，向下面对着仓库广大职工，向上要反映仓库情况，向下要传达领导精神，加强自己的沟通能力也十分重要，因此，工作之余，我总是不断学习，多读书、看报，努力提高素质，增强自身工作能力，工作中，多向肖总学习实践经验，努力积累实际工作能力。</w:t>
      </w:r>
      <w:r>
        <w:rPr>
          <w:lang w:eastAsia="zh-CN"/>
        </w:rPr>
        <w:br/>
      </w:r>
      <w:r>
        <w:rPr>
          <w:lang w:eastAsia="zh-CN"/>
        </w:rPr>
        <w:t>　　二、以身作则，身体力行</w:t>
      </w:r>
      <w:r>
        <w:rPr>
          <w:lang w:eastAsia="zh-CN"/>
        </w:rPr>
        <w:br/>
      </w:r>
      <w:r>
        <w:rPr>
          <w:lang w:eastAsia="zh-CN"/>
        </w:rPr>
        <w:t>　　办公室工作内容多而杂，这需要工作热情，不怕出力，不怕付出，又需要一颗细致的心。为把工作做好，日常工作中，我每天总是早早到仓库，打扫卫生，放音乐。等员工们陆续到来时，我又放下手中的活，进行考勤，别人不想干的活，自已干，别人没看见的活，自已干。在原办公楼时，臭烘烘的而所，我总是主动清理、洗刷，以身作则，身体力行，让自己的行动做为带动办公室工作的语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办公室作为仓库许多制度的执行者、监督者，我深知身上的责任，要时时注意自身形象，因为仓库员工都在你身后看着你，你的一言一行，就是仓库制度的标杆，我必须做仓库制度执行的表率，已不正不能正人，自己没做好就去要求别人，说话就没底气，因此，工作中我高标准，严格要求自己，每天是早上班，晚下班，夜间值班，仓库与家虽仅有一墙之隔但是为了遵守仓库制度我也很少回家，努力使自己成为仓库规章制度执行的表率，为在仓库树立良好的风气，尽自己的努力。好的风气，尽自己的努力。</w:t>
      </w:r>
      <w:r>
        <w:rPr>
          <w:lang w:eastAsia="zh-CN"/>
        </w:rPr>
        <w:br/>
      </w:r>
      <w:r>
        <w:rPr>
          <w:lang w:eastAsia="zh-CN"/>
        </w:rPr>
        <w:t>　　三、积极参加义务劳动，切实履行职责，做好领导助手</w:t>
      </w:r>
      <w:r>
        <w:rPr>
          <w:lang w:eastAsia="zh-CN"/>
        </w:rPr>
        <w:br/>
      </w:r>
      <w:r>
        <w:rPr>
          <w:lang w:eastAsia="zh-CN"/>
        </w:rPr>
        <w:t>　　做为办公室主作，工作中我总是积极参加仓库组织的集体劳动，在领导工作忙，不能亲自到现场安排时，我总是带领大家，合理安排，妥善分配工作任务，认真协调，让大家心服口服地去完成既定工作量，保证仓库每次义务劳动都能在领导不在的情况下，顺利实现目标，切实履行了自己的职责，当好了领导班子的助手。</w:t>
      </w:r>
      <w:r>
        <w:rPr>
          <w:lang w:eastAsia="zh-CN"/>
        </w:rPr>
        <w:br/>
      </w:r>
      <w:r>
        <w:rPr>
          <w:lang w:eastAsia="zh-CN"/>
        </w:rPr>
        <w:t>　　在今年的托市收购上，我也积极投入到了收购工作中去。在库领导的指示下，我迅速行动起来，带领办公室人员为收粮大户们及时准备好了在仓库售粮时休息的舒适场所，及时为他们安排了食宿,调动了他们为仓库多拉粮的积极性。在托市接收期间，白天，我带领办公室人员为在第一线工作的员工及时送茶、送水、送西瓜。在午夜，又我穿梭于各收粮现场，统计加班人员人数，及时通知职工食堂为加班人员准备加班饭，让大家能够在又冷又饿的加班工作中，吃上热腾腾的加班饭，能够使大家保持旺盛的精神去投入到托市工作中去。为托市收购工作努力贡献自己的全部力量。</w:t>
      </w:r>
      <w:r>
        <w:rPr>
          <w:lang w:eastAsia="zh-CN"/>
        </w:rPr>
        <w:br/>
      </w:r>
    </w:p>
    <w:p w:rsidR="001B1F19" w14:textId="27C3F48A">
      <w:pPr>
        <w:rPr>
          <w:rFonts w:hint="eastAsia"/>
          <w:lang w:eastAsia="zh-CN"/>
        </w:rPr>
      </w:pPr>
      <w:r>
        <w:rPr>
          <w:lang w:eastAsia="zh-CN"/>
        </w:rPr>
        <w:t>　　一年来，我始终牢记领导的信任和期盼，工作中，能身体历行，率先垂范，以库为家，忘我工作，为仓库发展贡献出了自己的努力，在过去的一年中取得一定成绩，但还与领导希望与要求还有一定差距，如管理不够细致，在管理手段灵活性上需要改进，有时没能及时发现潜在的问题，为领导服务不太细致等等。在新的一年里，我一定倍加珍惜领导信任和期望，改进不足，奋发工作，为仓库的发展贡献自己的力量。</w:t>
      </w:r>
      <w:r>
        <w:rPr>
          <w:lang w:eastAsia="zh-CN"/>
        </w:rPr>
        <w:br/>
      </w:r>
      <w:r>
        <w:rPr>
          <w:lang w:eastAsia="zh-CN"/>
        </w:rPr>
        <w:t>　　按照乡党委、政府的分工，今年我负责党政办工作，兼任党政办公室主任，在乡党委、政府的正确领导下，紧紧围绕全乡工作大局，精心办理会务，认真搞好事务，努力争先创优，在三个服务上取得了明显成效，较好地发挥了参谋助手、综合协调、服务保障等职能，各项工作都取得了新的进步。</w:t>
      </w:r>
      <w:r>
        <w:rPr>
          <w:lang w:eastAsia="zh-CN"/>
        </w:rPr>
        <w:br/>
      </w:r>
      <w:r>
        <w:rPr>
          <w:lang w:eastAsia="zh-CN"/>
        </w:rPr>
        <w:t>　　一、主要工作成效</w:t>
      </w:r>
      <w:r>
        <w:rPr>
          <w:lang w:eastAsia="zh-CN"/>
        </w:rPr>
        <w:br/>
      </w:r>
      <w:r>
        <w:rPr>
          <w:lang w:eastAsia="zh-CN"/>
        </w:rPr>
        <w:t>　　(一)狠抓自身建设，推动办公室工作走上规范化、制度化、科学化轨道。</w:t>
      </w:r>
      <w:r>
        <w:rPr>
          <w:lang w:eastAsia="zh-CN"/>
        </w:rPr>
        <w:br/>
      </w:r>
      <w:r>
        <w:rPr>
          <w:lang w:eastAsia="zh-CN"/>
        </w:rPr>
        <w:t>　　一抓学习教育。办公室的特殊地位及其肩负的重任，要求办公室每位同志都必须把学习放在首要位置。一年来，办公室全体树立学习工作化、工作学习化的理念，把学习当成一种责任、一种追求，促进自身素质的不断增强和全面提高。发扬理论联系实际的学风，努力形成，思而入，入而进的良好习惯，做到勤于思考，善于思考，善于实践，勇于创新，努力成为能够适应不同工作的多面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https://d.book118.com/297021144122006041</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9702114412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