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2024小学生感恩的演讲稿（35篇）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2024小学生感恩的演讲稿（通用35篇）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 </w:t>
      </w:r>
      <w:r>
        <w:rPr>
          <w:lang w:eastAsia="zh-CN"/>
        </w:rPr>
        <w:br/>
      </w:r>
      <w:r>
        <w:rPr>
          <w:lang w:eastAsia="zh-CN"/>
        </w:rPr>
        <w:t>　　尊敬的各位老师，亲爱的同学们：</w:t>
      </w:r>
      <w:r>
        <w:rPr>
          <w:lang w:eastAsia="zh-CN"/>
        </w:rPr>
        <w:br/>
      </w:r>
      <w:r>
        <w:rPr>
          <w:lang w:eastAsia="zh-CN"/>
        </w:rPr>
        <w:t>　　大家上午好!</w:t>
      </w:r>
      <w:r>
        <w:rPr>
          <w:lang w:eastAsia="zh-CN"/>
        </w:rPr>
        <w:br/>
      </w:r>
      <w:r>
        <w:rPr>
          <w:lang w:eastAsia="zh-CN"/>
        </w:rPr>
        <w:t>　　我是来自_年级_班的__，今天我站在这里演讲我感到非常的高兴，我演讲的主题是《心怀感恩》。在我们的生活中，我们一定得到过很多人的帮助，比如父母，老师，同学，我们要对这些帮助过我们的人怀着感恩之心，感谢他们给我们的帮助。</w:t>
      </w:r>
      <w:r>
        <w:rPr>
          <w:lang w:eastAsia="zh-CN"/>
        </w:rPr>
        <w:br/>
      </w:r>
      <w:r>
        <w:rPr>
          <w:lang w:eastAsia="zh-CN"/>
        </w:rPr>
        <w:t>　　我们从小小的婴儿成长到现在，是非常的不容易的，所以我们要感谢我们的父母。父母为了我们付出了很多，为了给我们更好的生活而忙碌的工作，也为了照顾好我们在忙碌的工作结束之后还要给我们做饭。是不是有很多的人觉得父母这样做是理所当然的，是他们愿意的。其实我们是不能这样想的，因为这些事情父母不是一定要做的，就算不做他们也能够生活的开心，之所以这样都是为了我们。所以我们要感恩父母的付出，感恩父母为我们所做的一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我们从一无所知到现在学到了很多的知识，都是老师教给我们的，所以我们应该要感谢老师。老师为了让我们能够更好的学习，花很多的时间去备课，让我们能够更容易的获取到知识。老师也是不必要这样做的，他也可以只把他要教的东西都告诉我们不管我们有没有学到。虽然好的教学成绩会让他锦上添花，但我们没有学到知识的话老师也是没有很大的影响的。所以我们也不要认为老师为我们上课是理所当然的事情，我们要对老师心怀感恩。</w:t>
      </w:r>
      <w:r>
        <w:rPr>
          <w:lang w:eastAsia="zh-CN"/>
        </w:rPr>
        <w:br/>
      </w:r>
      <w:r>
        <w:rPr>
          <w:lang w:eastAsia="zh-CN"/>
        </w:rPr>
        <w:t>　　我们能够每天都生活的这么的开心，是离不开朋友的陪伴的，所以我们要感恩他们。若是一个人身边没有朋友那必定是孤独的，也会羡慕着其它有朋友的人。朋友带给了我们很多的快乐，让我们的生活变得更加的美好，所以我们应该要感恩朋友们对我们的好。</w:t>
      </w:r>
      <w:r>
        <w:rPr>
          <w:lang w:eastAsia="zh-CN"/>
        </w:rPr>
        <w:br/>
      </w:r>
      <w:r>
        <w:rPr>
          <w:lang w:eastAsia="zh-CN"/>
        </w:rPr>
        <w:t>　　在我们的生活中，也有很多值得我们感恩的事物。早上出门上学的时候，温暖的阳光照射到自己的身上，让我们感觉到非常的温暖，所以我们要感谢太阳;路边开的非常鲜艳的花朵，给我们的人生增添了亮丽的色彩，让我们感觉到开心，所以我们要感谢花朵。还有很多的事物都会让我们的心情变好，给我们带来一些积极的改变，我们都应该要感谢他们。当我们怀着感恩的心情去对待这个世界的时候，你会发现自己的生活变得非常的美好了。所以让我们用感恩的心去面对我们身边的人和事吧!</w:t>
      </w:r>
      <w:r>
        <w:rPr>
          <w:lang w:eastAsia="zh-CN"/>
        </w:rPr>
        <w:br/>
      </w:r>
      <w:r>
        <w:rPr>
          <w:lang w:eastAsia="zh-CN"/>
        </w:rPr>
        <w:t>　　谢谢大家!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篇2 </w:t>
      </w:r>
      <w:r>
        <w:rPr>
          <w:lang w:eastAsia="zh-CN"/>
        </w:rPr>
        <w:br/>
      </w:r>
      <w:r>
        <w:rPr>
          <w:lang w:eastAsia="zh-CN"/>
        </w:rPr>
        <w:t>　　尊敬的领导们、老师们、亲爱的同学们：</w:t>
      </w:r>
      <w:r>
        <w:rPr>
          <w:lang w:eastAsia="zh-CN"/>
        </w:rPr>
        <w:br/>
      </w:r>
      <w:r>
        <w:rPr>
          <w:lang w:eastAsia="zh-CN"/>
        </w:rPr>
        <w:t>　　大家早上好!我是来自五年级一班的，今天我在国旗下讲话的题目是：《感恩教师》。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每个人生来就有一种美好的情怀&amp;&amp;感恩，而感恩教师是我们人生的必修课。当我们求知的脚步在老师的教育下渐渐敲出步点、走出路线、发出声音，谱写成一篇华彩的乐章时，我们应该饮水思源，不忘老师呕心沥血为我们铺设繁花似锦地康庄大道。</w:t>
      </w:r>
      <w:r>
        <w:rPr>
          <w:lang w:eastAsia="zh-CN"/>
        </w:rPr>
        <w:br/>
      </w:r>
      <w:r>
        <w:rPr>
          <w:lang w:eastAsia="zh-CN"/>
        </w:rPr>
        <w:t>　　明代学者罗汝芳年轻时曾拜颜钧为师，颜钧因触犯权贵而被主狱。罗汝芳二话不说，到狱中亲自侍奉老师，颜钧坐了6年的牢，罗汝芳便在狱中寸步不离地侍奉了 6年。他也因此放弃了参加科举考试，晚辈们觉得他太辛苦了，曾要求由他们代劳，但罗汝芳却说：我的老师不是你们所能侍侯的。仍然坚持亲自侍奉。后来，他卖掉田产救出老师，和老师一起退隐归田。享誉盛名的居里夫人回到祖国波兰后，参加华沙放射学实验室落成典礼时，在宴会大厅一角，居里夫人看到了自己的小学教师&amp;&amp;西科尔斯卡，便抑制不住激动的心情，飞快地向老师走去，给老师一个热情的拥抱。居里夫人毫不在意老师衣着简单朴素，兴高采烈地把老师介绍给大家，并与与会者一起为老师鼓掌。居里夫人的言行举止，成为世界教育史上一段不朽的佳话。</w:t>
      </w:r>
      <w:r>
        <w:rPr>
          <w:lang w:eastAsia="zh-CN"/>
        </w:rPr>
        <w:br/>
      </w:r>
      <w:r>
        <w:rPr>
          <w:lang w:eastAsia="zh-CN"/>
        </w:rPr>
        <w:t>　　古人曾说：师者，所以传道授业解惑也。一个人无论学问有多深，地位有多高，成就有多大，都应该感恩曾经悉心教导我们的老师。让我们怀着一颗感恩的心，感恩教师，让感恩的情怀在校园里蔚然成风。</w:t>
      </w:r>
      <w:r>
        <w:rPr>
          <w:lang w:eastAsia="zh-CN"/>
        </w:rPr>
        <w:br/>
      </w:r>
      <w:r>
        <w:rPr>
          <w:lang w:eastAsia="zh-CN"/>
        </w:rPr>
        <w:t>　　我的演讲到此结束，谢谢大家!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篇3 </w:t>
      </w:r>
      <w:r>
        <w:rPr>
          <w:lang w:eastAsia="zh-CN"/>
        </w:rPr>
        <w:br/>
      </w:r>
      <w:r>
        <w:rPr>
          <w:lang w:eastAsia="zh-CN"/>
        </w:rPr>
        <w:t>　　各位敬爱的老师，亲爱的同学们：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大家好!我今天演讲的主题是《感恩身边的一切》。</w:t>
      </w:r>
      <w:r>
        <w:rPr>
          <w:lang w:eastAsia="zh-CN"/>
        </w:rPr>
        <w:br/>
      </w:r>
      <w:r>
        <w:rPr>
          <w:lang w:eastAsia="zh-CN"/>
        </w:rPr>
        <w:t>　　从浩瀚的书籍里，我认识了感恩，从身边的故事中，我认识了感恩。小时候，我聆听感恩的故事，长大了，我明白了感恩的力量，那力量比山要高，比海要深，比地要广，比天要阔。</w:t>
      </w:r>
      <w:r>
        <w:rPr>
          <w:lang w:eastAsia="zh-CN"/>
        </w:rPr>
        <w:br/>
      </w:r>
      <w:r>
        <w:rPr>
          <w:lang w:eastAsia="zh-CN"/>
        </w:rPr>
        <w:t>　　如果，你有一颗感恩的心，你会发现，亲人是多么亲切，老师是多么和蔼，世界又是多么美好!</w:t>
      </w:r>
      <w:r>
        <w:rPr>
          <w:lang w:eastAsia="zh-CN"/>
        </w:rPr>
        <w:br/>
      </w:r>
      <w:r>
        <w:rPr>
          <w:lang w:eastAsia="zh-CN"/>
        </w:rPr>
        <w:t>　　感恩父母，因为他们给了你双手，让你去触摸世界，给了你双眼，让你去观察世界，给了你生命，让你去体验世界。</w:t>
      </w:r>
      <w:r>
        <w:rPr>
          <w:lang w:eastAsia="zh-CN"/>
        </w:rPr>
        <w:br/>
      </w:r>
      <w:r>
        <w:rPr>
          <w:lang w:eastAsia="zh-CN"/>
        </w:rPr>
        <w:t>　　感恩老师，因为他们给了你智慧的钥匙，丰富的知识，是他们，开化了你的蒙。</w:t>
      </w:r>
      <w:r>
        <w:rPr>
          <w:lang w:eastAsia="zh-CN"/>
        </w:rPr>
        <w:br/>
      </w:r>
      <w:r>
        <w:rPr>
          <w:lang w:eastAsia="zh-CN"/>
        </w:rPr>
        <w:t>　　感恩同学，是他们陪你学习，让你不孤单，是他们陪你玩耍，让你快乐，是他们给你鼓励，让你不放弃!</w:t>
      </w:r>
      <w:r>
        <w:rPr>
          <w:lang w:eastAsia="zh-CN"/>
        </w:rPr>
        <w:br/>
      </w:r>
      <w:r>
        <w:rPr>
          <w:lang w:eastAsia="zh-CN"/>
        </w:rPr>
        <w:t>　　感恩是精神的宝藏;感恩是灵魂的健康;感恩不需要大恩大德;感恩是一种发现美并欣赏美的生活情操;感恩帮助你的人;因为他让你度过难关;感恩陪伴你的人;因为他让你在努力的过层中让你不孤单;感恩失败;因为它让你的生命充满色彩;感恩成功;因为它让你体会到成功的滋味。</w:t>
      </w:r>
      <w:r>
        <w:rPr>
          <w:lang w:eastAsia="zh-CN"/>
        </w:rPr>
        <w:br/>
      </w:r>
      <w:r>
        <w:rPr>
          <w:lang w:eastAsia="zh-CN"/>
        </w:rPr>
        <w:t>　　感恩天感恩地，感恩阳光，感恩空气，感恩一砖一瓦，感恩一草一木，感恩身边的一切!!!!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篇4 </w:t>
      </w:r>
      <w:r>
        <w:rPr>
          <w:lang w:eastAsia="zh-CN"/>
        </w:rPr>
        <w:br/>
      </w:r>
      <w:r>
        <w:rPr>
          <w:lang w:eastAsia="zh-CN"/>
        </w:rPr>
        <w:t>　　大家好！我是五（4）班的。</w:t>
      </w:r>
      <w:r>
        <w:rPr>
          <w:lang w:eastAsia="zh-CN"/>
        </w:rPr>
        <w:br/>
      </w:r>
      <w:r>
        <w:rPr>
          <w:lang w:eastAsia="zh-CN"/>
        </w:rPr>
        <w:t>　　今天我演讲的题目是——学会关爱，心怀感恩。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鲜花感恩雨露，因为雨露滋润他们成长；苍鹰感恩天空，因为让它飞翔；高山感恩大地，因为大地让它挺拔；而我，感恩许许多多关爱我的人。</w:t>
      </w:r>
      <w:r>
        <w:rPr>
          <w:lang w:eastAsia="zh-CN"/>
        </w:rPr>
        <w:br/>
      </w:r>
      <w:r>
        <w:rPr>
          <w:lang w:eastAsia="zh-CN"/>
        </w:rPr>
        <w:t>　　我感恩父母，因为父母给予了我生命，让我来这个绚丽的世界；是父母精心呵护，让我健康成长。</w:t>
      </w:r>
      <w:r>
        <w:rPr>
          <w:lang w:eastAsia="zh-CN"/>
        </w:rPr>
        <w:br/>
      </w:r>
      <w:r>
        <w:rPr>
          <w:lang w:eastAsia="zh-CN"/>
        </w:rPr>
        <w:t>　　我感恩我的老师，因为老师的启蒙、关爱、鼓励，为我打开通向知识的大门，让我懂得人生的哲理，使我从一个无知的幼童成长为有理想有文化的少年。</w:t>
      </w:r>
      <w:r>
        <w:rPr>
          <w:lang w:eastAsia="zh-CN"/>
        </w:rPr>
        <w:br/>
      </w:r>
      <w:r>
        <w:rPr>
          <w:lang w:eastAsia="zh-CN"/>
        </w:rPr>
        <w:t>　　我感恩我的班集体，他就像一个温暖的大家庭，是我生活的动力和快乐的源泉。</w:t>
      </w:r>
      <w:r>
        <w:rPr>
          <w:lang w:eastAsia="zh-CN"/>
        </w:rPr>
        <w:br/>
      </w:r>
      <w:r>
        <w:rPr>
          <w:lang w:eastAsia="zh-CN"/>
        </w:rPr>
        <w:t>　　我感恩我的母校，因为在过去的五个春秋，母校给我们创造了良好的成长环境。我们的校长爱校如家，我们的老师敬业爱岗。为祖国培养下一代，他们兢兢业业，任劳任怨，他们教书育人，为我们奉献了青春，给他们自己增添的却是丝丝白发……</w:t>
      </w:r>
      <w:r>
        <w:rPr>
          <w:lang w:eastAsia="zh-CN"/>
        </w:rPr>
        <w:br/>
      </w:r>
      <w:r>
        <w:rPr>
          <w:lang w:eastAsia="zh-CN"/>
        </w:rPr>
        <w:t>　　我们每天都沐浴着来自四面八方的关爱，我们每天都享受着关爱的温暖。关爱如带来生机的春风，如滋润万物的春雨，带给我们快乐与希望。</w:t>
      </w:r>
      <w:r>
        <w:rPr>
          <w:lang w:eastAsia="zh-CN"/>
        </w:rPr>
        <w:br/>
      </w:r>
      <w:r>
        <w:rPr>
          <w:lang w:eastAsia="zh-CN"/>
        </w:rPr>
        <w:t>　　关爱是生命中最美好的事情，感恩是世界上最美好的情感。我将以我的爱心，去关爱每一个人，去帮助有需要的人。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同学们，如果世界是一间小屋，那么关爱就是小屋中的一扇窗；如果世界是一艘船，那么感恩就是大海上的一盏明灯。被关爱是一种幸福的享受，关爱他人，感恩他人更是一种美好的品德。让我们“学会关爱，心怀感恩”吧，那样我们的世界将会变得更加美好！</w:t>
      </w:r>
      <w:r>
        <w:rPr>
          <w:lang w:eastAsia="zh-CN"/>
        </w:rPr>
        <w:br/>
      </w:r>
      <w:r>
        <w:rPr>
          <w:lang w:eastAsia="zh-CN"/>
        </w:rPr>
        <w:t>　　我的演讲完毕，谢谢大家！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篇5 </w:t>
      </w:r>
      <w:r>
        <w:rPr>
          <w:lang w:eastAsia="zh-CN"/>
        </w:rPr>
        <w:br/>
      </w: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昨天，这还是一间破草屋，转眼间，就变成了一座高楼大厦;昨天，这还是一条陡峭的山路，转眼间，旧变成了一条宽阔的公路;昨天，大伯还为自己的那辆马车而自豪，转眼间，大伯就驾驶着长风汽车进称了</w:t>
      </w:r>
      <w:r>
        <w:rPr>
          <w:lang w:eastAsia="zh-CN"/>
        </w:rPr>
        <w:br/>
      </w:r>
      <w:r>
        <w:rPr>
          <w:lang w:eastAsia="zh-CN"/>
        </w:rPr>
        <w:t>　　是谁让这一切发生了巨大的变化，她，就是生我们、养我们的伟大的祖国，感恩祖国。</w:t>
      </w:r>
      <w:r>
        <w:rPr>
          <w:lang w:eastAsia="zh-CN"/>
        </w:rPr>
        <w:br/>
      </w:r>
      <w:r>
        <w:rPr>
          <w:lang w:eastAsia="zh-CN"/>
        </w:rPr>
        <w:t>　　我从小就在祖国的怀抱中成长，是祖国给了我知识，给了我快乐。我是龙的传人，祖国就是我最亲爱的母亲。</w:t>
      </w:r>
      <w:r>
        <w:rPr>
          <w:lang w:eastAsia="zh-CN"/>
        </w:rPr>
        <w:br/>
      </w:r>
      <w:r>
        <w:rPr>
          <w:lang w:eastAsia="zh-CN"/>
        </w:rPr>
        <w:t>　　您像太阳一样让世界充满了光明，让那些受到灾害和苦难的子女脱离困境，勇敢的生活，在疾风暴雨中得到温馨;您像春风一样让大地充满了温暖，让一切生命茁壮成长，在阳光雨露下把生命延伸;您像月亮一样默默的奉献，让我们宁静的入睡，把一个个美梦成真</w:t>
      </w:r>
      <w:r>
        <w:rPr>
          <w:lang w:eastAsia="zh-CN"/>
        </w:rPr>
        <w:br/>
      </w:r>
      <w:r>
        <w:rPr>
          <w:lang w:eastAsia="zh-CN"/>
        </w:rPr>
        <w:t>　　我为有这样伟大的母亲而骄傲，我愿意为您的强大而搏拼。在您的哺育下健康地成长，增强本领，为把你打扮的更加美丽而献身。</w:t>
      </w:r>
      <w:r>
        <w:rPr>
          <w:lang w:eastAsia="zh-CN"/>
        </w:rPr>
        <w:br/>
      </w:r>
      <w:r>
        <w:rPr>
          <w:lang w:eastAsia="zh-CN"/>
        </w:rPr>
        <w:t>　　祖国啊，请您放心，我们会努力耕耘，用我们辛勤的汗水，报答您的养育之恩!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篇6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每个人都有一个慈祥的母亲，但我们共同的母亲是祖国，老师经常教导我们要热爱祖国，其实祖国就像一个慈祥的母亲，无论我们在中国，在海外，祖国永远关怀着我们，保护着我们，永远是我们炎黄子孙的坚强后盾。这几天钓鱼岛撞船事件中，我们的祖国母亲迫使小日本释放詹其雄船长就是一个例证。</w:t>
      </w:r>
      <w:r>
        <w:rPr>
          <w:lang w:eastAsia="zh-CN"/>
        </w:rPr>
        <w:br/>
      </w:r>
      <w:r>
        <w:rPr>
          <w:lang w:eastAsia="zh-CN"/>
        </w:rPr>
        <w:t>　　当小日本在我们中国神圣不可侵犯的钓鱼岛海域，疯狂撞击我们的捕渔船，猪八戒反打一耙，无理拘押我国渔船和渔民时，我们伟大的祖国发出了万众一心的强大声音，中国人民已经站起来了，钓鱼岛自古就是中国的领土，日本必须无条件释放我国渔民和船长。我们敬爱的温总理爷爷，也怒不可竭的说：主权问题不用谈判，如不立即释放船长，日本将承担一切后果。在祖国的强大压力下，小日本不得不乖乖放人。祖国母亲更是高规格，用专机把船长詹其雄接回祖国。当詹其雄回到祖国的怀抱，面对祖国亲人，泣不成声的连说：谢谢祖国，谢谢祖国人民。难道这出自内心，发自肺腑的话，不是感恩祖国的最好诠释吗?</w:t>
      </w:r>
      <w:r>
        <w:rPr>
          <w:lang w:eastAsia="zh-CN"/>
        </w:rPr>
        <w:br/>
      </w:r>
      <w:r>
        <w:rPr>
          <w:lang w:eastAsia="zh-CN"/>
        </w:rPr>
        <w:t>　　试想如果没有一个强大的祖国，没有一个在世界民族之林站起来的祖国，小日本怕我们吗?詹其雄能胜利回来吗?八年抗战的血泪史，当祖国母亲贫病交加，任人烧杀劫掠的历史难道忘了吗?而今，祖国的强大是我们炎黄子孙的幸福，詹其雄的话不正是代表了千千万万祖国的儿女的共同心声吗?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祖国是我们的根，祖国是我们的源。没有祖国，就没有我们的家。没有祖国就没有我们民族做人的尊严，没有祖国我们将一无所有。</w:t>
      </w:r>
      <w:r>
        <w:rPr>
          <w:lang w:eastAsia="zh-CN"/>
        </w:rPr>
        <w:br/>
      </w:r>
      <w:r>
        <w:rPr>
          <w:lang w:eastAsia="zh-CN"/>
        </w:rPr>
        <w:t>　　温总理让我们中国人活得更尊严的宣言，更是时代的强音，我们要为你欢呼，为你歌唱。我们要呼唤你&amp;&amp;祖国，我亲爱的祖国，我们为你骄傲，为你自豪，让祖国更强大吧!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篇7 </w:t>
      </w:r>
      <w:r>
        <w:rPr>
          <w:lang w:eastAsia="zh-CN"/>
        </w:rPr>
        <w:br/>
      </w:r>
      <w:r>
        <w:rPr>
          <w:lang w:eastAsia="zh-CN"/>
        </w:rPr>
        <w:t>　　尊敬的老师，亲爱的同学们：</w:t>
      </w:r>
      <w:r>
        <w:rPr>
          <w:lang w:eastAsia="zh-CN"/>
        </w:rPr>
        <w:br/>
      </w:r>
      <w:r>
        <w:rPr>
          <w:lang w:eastAsia="zh-CN"/>
        </w:rPr>
        <w:t>　　大家早上好!</w:t>
      </w:r>
      <w:r>
        <w:rPr>
          <w:lang w:eastAsia="zh-CN"/>
        </w:rPr>
        <w:br/>
      </w:r>
      <w:r>
        <w:rPr>
          <w:lang w:eastAsia="zh-CN"/>
        </w:rPr>
        <w:t>　　提起感恩，所有的同学不由得想起每天起早贪黑和我们一起上学，或者完全可以说成比放学铃声还准时的爷爷、奶奶或爸爸妈妈!</w:t>
      </w:r>
      <w:r>
        <w:rPr>
          <w:lang w:eastAsia="zh-CN"/>
        </w:rPr>
        <w:br/>
      </w:r>
      <w:r>
        <w:rPr>
          <w:lang w:eastAsia="zh-CN"/>
        </w:rPr>
        <w:t>　　在以前的生活里，我感觉我和妈妈的关系是比较亲近的，但是就在三年前，妈妈选择了去当学生，很不情愿地丢下了我和我的老爸。看着我的老爸，我就一肚子气，每天忙的不在家，也不知道是他的学生重要，还是他的儿子重要。再加上强烈的贪玩意识使我在乱花钱、做作业偷工减料、上网打游戏方面屡屡遭到老爸的训斥甚至痛打。使我对老爸产生了强烈的抵触情绪，甚而有些恨他。然而，伴随着认知力的增长，我开始以一种感恩的心重新感受爸爸，感悟他给我带来的种种感动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感谢老爸，让我知道是守信一个人的美德。在我的记忆中，老爸一直是守信的人，从记事起，他从来没有哄骗过我。老爸的工作很忙，但是承诺过的事情从来不会食言，即便是寒冷的冬夜。记得有一天爸爸去西安出差，答应顺便给我买套有关奥运福娃的卡通书，下午七点多爸爸一脸疲惫地回到家，一见到我，马上就又出门了，一直到晚上十点才回来，手里提着我要的卡通书.他把书递给我的同时，抱歉地对我说，由于事情太多，忙完后就匆匆往回赶，结果把答应你的事给遗忘了。这是我到市里跑了好多地方才找到的。当然这都是我的过错，儿子，对不起了!</w:t>
      </w:r>
      <w:r>
        <w:rPr>
          <w:lang w:eastAsia="zh-CN"/>
        </w:rPr>
        <w:br/>
      </w:r>
      <w:r>
        <w:rPr>
          <w:lang w:eastAsia="zh-CN"/>
        </w:rPr>
        <w:t>　　感谢老爸，让我体验到了挚著。在我的记忆中，老爸一直是执著的人，只要他认定的事，很难说服他改变主意：那是在我七岁时的一天，下午放学后回到家属院，没回家就直接在楼下和小朋友一起玩耍，直到晚上10点多到家后才想起家庭作业还没做，在接受了老爸的训斥后，就开始做作业，到了十一点多时，实在太困了，姥姥也在旁边劝说，让明天早上起来再做，但是老爸坚决不同意，他说，这样的结果是你自己造成的，你必须为此付出相应的代价，于是乎，一遍遍地用凉水冲脸，甚至近乎残忍地用手掐脸上的肉......凌晨两点多，作业终于写完了。</w:t>
      </w:r>
      <w:r>
        <w:rPr>
          <w:lang w:eastAsia="zh-CN"/>
        </w:rPr>
        <w:br/>
      </w:r>
      <w:r>
        <w:rPr>
          <w:lang w:eastAsia="zh-CN"/>
        </w:rPr>
        <w:t>　　在感恩的日子里，让爱回归。只有活在感恩的世界里才会快快乐乐;只有活在感恩的世界里才能得爱无限。</w:t>
      </w:r>
      <w:r>
        <w:rPr>
          <w:lang w:eastAsia="zh-CN"/>
        </w:rPr>
        <w:br/>
      </w:r>
      <w:r>
        <w:rPr>
          <w:lang w:eastAsia="zh-CN"/>
        </w:rPr>
        <w:t>　　谢谢大家!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篇8 </w:t>
      </w:r>
      <w:r>
        <w:rPr>
          <w:lang w:eastAsia="zh-CN"/>
        </w:rPr>
        <w:br/>
      </w:r>
      <w:r>
        <w:rPr>
          <w:lang w:eastAsia="zh-CN"/>
        </w:rPr>
        <w:t>　　各位领导，各位老师，各位同学：</w:t>
      </w:r>
      <w:r>
        <w:rPr>
          <w:lang w:eastAsia="zh-CN"/>
        </w:rPr>
        <w:br/>
      </w:r>
      <w:r>
        <w:rPr>
          <w:lang w:eastAsia="zh-CN"/>
        </w:rPr>
        <w:t>　　大家好。</w:t>
      </w:r>
      <w:r>
        <w:rPr>
          <w:lang w:eastAsia="zh-CN"/>
        </w:rPr>
        <w:br/>
      </w:r>
      <w:r>
        <w:rPr>
          <w:lang w:eastAsia="zh-CN"/>
        </w:rPr>
        <w:t>　　我叫_</w:t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_，来自顺龙小学一年级二班。我演讲的题目是《感恩母亲》。</w:t>
      </w:r>
      <w:r>
        <w:rPr>
          <w:lang w:eastAsia="zh-CN"/>
        </w:rPr>
        <w:br/>
      </w:r>
      <w:r>
        <w:rPr>
          <w:lang w:eastAsia="zh-CN"/>
        </w:rPr>
        <w:t>　　有一个人一直占据着你心里最柔软的地方，你愿意用一生去爱她。这个人叫“妈妈”；有一种爱，你可以随意索取和享受，却不需要任何回报。这种爱叫“母爱”！</w:t>
      </w:r>
      <w:r>
        <w:rPr>
          <w:lang w:eastAsia="zh-CN"/>
        </w:rPr>
        <w:br/>
      </w:r>
      <w:r>
        <w:rPr>
          <w:lang w:eastAsia="zh-CN"/>
        </w:rPr>
        <w:t>　　母爱是世界上最平凡最伟大的情感。它和我们一起成长，保护我们免受风雨的伤害。我们所有的荣耀都来源于这种平凡而伟大的母爱。全世界的母亲都不需要物质上的满足，只希望自己的孩子能有一个美好的未来，有一颗感恩的心，将来回报社会。奖励关心自己的人。</w:t>
      </w:r>
      <w:r>
        <w:rPr>
          <w:lang w:eastAsia="zh-CN"/>
        </w:rPr>
        <w:br/>
      </w:r>
      <w:r>
        <w:rPr>
          <w:lang w:eastAsia="zh-CN"/>
        </w:rPr>
        <w:t>　　我爱我的父母，因为他们为我付出了太多！</w:t>
      </w:r>
      <w:r>
        <w:rPr>
          <w:lang w:eastAsia="zh-CN"/>
        </w:rPr>
        <w:br/>
      </w:r>
      <w:r>
        <w:rPr>
          <w:lang w:eastAsia="zh-CN"/>
        </w:rPr>
        <w:t>　　感恩是一个人的爱、良心、善良、责任、忠诚的综合表现。很难想象，一个没有孝心，不知道如何回报努力抚养自己的父母的人；对老师同学没有爱和尊重的人；他将来能对自己的工作单位和国家承担怎样的责任？一个不爱国，不爱家人，不爱别人的人；怎样才能尽全力建设祖国的明天？</w:t>
      </w:r>
      <w:r>
        <w:rPr>
          <w:lang w:eastAsia="zh-CN"/>
        </w:rPr>
        <w:br/>
      </w:r>
      <w:r>
        <w:rPr>
          <w:lang w:eastAsia="zh-CN"/>
        </w:rPr>
        <w:t>　　所以让我们从今天开始，从孝顺母亲开始，学会感恩！5月13日是母亲节。让我们记住这一点。全世界的妈妈都分享。让我们给妈妈洗一次脚，打一次背。给妈妈一个温暖的拥抱，一个感激的微笑！一句“妈妈，你辛苦了”就能让妈妈的脸颊再次绽放笑容！</w:t>
      </w:r>
      <w:r>
        <w:rPr>
          <w:lang w:eastAsia="zh-CN"/>
        </w:rPr>
        <w:br/>
      </w:r>
      <w:r>
        <w:rPr>
          <w:lang w:eastAsia="zh-CN"/>
        </w:rPr>
        <w:t>　　让我们永远感恩，让我们成为感恩的人，感谢我们的父母和所有爱我们的人。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篇9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我们的人生之路总是阳光明媚,晴空万里，到底哪一缕阳光最耀眼？有人说是优异的学习成绩，有人说是给予别人帮助……而我认为在我们的人生路上最灿烂的阳光应该属于知恩图报，感谢帮助我们成长的每一个人。是的，学会感恩，是一种情怀,学会感恩，更是一种情操。</w:t>
      </w:r>
      <w:r>
        <w:rPr>
          <w:lang w:eastAsia="zh-CN"/>
        </w:rPr>
        <w:br/>
      </w:r>
      <w:r>
        <w:rPr>
          <w:lang w:eastAsia="zh-CN"/>
        </w:rPr>
        <w:t>　　两年前，我得了一场大病，父母背着我东奔西跑，到处求医，从他们焦急的神态中，从他们悉心的呵护中，我深深地体会到父母对我发自内心的爱。一天，爸爸用自行车驮我去医院，我坐车后发现爸爸骑得很慢。几个月了，爸爸是太累了，我的病让他身心疲惫。我无意中发现了爸爸头上的一些白发。啊，爸爸变了，变老了。我在他身上看到了岁月的沧桑，看到了生活的艰辛，更看到了爸爸为我操劳的痕迹。啊，爸爸没变，大山般的父爱没变。我依然感受着他的温暖，他的爱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那是我住院期间的一天傍晚，天很冷，外面的雪下得很大。爸爸下班后赶来给我送饭，可是我想吃饺子。他二话不说，放下手里提来的家里做好的饭菜，迎着凛冽的大风，冒着漫天飞舞的鹅毛大雪又出去为我买饺子。天黑了，风更猛了，雪更大了。这时,雪人似的爸爸一边走还一边说：“饿坏了吧！”看着爸爸慈祥的面容，摸着爸爸冻得通红的双手,我感动得流泪了。“爸爸，爸爸……”我在心里一遍遍地念叨，“你真是我的好爸爸！”。冬天是寒冷的，而爸爸所做的一切，却仿佛阳光，温暖我病痛的躯体；又似暖流，融进我愁苦的心坎里；爸爸的关爱，撑起了我战胜病魔的信念,经过一个多月的治疗,我康复出院。</w:t>
      </w:r>
      <w:r>
        <w:rPr>
          <w:lang w:eastAsia="zh-CN"/>
        </w:rPr>
        <w:br/>
      </w:r>
      <w:r>
        <w:rPr>
          <w:lang w:eastAsia="zh-CN"/>
        </w:rPr>
        <w:t>　　我永远不会忘记父母对我的爱，对我的呵护和关怀。我能为他们做些什么？我常常这样问自己。哪怕是为他们垂垂肩，洗洗碗，给他们唱段曲儿，陪他们逛逛街，散散步，我也会感到心里的安慰。学会感恩,学会报答,我仿佛一下子长大了:我用心学习，不让他们为我的操心；我抢着洗碗拣菜，让他们能多休息一会儿；我经常哼哼小曲,让家庭充满欢声笑语……我尽我所能给父母留下最难忘的美好时光，让他们开心,让他们骄傲,</w:t>
      </w:r>
      <w:r>
        <w:rPr>
          <w:lang w:eastAsia="zh-CN"/>
        </w:rPr>
        <w:br/>
      </w:r>
      <w:r>
        <w:rPr>
          <w:lang w:eastAsia="zh-CN"/>
        </w:rPr>
        <w:t>　　我爱我的父母，普天下的孩子们都爱自己的父母。让我们一起对父母说一声：“我们爱您！”让我们一起行动，知恩图报,学会感恩。冬天就不再寒冷，黑夜就不再漫长,幸福快乐就时刻陪伴在你我身边。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篇10 </w:t>
      </w:r>
      <w:r>
        <w:rPr>
          <w:lang w:eastAsia="zh-CN"/>
        </w:rPr>
        <w:br/>
      </w:r>
      <w:r>
        <w:rPr>
          <w:lang w:eastAsia="zh-CN"/>
        </w:rPr>
        <w:t>　　尊敬的老师、还有亲爱的同学们：</w:t>
      </w:r>
      <w:r>
        <w:rPr>
          <w:lang w:eastAsia="zh-CN"/>
        </w:rPr>
        <w:br/>
      </w:r>
      <w:r>
        <w:rPr>
          <w:lang w:eastAsia="zh-CN"/>
        </w:rPr>
        <w:t>　　大家好！今天，我演讲的题目是《感恩的心》。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“感恩的心，感谢有你，花开花落，我一样会珍惜。”当我听到这熟悉而动人的旋律时，就会情不自禁地问自己：“我，该感谢谁？”那时的我，只知道我要感谢的人很多很多，亲爱的爸爸妈妈、敬爱的老师、可爱的'同学……但自从那次以后，我终于知道了，我首先要感谢的————是那些曾经关心和帮助我们的所有爱心人士们！</w:t>
      </w:r>
      <w:r>
        <w:rPr>
          <w:lang w:eastAsia="zh-CN"/>
        </w:rPr>
        <w:br/>
      </w:r>
      <w:r>
        <w:rPr>
          <w:lang w:eastAsia="zh-CN"/>
        </w:rPr>
        <w:t>　　我们永远不会忘记那突如其来的5.12大地震，一座座高楼，在一瞬间倒塌，一座座学校，顷刻间变成废墟。清新的空气没有了，变成了血水的腥味；欢声笑语没有了，变成了一片悲痛的哭喊声。是它，是那可怕的地震，让无数的人失去了宝贵的生命；是它，让许多的孩子成了没有爸妈疼爱的孤儿；是它，让我们的家园毁于一时……此时的我们，失去了亲人，失去了家园，饥寒交迫，绝望无助。我们该怎么办？怎么办？？</w:t>
      </w:r>
      <w:r>
        <w:rPr>
          <w:lang w:eastAsia="zh-CN"/>
        </w:rPr>
        <w:br/>
      </w:r>
      <w:r>
        <w:rPr>
          <w:lang w:eastAsia="zh-CN"/>
        </w:rPr>
        <w:t>　　就在这万般无奈的时刻，是他们，是那些有爱心的叔叔阿姨们，伸出了援助的手，给我们发来的可口的食物，给我们送来了温暖的棉被，还帮我们修建起了新家园。一个月，两个月，四个月，一年……成功了，我们的新家园建好了！援建叔叔们让整个四川焕然一新，座座高楼拔地而起，我们有了美丽的新家园，连我们的学校也变得前所未有的漂亮了。当我第一次踏进新学校时，我是多么的激动和兴奋。那宽敞明亮的教室，那光洁的地面，那雪白的墙壁，那优美的环境，这些，都是爱的最好诠释，爱，紧紧地包围着学校的每一处地方，每一个孩子。教室里，同学们坐着崭新的桌椅，全神贯注地听老师讲课；绿茵茵的操场上，同学们尽情地玩耍、锻炼……电脑室里，同学们灵活地操纵着键盘，那久违的键盘声，如同一首悦耳的爱之曲……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望着这美丽的新校园，我仿佛看见了援建叔叔们额头上那豆大的汗珠，我仿佛看见了他们肩膀上那深深的红印，我仿佛看到了修建成功后他们那一张张欣慰的笑脸……</w:t>
      </w:r>
      <w:r>
        <w:rPr>
          <w:lang w:eastAsia="zh-CN"/>
        </w:rPr>
        <w:br/>
      </w:r>
      <w:r>
        <w:rPr>
          <w:lang w:eastAsia="zh-CN"/>
        </w:rPr>
        <w:t>　　我永远也不会忘记，有一位不知名的援建叔叔，为了早日让我们灾区人民住进新家园，有一天，他竟累倒在了工地上。经医生诊断，他竟然已经得了——肺癌晚期。当他得知这个消息时，他却没有在自己生命的倒计时里休息休息，而是坚定地拔掉针头，不听亲人的劝说，又回到了工地，又开始了不分昼夜的工作。可过了没多久他又一次倒下了，再也没有站起来……</w:t>
      </w:r>
      <w:r>
        <w:rPr>
          <w:lang w:eastAsia="zh-CN"/>
        </w:rPr>
        <w:br/>
      </w:r>
      <w:r>
        <w:rPr>
          <w:lang w:eastAsia="zh-CN"/>
        </w:rPr>
        <w:t>　　同学们，难道这还不足以表达援建叔叔们对我们这比山还高、比海还深的爱吗？我们该如何来回报他们呢？让我们铭记曾接受的每一份爱心，让我们铭记曾感悟到的每一份恩情，让我们从身边做起，从小事做起，用好好学习来回报这无边的爱，用努力奋进来回报这暖暖的爱！</w:t>
      </w:r>
      <w:r>
        <w:rPr>
          <w:lang w:eastAsia="zh-CN"/>
        </w:rPr>
        <w:br/>
      </w:r>
      <w:r>
        <w:rPr>
          <w:lang w:eastAsia="zh-CN"/>
        </w:rPr>
        <w:t>　　此时此刻，我的耳边又想起了那动人的歌声：“感恩的心，感谢有你，花开花落，我一样会珍惜。”</w:t>
      </w:r>
      <w:r>
        <w:rPr>
          <w:lang w:eastAsia="zh-CN"/>
        </w:rPr>
        <w:br/>
      </w:r>
      <w:r>
        <w:rPr>
          <w:lang w:eastAsia="zh-CN"/>
        </w:rPr>
        <w:t>　　我的演讲到此结束，谢谢大家！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篇11 </w:t>
      </w:r>
      <w:r>
        <w:rPr>
          <w:lang w:eastAsia="zh-CN"/>
        </w:rPr>
        <w:br/>
      </w: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大家好！鲜花感恩雨露，因为雨露滋润它盛开；树木感恩阳光，因为阳光让它成长；高山感恩大地，因为大地让它高耸……而我则感恩教师，因为教师传授给我知识。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有人说，教师像蜡烛，燃烧了自我，照亮了别人；有人说，教师像园丁，哺育我们这些祖国的花朵；有人说，教师如明灯，为我们指引前进的道路；有人说，教师是人类灵魂的工程师，时刻鞭策我们的灵魂……</w:t>
      </w:r>
      <w:r>
        <w:rPr>
          <w:lang w:eastAsia="zh-CN"/>
        </w:rPr>
        <w:br/>
      </w:r>
      <w:r>
        <w:rPr>
          <w:lang w:eastAsia="zh-CN"/>
        </w:rPr>
        <w:t>　　古时候，鲁国人子路，因为尊敬教师其师孔子而为后人所称颂；秦有吕不韦因为一句“古之圣王，未有不尊师者也”而教育了中国第一位皇帝——秦始皇一生。这些伟人的光辉事迹，作为二十一世纪的小主人，我们难道不应当学习吗？唐代著名的文学家，教育家，思想家韩愈说：“师者，所以传道授业解惑也。”过去称教师为“先生。”其含义为：先我之生，年龄长，知识渊博。此刻称教师为园丁，人类灵魂的工程师，明灯，蜡烛……尊师是中华民族的传统美德，是学生必须具备的最起码的礼貌。</w:t>
      </w:r>
      <w:r>
        <w:rPr>
          <w:lang w:eastAsia="zh-CN"/>
        </w:rPr>
        <w:br/>
      </w:r>
      <w:r>
        <w:rPr>
          <w:lang w:eastAsia="zh-CN"/>
        </w:rPr>
        <w:t>　　教师为我们付出了很大的心血，付出了辛勤劳动。三尺讲台，一块黑板，一根粉笔，都凝聚着教师对我们的爱。教师的灵魂不正如这根粉笔吗？无私奉献，辛勤哺育我们这些祖国的花朵。他们的心中仅有一个目标，那就是把我们培养成栋梁之才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篇12 </w:t>
      </w:r>
      <w:r>
        <w:rPr>
          <w:lang w:eastAsia="zh-CN"/>
        </w:rPr>
        <w:br/>
      </w: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！感恩是中华民族的传统美德之一，每个人都应怀揣一颗感恩之心。我要感恩很多很多的人，感激给我生命的父母；感激让我成长的多彩生活；感激给我友情的同学，但我更要感激给我精神财富的教师，因为是她们打开了我心灵的窗户，给了我腾飞的翅膀，让我在知识的海洋里尽情遨游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如果教师是枝繁叶茂的大树，我就是破土而出的幼苗；如果教师是广阔无边的蓝天，我就是自由自在的小鸟；如果教师是辛勤耕耘的园丁，我就是娇嫩芬芳的花朵。教师就像母亲一样时刻关爱着我，让我不断茁壮健康成长。</w:t>
      </w:r>
      <w:r>
        <w:rPr>
          <w:lang w:eastAsia="zh-CN"/>
        </w:rPr>
        <w:br/>
      </w:r>
      <w:r>
        <w:rPr>
          <w:lang w:eastAsia="zh-CN"/>
        </w:rPr>
        <w:t>　　记得三年级的时候，我第一次参加演讲比赛，看着台下那么多教师和同学，心里直打鼓，十分害怕：如果说错怎样办？如果没说好怎样办？我的心就像一团乱麻。这时班主任刘教师看着我，眼中充满着肯定与鼓励。我似乎听到她在为我喊“加油”！那眼神就像快刀一样斩断了我心中的那团乱麻，让我重新找到了自信。比赛最终结束了，我获得了一等奖的好成绩，心中那颗大石头才总算落地了。这时教师的眼中是多大的欣慰啊！教师，多谢您的目光，是您给了我最大的鼓励与支持。</w:t>
      </w:r>
      <w:r>
        <w:rPr>
          <w:lang w:eastAsia="zh-CN"/>
        </w:rPr>
        <w:br/>
      </w:r>
      <w:r>
        <w:rPr>
          <w:lang w:eastAsia="zh-CN"/>
        </w:rPr>
        <w:t>　　刘教师的教学水平也很棒。为了制作出栩栩如生的课件，她不明白牺牲了自我多少的休息时间，但她却从不知疲倦，毫无怨言。她从来都是用灵活的方法来教学，寓教于乐，让我们学习起来更有劲，效果也更好。比如学课文时，以课本剧的形式让同学们分主角进行表演，让我们身临其境，快速提高认识，加深理解；刘教师还经过制作发放阳光币的形式，鼓励同学们多读书，读好书，逐渐养成不动笔墨不读书的好习惯。刘教师的这些教学方法，都取得了很好的效果，使每次语文考试我们班在级部都能名列前茅。我感激刘教师让我喜欢上了语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教师的恩情说也说不完，敬爱的教师，您燃烧了自我，照亮了他人。我要对您说一声：感激您，我的教师，感激您为我们所做的一切！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篇13 </w:t>
      </w:r>
      <w:r>
        <w:rPr>
          <w:lang w:eastAsia="zh-CN"/>
        </w:rPr>
        <w:br/>
      </w: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！“感恩的心，感谢有你，伴我一生，让我有勇气做我自己……”第一次听到妈妈哼唱这首《感恩的心》时，懵懂无知的我还不懂得它的真正含义?现在我是一名10岁的小学生了，在我眼中感恩有三种含义：第一种是父母家人的养育之恩;第二种是老师的教育之恩;第三种是同学的帮助之恩。</w:t>
      </w:r>
      <w:r>
        <w:rPr>
          <w:lang w:eastAsia="zh-CN"/>
        </w:rPr>
        <w:br/>
      </w:r>
      <w:r>
        <w:rPr>
          <w:lang w:eastAsia="zh-CN"/>
        </w:rPr>
        <w:t>　　父母把我从一棵幼小的树苗经过无数次的修枝剪叶，施肥浇水培养成今天挺拔的小树。爸爸妈妈在工作岗位都担任着非常重要的职务，工作既忙碌又辛苦。尽管这样，妈妈只要一回到家就会先问起我的功课学得怎么样，有什么困难需要帮助的。每天晚上躺在床上妈妈还都要让我讲讲学校里一天发生的事情，有没有什么不愉快和快乐的事情等等。爸爸更是家里的顶梁柱，除了辛勤地工作以外，还默默无闻地为我料理好每一餐饭，他总是说身体是革命的本钱，没有一个好的身体，将来什么也干不好。爸爸妈妈我想说：“您们对我的爱我都记在心里了，将来等您们老了，我就是您们的依靠，也为您们撑起一片蔚蓝的天空。爸爸妈妈我爱您们!”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如果我是大海里的一叶小舟，老师就是风向标。她们不但教我们学习科学文化知识，还教我们怎样做人，更教育我们如何成为一名对社会有用的人。老师我想说：“我知道，我们优异的成绩是您最大的欣慰，您脸上灿烂的笑容是对我们最大的奖赏。老师我们爱您!”</w:t>
      </w:r>
      <w:r>
        <w:rPr>
          <w:lang w:eastAsia="zh-CN"/>
        </w:rPr>
        <w:br/>
      </w:r>
      <w:r>
        <w:rPr>
          <w:lang w:eastAsia="zh-CN"/>
        </w:rPr>
        <w:t>　　我们同学之间的友谊是天真无邪的，无论谁有了困难，大家都会真诚地伸出援助之手给予帮助，得到帮助的同学都会心存感激，这样的例子数不胜数。同学我想说：“童年的感情是纯真的，我们之间的友谊带给我最大的快乐。让我们大家永远做好朋友吧!”</w:t>
      </w:r>
      <w:r>
        <w:rPr>
          <w:lang w:eastAsia="zh-CN"/>
        </w:rPr>
        <w:br/>
      </w:r>
      <w:r>
        <w:rPr>
          <w:lang w:eastAsia="zh-CN"/>
        </w:rPr>
        <w:t>　　爸爸妈妈教育我，人的一生应该怀着一颗感恩的心去面对生活，去看待生活中的种种困境，这美丽的世界在我们眼中就会变得更加五彩斑斓。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篇14 </w:t>
      </w:r>
      <w:r>
        <w:rPr>
          <w:lang w:eastAsia="zh-CN"/>
        </w:rPr>
        <w:br/>
      </w: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大家好!我是三（6）中队的。感谢老师和同学的鼓励，使我有机会站到这里。今天，我演讲的题目是《我感恩 我行动》。</w:t>
      </w:r>
      <w:r>
        <w:rPr>
          <w:lang w:eastAsia="zh-CN"/>
        </w:rPr>
        <w:br/>
      </w:r>
      <w:r>
        <w:rPr>
          <w:lang w:eastAsia="zh-CN"/>
        </w:rPr>
        <w:t>　　“慈母手中线，游子身上衣。临行密密缝，意恐迟迟归。谁言寸草心，报得三春晖。”小时候，我最喜欢背的一首诗就是《游子吟》。如今，我长大了，明白了：“感恩”，不光是会背诗句，还要落实到行动上。</w:t>
      </w:r>
      <w:r>
        <w:rPr>
          <w:lang w:eastAsia="zh-CN"/>
        </w:rPr>
        <w:br/>
      </w:r>
      <w:r>
        <w:rPr>
          <w:lang w:eastAsia="zh-CN"/>
        </w:rPr>
        <w:t>　　记得那天，我早早写完作业，一抬头看见正在备课的妈妈不停地转动脖子，有时还停下笔拍打肩膀。我想，一定是妈妈的颈椎病又犯了。平时，我口渴了，是妈妈，把水端到我面前；我生病了，是妈妈，急忙带我去医院；我难过了，是妈妈，给我爱的鼓励……可现在妈妈累了，我该…为她做些什么呢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“有了！”我灵机一动，想出个好办法，我可以为妈妈捶背呀！于是，我偷偷地站到了妈妈的身后，小拳头像雨点般地落在妈妈的肩膀上，左敲敲，右揉揉……妈妈被我敲得舒舒服服，嘴里还不停地念叨：“想不到，我儿子真有两下子。”</w:t>
      </w:r>
      <w:r>
        <w:rPr>
          <w:lang w:eastAsia="zh-CN"/>
        </w:rPr>
        <w:t xml:space="preserve"> 看到妈妈闭着眼睛享受的样子，我的心里别提多高兴了!</w:t>
      </w:r>
      <w:r>
        <w:rPr>
          <w:lang w:eastAsia="zh-CN"/>
        </w:rPr>
        <w:br/>
      </w:r>
      <w:r>
        <w:rPr>
          <w:lang w:eastAsia="zh-CN"/>
        </w:rPr>
        <w:t>　　妈妈的爱像温暖的阳光照耀我，让我快乐成长。小小的我怎么回报她呢?从那以后，我就经常为妈妈捶背，我要让她做一个健康美丽的好老师！</w:t>
      </w:r>
      <w:r>
        <w:rPr>
          <w:lang w:eastAsia="zh-CN"/>
        </w:rPr>
        <w:br/>
      </w:r>
      <w:r>
        <w:rPr>
          <w:lang w:eastAsia="zh-CN"/>
        </w:rPr>
        <w:t>　　同学们，感恩无处不在，回报不论大小。一张贺卡，一个拥抱，一杯热茶，一次捶背……都会让父母感到幸福。</w:t>
      </w:r>
      <w:r>
        <w:rPr>
          <w:lang w:eastAsia="zh-CN"/>
        </w:rPr>
        <w:br/>
      </w:r>
      <w:r>
        <w:rPr>
          <w:lang w:eastAsia="zh-CN"/>
        </w:rPr>
        <w:t>　　同学们，让我们行动起来吧！从感恩父母开始，感恩老师，感恩学校，感恩大自然……只要常怀感恩之心，我们的生活就会更加美好！</w:t>
      </w:r>
      <w:r>
        <w:rPr>
          <w:lang w:eastAsia="zh-CN"/>
        </w:rPr>
        <w:br/>
      </w:r>
      <w:r>
        <w:rPr>
          <w:lang w:eastAsia="zh-CN"/>
        </w:rPr>
        <w:t>　　我的演讲就到这里，感谢大家倾听我的演讲！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篇15 </w:t>
      </w:r>
      <w:r>
        <w:rPr>
          <w:lang w:eastAsia="zh-CN"/>
        </w:rPr>
        <w:br/>
      </w:r>
      <w:r>
        <w:rPr>
          <w:lang w:eastAsia="zh-CN"/>
        </w:rPr>
        <w:t>　　你们好！我是来自高一（_）班的。</w:t>
      </w:r>
      <w:r>
        <w:rPr>
          <w:lang w:eastAsia="zh-CN"/>
        </w:rPr>
        <w:br/>
      </w:r>
      <w:r>
        <w:rPr>
          <w:lang w:eastAsia="zh-CN"/>
        </w:rPr>
        <w:t>　　首先我要感谢今天让我能站在这里参加此次活动的所有人。今天我所要演讲的主题是《感恩的心》。</w:t>
      </w:r>
      <w:r>
        <w:rPr>
          <w:lang w:eastAsia="zh-CN"/>
        </w:rPr>
        <w:br/>
      </w:r>
      <w:r>
        <w:rPr>
          <w:lang w:eastAsia="zh-CN"/>
        </w:rPr>
        <w:t>　　有人说，感恩是人的天性。中华民族有很多的传统美德，像忠贞报国、勤劳勇敢、尊老爱幼、团结合作……但我感到，感恩也是一种美德。感谢父母，生我们养我们，给予我们爱；感谢老师，授予我们知识，教我们做人的道理；感谢朋友，风雨陪伴，给予我们最真挚的友谊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感恩老师，在人生的十字路口，是老师向我们伸出了热情的双手，于是我们在彷徨中坚定，在思索中清醒。是老师让我们看到了广袤无垠的天空，是老师让我们看到了碧波荡漾的大海。在人生的旅途中，是老师丰富了我们的心灵，开发了我们的智力；为我们点燃了希望的光芒，给我们插上了理想的翅膀，让我们遨游在知识的海洋里。当我们变成遨游在天空中的雄鹰，当我们变成游动在大海里的蛟龙，这都是老师的功劳，默默无闻育出桃李满天下，拳拳有志造就栋梁兴中华。您的恩情，我们将铭记于心，所以我们要用“心”来感谢您——我最敬爱的老师。</w:t>
      </w:r>
      <w:r>
        <w:rPr>
          <w:lang w:eastAsia="zh-CN"/>
        </w:rPr>
        <w:br/>
      </w:r>
      <w:r>
        <w:rPr>
          <w:lang w:eastAsia="zh-CN"/>
        </w:rPr>
        <w:t>　　感恩父母，父母的关爱是最无私的，允着母亲的乳汁离开了襁褓，揪着父母的心，迈开了人生的第一步。在父母无微不至的关怀中茁壮成长，父母不知为我们花费了多少心血与汗水。永远我都记得，在我肩上的双手，风起的时候有多么温热；永远我都记得，伴我成长的背影，用你沧桑的岁月，换我一生的幸福、快乐。父母的爱，柔柔如水，轻轻如烟，深沉如海，恩重如山，对这种比天高，比地厚的恩情，我们又能体会多少呢？我们又能报答多少呢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感恩朋友，人们常说，战友与同学的情意是世界上最诚挚最永恒的友谊，我们拥有其一，难道我们不该感到幸福吗？人生的岁月是一串珍珠；漫长的岁月是一组乐曲，而同窗友情是其中最璀璨的珍珠，最精彩的乐章。几年，虽然只有短短的一瞬间，可我们一起歌唱友爱、歌唱希望、歌唱拼搏、融进了深情厚意。朝霞中，我们携手进校；夕阳中，我们并肩回家；课堂上，有我们互助的身影，操场上，有我们欢乐的足迹……多少个朝朝暮暮，沉淀了我们。</w:t>
      </w:r>
      <w:r>
        <w:rPr>
          <w:lang w:eastAsia="zh-CN"/>
        </w:rPr>
        <w:br/>
      </w:r>
      <w:r>
        <w:rPr>
          <w:lang w:eastAsia="zh-CN"/>
        </w:rPr>
        <w:t>　　滴水之恩，当涌泉相报！</w:t>
      </w:r>
      <w:r>
        <w:rPr>
          <w:lang w:eastAsia="zh-CN"/>
        </w:rPr>
        <w:br/>
      </w:r>
      <w:r>
        <w:rPr>
          <w:lang w:eastAsia="zh-CN"/>
        </w:rPr>
        <w:t>　　我感谢我的父母，感谢我的`老师，感谢我的同学，感谢身边所有的人，感谢他们让我拥有一颗热忱感恩的心。</w:t>
      </w:r>
      <w:r>
        <w:rPr>
          <w:lang w:eastAsia="zh-CN"/>
        </w:rPr>
        <w:br/>
      </w:r>
      <w:r>
        <w:rPr>
          <w:lang w:eastAsia="zh-CN"/>
        </w:rPr>
        <w:t>　　感恩，从你我做起！从心做起！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篇16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有一个人，她永远占据在你心最柔软的地方，你愿用自己的一生去爱她；有一种爱，它让你肆意的索取、享用，却不要你任何的回报……这个人，叫“母亲”，这种爱，叫“母爱”！</w:t>
      </w:r>
      <w:r>
        <w:rPr>
          <w:lang w:eastAsia="zh-CN"/>
        </w:rPr>
        <w:br/>
      </w:r>
      <w:r>
        <w:rPr>
          <w:lang w:eastAsia="zh-CN"/>
        </w:rPr>
        <w:t>　　5月13日是母亲节，是我们心中最难以忘却的日子。这个节日，是对母亲的赞美和颂扬，是提醒我们时刻记住：感恩我们的母亲。母亲给予我们生命的体验，我们感激；母亲使我们茁壮成长，我们感激；母亲给予我们的教育和开导，使我们获取知识和力量，我们感激；在我们的生命里，总会有困难和曲折，是母亲给予我们关怀和帮助，我们更应感激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感恩是一个人爱心、良心、善心、责任心以及忠心的综合表现。很难想象，一个对含辛茹苦抚养自己长大的父母没有孝心，不知报答，对老师、同学没有爱心，不知敬重的人，将来能对他的公司，对他的国家负起什么责任？一个不爱国，不爱家，不爱他人的人，又怎么能够尽心尽力去建设祖国的明天呢？广告中曾写到小男孩为自己母亲洗脚的感人片断，可在现实生活中，又是否是每个儿女都能够做得到的呢？“滴水之恩当以涌泉相报”我们或许有时会对一个陌生人的一点关怀念念不忘，却对母亲的大爱熟视无睹，嫌她唠叨，或因一些小事就大发雷霆……然而，母亲却永远在一旁默默地支持我们，耐心的开导教育我们，给予我们支持和鼓励。母亲如玉般纯洁、象牙雕刻般精致，受母爱浇灌的生命酝酿着纯美和芬芳。我们应该怀着一颗感恩的心去聆听完母亲的唠叨，诚恳面对母亲的严厉，感悟母亲阳光般的心灵世界……</w:t>
      </w:r>
      <w:r>
        <w:rPr>
          <w:lang w:eastAsia="zh-CN"/>
        </w:rPr>
        <w:br/>
      </w:r>
      <w:r>
        <w:rPr>
          <w:lang w:eastAsia="zh-CN"/>
        </w:rPr>
        <w:t>　　让我们从今天开始，从孝顺母亲开始，学会感恩吧！让我们记住天下母亲共同的生日，为母亲洗一次脚，为她捶一捶辛劳的脊背，给母亲一个暖暖的拥抱，一句温馨的祝福，一脸感恩的笑容吧！在这温馨的日子里，祝全天下所有的母亲母亲节快乐！一束康乃馨，一句“妈妈，您辛苦了”就能让母亲的脸颊重绽灿烂的笑容！</w:t>
      </w:r>
      <w:r>
        <w:rPr>
          <w:lang w:eastAsia="zh-CN"/>
        </w:rPr>
        <w:br/>
      </w:r>
      <w:r>
        <w:rPr>
          <w:lang w:eastAsia="zh-CN"/>
        </w:rPr>
        <w:t>　　让我们多给母亲一点体贴与关怀，让母亲和我们的家充盈着幸福与和谐，我们就迎来了真正的长大！在此，我想引用一首诗来结尾：孩儿的成长，是母亲再生的希望；孩儿的失败，是母亲酸楚的泪水；孩儿的成功，是母亲幸福的微笑。</w:t>
      </w:r>
      <w:r>
        <w:rPr>
          <w:lang w:eastAsia="zh-CN"/>
        </w:rPr>
        <w:br/>
      </w:r>
      <w:r>
        <w:rPr>
          <w:lang w:eastAsia="zh-CN"/>
        </w:rPr>
        <w:t>　　同学们，为了母亲的微笑，为了明天的收获，就让你我壮志而不言愁吧！</w:t>
      </w:r>
      <w:r>
        <w:rPr>
          <w:lang w:eastAsia="zh-CN"/>
        </w:rPr>
        <w:br/>
      </w:r>
      <w:r>
        <w:rPr>
          <w:lang w:eastAsia="zh-CN"/>
        </w:rPr>
        <w:t xml:space="preserve">    2024小学生感恩的演讲稿 篇17 </w:t>
      </w:r>
      <w:r>
        <w:rPr>
          <w:lang w:eastAsia="zh-CN"/>
        </w:rPr>
        <w:br/>
      </w:r>
      <w:r>
        <w:rPr>
          <w:lang w:eastAsia="zh-CN"/>
        </w:rPr>
        <w:t>　　尊敬的老师们，亲爱的同学们：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这大概是两年前的事了。我到桃仙机场去送他走，他走的那么远。仿佛这一走，就回不来了一样。雨下着，淋湿了我们的头发。不经意之间，猛然间想起，我在一周前，似乎也送了另一个人远去。只不过，她永远都不会回来了吧。</w:t>
      </w:r>
      <w:r>
        <w:rPr>
          <w:lang w:eastAsia="zh-CN"/>
        </w:rPr>
        <w:br/>
      </w:r>
      <w:r>
        <w:rPr>
          <w:lang w:eastAsia="zh-CN"/>
        </w:rPr>
        <w:t>　　也许这世上的老人，都会有一些重男轻女。但是她却不一样，只喜欢我。虽然我有哥哥，有妹妹，有弟弟。我也很喜欢她。喜欢她买来的笑，喜欢她做的饭菜。尽管他的手艺那么差。</w:t>
      </w:r>
      <w:r>
        <w:rPr>
          <w:lang w:eastAsia="zh-CN"/>
        </w:rPr>
        <w:br/>
      </w:r>
      <w:r>
        <w:rPr>
          <w:lang w:eastAsia="zh-CN"/>
        </w:rPr>
        <w:t>　　人们都说，缘分是天注定的。那时候小，对着所谓的缘分，也有着一些反抗的。但是，不知为何，我突然就爱上了她的饭菜。尽管，她放的盐，总是一天多，一天又少。</w:t>
      </w:r>
      <w:r>
        <w:rPr>
          <w:lang w:eastAsia="zh-CN"/>
        </w:rPr>
        <w:br/>
      </w:r>
      <w:r>
        <w:rPr>
          <w:lang w:eastAsia="zh-CN"/>
        </w:rPr>
        <w:t>　　之后，我就经常去看她。每次，她就显得那么开心的样子。她总是，那么开心的迎接我，也总拿我喜欢的东西哄我开心。</w:t>
      </w:r>
      <w:r>
        <w:rPr>
          <w:lang w:eastAsia="zh-CN"/>
        </w:rPr>
        <w:br/>
      </w:r>
      <w:r>
        <w:rPr>
          <w:lang w:eastAsia="zh-CN"/>
        </w:rPr>
        <w:t>　　但是，在我大概九岁的时候，她就生病了，后来也住院了。我就没怎么去看过他。至从一些亲戚口中得知，她生了严重的病。听说，她要去沈阳治病了。我不知道还能不能再见到他一面。</w:t>
      </w:r>
      <w:r>
        <w:rPr>
          <w:lang w:eastAsia="zh-CN"/>
        </w:rPr>
        <w:br/>
      </w:r>
      <w:r>
        <w:rPr>
          <w:lang w:eastAsia="zh-CN"/>
        </w:rPr>
        <w:t>　　但后来，她因为不喜欢住院，就回到了家里。但是，她却变得那么瘦。</w:t>
      </w:r>
      <w:r>
        <w:rPr>
          <w:lang w:eastAsia="zh-CN"/>
        </w:rPr>
        <w:br/>
      </w:r>
      <w:r>
        <w:rPr>
          <w:lang w:eastAsia="zh-CN"/>
        </w:rPr>
        <w:t>　　之后，因为我很忙，就没再见到她了。但是。在我再次见到他的时候。她已经走了。只见满院子的人。都披着白纱。我把要冲进屋里去的。两个堂弟和堂妹。都拉了回来。当他们问我，她什么时候醒?我笑了。是啊，她做了一个很长久的梦。当然，也不会醒。</w:t>
      </w:r>
      <w:r>
        <w:rPr>
          <w:lang w:eastAsia="zh-CN"/>
        </w:rPr>
        <w:br/>
      </w:r>
      <w:r>
        <w:rPr>
          <w:lang w:eastAsia="zh-CN"/>
        </w:rPr>
        <w:t>　　而这个人就是我一直想念的太姥。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https://d.book118.com/297200016145006041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7200016145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