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2024会计个人工作感悟（34篇）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2024会计个人工作感悟（精选34篇）</w:t>
      </w:r>
      <w:r>
        <w:rPr>
          <w:lang w:eastAsia="zh-CN"/>
        </w:rPr>
        <w:br/>
      </w:r>
      <w:r>
        <w:rPr>
          <w:lang w:eastAsia="zh-CN"/>
        </w:rPr>
        <w:t xml:space="preserve">    2024会计个人工作感悟 篇1 </w:t>
      </w:r>
      <w:r>
        <w:rPr>
          <w:lang w:eastAsia="zh-CN"/>
        </w:rPr>
        <w:br/>
      </w:r>
      <w:r>
        <w:rPr>
          <w:lang w:eastAsia="zh-CN"/>
        </w:rPr>
        <w:t>　　一年一度的会计决算工作就要到了，为了使各分公司会计人员真正搞好决算的结账工作与新建账的衔接与过度，特提出如下注意事项和要求：</w:t>
      </w:r>
      <w:r>
        <w:rPr>
          <w:lang w:eastAsia="zh-CN"/>
        </w:rPr>
        <w:br/>
      </w:r>
      <w:r>
        <w:rPr>
          <w:lang w:eastAsia="zh-CN"/>
        </w:rPr>
        <w:t>　　1、善于发现问题。</w:t>
      </w:r>
      <w:r>
        <w:rPr>
          <w:lang w:eastAsia="zh-CN"/>
        </w:rPr>
        <w:br/>
      </w:r>
      <w:r>
        <w:rPr>
          <w:lang w:eastAsia="zh-CN"/>
        </w:rPr>
        <w:t>　　会计其实就是掌管一大堆的乱麻，通俗说就是保管单位的“针线笸箩”，该往出取的货币等费用，应按照财经纪律及有关支出规定行事，对于不合理、不合法的会计业务，就要运用法律及相关的会计知识予以鉴别，以便及时地发现解决问题，堵塞漏洞，减少损失。</w:t>
      </w:r>
      <w:r>
        <w:rPr>
          <w:lang w:eastAsia="zh-CN"/>
        </w:rPr>
        <w:br/>
      </w:r>
      <w:r>
        <w:rPr>
          <w:lang w:eastAsia="zh-CN"/>
        </w:rPr>
        <w:t>　　2、监控齐动手。年终对辅材、原材彻底盘点。“铁路__，各管一段”。每人经管的这一小环节抓好了，企业通盘的大环节才有保障和依靠。“千里之堤，溃于蚁穴”，作为会计工作警示语妙极了。会计人员对于原始凭证的取得应与业务人员多联系和沟通，首先保证你取得的第一手票据真实合法，单位名称、税号等重要元素务必填写正确。年终对账，对银行帐、现金账、辅材账、原材料账都要核对清楚;对于未达账项，应编制银行余额调节表调节平衡。</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3、对年终决算工作高度重视。</w:t>
      </w:r>
      <w:r>
        <w:rPr>
          <w:lang w:eastAsia="zh-CN"/>
        </w:rPr>
        <w:br/>
      </w:r>
      <w:r>
        <w:rPr>
          <w:lang w:eastAsia="zh-CN"/>
        </w:rPr>
        <w:t>　　结合企业年度方针目标及本部门的生产工作实际，该酝酿的酝酿，该倒算的倒算，对应上交总公司的占用应缴款项逐项核查清楚，按应计提上交的比例计算清楚，于年终足额清缴完毕。该算的收益算够，不愧对下面职工，不该计算的费用支出，也不要牵强，毕竟会计人员的账是要经得住反复多次地稽查的，让时间去验证，让历史去评说。各位，我们会计人员要清清白白做人，不要一查一个问题，都是经过我们一手操办的，这样对人对己，对企业及影响都不好。</w:t>
      </w:r>
      <w:r>
        <w:rPr>
          <w:lang w:eastAsia="zh-CN"/>
        </w:rPr>
        <w:br/>
      </w:r>
      <w:r>
        <w:rPr>
          <w:lang w:eastAsia="zh-CN"/>
        </w:rPr>
        <w:t>　　4、重申职业道德与保密工作。</w:t>
      </w:r>
      <w:r>
        <w:rPr>
          <w:lang w:eastAsia="zh-CN"/>
        </w:rPr>
        <w:br/>
      </w:r>
      <w:r>
        <w:rPr>
          <w:lang w:eastAsia="zh-CN"/>
        </w:rPr>
        <w:t>　　会计人员是企业的经济卫士，自身要作风过硬，恪守会计职业道德，维护企业职工利益，说话办事要注意自身形象和方寸，哪些话该说，哪些事不该办，心里要自有一杆秤，前提条件和衡量的标准就是国家的财经纪律、财税法规和本企业的各项规章制度，市场浩渺无边、变化莫测，作为会计人员对保密工作既要重视，又要不失自己的一言一行，“成本不公开，家丑不外扬”，从一点一滴做起。</w:t>
      </w:r>
      <w:r>
        <w:rPr>
          <w:lang w:eastAsia="zh-CN"/>
        </w:rPr>
        <w:br/>
      </w:r>
      <w:r>
        <w:rPr>
          <w:lang w:eastAsia="zh-CN"/>
        </w:rPr>
        <w:t>　　5、仔细、细心、认真是对会计人员的最起码要求。从原始凭证的审核，记账凭证的编制，到账簿记录，报表的及时报送，都要做到数字书写规范，摘要简明扼要，一目了然，无刮擦涂改痕迹，让人有一种舒服感，一看就知道出自你内行的手笔，此之谓你这人上了会计这门道儿。</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6、重视学习，不断提高自身的业务素质。</w:t>
      </w:r>
      <w:r>
        <w:rPr>
          <w:lang w:eastAsia="zh-CN"/>
        </w:rPr>
        <w:br/>
      </w:r>
      <w:r>
        <w:rPr>
          <w:lang w:eastAsia="zh-CN"/>
        </w:rPr>
        <w:t>　　活到老，学到老，是人之为人的做人__。作为会计人员尤其要树立继续不断学习的思想，会计理论知识、会计业务技能我自己掌握运用得怎样?国家的政治经济政策我了解了多少?是否能适应生产工作的需要?差距还有哪些?</w:t>
      </w:r>
      <w:r>
        <w:rPr>
          <w:lang w:eastAsia="zh-CN"/>
        </w:rPr>
        <w:br/>
      </w:r>
      <w:r>
        <w:rPr>
          <w:lang w:eastAsia="zh-CN"/>
        </w:rPr>
        <w:t>　　最后，让我们规范达标，夯实基础，向会计工作的现代化更高层次迈进。</w:t>
      </w:r>
      <w:r>
        <w:rPr>
          <w:lang w:eastAsia="zh-CN"/>
        </w:rPr>
        <w:br/>
      </w:r>
      <w:r>
        <w:rPr>
          <w:lang w:eastAsia="zh-CN"/>
        </w:rPr>
        <w:t xml:space="preserve">    2024会计个人工作感悟 篇2 </w:t>
      </w:r>
      <w:r>
        <w:rPr>
          <w:lang w:eastAsia="zh-CN"/>
        </w:rPr>
        <w:br/>
      </w:r>
      <w:r>
        <w:rPr>
          <w:lang w:eastAsia="zh-CN"/>
        </w:rPr>
        <w:t>　　我叫___，是一名普通的__银行储蓄柜员，一年来，在领导的带领与同事的支持的，我有了不错的成长，有今天的成绩，关键要感谢我的上级领导，是他在我刚开始工作时候，教会我工作要细心，其次今日事今日毕。</w:t>
      </w:r>
      <w:r>
        <w:rPr>
          <w:lang w:eastAsia="zh-CN"/>
        </w:rPr>
        <w:br/>
      </w:r>
      <w:r>
        <w:rPr>
          <w:lang w:eastAsia="zh-CN"/>
        </w:rPr>
        <w:t>　　一、思想建设方面</w:t>
      </w:r>
      <w:r>
        <w:rPr>
          <w:lang w:eastAsia="zh-CN"/>
        </w:rPr>
        <w:br/>
      </w:r>
      <w:r>
        <w:rPr>
          <w:lang w:eastAsia="zh-CN"/>
        </w:rPr>
        <w:t>　　时刻提醒自己，严格要求自己，以身作则。不断加强自己政治思想学习工作，积极向上，锐意进取。</w:t>
      </w:r>
      <w:r>
        <w:rPr>
          <w:lang w:eastAsia="zh-CN"/>
        </w:rPr>
        <w:br/>
      </w:r>
      <w:r>
        <w:rPr>
          <w:lang w:eastAsia="zh-CN"/>
        </w:rPr>
        <w:t>　　二、工作态度方面</w:t>
      </w:r>
      <w:r>
        <w:rPr>
          <w:lang w:eastAsia="zh-CN"/>
        </w:rPr>
        <w:br/>
      </w:r>
      <w:r>
        <w:rPr>
          <w:lang w:eastAsia="zh-CN"/>
        </w:rPr>
        <w:t>　　人们说：，爱岗敬业、热诚服务是一条维系人民与我们柜台工作人员的连接线。工作以来，我处理工作难题无数次，加班加点，处理紧急情况，为交行客户的利益护航，这就是我们交行柜台工作人员的优良作风。从我参加工作到如今，我一直以成为交行客户大众贴心人为我人生奋斗的第一个目标。一年来工作的热血沸腾，做事的大胆心细，以大局为重的工作经验使得我成长的更快。</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我不曾忘记目标的设立是激励我发奋工作的最好动力。作为交通银行的一分子，我始终立足岗位，始终坚持为民服务、体恤百姓，用自己火热的青春，奉献了一名普通柜员对于客户业务服务工作的无限忠诚与热爱，赢得了交行领导的高度赞誉。</w:t>
      </w:r>
      <w:r>
        <w:rPr>
          <w:lang w:eastAsia="zh-CN"/>
        </w:rPr>
        <w:br/>
      </w:r>
      <w:r>
        <w:rPr>
          <w:lang w:eastAsia="zh-CN"/>
        </w:rPr>
        <w:t>　　我的日常工作内容主要是负责为个人客户存取钱，开户，签约，划款转账，兑换外币等等。大胆实践，勇于开拓，廉洁自律，扎实苦干，热情服务。在对一些遇到困难的客户上，本着热情服务的理念，帮助客户解决实际困难。在对待工作上，勤勤恳恳、兢兢业业，对不配合不理解工作的乡亲做到耐心细致的讲解。在工作中，遇到突发事件，总是及时、迅速的出现在现场，给客户强有力的工作支持。充分发挥自己的年青优势和技术专长，积极配合我行柜台工作要求，有时为了工作进度加班，在办公室一干就是好几个小时，累了就在办公室休息一下，虽然加班多但休假却很少，一心扑在工作中。</w:t>
      </w:r>
      <w:r>
        <w:rPr>
          <w:lang w:eastAsia="zh-CN"/>
        </w:rPr>
        <w:br/>
      </w:r>
      <w:r>
        <w:rPr>
          <w:lang w:eastAsia="zh-CN"/>
        </w:rPr>
        <w:t>　　记得有一次，我正赶上亲人传染出疹子，高烧40度，可是我前两天手头的柜台工作出现了点失误，必须马上返回解决。作为一名光荣的交行人一想起交行不怕苦，认真负责，一切为了客户的精神，就会觉得全身充满强大的动力。我坚信世上无难事只要肯攀登，我坚持带病返回工作岗位继续自己未完成的工作。终于功夫不负有心人，我逐渐成长为银行优秀人才。未来的日子里，我正以高标准和实际行动按照自己的人生信念，在人生的坐标上追寻着更好的成绩。</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交行是我成长的地方，这片沃土培育了我养育了我，我感谢这里给予我的一切。今后，我将一如既往，一步一个脚印向前迈进，为交行的发展和腾飞做出自己新的贡献。</w:t>
      </w:r>
      <w:r>
        <w:rPr>
          <w:lang w:eastAsia="zh-CN"/>
        </w:rPr>
        <w:br/>
      </w:r>
      <w:r>
        <w:rPr>
          <w:lang w:eastAsia="zh-CN"/>
        </w:rPr>
        <w:t xml:space="preserve">    2024会计个人工作感悟 篇3 </w:t>
      </w:r>
      <w:r>
        <w:rPr>
          <w:lang w:eastAsia="zh-CN"/>
        </w:rPr>
        <w:br/>
      </w:r>
      <w:r>
        <w:rPr>
          <w:lang w:eastAsia="zh-CN"/>
        </w:rPr>
        <w:t>　　伴随着新年钟声的敲响，又迎来了崭新的、充满期待的20年。回望20年度的工作，感受到公司及身边的人这一年来发生的巨大变化，我们的品牌在快速提升着，身边的同事也都在不断进步着，朝着同一个目标奋斗着。新的一年到来了，也带来了新的挑战，在我们准备以全新的面貌来迎接新年的到来时，也不忘来回顾和总结过去一年来所做的努力。</w:t>
      </w:r>
      <w:r>
        <w:rPr>
          <w:lang w:eastAsia="zh-CN"/>
        </w:rPr>
        <w:br/>
      </w:r>
      <w:r>
        <w:rPr>
          <w:lang w:eastAsia="zh-CN"/>
        </w:rPr>
        <w:t>　　人力资源部自成立到现今已经一年半时间了，很荣幸本人参与了人力资源部成长的历程，从无到有，从当初的不完善，慢慢成长到今天的成熟。自20年以来，人力资源部的队伍在慢慢壮大，引进了人才，水平得到了很大的提高，人力资源建设正在逐步走向规范，职能作用也在逐渐得到体现。</w:t>
      </w:r>
      <w:r>
        <w:rPr>
          <w:lang w:eastAsia="zh-CN"/>
        </w:rPr>
        <w:br/>
      </w:r>
      <w:r>
        <w:rPr>
          <w:lang w:eastAsia="zh-CN"/>
        </w:rPr>
        <w:t>　　公司领导对人力资源部的建设极为关心，这对于人力资源部同事来说无疑是的强心剂。过去，大家可能对“人力资源”这个词语感到有点陌生，不知公司设如此部门真正的用意在哪里。通过今年大家的同心协力，已慢慢取得了公司各部门绝大多数人的认可与支持。</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上半年因部门人手紧缺，使得一些工作无法真正展开，一直在做着基础工作，今年上半年莫总监任职以来，对人力资源部工作进行了整理，明确了每个人的工作职责，使分工更加细致化，现对于今年的工作总结</w:t>
      </w:r>
      <w:r>
        <w:rPr>
          <w:lang w:eastAsia="zh-CN"/>
        </w:rPr>
        <w:br/>
      </w:r>
      <w:r>
        <w:rPr>
          <w:lang w:eastAsia="zh-CN"/>
        </w:rPr>
        <w:t>　　一、对于公司员工的人事档案及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r>
        <w:rPr>
          <w:lang w:eastAsia="zh-CN"/>
        </w:rPr>
        <w:br/>
      </w:r>
      <w:r>
        <w:rPr>
          <w:lang w:eastAsia="zh-CN"/>
        </w:rPr>
        <w:t>　　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r>
        <w:rPr>
          <w:lang w:eastAsia="zh-CN"/>
        </w:rPr>
        <w:br/>
      </w:r>
      <w:r>
        <w:rPr>
          <w:lang w:eastAsia="zh-CN"/>
        </w:rPr>
        <w:t>　　三、结合公司制度及国家规定管理员工考勤和请休假管理，按月准确出具考勤报表。其中员工考勤又是一个难点，公司实行上班刷卡办法已经一年半时间了，由于部份员工一直未能适应新的考勤办法所以效果一直不太好。今年人力资源部特意为此问题进行了考勤重申，并与综合管理部技术人员讨论后改善了考勤系统，但因公司许多工作岗位性质的不同，员工工作时间经常需要弹性化管理，还是不能很好的交上令人满意的考勤数据，但为了防止有些员工“言过其实”，照成考勤不公的结束，考勤系统还需更加完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四、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r>
        <w:rPr>
          <w:lang w:eastAsia="zh-CN"/>
        </w:rPr>
        <w:br/>
      </w:r>
      <w:r>
        <w:rPr>
          <w:lang w:eastAsia="zh-CN"/>
        </w:rPr>
        <w:t>　　五、公司充分考虑员工的福利，各项福利制度正逐渐开始实施。考虑到员工的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r>
        <w:rPr>
          <w:lang w:eastAsia="zh-CN"/>
        </w:rPr>
        <w:br/>
      </w:r>
      <w:r>
        <w:rPr>
          <w:lang w:eastAsia="zh-CN"/>
        </w:rPr>
        <w:t>　　六、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五叶神市场的重要组成部份，加强促销队伍的管理迫在眉睫。下一季度计划尽快重新制定促销人员管理制度，并严格按照规章制度办事。控制好人员的增长速度及提高整体素质水平，为公司的将来储备的业务人才。</w:t>
      </w:r>
      <w:r>
        <w:rPr>
          <w:lang w:eastAsia="zh-CN"/>
        </w:rPr>
        <w:br/>
      </w:r>
      <w:r>
        <w:rPr>
          <w:lang w:eastAsia="zh-CN"/>
        </w:rPr>
        <w:t>　　七、协助做好招聘与任用的具体事务性工作，包括发放招聘启事、收集和汇总应聘资料、安排人员、跟踪落实人员的情况等;</w:t>
      </w:r>
      <w:r>
        <w:rPr>
          <w:lang w:eastAsia="zh-CN"/>
        </w:rPr>
        <w:br/>
      </w:r>
      <w:r>
        <w:rPr>
          <w:lang w:eastAsia="zh-CN"/>
        </w:rPr>
        <w:t>　　八、帮助建立积极的员工关系，协调员工与管理层的关系，协助组织员工的各类活动;</w:t>
      </w:r>
      <w:r>
        <w:rPr>
          <w:lang w:eastAsia="zh-CN"/>
        </w:rPr>
        <w:br/>
      </w:r>
      <w:r>
        <w:rPr>
          <w:lang w:eastAsia="zh-CN"/>
        </w:rPr>
        <w:t>　　此外，在部门领导的指导帮助下，对员工考勤制度、劳动合同管理办法等相关的人事制度进行了修改工作，使其更加人性化，合理化，符合了公司“以人为本”的人才理念。</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对个人来讲下一步重要应该在认真工作之余加强，不断提高自身专业素质，才能面对更大的挑战，也才不会被时代的潮流所淘汰。来之不易的机会，扎扎实实做好每份工作。20__年人力资源部的责任将更加沉重，人力资源部一定安排并实施好新的一年的工作计划，用实际的工作业绩来说话。</w:t>
      </w:r>
      <w:r>
        <w:rPr>
          <w:lang w:eastAsia="zh-CN"/>
        </w:rPr>
        <w:br/>
      </w:r>
      <w:r>
        <w:rPr>
          <w:lang w:eastAsia="zh-CN"/>
        </w:rPr>
        <w:t xml:space="preserve">    2024会计个人工作感悟 篇4 </w:t>
      </w:r>
      <w:r>
        <w:rPr>
          <w:lang w:eastAsia="zh-CN"/>
        </w:rPr>
        <w:br/>
      </w:r>
      <w:r>
        <w:rPr>
          <w:lang w:eastAsia="zh-CN"/>
        </w:rPr>
        <w:t>　　时光如梭，我在北京大学第一医院的进修将结束。在这段期间，甜酸苦辣，不能一一道明，令我感动的是能得到各科领导及带教老师的细心指导，提高了业务水平，丰富了临床经验。“学习护理技能新知识，获益良多。在此，衷心感谢北京大学第一医院，通过学习，不仅提高了我的儿科护理知识，拓宽了视野，更重要的是还有灵魂的洗礼。回到本院后，我会运用学到的专业知识以及人文关怀，视患儿如亲人，积极为病人和家属提供优质护理服务，为护理事业尽一份力量。</w:t>
      </w:r>
      <w:r>
        <w:rPr>
          <w:lang w:eastAsia="zh-CN"/>
        </w:rPr>
        <w:br/>
      </w:r>
      <w:r>
        <w:rPr>
          <w:lang w:eastAsia="zh-CN"/>
        </w:rPr>
        <w:t>　　在北大医院儿五科的三个月进修中让我深刻感受到科室的管理模式及优质的护理服务理念。</w:t>
      </w:r>
      <w:r>
        <w:rPr>
          <w:lang w:eastAsia="zh-CN"/>
        </w:rPr>
        <w:br/>
      </w:r>
      <w:r>
        <w:rPr>
          <w:lang w:eastAsia="zh-CN"/>
        </w:rPr>
        <w:t>　　一、儿五科医护人员对患儿真诚和富有爱心的服务态度。他们视患儿如亲人，积极为病人和家属提供优质护理服务。</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二、儿五科病区执行各项护理规章制度非常严格尤其是交接班制度和查对制度。记得第一次参加病区的晨会交接班，夜班护士详细地交待了24小时患儿的病情变化，以及上一天每一天病情变化内容之详细，尤其是年龄较小的婴幼儿以及病情较重的患儿24小时出入量的详细记录之精确和观察病情之细微，让我深有感触。儿科五病区的各位老师对病人优质、爱心、责任心、细心和精心的服务态度给我留下了非常深刻的印象，也使我深深体会到了待病人如亲人的儿科护理服务内涵。</w:t>
      </w:r>
      <w:r>
        <w:rPr>
          <w:lang w:eastAsia="zh-CN"/>
        </w:rPr>
        <w:br/>
      </w:r>
      <w:r>
        <w:rPr>
          <w:lang w:eastAsia="zh-CN"/>
        </w:rPr>
        <w:t>　　三、同时也学到了儿科的病房管理特点和儿科护理人力资源管理、绩效管理、护理质量控制和持续改进措施。更让我深受感触的是护士长刘平对待每位患儿及家长的深切关怀，查看夜班护士工作情况并亲自到病人床前询问夜间病情和睡眠情况，有计划的安排一天的工作。她的组织协调管理能力和提升护士解决问题的能力让我受益匪浅。</w:t>
      </w:r>
      <w:r>
        <w:rPr>
          <w:lang w:eastAsia="zh-CN"/>
        </w:rPr>
        <w:br/>
      </w:r>
      <w:r>
        <w:rPr>
          <w:lang w:eastAsia="zh-CN"/>
        </w:rPr>
        <w:t>　　四、儿科护士的护理业务技术尤其是小儿留置针穿刺技术让我非常佩服。病区的年轻护士较多，但她们注重儿科护理业务学习和继续教育，这也得益于贵院的护理继续教育培训。我在进修期间多次参加了护理部组织的护理培训讲座，让我接触和学习到了很多新的护理知识，开拓了我的知识面。</w:t>
      </w:r>
      <w:r>
        <w:rPr>
          <w:lang w:eastAsia="zh-CN"/>
        </w:rPr>
        <w:br/>
      </w:r>
      <w:r>
        <w:rPr>
          <w:lang w:eastAsia="zh-CN"/>
        </w:rPr>
        <w:t>　　五、另外病区各位老师节约每一滴水、每一度电和每一张纸的意识及浓厚的学习气氛和严格的带教让我深有体会。针对儿科病区的实习护生多，带教任务重的特点，病区特别加强实习护生的入科宣教，使实习带教工作有条不紊。护士长和带教老师能针对本病区的工作特点给护生讲解实习注意事项和掌握内容，让护生有针对性地学习和实习。</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进修回医院后，我一定把在贵院学习到的儿科护理新技术和服务理念带到工作中去，不断提升服务态度和服务能力及急诊抢救意识。最后非常感谢儿科护士长刘平和带教老师苏爱华以及各位老师在百忙之中积极带教，把儿科护理技术和服务理念完全渗透我的内心，在此衷心感谢医院各位领导和老师的指导!</w:t>
      </w:r>
      <w:r>
        <w:rPr>
          <w:lang w:eastAsia="zh-CN"/>
        </w:rPr>
        <w:br/>
      </w:r>
      <w:r>
        <w:rPr>
          <w:lang w:eastAsia="zh-CN"/>
        </w:rPr>
        <w:t xml:space="preserve">    2024会计个人工作感悟 篇5 </w:t>
      </w:r>
      <w:r>
        <w:rPr>
          <w:lang w:eastAsia="zh-CN"/>
        </w:rPr>
        <w:br/>
      </w:r>
      <w:r>
        <w:rPr>
          <w:lang w:eastAsia="zh-CN"/>
        </w:rPr>
        <w:t>　　医患沟通是现代医院医护人员必须具备的一种基本技能。在医学科学不断进步的今天，尤其在医患双方医疗信息不对称的情况下，服务是医疗市场竞争的重要筹码。医护人员对患者的人文关怀、尊重、沟通就是影响服务满意度的关键因素。建立良好的医患沟通制度可以缓解医患关系，增加医患间的信任、保证医患双方的利益，全面提高医疗质量，增加医院的综合竞争力。</w:t>
      </w:r>
      <w:r>
        <w:rPr>
          <w:lang w:eastAsia="zh-CN"/>
        </w:rPr>
        <w:br/>
      </w:r>
      <w:r>
        <w:rPr>
          <w:lang w:eastAsia="zh-CN"/>
        </w:rPr>
        <w:t>　　通过这次观看医患沟通的视频，我对医患沟通的重要性有了更进一步的理解。首先医患沟通是医患之间不可缺少的交流，良好的医患关系是保证医疗服务高质量的基础,而医患沟通是建立良好医患关系的前提。医患沟通是贯穿于整个医疗活动过程中，在较大程度上决定了医院服务质量的特殊的人际交往过程。其次医方通过与患者的沟通，了解到与疾病有关的全部信息，才能够作出正确的诊断和治疗，医患之间良好的沟通，还可以减少不当医疗行为的发生。例如患者体质上的特殊情况，只有患者自己最清楚，而有些特殊情况医务人员可能检查不出来。如患者药物过敏情况，如果医务人员在询问病史时没有深入地了解，而使用了不应该使用的药物而发生了过敏反应，则会发生不当的医疗行为。</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同时由于医患双方在诊疗过程中的地位和作用有一定的不平等性，医务人员掌握医学知识和技能，在医患关系中处于主导地位。患者相对于医务人员来讲，缺少医学知识，主要是在医务人员的安排下接受治疗，解除自身的病痛，所以处于一定的被动和服从地位。因此，医务人员应加强与患者的沟通，才能满足患者对医疗信息的需要。</w:t>
      </w:r>
      <w:r>
        <w:rPr>
          <w:lang w:eastAsia="zh-CN"/>
        </w:rPr>
        <w:br/>
      </w:r>
      <w:r>
        <w:rPr>
          <w:lang w:eastAsia="zh-CN"/>
        </w:rPr>
        <w:t>　　当在医疗活动过程中，应主动发现可能出现问题的苗头，同时把这类家属作为沟通的重点对象，与家属预约后根据其具体要求有针对性地沟通。当医生与患者家属沟通困难时，另换一位医生或主任与患方沟通;当医生不能与某位患者家属沟通时，可以换一位知识层面高一点的患者家属沟通，让这位家属去说服其他家属。</w:t>
      </w:r>
      <w:r>
        <w:rPr>
          <w:lang w:eastAsia="zh-CN"/>
        </w:rPr>
        <w:br/>
      </w:r>
      <w:r>
        <w:rPr>
          <w:lang w:eastAsia="zh-CN"/>
        </w:rPr>
        <w:t>　　总之，在医疗工作中，医护人员需要不断地加强自身全面素质的提高，掌握沟通的艺术，努力为患者营造一个舒适、安静、安全、自信的环境。同时对患者提出的各种各样问题应该耐心解释，切忌大声呵斥、简单粗鲁，敷衍了事。医护人员如能和患者沟通的非常融洽，不但可为治疗疾病提供信息，促进疾病的好转，提高疾病的治愈率，更重要的还能及时化解医患之间的误解和矛盾，减少医患纠纷和医疗事故的发生。</w:t>
      </w:r>
      <w:r>
        <w:rPr>
          <w:lang w:eastAsia="zh-CN"/>
        </w:rPr>
        <w:br/>
      </w:r>
      <w:r>
        <w:rPr>
          <w:lang w:eastAsia="zh-CN"/>
        </w:rPr>
        <w:t xml:space="preserve">    2024会计个人工作感悟 篇6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其实销售并没有什么“绝招”，也没有太多的技巧性的东西可言。人与人交往很难按一种统一的模式去做，每个人的个性都不一样，处理问题的方式也就自然不一样。对于一个刚踏进地产销售行业的新人来说，别人的销售技巧只可供参考，除了学习别人的做法以外，更多的是在每一次与客户打交道的过程中，总结出合适自己的商谈方式、方法，这样你就具有了自己个人独特销售技巧。只要多加留意、多加练习，每个人都可以具备自己独特的销售技巧，有自己的“绝招”。所以说，销售技巧更多的是用心学习、用心体会、用心做事。</w:t>
      </w:r>
      <w:r>
        <w:rPr>
          <w:lang w:eastAsia="zh-CN"/>
        </w:rPr>
        <w:br/>
      </w:r>
      <w:r>
        <w:rPr>
          <w:lang w:eastAsia="zh-CN"/>
        </w:rPr>
        <w:t>　　一、用心学习</w:t>
      </w:r>
      <w:r>
        <w:rPr>
          <w:lang w:eastAsia="zh-CN"/>
        </w:rPr>
        <w:br/>
      </w:r>
      <w:r>
        <w:rPr>
          <w:lang w:eastAsia="zh-CN"/>
        </w:rPr>
        <w:t>　　从事房地产销售工作的人员应致力于个人及事业的发展，因为生活只会随着自我改变而改变，唯有不断地学习，才能稳固地立足于这个社会。所以要成为一名顶尖的销售人员，首先必须学习的是如何保持一种积极向上的心态。</w:t>
      </w:r>
      <w:r>
        <w:rPr>
          <w:lang w:eastAsia="zh-CN"/>
        </w:rPr>
        <w:br/>
      </w:r>
      <w:r>
        <w:rPr>
          <w:lang w:eastAsia="zh-CN"/>
        </w:rPr>
        <w:t>　　二、学习积极的心态</w:t>
      </w:r>
      <w:r>
        <w:rPr>
          <w:lang w:eastAsia="zh-CN"/>
        </w:rPr>
        <w:br/>
      </w:r>
      <w:r>
        <w:rPr>
          <w:lang w:eastAsia="zh-CN"/>
        </w:rPr>
        <w:t>　　进入房地产行业之后，在工作的过程当中，我发现地产这个行业所涉及的面是非常的广，很有挑战性。一个积极的心态，是对自我的一个期望和承诺，决定你的人生方向，确定自己的工作目标，正确看待和评价你所拥有的能力。你认为自己是一个什么样的人很重要。</w:t>
      </w:r>
      <w:r>
        <w:rPr>
          <w:lang w:eastAsia="zh-CN"/>
        </w:rPr>
        <w:br/>
      </w:r>
      <w:r>
        <w:rPr>
          <w:lang w:eastAsia="zh-CN"/>
        </w:rPr>
        <w:t>　　一个有着积极态度的销售人员，相信他每天早晨起床都是面带微笑地对自己说。“今天我心情很好，我很高兴，今天会跟很多客户联系，我相信能给他们解决一些问题或解除他们的疑虑，我会成交的”;“只要我努力，相信今天我一定能成交，我的销售业绩是最棒的”;这就是他对自己的一种肯定。</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三、培养你的亲和力</w:t>
      </w:r>
      <w:r>
        <w:rPr>
          <w:lang w:eastAsia="zh-CN"/>
        </w:rPr>
        <w:br/>
      </w:r>
      <w:r>
        <w:rPr>
          <w:lang w:eastAsia="zh-CN"/>
        </w:rPr>
        <w:t>　　所谓亲和力，就是销售人员和客户交流沟通的能力。销售人员的工作性质是直接面对面地与客户打交道，怎么才能更好地与客户沟通，让客户认可你，必须通过规范你的言行举止来实现。</w:t>
      </w:r>
      <w:r>
        <w:rPr>
          <w:lang w:eastAsia="zh-CN"/>
        </w:rPr>
        <w:br/>
      </w:r>
      <w:r>
        <w:rPr>
          <w:lang w:eastAsia="zh-CN"/>
        </w:rPr>
        <w:t>　　在售房的过程中，语言是沟通的桥梁。对销售人员而言，语言应该是一门应酬与交往的艺术，不仅要注意表情、态度、用词，还要讲究方式和方法，遵守语言礼仪，是顺利达到交往效果的“润滑剂”。</w:t>
      </w:r>
      <w:r>
        <w:rPr>
          <w:lang w:eastAsia="zh-CN"/>
        </w:rPr>
        <w:br/>
      </w:r>
      <w:r>
        <w:rPr>
          <w:lang w:eastAsia="zh-CN"/>
        </w:rPr>
        <w:t>　　在人际交往中，约有80%以上的信息是借助于举止这种无声的“第二语言”来传达的。行为举止是一种不说话的“语言”，包括人的站姿、坐姿、表情以及身体展示的各种动作。一个眼神、一个表情、一个微小的手势和体态都可以传播出重要的信息。一个人的行为举止反映出他的修养水平、受教育程度和可信任程度。在人际关系中，它是塑造良好个人形象的起点，更重要的是他在体现个人形象的同时，也向外界显示了作为公司整体的文化精神。</w:t>
      </w:r>
      <w:r>
        <w:rPr>
          <w:lang w:eastAsia="zh-CN"/>
        </w:rPr>
        <w:br/>
      </w:r>
      <w:r>
        <w:rPr>
          <w:lang w:eastAsia="zh-CN"/>
        </w:rPr>
        <w:t>　　四、提高你的专业性水准</w:t>
      </w:r>
      <w:r>
        <w:rPr>
          <w:lang w:eastAsia="zh-CN"/>
        </w:rPr>
        <w:br/>
      </w:r>
      <w:r>
        <w:rPr>
          <w:lang w:eastAsia="zh-CN"/>
        </w:rPr>
        <w:t>　　房地产产品的特殊性要求销售人员有较深的产品知识与专业知识。产品知识和专业知识是销售人员自信的基础，也是销售技巧的保证。</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楼盘产品知识的掌握是正式进入推销的第一步，你有再好的心态与自信心，可对楼盘的产品知识一无所知，客户向你咨询楼盘特点、户型、价格、装修标准等等的时候，你即一问三不知，客户就根本不会买你推荐的楼盘。</w:t>
      </w:r>
      <w:r>
        <w:rPr>
          <w:lang w:eastAsia="zh-CN"/>
        </w:rPr>
        <w:br/>
      </w:r>
      <w:r>
        <w:rPr>
          <w:lang w:eastAsia="zh-CN"/>
        </w:rPr>
        <w:t>　　当楼盘面对有效需求，开发商有效供给，我们却不能有效销售或者说不能高效率销售，一旦错过楼盘销售增长期、平稳期，就只剩下漫长的等待，非常可惜也非常被动，尤其是所售楼盘周边有竞争楼盘存在、而楼盘差异化又不大时，知己知彼的销售人员是战胜竞争对手的决胜砝码。商品房的价值比较高，往往很多客户是用一生的积蓄来购买的大宗买卖。因此反复比较、犹豫不决是常见现象，客户对楼盘能察觉的使用价值作了反复比较依然拿不定主意时，如果售楼人员能就客户的购房需求作一番说明，成功率就会很高。</w:t>
      </w:r>
      <w:r>
        <w:rPr>
          <w:lang w:eastAsia="zh-CN"/>
        </w:rPr>
        <w:br/>
      </w:r>
      <w:r>
        <w:rPr>
          <w:lang w:eastAsia="zh-CN"/>
        </w:rPr>
        <w:t>　　专业的经纪人不仅对所售楼盘本身的特点(品味、文化、规划、景观、设计、风格、结构、户型、面积、功能、朝向、便利、价格、公建设施、设备、社区管理、社区文化等等)有根本了解，而且对所售楼盘地段、周边环境、城市规划、基础设施、发展趋势、开发商实力等有足够的了解。更重要的是对竞争楼盘优势有清醒的认识，能够与竞争楼盘进行使人信服、恰如其分的比较。在比较中，无原则的贬低竞争对手楼盘的做法很容易使客户产生逆反心理。因此，既要实事求是，又要扬长避短，为客户提供置业意见，使客户对你和你所销售的楼盘产生信任感。</w:t>
      </w:r>
      <w:r>
        <w:rPr>
          <w:lang w:eastAsia="zh-CN"/>
        </w:rPr>
        <w:br/>
      </w:r>
      <w:r>
        <w:rPr>
          <w:lang w:eastAsia="zh-CN"/>
        </w:rPr>
        <w:t>　　要学会在与客户交流的过程中抓住客户所关心的问题作为突破口，那你就会成功的。</w:t>
      </w:r>
      <w:r>
        <w:rPr>
          <w:lang w:eastAsia="zh-CN"/>
        </w:rPr>
        <w:br/>
      </w:r>
      <w:r>
        <w:rPr>
          <w:lang w:eastAsia="zh-CN"/>
        </w:rPr>
        <w:t>　　五、用心体会</w:t>
      </w:r>
      <w:r>
        <w:rPr>
          <w:lang w:eastAsia="zh-CN"/>
        </w:rPr>
        <w:br/>
      </w:r>
      <w:r>
        <w:rPr>
          <w:lang w:eastAsia="zh-CN"/>
        </w:rPr>
        <w:t>　　1、“利他”的思考方式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有人说，“钱从客户口袋到销售人员口袋”这一段距离是世界上最长的距离，我觉得形容得很贴切。只要客户不掏钱出来，我们就永远得不到，所以如何缩短这一段距离是至关重要的。</w:t>
      </w:r>
      <w:r>
        <w:rPr>
          <w:lang w:eastAsia="zh-CN"/>
        </w:rPr>
        <w:br/>
      </w:r>
      <w:r>
        <w:rPr>
          <w:lang w:eastAsia="zh-CN"/>
        </w:rPr>
        <w:t>　　与客户的沟通以及相处中随时以“利他”的思考方式去进行思考，如何帮助客户，如何才能让客户处在最佳利益的状态，如何才能让客户觉得贴心，才会帮客户解决困扰，才会让客户喜欢买你推销的房子，才会让客户将你视为朋友，而不是在客户的眼中只是一个老想把房子卖给他，如此失败的一个销售人员而已。利他的思考方式可以让我们跟客户站在同一阵线去解决问题，你是他的最佳战友，而不是站在你销我买的对立立场。</w:t>
      </w:r>
      <w:r>
        <w:rPr>
          <w:lang w:eastAsia="zh-CN"/>
        </w:rPr>
        <w:br/>
      </w:r>
      <w:r>
        <w:rPr>
          <w:lang w:eastAsia="zh-CN"/>
        </w:rPr>
        <w:t>　　2、避免自己制造的销售误区</w:t>
      </w:r>
      <w:r>
        <w:rPr>
          <w:lang w:eastAsia="zh-CN"/>
        </w:rPr>
        <w:br/>
      </w:r>
      <w:r>
        <w:rPr>
          <w:lang w:eastAsia="zh-CN"/>
        </w:rPr>
        <w:t>　　在销售工作的过程中，常常会不自觉地陷入自己制造的误区而不自知。这其中有两个误区是我们最容易掉进去的，所以必须随时提醒自己。</w:t>
      </w:r>
      <w:r>
        <w:rPr>
          <w:lang w:eastAsia="zh-CN"/>
        </w:rPr>
        <w:br/>
      </w:r>
      <w:r>
        <w:rPr>
          <w:lang w:eastAsia="zh-CN"/>
        </w:rPr>
        <w:t>　　其一是：当我们想要将手上的房子销售给客户的时候，客户真的需要吗?是他真的需要还是我们觉得他需要，如果只是单方面我们觉得他需要，那么成交可能就会距离我们遥远而且机会渺茫。所以在面对客户销售之前，如何唤起他的“需求意识”，以及如何创造他们的需求是我们必须要用心的重点，因为在他不认为自己需要的时候，他是绝对不可能点头同意成交的。对客户来说最好的房子就是客户已经产生需求的房子才是最好的房子，所以优先销售需求，然后再销售房子给客户，而不是先销售房子后才销售需求。</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其二是：我们所提出的意见是基于客户的需求来考虑的，还是我们只将焦点集中在自己的业绩完成上，所提出的意见是为客户量身定做，还是为我们自己量身定做。这两种心态造成我们和客户之间的不同距离。我们当然希望客户的订单越大越好，成交的金额越高越好，但是客户的期望却并非如此。每一个客户的期望都是希望能够在最低的金额下发挥到最高的效率，客户并不是吝啬花钱或者挑毛病，因为换一个角度来思考，如果我们自己是客户，当我们决定要花钱买房的时候说不定比现在这些抱怨的客户更加的挑剔。一个成功的销售人员在客户的心目中是客户问题的解决者，而绝对不是客户问题的制造者。</w:t>
      </w:r>
      <w:r>
        <w:rPr>
          <w:lang w:eastAsia="zh-CN"/>
        </w:rPr>
        <w:br/>
      </w:r>
      <w:r>
        <w:rPr>
          <w:lang w:eastAsia="zh-CN"/>
        </w:rPr>
        <w:t>　　3、成功地销售商品给自己</w:t>
      </w:r>
      <w:r>
        <w:rPr>
          <w:lang w:eastAsia="zh-CN"/>
        </w:rPr>
        <w:br/>
      </w:r>
      <w:r>
        <w:rPr>
          <w:lang w:eastAsia="zh-CN"/>
        </w:rPr>
        <w:t>　　其实在这个世界上最难销售最难面对，以及最挑剔的客户常常就是自己。</w:t>
      </w:r>
      <w:r>
        <w:rPr>
          <w:lang w:eastAsia="zh-CN"/>
        </w:rPr>
        <w:br/>
      </w:r>
      <w:r>
        <w:rPr>
          <w:lang w:eastAsia="zh-CN"/>
        </w:rPr>
        <w:t>　　因为你自己最清楚这样的房子能不能够满足自己的需求，要说服自己购买并不是一件容易的事，如果能够让自己燃烧起购买的欲望，甚至让自己下定决心购买，你需要的是什么呢?而在自己销售给自己的过程中十有八九你会询问自己的问题可能也会是客户会问的问题，怎样的回答方式可以令你自己满意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如果你已经能够成功地说服自己购买，那么在市场上所会面临的问题你差不多都已经考虑在内了。这是一种很好的练习方式。拿自己来试试看一定好过拿客户来试，如果自己都说服不了，你如何能够有十足的信心去面对客户呢?所以有很多销售人员在销售过程中所面对的拒绝或是挫折其实是自己缺乏联系所造成的结果。如果连你自己都不能接受的商品却硬要客户接受，这不是一件强人所难的事吗?</w:t>
      </w:r>
      <w:r>
        <w:rPr>
          <w:lang w:eastAsia="zh-CN"/>
        </w:rPr>
        <w:br/>
      </w:r>
      <w:r>
        <w:rPr>
          <w:lang w:eastAsia="zh-CN"/>
        </w:rPr>
        <w:t xml:space="preserve">    2024会计个人工作感悟 篇7 </w:t>
      </w:r>
      <w:r>
        <w:rPr>
          <w:lang w:eastAsia="zh-CN"/>
        </w:rPr>
        <w:br/>
      </w:r>
      <w:r>
        <w:rPr>
          <w:lang w:eastAsia="zh-CN"/>
        </w:rPr>
        <w:t>　　每当我满怀自豪的说起我是一名大学生村官的时候，本以为收到的会是赞许和羡慕，但是很多时候事实并非如此，大家并不觉得这是多了不起的事，更多的时候还会还以不屑和白眼。大家所熟知的大学生村官形象也许是这样的——考不上公务员事业单位的loser，只会在村委会做一些闲杂事务，端茶送水、打扫卫生，顶多就是收发个文件。</w:t>
      </w:r>
      <w:r>
        <w:rPr>
          <w:lang w:eastAsia="zh-CN"/>
        </w:rPr>
        <w:br/>
      </w:r>
      <w:r>
        <w:rPr>
          <w:lang w:eastAsia="zh-CN"/>
        </w:rPr>
        <w:t>　　然而，大家所想象的大学生村官并不仅仅如此，在这里，我想给我们大学生村官正名。</w:t>
      </w:r>
      <w:r>
        <w:rPr>
          <w:lang w:eastAsia="zh-CN"/>
        </w:rPr>
        <w:br/>
      </w:r>
      <w:r>
        <w:rPr>
          <w:lang w:eastAsia="zh-CN"/>
        </w:rPr>
        <w:t>　　大学生村官的正式称谓——“选聘高校毕业生到村任职”。大学生村官工作是__大以来党中央做出的一项重大战略决策，主要目的是培养一大批社会主义新农村建设骨干人才、党政干部队伍后备人才、各行各业优秀人才。</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大学生村官工作是国家开展的选派项目。大学生村官岗位性质为“村级组织特设岗位"，系非公务员身份，其工作、生活补助和享受保障待遇应缴纳的相关费用由中央和地方财政共同承担。大学生村官的工作管理及考核比照公务员有关规定进行，由县(市、区)党委组织部牵头负责、乡镇党委直接管理、村党组织协助实施;人事档案由县(市、区)党委组织部管理或县(市、区)人力资源和社会保障部门所属人才服务机构免费代理，党团关系转至所在村。</w:t>
      </w:r>
      <w:r>
        <w:rPr>
          <w:lang w:eastAsia="zh-CN"/>
        </w:rPr>
        <w:br/>
      </w:r>
      <w:r>
        <w:rPr>
          <w:lang w:eastAsia="zh-CN"/>
        </w:rPr>
        <w:t>　　由此可见，大学生村官虽然不属于在编公务员事业单位序列，但是，别拿村官不当干部!在很多工作中都有我们大学生村官的身影。</w:t>
      </w:r>
      <w:r>
        <w:rPr>
          <w:lang w:eastAsia="zh-CN"/>
        </w:rPr>
        <w:br/>
      </w:r>
      <w:r>
        <w:rPr>
          <w:lang w:eastAsia="zh-CN"/>
        </w:rPr>
        <w:t>　　作为党和政府在最基层的大学生村官，奋战在基层一线，在协助做好党的方针政策、国家法律法规和上级党委政府有关文件精神的宣传贯彻工作;协助完成富民强村建设的各项任务;协助做好村内的综合治理、计划生育、矛盾调解、社会保障等服务工作;协助做好制度规范、文字和档案管理工作;协助做好远程教育、科技普及和精神文明推广工作;围绕村主要工作开展调研，当好参谋;积极参与镇、村和大学生村干部集体组织的各项文体活动;完成镇和村两委交办的其他各项任务方面做了很多工作，大学生村官工作政策出台几年来，涌现出了秦玥飞、向伟艺等一大批优秀的大学生村官，他们身在基层平凡的岗位上，却做出了不平凡的事迹，成为了我们学习的榜样。</w:t>
      </w:r>
      <w:r>
        <w:rPr>
          <w:lang w:eastAsia="zh-CN"/>
        </w:rPr>
        <w:br/>
      </w:r>
      <w:r>
        <w:rPr>
          <w:lang w:eastAsia="zh-CN"/>
        </w:rPr>
        <w:t>　　大学生村官工作从无到有，快速发展，从"各地自发探索"，到"局部探索试验"，再到"全面发展推进"，大学生村官工作得到长足发展，取得显著成效。大学生村官人员素质不断提高，村官政策体系日趋完善，锻炼成长效果明显，职业路径逐渐清晰，当年的大学生村官中涌现出的佼佼者经过基层各方面锤炼，现在很多都已经成为各行各业的佼佼者。</w:t>
      </w:r>
      <w:r>
        <w:rPr>
          <w:lang w:eastAsia="zh-CN"/>
        </w:rPr>
        <w:br/>
      </w:r>
      <w:r>
        <w:rPr>
          <w:lang w:eastAsia="zh-CN"/>
        </w:rPr>
        <w:t>　　可以说，大学生村官工作是为党和国家培养可靠接班人的战略工程，是加强基层党组织建设的强基工程，是建设社会主义新农村的人才工程，是青年学生实现人生抱负的希望工程。</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当下，随着政策体系的不断完善，大学生村官待遇也在逐步提高，大学生村官已经没有了后顾之忧，党和政府在鼓励大学生村官留村任职、公务员事业单位招录、自主创业、自由择业以及继续学习深造方面都给出了明确的政策和文件，广阔天地大有作为，作为大学生村官，只需发挥自身优势和特长，努力做好本职工作，定会有金子发光之日。</w:t>
      </w:r>
      <w:r>
        <w:rPr>
          <w:lang w:eastAsia="zh-CN"/>
        </w:rPr>
        <w:br/>
      </w:r>
      <w:r>
        <w:rPr>
          <w:lang w:eastAsia="zh-CN"/>
        </w:rPr>
        <w:t>　　所以，我不羡慕别人所处的环境的繁华、条件优越，作为为基层一线服务的大学生村官，我不再惧怕别人的不屑与白眼，不管何时，我都会踏实又自豪的亮明身份——我，是一名大学生村官!</w:t>
      </w:r>
      <w:r>
        <w:rPr>
          <w:lang w:eastAsia="zh-CN"/>
        </w:rPr>
        <w:br/>
      </w:r>
      <w:r>
        <w:rPr>
          <w:lang w:eastAsia="zh-CN"/>
        </w:rPr>
        <w:t xml:space="preserve">    2024会计个人工作感悟 篇8 </w:t>
      </w:r>
      <w:r>
        <w:rPr>
          <w:lang w:eastAsia="zh-CN"/>
        </w:rPr>
        <w:br/>
      </w:r>
      <w:r>
        <w:rPr>
          <w:lang w:eastAsia="zh-CN"/>
        </w:rPr>
        <w:t>　　时光飞逝，岁月如梭，这一年在公司同仁的共同努力下，我们开拓创新，积极配合，注重效率，完成了一个有一个精美绝伦的艺术品。当然这都离不开公司领导的正确决策，离不开总设计师和设计部每位成员的独具一格的创新理念。离不开各个部门同事的团结合作。回顾这一年有收获，有成就，也有问题，有反思，有总结。</w:t>
      </w:r>
      <w:r>
        <w:rPr>
          <w:lang w:eastAsia="zh-CN"/>
        </w:rPr>
        <w:br/>
      </w:r>
      <w:r>
        <w:rPr>
          <w:lang w:eastAsia="zh-CN"/>
        </w:rPr>
        <w:t>　　1.常州__寺海岛。(在这个项目中出现人物拥挤现象，安装过程中出现透视关系与背景的不协调，导致整体的艺术效果及一些细节问题没有达到预期的完美理想。)</w:t>
      </w:r>
      <w:r>
        <w:rPr>
          <w:lang w:eastAsia="zh-CN"/>
        </w:rPr>
        <w:br/>
      </w:r>
      <w:r>
        <w:rPr>
          <w:lang w:eastAsia="zh-CN"/>
        </w:rPr>
        <w:t>　　我个人认为以后做的时候要注意人物的体量与背景空间关系以及摆放尺寸的融合，要达到最后人物，背景，寺庙的完美结合。</w:t>
      </w:r>
      <w:r>
        <w:rPr>
          <w:lang w:eastAsia="zh-CN"/>
        </w:rPr>
        <w:br/>
      </w:r>
      <w:r>
        <w:rPr>
          <w:lang w:eastAsia="zh-CN"/>
        </w:rPr>
        <w:t>　　2.东北海岛。(在这个项目中出现尺寸不准的问题要注意大体尺寸与局部尺寸的准确还有和现场神台与寺庙的整体结合。)</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我个人认为今后做的时候要求钢架尺寸要负责人签字确认。务必做到准确无误。以前做的好的要做到更好，以前做的不对的要及时改进，下次不能再犯类似错误。</w:t>
      </w:r>
      <w:r>
        <w:rPr>
          <w:lang w:eastAsia="zh-CN"/>
        </w:rPr>
        <w:br/>
      </w:r>
      <w:r>
        <w:rPr>
          <w:lang w:eastAsia="zh-CN"/>
        </w:rPr>
        <w:t>　　3.东北__和__莲花化身。(在这个项目中主要问题就是外包单位做成品时没有很好按小稿中的整体感觉和艺术效果来做，稍有偏差，也许是我们传达的思想不够单位，今后一定要加强沟通，传达艺术理念，详细讲解作品的整体表现。加强团队意识才能到达顾客企业个人的多重共赢。从而增强企业品牌知名度和信誉度。)</w:t>
      </w:r>
      <w:r>
        <w:rPr>
          <w:lang w:eastAsia="zh-CN"/>
        </w:rPr>
        <w:br/>
      </w:r>
      <w:r>
        <w:rPr>
          <w:lang w:eastAsia="zh-CN"/>
        </w:rPr>
        <w:t>　　4.松江___。(在这个项目中主要问题就是人物的组织安排和验收时间的要求没有做到很好。)</w:t>
      </w:r>
      <w:r>
        <w:rPr>
          <w:lang w:eastAsia="zh-CN"/>
        </w:rPr>
        <w:br/>
      </w:r>
      <w:r>
        <w:rPr>
          <w:lang w:eastAsia="zh-CN"/>
        </w:rPr>
        <w:t>　　我个人认为今后工作中负责人要及时组织督促员工总结已经完成的任务和没有完成的计划。加强时间观念提高生产效率。做为员工要做计划定任务做总结。时刻紧跟公司的步伐。要高质量，高要求，高标准的完成工作任务。</w:t>
      </w:r>
      <w:r>
        <w:rPr>
          <w:lang w:eastAsia="zh-CN"/>
        </w:rPr>
        <w:br/>
      </w:r>
      <w:r>
        <w:rPr>
          <w:lang w:eastAsia="zh-CN"/>
        </w:rPr>
        <w:t>　　5.__堂，六柱人物背景。在这个工程中主要就是要及时与师傅沟通，理解领悟设计师的要求的整体艺术效果，达到艺术与进度的及时更进。不伦是已经完成的这几个项目还是现在做的四大天王，关公，童子侍女以及今后做的工程，理解设计师的设计理念，领悟整体的艺术效果都是我们做好一件艺术品的前提条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希望自己在各方面都有一个质的提高，而这需要在艺术创作和艺术欣赏的实践中，逐步培养和锻炼。做好一个艺术品首先要树立正确的世界观，人生观，价值观，培养自己的审美趣味，扩大自己的欣赏视野，从而提高艺术修养水平，增强文化底蕴各种艺术之间都是有内在联系，这就需要博览群书，广泛通晓各种艺术形式。要多看，多听，多反思。看看名家的优秀作品，从中领悟他们的创作经验和表现手段，不断实践，不断反思，不断总结。三人行必有我师，要与同事虚心请教学习彼此互通有无，取长补短。对于小徒弟要认真传授自己的经验和技巧。增强同事之间的团队合作意识。21世纪需要的是复合型的人才，在新的一年里希望自己做好本职工作的同时加强各方面的综合素质。为公司创造更多的价值。</w:t>
      </w:r>
      <w:r>
        <w:rPr>
          <w:lang w:eastAsia="zh-CN"/>
        </w:rPr>
        <w:br/>
      </w:r>
      <w:r>
        <w:rPr>
          <w:lang w:eastAsia="zh-CN"/>
        </w:rPr>
        <w:t xml:space="preserve">    2024会计个人工作感悟 篇9 </w:t>
      </w:r>
      <w:r>
        <w:rPr>
          <w:lang w:eastAsia="zh-CN"/>
        </w:rPr>
        <w:br/>
      </w:r>
      <w:r>
        <w:rPr>
          <w:lang w:eastAsia="zh-CN"/>
        </w:rPr>
        <w:t>　　工作一年了，结合我自身谈谈UI设计的重要性。现在主流的论坛建站程序有两种 Phpwind 和Discuz(Phpwind被阿里巴巴收购 Discuz被腾讯收购这两个论坛程序都是开源免费的)，利用这两种程序我都分别建立过论坛，我第一次用的是Phpwind 后来我转用了Discuz(当时我只是略懂HTML和CSS),迫使我放弃使用Phpwind论坛程序的主要原因是 Phpwind论坛界面不太好看(现在phpwind设计团队好像在这方面做了改进)，第二个是很多功能都很难摸清楚，插件安装很繁琐。其实Phpwind的功能比Discuz略强大一点。但是我们现在上网大多都会发现论坛网站都是基于Discuz建立的。Discuz为什么比Phpwind有市场关键取决于界面设计和用户体验设计。我们的软件不是卖给程序开发人员使用的，使用者也许连HTML都不懂，这就需要我们的软件用户体验设计好，这样才会有好的口碑，否则软件功能再强大用户不会使用，用户也不会满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同样苹果的iPhone 手机卖的很火爆 ，iPhone的硬件根本算不上高端，也没有研发什么强大的手机功能(苹果有的手软件件功能 智能机基本都能安装)但是苹果就是卖的好!大家都知道是因为iPhone的工业设计 界面设计和用户体验设计做得好!</w:t>
      </w:r>
      <w:r>
        <w:rPr>
          <w:lang w:eastAsia="zh-CN"/>
        </w:rPr>
        <w:br/>
      </w:r>
      <w:r>
        <w:rPr>
          <w:lang w:eastAsia="zh-CN"/>
        </w:rPr>
        <w:t>　　结合各种实例，我们会发现人们的文化素养提高了，应用软件已经不能仅仅停留在满足功能需要。</w:t>
      </w:r>
      <w:r>
        <w:rPr>
          <w:lang w:eastAsia="zh-CN"/>
        </w:rPr>
        <w:br/>
      </w:r>
      <w:r>
        <w:rPr>
          <w:lang w:eastAsia="zh-CN"/>
        </w:rPr>
        <w:t>　　还需要有审美和文化内涵的需求。现在中国劳动力的主力军是70后80后(未来十年是80 90后)而这些人大多接受过良好的教育没有吃过苦，这些人懂得审美 有自己的个性，比较挑剔。这就需要我们的软件在界面设计和用户体验设计方面下工夫。这样才会迎合用户的各种需求。使用户满意，获得好的口碑。开拓更广的市场。</w:t>
      </w:r>
      <w:r>
        <w:rPr>
          <w:lang w:eastAsia="zh-CN"/>
        </w:rPr>
        <w:br/>
      </w:r>
      <w:r>
        <w:rPr>
          <w:lang w:eastAsia="zh-CN"/>
        </w:rPr>
        <w:t xml:space="preserve">    2024会计个人工作感悟 篇10 </w:t>
      </w:r>
      <w:r>
        <w:rPr>
          <w:lang w:eastAsia="zh-CN"/>
        </w:rPr>
        <w:br/>
      </w:r>
      <w:r>
        <w:rPr>
          <w:lang w:eastAsia="zh-CN"/>
        </w:rPr>
        <w:t>　　在房地产行业工作也已经半年多了，在销售方面还有待提高。虽然自己的水平有限， 但还是想把自己的一些东西写出来，即从中发现得到提高，也可以从中找到自己需要 学习的地方，完善自己的销售水平。经历了上次开盘，从前期的续水到后期的成功销售，整个的销售过程都开始熟悉了。</w:t>
      </w:r>
      <w:r>
        <w:rPr>
          <w:lang w:eastAsia="zh-CN"/>
        </w:rPr>
        <w:br/>
      </w:r>
      <w:r>
        <w:rPr>
          <w:lang w:eastAsia="zh-CN"/>
        </w:rPr>
        <w:t>　　在接待客户当中，自己的销售能力有所提高，慢慢的对亍销售这个概念有所认识。从</w:t>
      </w:r>
      <w:r>
        <w:rPr>
          <w:lang w:eastAsia="zh-CN"/>
        </w:rPr>
        <w:t xml:space="preserve"> 自己那些已经购房的客户中，在对他们行销售的过程里，我也体会到了许多销售心</w:t>
      </w:r>
      <w:r>
        <w:rPr>
          <w:lang w:eastAsia="zh-CN"/>
        </w:rPr>
        <w:t xml:space="preserve"> 得。在这里拿出来给大家看看，也许我还丌是做的购茫但是希望拿出来跟大家分享</w:t>
      </w:r>
      <w:r>
        <w:rPr>
          <w:lang w:eastAsia="zh-CN"/>
        </w:rPr>
        <w:t xml:space="preserve"> 一下。第一、</w:t>
      </w:r>
      <w:r>
        <w:rPr>
          <w:lang w:eastAsia="zh-CN"/>
        </w:rPr>
        <w:t xml:space="preserve"> 最基本的就是在接待当中，始终要保持热情。第二、</w:t>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xml:space="preserve"> 做好客户的登记，及行回访跟踪。做好销售的前期工作，有亍后期的销</w:t>
      </w:r>
      <w:r>
        <w:rPr>
          <w:lang w:eastAsia="zh-CN"/>
        </w:rPr>
        <w:t xml:space="preserve"> 售工作，方便展开。第三、</w:t>
      </w:r>
      <w:r>
        <w:rPr>
          <w:lang w:eastAsia="zh-CN"/>
        </w:rPr>
        <w:t xml:space="preserve"> 经常性约客户过来看看房，了解我们楼盘的劢态。加强客户的购买信心，</w:t>
      </w:r>
      <w:r>
        <w:rPr>
          <w:lang w:eastAsia="zh-CN"/>
        </w:rPr>
        <w:t xml:space="preserve"> 做好沟通工作，哉攵钥突У囊恍┮求，为客户做好几种方案，便亍客户考虑及开盘</w:t>
      </w:r>
      <w:r>
        <w:rPr>
          <w:lang w:eastAsia="zh-CN"/>
        </w:rPr>
        <w:t xml:space="preserve"> 的销售，使客户的选择性大一些，避免在集中在同一个户型。这样也方便了自己的销</w:t>
      </w:r>
      <w:r>
        <w:rPr>
          <w:lang w:eastAsia="zh-CN"/>
        </w:rPr>
        <w:t xml:space="preserve"> 售。第四、</w:t>
      </w:r>
      <w:r>
        <w:rPr>
          <w:lang w:eastAsia="zh-CN"/>
        </w:rPr>
        <w:t xml:space="preserve"> 提高自己的业务水平，加强房地产相关知识及最新的劢态。在面对客户的</w:t>
      </w:r>
      <w:r>
        <w:rPr>
          <w:lang w:eastAsia="zh-CN"/>
        </w:rPr>
        <w:t xml:space="preserve"> 时候就能游刃有余，树立自己的与业性，同时也让客户更加的想信自己。从而促销</w:t>
      </w:r>
      <w:r>
        <w:rPr>
          <w:lang w:eastAsia="zh-CN"/>
        </w:rPr>
        <w:t xml:space="preserve"> 售。第五、</w:t>
      </w:r>
      <w:r>
        <w:rPr>
          <w:lang w:eastAsia="zh-CN"/>
        </w:rPr>
        <w:t xml:space="preserve"> 多从客户的角度想问题，这样自己就可以针对性的行化解，为客户提供</w:t>
      </w:r>
      <w:r>
        <w:rPr>
          <w:lang w:eastAsia="zh-CN"/>
        </w:rPr>
        <w:t xml:space="preserve"> 最适合他的房子，解决他的疑虑，让客户可以放心的购房。第六、</w:t>
      </w:r>
      <w:r>
        <w:rPr>
          <w:lang w:eastAsia="zh-CN"/>
        </w:rPr>
        <w:t xml:space="preserve"> 学会运用销售技巧，营造一种购买的欲望及氛围，适当的逼客户尽快下定。第七、</w:t>
      </w:r>
      <w:r>
        <w:rPr>
          <w:lang w:eastAsia="zh-CN"/>
        </w:rPr>
        <w:t xml:space="preserve"> 无论做什么如果没有一个良好的心态，那肯定是做丌好的。在工作中我觉</w:t>
      </w:r>
      <w:r>
        <w:rPr>
          <w:lang w:eastAsia="zh-CN"/>
        </w:rPr>
        <w:t xml:space="preserve"> 得态度决定一切，当个人的需要受挫时，态度最能反映出你的价值观念。积极、乐观</w:t>
      </w:r>
      <w:r>
        <w:rPr>
          <w:lang w:eastAsia="zh-CN"/>
        </w:rPr>
        <w:t xml:space="preserve"> 者将此归结为个人能力、经验的丌完善，他们乐意丌断向好的方向改和发展，而消</w:t>
      </w:r>
      <w:r>
        <w:rPr>
          <w:lang w:eastAsia="zh-CN"/>
        </w:rPr>
        <w:t xml:space="preserve"> 极、悲观者则怩罪亍机遇、环境的丌公，怪是抱怨、等待不放弃!什么样的态度决定</w:t>
      </w:r>
      <w:r>
        <w:rPr>
          <w:lang w:eastAsia="zh-CN"/>
        </w:rPr>
        <w:t xml:space="preserve"> 什么样的生活.第八、</w:t>
      </w:r>
      <w:r>
        <w:rPr>
          <w:lang w:eastAsia="zh-CN"/>
        </w:rPr>
        <w:t xml:space="preserve"> 找出匀锨遄约旱哪勘辏丌断坚定自己勇往直前、坚持到底的信心，这个</w:t>
      </w:r>
      <w:r>
        <w:rPr>
          <w:lang w:eastAsia="zh-CN"/>
        </w:rPr>
        <w:t xml:space="preserve"> 永进是最重要的。</w:t>
      </w:r>
      <w:r>
        <w:rPr>
          <w:lang w:eastAsia="zh-CN"/>
        </w:rPr>
        <w:br/>
      </w:r>
      <w:r>
        <w:rPr>
          <w:lang w:eastAsia="zh-CN"/>
        </w:rPr>
        <w:t>　　龟兔赛跑的寓言，丌断地出现在现实生活当中，兔子倾向亍机会导</w:t>
      </w:r>
      <w:r>
        <w:rPr>
          <w:lang w:eastAsia="zh-CN"/>
        </w:rPr>
        <w:t xml:space="preserve"> 向，乌龟怪是坚持核心竞争力。现实生活中，也像龟兔赛跑的结局一样，丌断积累核</w:t>
      </w:r>
      <w:r>
        <w:rPr>
          <w:lang w:eastAsia="zh-CN"/>
        </w:rPr>
        <w:t xml:space="preserve"> 心竞争力的人，最终会赢过追逐机会的人。人生有时候像爬山，当你年轻力壮的时候，</w:t>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xml:space="preserve"> 怪是像兔子一样活蹦乱跳，一有机会就想跳槽、抄捷径;一遇挫折就想放弃，想休息。</w:t>
      </w:r>
      <w:r>
        <w:rPr>
          <w:lang w:eastAsia="zh-CN"/>
        </w:rPr>
        <w:br/>
      </w:r>
      <w:r>
        <w:rPr>
          <w:lang w:eastAsia="zh-CN"/>
        </w:rPr>
        <w:t>　　人生是需要积累的，有经验的人，像是乌龟一般，懂得匀速徐行的道理，我坚信只要 方向正确，方法正确，一步一个脚印，每个脚步都结结实实地踏在前的道路上，反 而可以早点抵达终点。如果领先靠的是机会，运气怪有用尽的一天。对工作保持长久的热情和积极性，更需要有“丌待扬鞭自奋蹄”的精神。所以这半 年来我一直坚持做好自己能做好的事，一直做积累，一步一个脚印坚定的向着我的目 标前行。</w:t>
      </w:r>
      <w:r>
        <w:rPr>
          <w:lang w:eastAsia="zh-CN"/>
        </w:rPr>
        <w:br/>
      </w:r>
      <w:r>
        <w:rPr>
          <w:lang w:eastAsia="zh-CN"/>
        </w:rPr>
        <w:t xml:space="preserve">    2024会计个人工作感悟 篇11 </w:t>
      </w:r>
      <w:r>
        <w:rPr>
          <w:lang w:eastAsia="zh-CN"/>
        </w:rPr>
        <w:br/>
      </w:r>
      <w:r>
        <w:rPr>
          <w:lang w:eastAsia="zh-CN"/>
        </w:rPr>
        <w:t>　　有人说：“人的一生有健康身体是幸福，快乐生活是健康重要保障。”我说：“人的一生要想幸福，就要开心对待每天每件事，才能保证有健康身体，这叫知足者长乐”。</w:t>
      </w:r>
      <w:r>
        <w:rPr>
          <w:lang w:eastAsia="zh-CN"/>
        </w:rPr>
        <w:br/>
      </w:r>
      <w:r>
        <w:rPr>
          <w:lang w:eastAsia="zh-CN"/>
        </w:rPr>
        <w:t>　　当我们从二十岁参加工作到六十岁退休，走过人生旅途中最美好的青年、中年时光时;我们会感到人生过的如此之快，转眼间来到了暮余之年。当我们为某人过早逝去为之晚惜时;我们会感到人生中最大幸福是拥有健康身体。当我们相聚一起回忆工作往事，讲述昨天发生的工作事情时;仿佛我们又回到了那个快乐工作年代，想起了我们经历每一件重大事情。这时，我们会感到无比兴奋，会共同举杯，庆祝我们已经走过的人生旅途。因为我们有健康身体，所以我们能够回忆过去、找到幸福人生。</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我们一生为社会创造了许多财富，它是我们在工作中认真对待每件事情和用心工作的回报，也是我们用心工作在工作中寻找快乐，收获的巨大幸福。“对待工作要像一颗永不生锈螺丝钉，干一行、爱一行、钻一行”。工作中要有“螺丝钉精神”，要培养工作兴趣，学会享受工作过程，学会积累知识，学会把握创新，提高自身技能。唤醒人的自我意识，使人的创造力、生命感、价值感得到体现，这样就会快乐并且知足，就会带给我们一个健康身体和一生幸福。试想每天所做工作对你没有丝毫快乐，没有一点满足感，对工作有喋喋不休地不满，牢骚满腹地抱怨，会把所有事情做的一团糟，是失败的先兆，更不会使我们得到快乐。相反，会使工作情绪低落，差错频频，工作得不到认可，甚至造成身体伤害，因此，不要不情愿地工作。不情愿，就一定没热情，没激情，没动力，就不会用心……那么，自然，在工作时，你就不会穷尽智力。做不穷尽智力的工作，就是浪费生命。</w:t>
      </w:r>
      <w:r>
        <w:rPr>
          <w:lang w:eastAsia="zh-CN"/>
        </w:rPr>
        <w:br/>
      </w:r>
      <w:r>
        <w:rPr>
          <w:lang w:eastAsia="zh-CN"/>
        </w:rPr>
        <w:t>　　人有一种能力叫潜能，它像一粒种子能发挥人的超常遐想，只要我们努力在知识的宇宙中探索寻求，挖掘出自身潜能，充分发挥自己的创新能力，对待工作一丝不苟。积极地面对自己人生，就会开始察觉自己，理解自己，接受自己，再去激励自己，发展自己，从而活出最好的自己。使我们的人生----活得有价值、有意义，让我们为明天有美好的回忆，用心去做好今天每一件事情，去享受工作带给我们的一生快乐和幸福。</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6"/>
          <w:cols w:space="425"/>
          <w:titlePg w:val="0"/>
          <w:docGrid w:type="lines" w:linePitch="312"/>
        </w:sectPr>
      </w:pPr>
      <w:r>
        <w:rPr>
          <w:lang w:eastAsia="zh-CN"/>
        </w:rPr>
        <w:t>　　工作是一个非常平凡的词汇，是生活不可或缺的重要内容，即便“富二代”，坐拥万贯家财，可以过着锦衣玉食的生活，但为了保住遗产，做大做强“蛋糕”，恐怕也要拼命工作，工作是每个人无法绕开的坎，它是人们寻求生存、放飞梦想、释放价值的舞台，有的在此找到生命的航标，演绎精彩人生;有的在此拔苗助长，节节攀升，身份显赫，唯我独尊;有的在此怀揣梦想，拼命工作，终是黯然失色，搞得丢魂落魄。</w:t>
      </w:r>
      <w:r>
        <w:rPr>
          <w:lang w:eastAsia="zh-CN"/>
        </w:rPr>
        <w:br/>
      </w:r>
      <w:r>
        <w:rPr>
          <w:lang w:eastAsia="zh-CN"/>
        </w:rPr>
        <w:t>　　我大学毕业时，被分配到一所县级中学上课，虽对教师顶礼膜拜，崇拜他像一盏指明灯，照亮了别人，燃烧了自己，但对于未受专业教育的我，实非我愿。特别让我苦恼的是在三只讲台上，我那流利的“安普”话，让学生如坠云雾，摸不着头脑，我也搞得脸红脖子粗，干着急。无奈之下，为了不贻误他人，我只得利用课余时间用方言给学生们再讲解当天所学。慢慢的学生们对我的“安普”话逐步习惯，也充分认可我的努力与付出，我也不断加强普通话的练习，但终究进步不大。普通话讲得不标准，让我在三尺讲台上不能挥洒自如，也严重冲击我当老师的信心，这时期，我就像在茫茫沙海中，是那么的的渺小，找不到前行方向和动力。</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7"/>
          <w:cols w:space="425"/>
          <w:titlePg w:val="0"/>
          <w:docGrid w:type="lines" w:linePitch="312"/>
        </w:sectPr>
      </w:pPr>
      <w:r>
        <w:rPr>
          <w:lang w:eastAsia="zh-CN"/>
        </w:rPr>
        <w:t>　　不会讲普通话，要追溯于上小学一年级的时候，那时我才六岁半，学校离我家很远，要爬山涉水走上近两小时的路程，下雨或寒冷的天气通常不用去上学，语文老师是一位小学五年级毕业的年轻代课教师，他不会讲普通话，都是用方言进行讲课，糟糕的是他不懂拼音，理所当然不能“授人以渔”，学习拼音的“黄金期”就此与我擦肩而过。上初高中时，我以理科见长，综合成绩在班上名列前茅，拼音的不足也被“光芒”掩盖，也就未进行“亡羊补牢”，导致我终究成了“拼盲”，不懂拼音，又怎能说好普通话呢?这种现象归根结底源于教育资源分配不均衡，刚起跑就落下距离。还有一件让我刻骨铭心的事情，初上大学的第一节微机课，老师叫同学们打开启动系统，进入“windows”操作系统，我周围的同学都驾熟就轻的完成了相关操作程序，唯有我在左顾右盼，丈二和尚摸不着头脑，一个个专业术语对我是那么抽象，是那么深奥，离我是那么的遥远，这时，老师走到了我的身边，“读大学了你还不会开机吗?”，我的脸顿时像熟透了的桃子，低着头不敢吱声。老师可能永远都不会知道之前我只是在书本上看到电脑，现实生活中从未接触过，更没有学习过。受教育的不均等，我类人群在学习知识、吸收营养、蓄存能量过程中就慢了拍，在竞争异常激烈社会中而只能依靠“硬功”立足的“我们”就容易处于劣势。</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8"/>
          <w:cols w:space="425"/>
          <w:titlePg w:val="0"/>
          <w:docGrid w:type="lines" w:linePitch="312"/>
        </w:sectPr>
      </w:pPr>
      <w:r>
        <w:rPr>
          <w:lang w:eastAsia="zh-CN"/>
        </w:rPr>
        <w:t>　　一次机会让我离开了工作八年的三尺讲台，那是县委要从“上班族”中海选一部分30岁以下的年轻人到乡镇工作，我顺利的通过了笔试与面试，如愿以偿的到了乡镇工作。在农村长大的我，对农村基本情况、农民需求了如指掌，对农民的疾苦也感同身受，这时的我就像脱缰野马，迈开步子尽情的奔驰，犹如蛟龙入海掀起阵阵涟漪。不分昼夜，无论双休日，还是节假日，我骑着摩托奔驰于各村之间，走村入户了解人口数量、土地面积、产业发展、农民经济收入、群众生产生活水平等基本情况。在深入充分调研以后，我向镇党委、政府提出发展特色农业产业化的构想，根据群众需求及土地气候条件因地制宜在海拔1300米以上地区发展茶叶基地;在海拔1000—1300米地区发展种桑养蚕;在海拔1000米以下农田区发展菜菜稻;在石山地区种植金银花，并逐步引入农业深加工企业，延长产业链，打造以茶叶、桑蚕为主的农业旅游休闲观光基地。我的建议得到了时任书记的首肯，并给以大力支持。功夫不负有心人，不到一年光景，以上产业像雨后春笋般运运而生，菜菜稻、金银花基地各达1500亩以上，茶叶、桑树幼苗种植面积分别达5000亩和3000亩。农民热情之高，产业推进之快，着实超乎想象，我似乎看到了该镇未来的繁华景象。</w:t>
      </w:r>
      <w:r>
        <w:rPr>
          <w:lang w:eastAsia="zh-CN"/>
        </w:rPr>
        <w:br/>
      </w:r>
      <w:r>
        <w:rPr>
          <w:lang w:eastAsia="zh-CN"/>
        </w:rPr>
        <w:t>　　世事难料，在换届选举时我“名落孙山”，究其因恐怕是没有“大树”的庇护，许多人在工作中碌碌无为，仍走上领导岗位，不过，这样的事情不用太过忧虑，只要“在其位，谋其政”，加强学习，提高履职本领，有一颗“赤子”之心，仍能有所贡献，也有极少的幸运儿，得到“伯乐”的赏识，才得以展翅飞翔，让人后怕的是一些奸妄小人自私自利、不学无术、唯利是图，这种人报复心极强，善于玩弄权术，却往往会得到庇护，顺利走进领导集体的核心，这将是“君子们”的不幸，也是社会之大不幸。一朝天子一朝臣，此后，我就像“失宠”的“孤儿”，政治理想也就成了一帘幽梦，让我痛心疾首的是呕心沥血刚刚建立起来的产业成了“弃儿”，随时都有可能“夭折”，手中豪无“资源”的我已是无计可施，也只能望洋兴叹，不久我以家庭原因为由申请调动了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9"/>
          <w:cols w:space="425"/>
          <w:titlePg w:val="0"/>
          <w:docGrid w:type="lines" w:linePitch="312"/>
        </w:sectPr>
      </w:pPr>
      <w:r>
        <w:rPr>
          <w:lang w:eastAsia="zh-CN"/>
        </w:rPr>
        <w:t>　　我并不是厌世之人，只想以我的工作经历揭示社会的偏颇之处，以警世人，让社会的每个角落充斥着明媚的阳光，做到“物尽其用，人尽其才”，中华巨龙的每个细胞都能发挥应有的功能，让“中国梦”来得更快、更早些。</w:t>
      </w:r>
      <w:r>
        <w:rPr>
          <w:lang w:eastAsia="zh-CN"/>
        </w:rPr>
        <w:br/>
      </w:r>
      <w:r>
        <w:rPr>
          <w:lang w:eastAsia="zh-CN"/>
        </w:rPr>
        <w:t xml:space="preserve">    2024会计个人工作感悟 篇12 </w:t>
      </w:r>
      <w:r>
        <w:rPr>
          <w:lang w:eastAsia="zh-CN"/>
        </w:rPr>
        <w:br/>
      </w:r>
      <w:r>
        <w:rPr>
          <w:lang w:eastAsia="zh-CN"/>
        </w:rPr>
        <w:t>　　20__年对我来说，是加强学习，克服困难，首创业务，快速健康成长的一年，这一年对我的职业生涯的塑造意义重大。我从事代发工资岗也已整整一年，在领导的带领与指导下，我学到了很多业务知识和做人的道理，从中体会到的酸甜苦辣也是最深入的。领导在工作的各个方面都能够充分地信任我，大胆放手让我发挥才能，从中我得到了很好地锤炼。柜台营销方面是我的弱点，但是领导仍旧对我给予充分的鼓励，使我更加信心百倍地迎难而上，进而能够更有针对性的学习、改进，并不断进步。</w:t>
      </w:r>
      <w:r>
        <w:rPr>
          <w:lang w:eastAsia="zh-CN"/>
        </w:rPr>
        <w:br/>
      </w:r>
      <w:r>
        <w:rPr>
          <w:lang w:eastAsia="zh-CN"/>
        </w:rPr>
        <w:t>　　现将工作情形总结以下：</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0"/>
          <w:cols w:space="425"/>
          <w:titlePg w:val="0"/>
          <w:docGrid w:type="lines" w:linePitch="312"/>
        </w:sectPr>
      </w:pPr>
      <w:r>
        <w:rPr>
          <w:lang w:eastAsia="zh-CN"/>
        </w:rPr>
        <w:t>　　第一，在思想与工作上，我能够更加积极主动地学习招行的.各项操作规程和各种制度文件并及时掌控，各位同事的敬业与真诚都时刻感染着我。在工作期间，我能够虚心向同事们请教，学到了很多书本以外的专业知识与技能，也更加深入地体会到团队精神、沟通与和谐的重要性，同时为自己在今后的成长道路上积存了一笔不小的财富。在工作方面，我有强烈的事业心和责任感，我能够任劳任怨，不挑三拣四，认真落实领导分配的每一项工作与任务。日常我时时刻刻注意市场动态，在掌控客观环境的条件下，研究客户，通过对客户的研究从而到达了解客户的业务需求，力争使每一位客户中意，通过自身的努力来保护好每一位客户。第二，在技能方面，我个人也能够积极投入，训练自己，这一年中，我始终保持着良好的工作状态，以一位合格的招行员工的标准严格的要求自己，立足本职工作，潜心研究训练业务技能，使自己能在平凡的岗位上为招行事业发出一份光，一份热。</w:t>
      </w:r>
      <w:r>
        <w:rPr>
          <w:lang w:eastAsia="zh-CN"/>
        </w:rPr>
        <w:br/>
      </w:r>
      <w:r>
        <w:rPr>
          <w:lang w:eastAsia="zh-CN"/>
        </w:rPr>
        <w:t>　　对我个人而言，点钞技能已经逾额达标，但是加打传票和打字与熟练的同事相比还有一定的距离，因此，我利用一点一滴的时间加紧练习，由于我知道，作为储蓄岗位一线员工，我们更应当加强自己的业务技能水平，这样我们才能在工作中得心应手，更好的为广大客户提供方便、快捷、准确的服务。</w:t>
      </w:r>
      <w:r>
        <w:rPr>
          <w:lang w:eastAsia="zh-CN"/>
        </w:rPr>
        <w:br/>
      </w:r>
      <w:r>
        <w:rPr>
          <w:lang w:eastAsia="zh-CN"/>
        </w:rPr>
        <w:t>　　第三，在日常的工作生活中，我能够及时地融入到招行这个大家庭中，积极面对工作，与大家团结协作，相互帮助。在实际工作中，不管从事哪个行业，哪个岗位，都离不开同事之间的配合，由于一滴水只有在大海中才能生存。只有不同部门之间、同事之间相互沟通、相互配合、团结一致，才能提高工作效率，创造出更多特别的事迹。</w:t>
      </w:r>
      <w:r>
        <w:rPr>
          <w:lang w:eastAsia="zh-CN"/>
        </w:rPr>
        <w:br/>
      </w:r>
      <w:r>
        <w:rPr>
          <w:lang w:eastAsia="zh-CN"/>
        </w:rPr>
        <w:t>　　第四，服务方面。银行做为服务行业，除了出售自己的有形产品外，更重要是出售其无形产品——服务，银行的各项经营目标需要通过提供优质的服务来实现，因此可知，服务是银行最基本的问题。做好银行服务工作、保护金融消费者利益，不仅是银行业金融机构的法定义务，也是培养客户真诚度、提升银行名誉、增强综合竞争实力的需要。</w:t>
      </w:r>
      <w:r>
        <w:rPr>
          <w:lang w:eastAsia="zh-CN"/>
        </w:rPr>
        <w:br/>
      </w:r>
      <w:r>
        <w:rPr>
          <w:lang w:eastAsia="zh-CN"/>
        </w:rPr>
        <w:t xml:space="preserve">    2024会计个人工作感悟 篇13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1"/>
          <w:cols w:space="425"/>
          <w:titlePg w:val="0"/>
          <w:docGrid w:type="lines" w:linePitch="312"/>
        </w:sectPr>
      </w:pPr>
      <w:r>
        <w:rPr>
          <w:lang w:eastAsia="zh-CN"/>
        </w:rPr>
        <w:t>　　经过这段时间的工作自己学到了很多的东西，也突然感觉到了工作的压力，作为刚从大学校门走出来的学生，对于很多的东西都很期待尤其是对待工作，每次我都想要努力的把工作做到最好，但是我也出了不少的错误，第一次发群体邮件我就犯了最低级的错误，对此我真的很自责，我很明白那是自己没有用心的去做这件事情，没有考虑周全，很多的办公知识点我还没有完全的学明白，在以后的工作中我会加紧练习，对自己严格要求，踏踏实实的做好自己的本职工作，在工作中不断的学习;在学习中不断的提高自己的能力。</w:t>
      </w:r>
      <w:r>
        <w:rPr>
          <w:lang w:eastAsia="zh-CN"/>
        </w:rPr>
        <w:br/>
      </w:r>
      <w:r>
        <w:rPr>
          <w:lang w:eastAsia="zh-CN"/>
        </w:rPr>
        <w:t>　　作为一个秘书细心是最起码的，但是有的时候我还是没有做到，昨天的错误本来是完全可以出错的，但是由于我的粗心耽误了昕欣姐的工作，对此我感到很抱歉。以后我会更加的努力去做到更好少让昕欣姐为我操心。</w:t>
      </w:r>
      <w:r>
        <w:rPr>
          <w:lang w:eastAsia="zh-CN"/>
        </w:rPr>
        <w:br/>
      </w:r>
      <w:r>
        <w:rPr>
          <w:lang w:eastAsia="zh-CN"/>
        </w:rPr>
        <w:t>　　秘书的工作很繁琐，刚接手有的时候可能会无所适从，有的时候感觉千头万绪，工作也比较零散，而且有突发性和临时性的工作。我个人认为要做好行政文秘的工作应当尽快地转换角色，不能老是停留在学生的时代。要不时的提醒自己，加强个人修养和品质。如：沉着稳重、严谨细致、果断明快等。</w:t>
      </w:r>
      <w:r>
        <w:rPr>
          <w:lang w:eastAsia="zh-CN"/>
        </w:rPr>
        <w:br/>
      </w:r>
      <w:r>
        <w:rPr>
          <w:lang w:eastAsia="zh-CN"/>
        </w:rPr>
        <w:t>　　三周来在主管的指导下，以及同事的帮助下得到多方面的锻炼，但是离做好一个合格的秘书我还差的很远，要弥补这些差距，就必须加强自身的学习，通过学习、实践、再学习，不断提高自己的理论水平和分析问题，解决问题的能力。作为一个秘书没有扎实的理论功底也不会做好这份工作也不能成为一个合格的秘书。Office的一些办公软件我还不是很精通我会加紧练习。</w:t>
      </w:r>
      <w:r>
        <w:rPr>
          <w:lang w:eastAsia="zh-CN"/>
        </w:rPr>
        <w:br/>
      </w:r>
    </w:p>
    <w:p w:rsidR="001B1F19" w14:textId="27C3F48A">
      <w:pPr>
        <w:rPr>
          <w:rFonts w:hint="eastAsia"/>
          <w:lang w:eastAsia="zh-CN"/>
        </w:rPr>
      </w:pPr>
      <w:r>
        <w:rPr>
          <w:lang w:eastAsia="zh-CN"/>
        </w:rPr>
        <w:t>　　在工作中我有强烈愿望。敢于面对困难，能吃苦耐劳，以后我要是再犯什么错误希望昕欣姐及时提醒我，我会尽快改进。</w:t>
      </w:r>
      <w:r>
        <w:rPr>
          <w:lang w:eastAsia="zh-CN"/>
        </w:rPr>
        <w:br/>
      </w:r>
      <w:r>
        <w:rPr>
          <w:lang w:eastAsia="zh-CN"/>
        </w:rPr>
        <w:t>　　点评：和我刚开始工作的时候是一样的状态。但是要通过自己不断的学习、细心才能获取更多的进步加油。此外，秘书一定要有一个好的工作心态，这样能在进步中收获快乐。</w:t>
      </w:r>
      <w:r>
        <w:rPr>
          <w:lang w:eastAsia="zh-CN"/>
        </w:rPr>
        <w:br/>
      </w:r>
      <w:r>
        <w:rPr>
          <w:lang w:eastAsia="zh-CN"/>
        </w:rPr>
        <w:t>　　工作建议：把没有做完的工作，都记在本子上，随时刷新完成情况，不要有遗漏。</w:t>
      </w:r>
      <w:r>
        <w:rPr>
          <w:lang w:eastAsia="zh-CN"/>
        </w:rPr>
        <w:br/>
      </w:r>
      <w:r>
        <w:rPr>
          <w:lang w:eastAsia="zh-CN"/>
        </w:rPr>
        <w:t>　　前期的学习阶段已基本结束，notes、office、公司制度你也大体了解到位了。现在你的工作要慢慢进入成熟阶段了。后续我会一点点的给你分配工作，打起精神了，把这些工作做好：)</w:t>
      </w:r>
      <w:r>
        <w:rPr>
          <w:lang w:eastAsia="zh-CN"/>
        </w:rPr>
        <w:br/>
      </w:r>
      <w:r>
        <w:rPr>
          <w:lang w:eastAsia="zh-CN"/>
        </w:rPr>
        <w:t>　　提醒：宣传栏你们订的7月底之前完成更新，你要提醒一下尚未更新的人，另外这个工作月初就已经制定了，我从来没看见你发过提醒邮件。不要等到最后几天你再提醒，那个时候大家都比较忙，就没时间完成任务了。把工作记下来，只要没完成，要自己制定提醒计划，保证在承诺时间内完成工作</w:t>
      </w:r>
      <w:r>
        <w:rPr>
          <w:lang w:eastAsia="zh-CN"/>
        </w:rPr>
        <w:br/>
      </w:r>
      <w:r>
        <w:rPr>
          <w:lang w:eastAsia="zh-CN"/>
        </w:rPr>
        <w:t xml:space="preserve">    2024会计个人工作感悟 篇14 </w:t>
      </w:r>
      <w:r>
        <w:rPr>
          <w:lang w:eastAsia="zh-CN"/>
        </w:rPr>
        <w:br/>
      </w:r>
      <w:r>
        <w:rPr>
          <w:lang w:eastAsia="zh-CN"/>
        </w:rPr>
        <w:t>　　自我参加工作到现在，已经经过了一年的时间，这段时间里，在各级领导的指导和培养下，在同事们的关心和帮助下，我在思想、工作、学习等各方面都取得了一定的成绩，个人综合素质也得到了一定的提高。</w:t>
      </w:r>
      <w:r>
        <w:rPr>
          <w:lang w:eastAsia="zh-CN"/>
        </w:rPr>
        <w:br/>
      </w:r>
      <w:r>
        <w:rPr>
          <w:lang w:eastAsia="zh-CN"/>
        </w:rPr>
        <w:t>　　一、在见习期间</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https://d.book118.com/298071112010006040</w:t>
        </w:r>
      </w:hyperlink>
    </w:p>
    <w:p w:rsidR="001B1F19">
      <w:pPr>
        <w:rPr>
          <w:rFonts w:hint="eastAsia"/>
          <w:lang w:eastAsia="zh-CN"/>
        </w:rPr>
      </w:pPr>
    </w:p>
    <w:sectPr>
      <w:type w:val="nextPage"/>
      <w:pgSz w:w="11906" w:h="16838"/>
      <w:pgMar w:top="1440" w:right="1800" w:bottom="1440" w:left="1800" w:header="851" w:footer="992" w:gutter="0"/>
      <w:pgNumType w:start="3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8071112010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