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sz w:val="44"/>
        </w:rPr>
        <w:t>初一七年级上学期地理期末考试试卷及答案(5套)</w:t>
        <w:br/>
      </w:r>
    </w:p>
    <w:p>
      <w:r>
        <w:t>第一学期七年级地理期末备考试卷</w:t>
      </w:r>
    </w:p>
    <w:p/>
    <w:p>
      <w:r>
        <w:t>考试时间：60分钟。总分：100分</w:t>
      </w:r>
    </w:p>
    <w:p/>
    <w:p>
      <w:r>
        <w:t>校区：__________。姓名：_____________。得分：___________</w:t>
      </w:r>
    </w:p>
    <w:p/>
    <w:p>
      <w:r>
        <w:t>一、单项选择题（每小题2分，共50分）</w:t>
      </w:r>
    </w:p>
    <w:p/>
    <w:p>
      <w:r>
        <w:t>读下面世界海陆分布地图，完成1～10题：</w:t>
      </w:r>
    </w:p>
    <w:p/>
    <w:p>
      <w:r>
        <w:t>1.世界海陆比例是</w:t>
      </w:r>
    </w:p>
    <w:p>
      <w:r>
        <w:t>A.各占1/2.B.2/3陆地。C.1/4海洋。D.三分陆地，七分海洋</w:t>
      </w:r>
    </w:p>
    <w:p/>
    <w:p>
      <w:pPr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t>2.关于地球上大洲、大洋的一些叙述，正确的是</w:t>
      </w:r>
    </w:p>
    <w:p>
      <w:r>
        <w:t>A.七大洲中，亚洲面积最大，欧洲面积最小。B.四大洋中，太平洋面积最大，它的面积近于其他三大洋面积的总和</w:t>
      </w:r>
    </w:p>
    <w:p>
      <w:r>
        <w:t>C.四大洋是彼此相通的水体，七大洲是彼此不相连的陆地。D.赤道穿过的大洲自东向西依次有亚洲、欧洲、南美洲和大洋洲</w:t>
      </w:r>
    </w:p>
    <w:p/>
    <w:p>
      <w:r>
        <w:t>3.七大洲中，跨经度最多与跨纬度最多的大洲组合是</w:t>
      </w:r>
    </w:p>
    <w:p>
      <w:r>
        <w:t>A.亚洲，非洲。B.北美洲，亚洲。C.南极洲；亚洲。D.南美洲；欧洲</w:t>
      </w:r>
    </w:p>
    <w:p/>
    <w:p>
      <w:r>
        <w:t>4.关于世界各洲分界线的叙述，正确的是</w:t>
      </w:r>
    </w:p>
    <w:p>
      <w:r>
        <w:t>A.南美和北美洲的分界线是麦哲伦海峡。B.亚洲和非洲的分界线是直布罗陀海峡、苏伊士运河</w:t>
      </w:r>
    </w:p>
    <w:p>
      <w:r>
        <w:t>C.非洲和欧洲的分界线是直布罗陀海峡、地中海、土耳其海峡。D.南美洲和北美洲的分界线是巴拿马运河</w:t>
      </w:r>
    </w:p>
    <w:p/>
    <w:p>
      <w:r>
        <w:t>5.南极洲附近的三大洋，按地球自转方向排列正确的是</w:t>
      </w:r>
    </w:p>
    <w:p>
      <w:r>
        <w:t>A.太平洋、印度洋、大西洋。B.印度洋、太平洋、大西洋</w:t>
      </w:r>
    </w:p>
    <w:p>
      <w:r>
        <w:t>C.大西洋、太平洋、XXX印度洋、大西洋、太平洋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2"/>
          <w:cols w:space="720"/>
          <w:titlePg w:val="0"/>
          <w:docGrid w:linePitch="360"/>
        </w:sectPr>
      </w:pPr>
    </w:p>
    <w:p>
      <w:r>
        <w:t>6.从图中容易判断，陆地主要集中在</w:t>
      </w:r>
    </w:p>
    <w:p>
      <w:r>
        <w:t>A.东半球、南半球。B.北半球、东半球。C.南半球、西半球。D.西半球、北半球</w:t>
      </w:r>
    </w:p>
    <w:p/>
    <w:p>
      <w:r>
        <w:t>7.位于四个大洲之间的大洋是</w:t>
      </w:r>
    </w:p>
    <w:p>
      <w:r>
        <w:t>A.太平洋。B.大西洋。C.印度洋。D.北冰洋</w:t>
      </w:r>
    </w:p>
    <w:p/>
    <w:p>
      <w:r>
        <w:t>8.全部位于北半球且地跨寒、温、热三带的大洲是</w:t>
      </w:r>
    </w:p>
    <w:p>
      <w:r>
        <w:t>A.亚洲。B.非洲。C.欧洲。D.北美洲</w:t>
      </w:r>
    </w:p>
    <w:p/>
    <w:p>
      <w:r>
        <w:t>9.能正确表达图中a地的气温曲线图是</w:t>
      </w:r>
    </w:p>
    <w:p>
      <w:r>
        <w:t>ABCD</w:t>
      </w:r>
    </w:p>
    <w:p/>
    <w:p>
      <w:r>
        <w:t>10.近年，XXX不断增长，我国货轮从上海出发，沿最近路线到达在大西洋西岸的美国，将通过</w:t>
      </w:r>
    </w:p>
    <w:p>
      <w:r>
        <w:t>A.马六甲海峡。B.苏伊士运河。C.巴拿马运河。D.德雷克海峡</w:t>
      </w:r>
    </w:p>
    <w:p/>
    <w:p>
      <w:r>
        <w:t>读下列材料及世界六大板块分布图，完成11～15题：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3"/>
          <w:cols w:space="720"/>
          <w:titlePg w:val="0"/>
          <w:docGrid w:linePitch="360"/>
        </w:sectPr>
      </w:pPr>
    </w:p>
    <w:p>
      <w:r>
        <w:t>材料一：红海迅速向两侧扩展，这个地方曾在三周时间内，发生了160次地震。有科学家预言：当非洲和阿拉伯构造板块向两侧漂移时，两个板块之间的地壳会变弱。据科学家估计，在未来100万年左右，红海将继续扩大，届时地球上将出现第八大洲。</w:t>
      </w:r>
    </w:p>
    <w:p/>
    <w:p>
      <w:r>
        <w:t>11.根据材料一和世界六大板块分布图，红海属于哪个板块？</w:t>
      </w:r>
    </w:p>
    <w:p>
      <w:r>
        <w:t>A.非洲板块。B.南美洲板块。C.欧亚板块。D.阿拉伯板块</w:t>
      </w:r>
    </w:p>
    <w:p/>
    <w:p>
      <w:r>
        <w:t>12.根据材料一和世界六大板块分布图，红海的扩张是由于哪种板块运动方式引起的？</w:t>
      </w:r>
    </w:p>
    <w:p>
      <w:r>
        <w:t>A.同向推挤。B.同向拉拽。C.相向挤压。D.相向拉拽</w:t>
      </w:r>
    </w:p>
    <w:p/>
    <w:p>
      <w:r>
        <w:t>13.根据材料一和世界六大板块分布图，红海向两侧扩展的板块是哪两个板块？</w:t>
      </w:r>
    </w:p>
    <w:p>
      <w:r>
        <w:t>A.非洲板块和南美洲板块。B.南美洲板块和太平洋板块</w:t>
      </w:r>
    </w:p>
    <w:p>
      <w:r>
        <w:t>C.欧亚板块和太平洋板块。D.非洲板块和阿拉伯板块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4"/>
          <w:cols w:space="720"/>
          <w:titlePg w:val="0"/>
          <w:docGrid w:linePitch="360"/>
        </w:sectPr>
      </w:pPr>
    </w:p>
    <w:p>
      <w:r>
        <w:t>14.根据材料一和世界六大板块分布图，红海扩大后可能形成的第八大洲位于哪个板块上？</w:t>
      </w:r>
    </w:p>
    <w:p>
      <w:r>
        <w:t>A.非洲板块。B.南美洲板块。C.欧亚板块。D.阿拉伯板块</w:t>
      </w:r>
    </w:p>
    <w:p/>
    <w:p>
      <w:r>
        <w:t>15.根据材料一和世界六大板块分布图，下列哪个地区可能会受到红海扩张的影响？</w:t>
      </w:r>
    </w:p>
    <w:p>
      <w:r>
        <w:t>A.南美洲。B.北极地区。C.欧洲。D.非洲</w:t>
      </w:r>
    </w:p>
    <w:p>
      <w:r>
        <w:t>1.2004年12月26日8时58分，苏门答腊岛西北附近海域发生了8.9级地震，是40年来最强烈的地震。地震中心位于4oN，96oE，随即引发了全球百年来最大的海啸，影响了印度尼西亚、印度、泰国、马来西亚、斯里兰卡、马尔代夫和孟加拉国等国家沿海地区，许多在海滩度假的游客被巨浪卷走，造成了巨大的人员伤亡。</w:t>
      </w:r>
    </w:p>
    <w:p/>
    <w:p>
      <w:r>
        <w:t>2.答案：A。地球上的火山和地震主要分布在板块与板块交界的地带。</w:t>
      </w:r>
    </w:p>
    <w:p/>
    <w:p>
      <w:r>
        <w:t>3.答案：C。南极洲板块不是六大板块之一。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5"/>
          <w:cols w:space="720"/>
          <w:titlePg w:val="0"/>
          <w:docGrid w:linePitch="360"/>
        </w:sectPr>
      </w:pPr>
    </w:p>
    <w:p>
      <w:r>
        <w:t>4.答案：C。该地震中心距成都的直线距离约为4500千米。</w:t>
      </w:r>
    </w:p>
    <w:p/>
    <w:p>
      <w:r>
        <w:t>5.答案：C。XXX带来的名牌羽绒服和XXX交来的衬衫都不太合适，因为这些物品与救灾无关。</w:t>
      </w:r>
    </w:p>
    <w:p/>
    <w:p>
      <w:r>
        <w:t>6.答案：A。红海两侧的非洲板块和印度洋板块是相对运动的。</w:t>
      </w:r>
    </w:p>
    <w:p/>
    <w:p>
      <w:r>
        <w:t>7.答案：D。从图中无法看出两个大陆轮廓的相似性。</w:t>
      </w:r>
    </w:p>
    <w:p/>
    <w:p>
      <w:r>
        <w:t>8.答案：D。XXX的假说是南美洲和非洲原来是连在一起的，后来才分离的。</w:t>
      </w:r>
    </w:p>
    <w:p/>
    <w:p>
      <w:r>
        <w:t>9.答案：B。四川省的人口密度约为120人/平方千米。</w:t>
      </w:r>
    </w:p>
    <w:p/>
    <w:p>
      <w:r>
        <w:t>10.答案：D。人口增长过快会导致自然资源的无节制开发和破坏。</w:t>
      </w:r>
    </w:p>
    <w:p/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6"/>
          <w:cols w:space="720"/>
          <w:titlePg w:val="0"/>
          <w:docGrid w:linePitch="360"/>
        </w:sectPr>
      </w:pPr>
      <w:r>
        <w:t>11.答案：约为15%左右。</w:t>
      </w:r>
    </w:p>
    <w:p/>
    <w:p>
      <w:r>
        <w:t>12.答案：发达国家和发展中国家的分布图。</w:t>
      </w:r>
    </w:p>
    <w:p/>
    <w:p>
      <w:r>
        <w:t>13.答案：发达国家的人口数量相对较少，但国内生产总值较高；发展中国家的人口数量较多，但国内生产总值相对较低。</w:t>
      </w:r>
    </w:p>
    <w:p/>
    <w:p>
      <w:r>
        <w:t>注意：题目中没有第14、15、20题，可能是原文中的错误。</w:t>
      </w:r>
    </w:p>
    <w:p>
      <w:r>
        <w:t>22.下列结论不正确的是：D。</w:t>
      </w:r>
    </w:p>
    <w:p/>
    <w:p>
      <w:r>
        <w:t>23.发达国家与发展中国家的本质差异是：C，生产力高度发达，经济发展水平高。</w:t>
      </w:r>
    </w:p>
    <w:p/>
    <w:p>
      <w:r>
        <w:t>24.发达国家主要分布在：A，北半球。</w:t>
      </w:r>
    </w:p>
    <w:p/>
    <w:p>
      <w:r>
        <w:t>25.发达国家与发展中国家之间有关政治、经济等方面的商谈称作：“南北对话”。</w:t>
      </w:r>
    </w:p>
    <w:p/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7"/>
          <w:cols w:space="720"/>
          <w:titlePg w:val="0"/>
          <w:docGrid w:linePitch="360"/>
        </w:sectPr>
      </w:pPr>
      <w:r>
        <w:t>综合题：</w:t>
      </w:r>
    </w:p>
    <w:p/>
    <w:p>
      <w:r>
        <w:t>1.(1) 印度洋板块，太平洋板块，大西洋板块。(2) a-大西洋板块，b-巴拿马运河。(3) 见图。</w:t>
      </w:r>
    </w:p>
    <w:p/>
    <w:p>
      <w:r>
        <w:t>2.(1) A-南美洲，B-非洲，C-欧洲，D-澳洲。(2) ①大西洋，②印度洋，③太平洋，④南极洲周围的南大洋。(3) 纬度最高的是北极洲，面积最大的是亚洲。(4) 面积最大的是太平洋，纬度最高的是北冰洋，轮廓形状像“S”的是南大洋。</w:t>
      </w:r>
    </w:p>
    <w:p/>
    <w:p>
      <w:r>
        <w:t>3.见图。气候类型分布在南半球。</w:t>
      </w:r>
    </w:p>
    <w:p/>
    <w:p>
      <w:r>
        <w:t>4.(1) A，B，C，D。(2) A，C，D，B。</w:t>
      </w:r>
    </w:p>
    <w:p>
      <w:r>
        <w:t>二、综合题（50分）</w:t>
      </w:r>
    </w:p>
    <w:p/>
    <w:p>
      <w:r>
        <w:t>1.美洲板块、印度洋板块、南极洲板块是地球上的板块之一。</w:t>
      </w:r>
    </w:p>
    <w:p>
      <w:r>
        <w:t>2.(1) 亚洲、北美洲、非洲、南美洲是地球上的大陆之一。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8"/>
          <w:cols w:space="720"/>
          <w:titlePg w:val="0"/>
          <w:docGrid w:linePitch="360"/>
        </w:sectPr>
      </w:pPr>
      <w:r>
        <w:t>2) 太平洋、大西洋、印度洋、北冰洋是地球上的海洋之一。</w:t>
      </w:r>
    </w:p>
    <w:p>
      <w:r>
        <w:t>3) 南极洲、太平洋是地球上的大陆和海洋之一。</w:t>
      </w:r>
    </w:p>
    <w:p>
      <w:r>
        <w:t>4) 太平洋、北冰洋、大西洋是地球上的海洋之一。</w:t>
      </w:r>
    </w:p>
    <w:p>
      <w:r>
        <w:t>3.略</w:t>
      </w:r>
    </w:p>
    <w:p>
      <w:r>
        <w:t>4.(1) A</w:t>
      </w:r>
    </w:p>
    <w:p>
      <w:r>
        <w:t>2) D</w:t>
      </w:r>
    </w:p>
    <w:p>
      <w:r>
        <w:t>3) B</w:t>
      </w:r>
    </w:p>
    <w:p>
      <w:r>
        <w:t>4) C （解析：观察气温和降水的变化可以确定季节和气候类型）</w:t>
      </w:r>
    </w:p>
    <w:p/>
    <w:p>
      <w:r>
        <w:t>1.XXX站在本初子午线地标两侧，向东和向西的经度度数是分别增加和减少的，即度数是有变化的，答案为C。</w:t>
      </w:r>
    </w:p>
    <w:p>
      <w:r>
        <w:t>2.地球公转周期是一年，答案为D。</w:t>
      </w:r>
    </w:p>
    <w:p>
      <w:r>
        <w:t>3.在陌生的城市旅游时，选择尽可能大比例尺的地图更好，答案为D。</w:t>
      </w:r>
    </w:p>
    <w:p>
      <w:r>
        <w:t>4.XXX在《梦溪笔谈》中记载的化石说明太行山曾经是海洋，答案为A。</w:t>
      </w:r>
    </w:p>
    <w:p>
      <w:r>
        <w:t>5.天气符号中的“晴”和“体育锻炼”对人类活动最为有利，答案为B。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9"/>
          <w:cols w:space="720"/>
          <w:titlePg w:val="0"/>
          <w:docGrid w:linePitch="360"/>
        </w:sectPr>
      </w:pPr>
      <w:r>
        <w:t>6.人类社会在发展过程中，集中居住形成了城市，答案为B。</w:t>
      </w:r>
    </w:p>
    <w:p>
      <w:r>
        <w:t>7.在欧洲人的餐桌上，常见的食品是牛排与奶酪，答案为B。</w:t>
      </w:r>
    </w:p>
    <w:p>
      <w:r>
        <w:t>8.美国是世界上最大的资源消费国和废弃物排放国，答案为A。</w:t>
      </w:r>
    </w:p>
    <w:p>
      <w:r>
        <w:t>9.日本经济高度发达的资本主义工业，答案为B。</w:t>
      </w:r>
    </w:p>
    <w:p>
      <w:r>
        <w:t>10.图片中属于法国的是A。</w:t>
      </w:r>
    </w:p>
    <w:p>
      <w:r>
        <w:t>11.拉丁美洲的主要人种是混血种人，答案为D。</w:t>
      </w:r>
    </w:p>
    <w:p>
      <w:r>
        <w:t>12.从海陆位置来看，和我国相似都具有海陆兼备特征的国家是日本，答案为B。</w:t>
      </w:r>
    </w:p>
    <w:p>
      <w:r>
        <w:t>13.我国许多大河滚滚东流，产生巨大水能是因为地势西高东低，呈阶梯状分布，答案为D。</w:t>
      </w:r>
    </w:p>
    <w:p>
      <w:r>
        <w:t>C。地形复杂多样，山脉纵横交错，大致呈网格状分布。</w:t>
      </w:r>
    </w:p>
    <w:p>
      <w:r>
        <w:t>14.诗歌《敕勒歌》中“天苍苍，野茫茫，风吹草低见牛羊”，描述的是内蒙古高原的景色。</w:t>
      </w:r>
    </w:p>
    <w:p>
      <w:r>
        <w:t>15.排序和图序相符的是XXX云南省。</w:t>
      </w:r>
    </w:p>
    <w:p>
      <w:r>
        <w:t>16.属于非可再生资源的是B。石油。</w:t>
      </w:r>
    </w:p>
    <w:p>
      <w:r>
        <w:t>17.造成两地气候差异的最主要因素是C。纬度位置。</w:t>
      </w:r>
    </w:p>
    <w:p>
      <w:r>
        <w:t>18.在西藏建立水产品加工基地不合适，因为西藏地势高，气候寒冷，不适合水产品养殖。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0"/>
          <w:cols w:space="720"/>
          <w:titlePg w:val="0"/>
          <w:docGrid w:linePitch="360"/>
        </w:sectPr>
      </w:pPr>
      <w:r>
        <w:t>19.正确的是D。沙滩椰林——西双版纳。</w:t>
      </w:r>
    </w:p>
    <w:p>
      <w:r>
        <w:t>20.错误的是C。台湾经济以“进口－加工－出口”型为主。</w:t>
      </w:r>
    </w:p>
    <w:p>
      <w:r>
        <w:t>21.（1）地球的形状是一个不规则球体，其平均半径为6371千米。字母A表示地球的北极，字母B表示地球的南极。</w:t>
      </w:r>
    </w:p>
    <w:p>
      <w:r>
        <w:t>2）①地球为什么会有经纬线？②地球仪的制作过程中需要考虑哪些因素？</w:t>
      </w:r>
    </w:p>
    <w:p>
      <w:r>
        <w:t>22.（1）小清河流向的方向是东南方向。</w:t>
      </w:r>
    </w:p>
    <w:p>
      <w:r>
        <w:t>2）大青山主峰和XXX主峰的相对高度是300米。</w:t>
      </w:r>
    </w:p>
    <w:p>
      <w:r>
        <w:t>3）AB一线是山脊，CD一线是山谷，E处是山峰。</w:t>
      </w:r>
    </w:p>
    <w:p>
      <w:r>
        <w:t>4）甲乙两地的实际水平距离为8千米。</w:t>
      </w:r>
    </w:p>
    <w:p>
      <w:r>
        <w:t>23.（1）A洲是南美洲，B洲是非洲，C洲是亚洲，D海峡是马六甲海峡。</w:t>
      </w:r>
    </w:p>
    <w:p>
      <w:r>
        <w:t>2）东南亚地理位置重要，因为它位于三大洲、洋和洋之间，是重要的海上交通要道。</w:t>
      </w:r>
    </w:p>
    <w:p>
      <w:r>
        <w:t>1.地球的表面积为：D、3.61亿平方千米。</w:t>
      </w:r>
    </w:p>
    <w:p>
      <w:r>
        <w:t>2.东、西半球的分界线是：B、20°W、160°E。</w:t>
      </w:r>
    </w:p>
    <w:p>
      <w:r>
        <w:t>3.关于纬线的说法，错误的是：B、纬线指向东西方。</w:t>
      </w:r>
    </w:p>
    <w:p>
      <w:r>
        <w:t>4.A点的经纬度正确的是：B、20ºE，20ºN。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1"/>
          <w:cols w:space="720"/>
          <w:titlePg w:val="0"/>
          <w:docGrid w:linePitch="360"/>
        </w:sectPr>
      </w:pPr>
      <w:r>
        <w:t>5.下列选项正确的是：A、A点位于B点的西北。</w:t>
      </w:r>
    </w:p>
    <w:p>
      <w:r>
        <w:t>6.因地球自转而产生的自然现象是：B、昼夜交替。</w:t>
      </w:r>
    </w:p>
    <w:p>
      <w:r>
        <w:t>7.在12月22日这一天是：A、太阳直射北回归线。</w:t>
      </w:r>
    </w:p>
    <w:p>
      <w:r>
        <w:t>8.热带与北温带的分界线是：A、热带高压带。</w:t>
      </w:r>
    </w:p>
    <w:p/>
    <w:p>
      <w:r>
        <w:t>22.学会看图：</w:t>
      </w:r>
    </w:p>
    <w:p>
      <w:r>
        <w:t>1) 从北向南，(2) 17米，(3) 山脊、山谷、鞍部，(4) 40千米。</w:t>
      </w:r>
    </w:p>
    <w:p/>
    <w:p>
      <w:r>
        <w:t>23.放眼世界：</w:t>
      </w:r>
    </w:p>
    <w:p>
      <w:r>
        <w:t>1) 亚洲、大洋洲、非洲、马六甲，(2) 太平洋、印度洋。</w:t>
      </w:r>
    </w:p>
    <w:p/>
    <w:p>
      <w:r>
        <w:t>24.了解地区：</w:t>
      </w:r>
    </w:p>
    <w:p>
      <w:r>
        <w:t>国家：法国、巴西；</w:t>
      </w:r>
    </w:p>
    <w:p>
      <w:r>
        <w:t>首都：巴黎、巴西利亚；</w:t>
      </w:r>
    </w:p>
    <w:p>
      <w:r>
        <w:t>主要地形区：西部平原、大盆地等；</w:t>
      </w:r>
    </w:p>
    <w:p>
      <w:r>
        <w:t>主要河流：亚马孙河。</w:t>
      </w:r>
    </w:p>
    <w:p/>
    <w:p>
      <w:r>
        <w:t>25.认识祖国：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2"/>
          <w:cols w:space="720"/>
          <w:titlePg w:val="0"/>
          <w:docGrid w:linePitch="360"/>
        </w:sectPr>
      </w:pPr>
      <w:r>
        <w:t>1) 亚洲、太平洋，(2) 渤海、南海，(3) 960万49，(4) 俄罗斯、印度。</w:t>
      </w:r>
    </w:p>
    <w:p/>
    <w:p>
      <w:r>
        <w:t>26.学会分析：</w:t>
      </w:r>
    </w:p>
    <w:p>
      <w:r>
        <w:t>1) 甲乙，(2) 乙，(3) C，(4) 温带季风气候。</w:t>
      </w:r>
    </w:p>
    <w:p/>
    <w:p>
      <w:r>
        <w:t>27.学会归纳：</w:t>
      </w:r>
    </w:p>
    <w:p>
      <w:r>
        <w:t>1) 南方、北方、青藏、西北，(2) 高寒干旱，(3) 秦岭淮河；</w:t>
      </w:r>
    </w:p>
    <w:p>
      <w:r>
        <w:t>项目B地区：地形不同，农作物不同以水稻为主，年降水量小于800毫米；</w:t>
      </w:r>
    </w:p>
    <w:p>
      <w:r>
        <w:t>项目A地区：地形不同，农作物不同以小麦为主，年降水量大于800毫米。</w:t>
      </w:r>
    </w:p>
    <w:p/>
    <w:p>
      <w:r>
        <w:t>28.关注发展：</w:t>
      </w:r>
    </w:p>
    <w:p>
      <w:r>
        <w:t>1) 上海、杭州，(2) 上海有石化、钢铁、电子、纺织等高新技术，(3) 水陆交通便利，消费市场广大，人才密集，工农业基础好，科技力量雄厚。</w:t>
      </w:r>
    </w:p>
    <w:p>
      <w:r>
        <w:t>1.地球上的四个圈是赤道、南回归线、南极圈、北回归线。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3"/>
          <w:cols w:space="720"/>
          <w:titlePg w:val="0"/>
          <w:docGrid w:linePitch="360"/>
        </w:sectPr>
      </w:pPr>
      <w:r>
        <w:t>2.最大的比例尺是1：xxxxxxxx0.</w:t>
      </w:r>
    </w:p>
    <w:p>
      <w:r>
        <w:t>3.宇航员XXX认为地球看起来像个水球是因为地球表面71%是海洋。</w:t>
      </w:r>
    </w:p>
    <w:p>
      <w:r>
        <w:t>4.陆地主要集中在北半球和东半球。</w:t>
      </w:r>
    </w:p>
    <w:p>
      <w:r>
        <w:t>5.高周围低的地表形态是盆地。</w:t>
      </w:r>
    </w:p>
    <w:p>
      <w:r>
        <w:t>6.火山和地震主要分布在板块与板块的交界处。</w:t>
      </w:r>
    </w:p>
    <w:p>
      <w:r>
        <w:t>7.面积最大的四大洋是太平洋。</w:t>
      </w:r>
    </w:p>
    <w:p>
      <w:r>
        <w:t>8.不属于人口稠密地区的是北美洲的东部。</w:t>
      </w:r>
    </w:p>
    <w:p>
      <w:r>
        <w:t>9.北半球陆地大多数地方月平均气温最高出现在7月。</w:t>
      </w:r>
    </w:p>
    <w:p>
      <w:r>
        <w:t>10.如果在地图上量得两地间的直线距离为3厘米，图上比例尺为1：xxxxxxx，算得两地间实地距离为千米。</w:t>
      </w:r>
    </w:p>
    <w:p>
      <w:r>
        <w:t>11.描述天气的是今天新闻说南方地区会有小雨。</w:t>
      </w:r>
    </w:p>
    <w:p>
      <w:r>
        <w:t>12.世界雨极和干极分别是乞拉朋齐、撒哈拉沙漠。</w:t>
      </w:r>
    </w:p>
    <w:p>
      <w:r>
        <w:t>13.“人间四月芳菲尽，山寺桃花始盛开”的主要原因是地形因素。</w:t>
      </w:r>
    </w:p>
    <w:p>
      <w:r>
        <w:t>14.在南、北回归线附近，大陆东岸与大陆西岸的年降水量比较不一定哪里多。</w:t>
      </w:r>
    </w:p>
    <w:p>
      <w:r>
        <w:t>15.欧洲主要分布的人种是白色人种。</w:t>
      </w:r>
    </w:p>
    <w:p>
      <w:r>
        <w:t>16.世界上人数最多的宗教是XXX。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4"/>
          <w:cols w:space="720"/>
          <w:titlePg w:val="0"/>
          <w:docGrid w:linePitch="360"/>
        </w:sectPr>
      </w:pPr>
      <w:r>
        <w:t>17.具有“夏季炎热干燥，冬季温和湿润”特征的气候类型是地中海气候。</w:t>
      </w:r>
    </w:p>
    <w:p>
      <w:r>
        <w:t>三、简答题（27分）</w:t>
      </w:r>
    </w:p>
    <w:p>
      <w:r>
        <w:t>1.请简述地球上的四个圈是什么？</w:t>
      </w:r>
    </w:p>
    <w:p>
      <w:r>
        <w:t>答：地球上的四个圈是赤道、南回归线、南极圈、北回归线。</w:t>
      </w:r>
    </w:p>
    <w:p>
      <w:r>
        <w:t>2.什么是比例尺？请举例说明。</w:t>
      </w:r>
    </w:p>
    <w:p>
      <w:r>
        <w:t>答：比例尺是地图上表示实际距离和地图上距离之间的比例关系。例如，比例尺为1:xxxxxxxx表示地图上1厘米的距离相当于实际上的xxxxxxxx厘米。</w:t>
      </w:r>
    </w:p>
    <w:p>
      <w:r>
        <w:t>3.请简述火山和地震的主要分布区域。</w:t>
      </w:r>
    </w:p>
    <w:p>
      <w:r>
        <w:t>答：火山和地震主要分布在板块与板块的交界处。</w:t>
      </w:r>
    </w:p>
    <w:p>
      <w:r>
        <w:t>4.请简述欧洲主要分布的人种是什么？</w:t>
      </w:r>
    </w:p>
    <w:p>
      <w:r>
        <w:t>答：欧洲主要分布的人种是白色人种。</w:t>
      </w:r>
    </w:p>
    <w:p>
      <w:r>
        <w:t>5.请简述具有“夏季炎热干燥，冬季温和湿润”特征的气候类型是什么？</w:t>
      </w:r>
    </w:p>
    <w:p>
      <w:r>
        <w:t>答：具有“夏季炎热干燥，冬季温和湿润”特征的气候类型是地中海气候。</w:t>
      </w:r>
    </w:p>
    <w:p>
      <w:r>
        <w:t>1.地形对气候的影响表现在迎风坡和背风坡，迎风坡降水多，背风坡降水少。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5"/>
          <w:cols w:space="720"/>
          <w:titlePg w:val="0"/>
          <w:docGrid w:linePitch="360"/>
        </w:sectPr>
      </w:pPr>
      <w:r>
        <w:t>2.在同一幅等高线地形图上，坡陡的地方等高线密集，坡缓的地方等高线稀疏。</w:t>
      </w:r>
    </w:p>
    <w:p>
      <w:r>
        <w:t>3.南北回归线之间的地区称为带，北温带和北寒带的分界线就是北极圈。</w:t>
      </w:r>
    </w:p>
    <w:p>
      <w:r>
        <w:t>4.地球自转产生昼夜交替和地球的自转方向风向的变化，地球公转产生季节变化和日照时间的变化。</w:t>
      </w:r>
    </w:p>
    <w:p>
      <w:r>
        <w:t>5.经线的形状是经线向两极逐渐收拢，指示东西方向。</w:t>
      </w:r>
    </w:p>
    <w:p>
      <w:r>
        <w:t>6.聚落是指人们聚集在一起的地方，包括城市、镇、村庄等。</w:t>
      </w:r>
    </w:p>
    <w:p>
      <w:r>
        <w:t>7.人口疏密的程度可以用人口密度来表示，即单位面积内的人口数量。</w:t>
      </w:r>
    </w:p>
    <w:p>
      <w:r>
        <w:t>8.影响气候的主要因素是经度和纬度。</w:t>
      </w:r>
    </w:p>
    <w:p>
      <w:r>
        <w:t>9.世界气温的分布规律是：（1）随着纬度的增加，气温逐渐减少；（2）同一纬度，夏季陆地温度高于海洋温度；（3）随着海拔的升高，气温逐渐降低，每升高100米气温下降约0.6℃。</w:t>
      </w:r>
    </w:p>
    <w:p/>
    <w:p>
      <w:r>
        <w:t>三、读图识图题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6"/>
          <w:cols w:space="720"/>
          <w:titlePg w:val="0"/>
          <w:docGrid w:linePitch="360"/>
        </w:sectPr>
      </w:pPr>
      <w:r>
        <w:t>1.（1）山地的形态：AB为山脉，CD为山地，丙丁为盆地。（2）AB间的实地直线距离大约是20千米。</w:t>
      </w:r>
    </w:p>
    <w:p>
      <w:r>
        <w:t>2.（1）①北美洲②南美洲③欧洲④非洲（2）A 大西洋，B 太平洋，C 印度洋（3）七大洲中面积最大的是亚洲，四大洋中面积最大的是太平洋。</w:t>
      </w:r>
    </w:p>
    <w:p>
      <w:r>
        <w:t>3.（1）用箭头在图中标出地球公转。（2）当地球公转至A处时，日期是3月21日，太阳直射点是赤道，这一天北半球昼夜平分，北极圈内有极昼极夜现象。（3）当地球公转到B处时，青岛的季节是冬季，昼夜长短状况是夜长，此时正是北半球的冬至日。</w:t>
      </w:r>
    </w:p>
    <w:p>
      <w:r>
        <w:t>二、填空题</w:t>
      </w:r>
    </w:p>
    <w:p>
      <w:r>
        <w:t>1、多、少。</w:t>
      </w:r>
    </w:p>
    <w:p>
      <w:r>
        <w:t>2、密集、稀疏。</w:t>
      </w:r>
    </w:p>
    <w:p>
      <w:r>
        <w:t>3、热带、北极圈。</w:t>
      </w:r>
    </w:p>
    <w:p>
      <w:r>
        <w:t>4、昼夜、四季。</w:t>
      </w:r>
    </w:p>
    <w:p>
      <w:r>
        <w:t>5、半球、南北。</w:t>
      </w:r>
    </w:p>
    <w:p>
      <w:r>
        <w:t>6、农村、城市。</w:t>
      </w:r>
    </w:p>
    <w:p>
      <w:r>
        <w:t>7、人口分布。</w:t>
      </w:r>
    </w:p>
    <w:p>
      <w:r>
        <w:t>8、纬度、海陆分布、地形。</w:t>
      </w:r>
    </w:p>
    <w:p>
      <w:r>
        <w:t>9、低纬度、高纬度、高海拔、低海拔、降低、下降、6度。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7"/>
          <w:cols w:space="720"/>
          <w:titlePg w:val="0"/>
          <w:docGrid w:linePitch="360"/>
        </w:sectPr>
      </w:pPr>
    </w:p>
    <w:p>
      <w:r>
        <w:t>三、XXX</w:t>
      </w:r>
    </w:p>
    <w:p>
      <w:r>
        <w:t>1、（1）山脊、山谷、陡崖、山口（2）、20个。</w:t>
      </w:r>
    </w:p>
    <w:p>
      <w:r>
        <w:t>2、（1）亚洲、非洲、北美洲、欧洲。</w:t>
      </w:r>
    </w:p>
    <w:p>
      <w:r>
        <w:t>2）太平洋、大西洋、印度洋、北冰洋。</w:t>
      </w:r>
    </w:p>
    <w:p>
      <w:r>
        <w:t>3）亚洲、太平洋。</w:t>
      </w:r>
    </w:p>
    <w:p>
      <w:r>
        <w:t>3、（2）12月22日、南回归线、昼夜等长、极夜。</w:t>
      </w:r>
    </w:p>
    <w:p>
      <w:r>
        <w:t>3）春天、昼夜等长、春分日。</w:t>
      </w:r>
    </w:p>
    <w:p>
      <w:r>
        <w:t>4、（1）7、1、10度北。（2）D。</w:t>
      </w:r>
    </w:p>
    <w:p/>
    <w:p>
      <w:r>
        <w:t>单项选择题</w:t>
      </w:r>
    </w:p>
    <w:p>
      <w:r>
        <w:t>1.B。</w:t>
      </w:r>
    </w:p>
    <w:p>
      <w:r>
        <w:t>2.B。</w:t>
      </w:r>
    </w:p>
    <w:p>
      <w:r>
        <w:t>3.B。</w:t>
      </w:r>
    </w:p>
    <w:p>
      <w:r>
        <w:t>4.A。</w:t>
      </w:r>
    </w:p>
    <w:p>
      <w:r>
        <w:t>5.B。</w:t>
      </w:r>
    </w:p>
    <w:p>
      <w:r>
        <w:t>6.C。</w:t>
      </w:r>
    </w:p>
    <w:p>
      <w:r>
        <w:t>7.C。</w:t>
      </w:r>
    </w:p>
    <w:p>
      <w:r>
        <w:t>8.B。</w:t>
      </w:r>
    </w:p>
    <w:p>
      <w:r>
        <w:t>9.D。</w:t>
      </w:r>
    </w:p>
    <w:p>
      <w:pPr>
        <w:sectPr w:rsidSect="00034616">
          <w:type w:val="nextPage"/>
          <w:pgSz w:w="12240" w:h="15840"/>
          <w:pgMar w:top="1440" w:right="1800" w:bottom="1440" w:left="1800" w:header="720" w:footer="720" w:gutter="0"/>
          <w:pgNumType w:start="18"/>
          <w:cols w:space="720"/>
          <w:titlePg w:val="0"/>
          <w:docGrid w:linePitch="360"/>
        </w:sectPr>
      </w:pPr>
      <w:r>
        <w:t>10.A。</w:t>
      </w:r>
    </w:p>
    <w:p>
      <w:r>
        <w:t>11.B。</w:t>
      </w:r>
    </w:p>
    <w:p>
      <w:r>
        <w:t>12.D。</w:t>
      </w:r>
    </w:p>
    <w:p>
      <w:r>
        <w:t>13.C。</w:t>
      </w:r>
    </w:p>
    <w:p>
      <w:r>
        <w:t>14.B。</w:t>
      </w:r>
    </w:p>
    <w:p>
      <w:r>
        <w:t>15.B。</w:t>
      </w:r>
    </w:p>
    <w:p>
      <w:r>
        <w:t>16.A。</w:t>
      </w:r>
    </w:p>
    <w:p>
      <w:r>
        <w:t>17.B。</w:t>
      </w:r>
    </w:p>
    <w:p>
      <w:r>
        <w:t>18.A。</w:t>
      </w:r>
    </w:p>
    <w:p>
      <w:r>
        <w:t>19.B。</w:t>
      </w:r>
    </w:p>
    <w:p>
      <w:r>
        <w:t>20.C。</w:t>
      </w:r>
    </w:p>
    <w:p>
      <w:r>
        <w:t>21.A。</w:t>
      </w:r>
    </w:p>
    <w:p>
      <w:r>
        <w:t>22.A。</w:t>
      </w:r>
    </w:p>
    <w:p>
      <w:r>
        <w:t>23.C。</w:t>
      </w:r>
    </w:p>
    <w:p>
      <w:r>
        <w:t>24.B。</w:t>
      </w:r>
    </w:p>
    <w:p>
      <w:r>
        <w:t>25.D。</w:t>
      </w:r>
    </w:p>
    <w:p>
      <w:r>
        <w:t>7.根据图4，C代表太平洋板块。</w:t>
      </w:r>
    </w:p>
    <w:p>
      <w:r>
        <w:t>8.根据板块学说，地中海会消失。</w:t>
      </w:r>
    </w:p>
    <w:p>
      <w:r>
        <w:t>9.测量气温需要使用温度计。</w:t>
      </w:r>
    </w:p>
    <w:p>
      <w:r>
        <w:t>10.世界上海洋和陆地的比例大约是三分之一陆地，七分之二海洋。</w:t>
      </w:r>
      <w:r>
        <w:br/>
      </w:r>
      <w:r>
        <w:br/>
      </w:r>
    </w:p>
    <w:p>
      <w:pPr>
        <w:spacing w:before="0" w:after="0" w:line="240" w:lineRule="auto"/>
        <w:ind w:firstLine="0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https://d.book118.com/305120004044011124</w:t>
        </w:r>
      </w:hyperlink>
    </w:p>
    <w:p/>
    <w:sectPr w:rsidSect="00034616">
      <w:type w:val="nextPage"/>
      <w:pgSz w:w="12240" w:h="15840"/>
      <w:pgMar w:top="1440" w:right="1800" w:bottom="1440" w:left="1800" w:header="720" w:footer="720" w:gutter="0"/>
      <w:pgNumType w:start="19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640" w:lineRule="exact"/>
      <w:ind w:firstLine="640"/>
    </w:pPr>
    <w:rPr>
      <w:rFonts w:ascii="Times New Roman" w:eastAsia="仿宋" w:hAnsi="Times New Roman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305120004044011124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revision>1</cp:revision>
  <dcterms:created xsi:type="dcterms:W3CDTF">2013-12-23T23:15:00Z</dcterms:created>
  <dcterms:modified xsi:type="dcterms:W3CDTF">2013-12-23T23:15:00Z</dcterms:modified>
</cp:coreProperties>
</file>