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2024年幼儿园元旦的主持词范文（30篇）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2024年幼儿园元旦的主持词范文（精选30篇）</w:t>
      </w:r>
      <w:r>
        <w:rPr>
          <w:lang w:eastAsia="zh-CN"/>
        </w:rPr>
        <w:br/>
      </w:r>
      <w:r>
        <w:rPr>
          <w:lang w:eastAsia="zh-CN"/>
        </w:rPr>
        <w:t xml:space="preserve">    2024年幼儿园元旦的主持词范文 篇1 </w:t>
      </w:r>
      <w:r>
        <w:rPr>
          <w:lang w:eastAsia="zh-CN"/>
        </w:rPr>
        <w:br/>
      </w:r>
      <w:r>
        <w:rPr>
          <w:lang w:eastAsia="zh-CN"/>
        </w:rPr>
        <w:t>　　甲：尊敬的各位领导</w:t>
      </w:r>
      <w:r>
        <w:rPr>
          <w:lang w:eastAsia="zh-CN"/>
        </w:rPr>
        <w:br/>
      </w:r>
      <w:r>
        <w:rPr>
          <w:lang w:eastAsia="zh-CN"/>
        </w:rPr>
        <w:t>　　乙：亲爱的各位同事</w:t>
      </w:r>
      <w:r>
        <w:rPr>
          <w:lang w:eastAsia="zh-CN"/>
        </w:rPr>
        <w:br/>
      </w:r>
      <w:r>
        <w:rPr>
          <w:lang w:eastAsia="zh-CN"/>
        </w:rPr>
        <w:t>　　合：大家晚上</w:t>
      </w:r>
      <w:r>
        <w:rPr>
          <w:lang w:eastAsia="zh-CN"/>
        </w:rPr>
        <w:br/>
      </w:r>
      <w:r>
        <w:rPr>
          <w:lang w:eastAsia="zh-CN"/>
        </w:rPr>
        <w:t>　　甲：新的钟声</w:t>
      </w:r>
      <w:r>
        <w:rPr>
          <w:lang w:eastAsia="zh-CN"/>
        </w:rPr>
        <w:br/>
      </w:r>
      <w:r>
        <w:rPr>
          <w:lang w:eastAsia="zh-CN"/>
        </w:rPr>
        <w:t>　　乙：新的一年</w:t>
      </w:r>
      <w:r>
        <w:rPr>
          <w:lang w:eastAsia="zh-CN"/>
        </w:rPr>
        <w:br/>
      </w:r>
      <w:r>
        <w:rPr>
          <w:lang w:eastAsia="zh-CN"/>
        </w:rPr>
        <w:t>　　甲：新的祝福</w:t>
      </w:r>
      <w:r>
        <w:rPr>
          <w:lang w:eastAsia="zh-CN"/>
        </w:rPr>
        <w:br/>
      </w:r>
      <w:r>
        <w:rPr>
          <w:lang w:eastAsia="zh-CN"/>
        </w:rPr>
        <w:t>　　乙：新的期待</w:t>
      </w:r>
      <w:r>
        <w:rPr>
          <w:lang w:eastAsia="zh-CN"/>
        </w:rPr>
        <w:br/>
      </w:r>
      <w:r>
        <w:rPr>
          <w:lang w:eastAsia="zh-CN"/>
        </w:rPr>
        <w:t>　　甲：20__年在成功和收获的喜悦中渐渐远去了</w:t>
      </w:r>
      <w:r>
        <w:rPr>
          <w:lang w:eastAsia="zh-CN"/>
        </w:rPr>
        <w:br/>
      </w:r>
      <w:r>
        <w:rPr>
          <w:lang w:eastAsia="zh-CN"/>
        </w:rPr>
        <w:t>　　乙：20__年的钟声即将敲响</w:t>
      </w:r>
      <w:r>
        <w:rPr>
          <w:lang w:eastAsia="zh-CN"/>
        </w:rPr>
        <w:br/>
      </w:r>
      <w:r>
        <w:rPr>
          <w:lang w:eastAsia="zh-CN"/>
        </w:rPr>
        <w:t>　　甲：回首往事，我们满怀豪情</w:t>
      </w:r>
      <w:r>
        <w:rPr>
          <w:lang w:eastAsia="zh-CN"/>
        </w:rPr>
        <w:br/>
      </w:r>
      <w:r>
        <w:rPr>
          <w:lang w:eastAsia="zh-CN"/>
        </w:rPr>
        <w:t>　　乙：展望未来，我们重任在肩</w:t>
      </w:r>
      <w:r>
        <w:rPr>
          <w:lang w:eastAsia="zh-CN"/>
        </w:rPr>
        <w:br/>
      </w:r>
      <w:r>
        <w:rPr>
          <w:lang w:eastAsia="zh-CN"/>
        </w:rPr>
        <w:t>　　甲：送你一千个祝福，祝福里有我的万语千言</w:t>
      </w:r>
      <w:r>
        <w:rPr>
          <w:lang w:eastAsia="zh-CN"/>
        </w:rPr>
        <w:br/>
      </w:r>
      <w:r>
        <w:rPr>
          <w:lang w:eastAsia="zh-CN"/>
        </w:rPr>
        <w:t>　　乙：送你一万个祈祷，祈祷里是我晶莹的杯盏</w:t>
      </w:r>
      <w:r>
        <w:rPr>
          <w:lang w:eastAsia="zh-CN"/>
        </w:rPr>
        <w:br/>
      </w:r>
      <w:r>
        <w:rPr>
          <w:lang w:eastAsia="zh-CN"/>
        </w:rPr>
        <w:t>　　甲：我的祝福飘在长风里，如歌如梦</w:t>
      </w:r>
      <w:r>
        <w:rPr>
          <w:lang w:eastAsia="zh-CN"/>
        </w:rPr>
        <w:br/>
      </w:r>
      <w:r>
        <w:rPr>
          <w:lang w:eastAsia="zh-CN"/>
        </w:rPr>
        <w:t>　　乙：我的祈祷飘在雪花中，如诗入画</w:t>
      </w:r>
      <w:r>
        <w:rPr>
          <w:lang w:eastAsia="zh-CN"/>
        </w:rPr>
        <w:br/>
      </w:r>
      <w:r>
        <w:rPr>
          <w:lang w:eastAsia="zh-CN"/>
        </w:rPr>
        <w:t>　　甲：在这笑声与歌声汇成的海洋，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乙：在这永恒与温馨筑就的圣地，我们欢聚一堂，迎接元旦的曙光。</w:t>
      </w:r>
      <w:r>
        <w:rPr>
          <w:lang w:eastAsia="zh-CN"/>
        </w:rPr>
        <w:br/>
      </w:r>
      <w:r>
        <w:rPr>
          <w:lang w:eastAsia="zh-CN"/>
        </w:rPr>
        <w:t>　　甲：让我们手牵手肩并肩跳起来唱起来</w:t>
      </w:r>
      <w:r>
        <w:rPr>
          <w:lang w:eastAsia="zh-CN"/>
        </w:rPr>
        <w:br/>
      </w:r>
      <w:r>
        <w:rPr>
          <w:lang w:eastAsia="zh-CN"/>
        </w:rPr>
        <w:t>　　乙：歌唱春天，歌唱未来</w:t>
      </w:r>
      <w:r>
        <w:rPr>
          <w:lang w:eastAsia="zh-CN"/>
        </w:rPr>
        <w:br/>
      </w:r>
      <w:r>
        <w:rPr>
          <w:lang w:eastAsia="zh-CN"/>
        </w:rPr>
        <w:t>　　合：歌唱美好的明天。小太阳幼儿园20__元旦晚会现在开始</w:t>
      </w:r>
      <w:r>
        <w:rPr>
          <w:lang w:eastAsia="zh-CN"/>
        </w:rPr>
        <w:br/>
      </w:r>
      <w:r>
        <w:rPr>
          <w:lang w:eastAsia="zh-CN"/>
        </w:rPr>
        <w:t>　　1、欢天喜地玩跨年，下面请欣赏开场舞《欢天喜地》</w:t>
      </w:r>
      <w:r>
        <w:rPr>
          <w:lang w:eastAsia="zh-CN"/>
        </w:rPr>
        <w:br/>
      </w:r>
      <w:r>
        <w:rPr>
          <w:lang w:eastAsia="zh-CN"/>
        </w:rPr>
        <w:t>　　2、“人之初，性本善，性相近，习相远”《三字经》，相信小朋友们都已经背得非常棒了，下面请欣赏中一班小朋友为我们带来的舞蹈《三字经》。</w:t>
      </w:r>
      <w:r>
        <w:rPr>
          <w:lang w:eastAsia="zh-CN"/>
        </w:rPr>
        <w:br/>
      </w:r>
      <w:r>
        <w:rPr>
          <w:lang w:eastAsia="zh-CN"/>
        </w:rPr>
        <w:t>　　3、爱干净爱卫生是好孩子的一个很重要的标准，下面就让我们来看看舞蹈班的小朋友们是怎么表演舞蹈《我爱洗澡》的吧。</w:t>
      </w:r>
      <w:r>
        <w:rPr>
          <w:lang w:eastAsia="zh-CN"/>
        </w:rPr>
        <w:br/>
      </w:r>
      <w:r>
        <w:rPr>
          <w:lang w:eastAsia="zh-CN"/>
        </w:rPr>
        <w:t>　　4、闪闪发亮，最美之光，下面请欣赏大班小朋友为我们带来的舞蹈《最美的光》</w:t>
      </w:r>
      <w:r>
        <w:rPr>
          <w:lang w:eastAsia="zh-CN"/>
        </w:rPr>
        <w:br/>
      </w:r>
      <w:r>
        <w:rPr>
          <w:lang w:eastAsia="zh-CN"/>
        </w:rPr>
        <w:t>　　5、在这喜庆的日子,我们歌唱、起舞,我想你们也会懂得我们的快乐。请欣赏中二班带来的舞蹈《快乐你懂得》</w:t>
      </w:r>
      <w:r>
        <w:rPr>
          <w:lang w:eastAsia="zh-CN"/>
        </w:rPr>
        <w:br/>
      </w:r>
      <w:r>
        <w:rPr>
          <w:lang w:eastAsia="zh-CN"/>
        </w:rPr>
        <w:t>　　6、一种相思，两处闲愁，三生情缘，四季相伴，接下来就请大家欣赏古典舞《落花情》</w:t>
      </w:r>
      <w:r>
        <w:rPr>
          <w:lang w:eastAsia="zh-CN"/>
        </w:rPr>
        <w:br/>
      </w:r>
      <w:r>
        <w:rPr>
          <w:lang w:eastAsia="zh-CN"/>
        </w:rPr>
        <w:t>　　7、左手和右手，我们的好朋友，学习和生活，天天离不了。请欣赏小一班表演的舞蹈《左手右手》</w:t>
      </w:r>
      <w:r>
        <w:rPr>
          <w:lang w:eastAsia="zh-CN"/>
        </w:rPr>
        <w:br/>
      </w:r>
      <w:r>
        <w:rPr>
          <w:lang w:eastAsia="zh-CN"/>
        </w:rPr>
        <w:t>　　8、终于到了我们语言班小朋友展现是时候啦，下面请欣赏语言班小朋友带来的话剧表演《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9、生活就像各种水果，酸酸甜甜滋味不同，不一样的生活让我们不一样的成长，不一样的水果带给我们不一样的营养，接下来请欣赏学前班舞蹈《小水果》</w:t>
      </w:r>
      <w:r>
        <w:rPr>
          <w:lang w:eastAsia="zh-CN"/>
        </w:rPr>
        <w:br/>
      </w:r>
      <w:r>
        <w:rPr>
          <w:lang w:eastAsia="zh-CN"/>
        </w:rPr>
        <w:t>　　10、看了这么多节目，眼睛有点疲惫吧，下面到了我们的游戏环节《抢椅子》有愿意参加的吗?因为时间的关系一次只能邀请10位家长。</w:t>
      </w:r>
      <w:r>
        <w:rPr>
          <w:lang w:eastAsia="zh-CN"/>
        </w:rPr>
        <w:br/>
      </w:r>
      <w:r>
        <w:rPr>
          <w:lang w:eastAsia="zh-CN"/>
        </w:rPr>
        <w:t>　　11、游戏好不好玩?奖品好不好?看，小二班的小朋友等不及要展示啦。下面请欣赏舞蹈《我有一双小小手》</w:t>
      </w:r>
      <w:r>
        <w:rPr>
          <w:lang w:eastAsia="zh-CN"/>
        </w:rPr>
        <w:br/>
      </w:r>
      <w:r>
        <w:rPr>
          <w:lang w:eastAsia="zh-CN"/>
        </w:rPr>
        <w:t>　　12、山村的小姑娘多可爱,挎个小篮满山跑;光着两只小脚丫,走起路来多轻快!下面请舞蹈班的小朋友为我们表演舞蹈《山村小姑娘》</w:t>
      </w:r>
      <w:r>
        <w:rPr>
          <w:lang w:eastAsia="zh-CN"/>
        </w:rPr>
        <w:br/>
      </w:r>
      <w:r>
        <w:rPr>
          <w:lang w:eastAsia="zh-CN"/>
        </w:rPr>
        <w:t>　　13、蔚蓝的天，蔚蓝的海，让我们跟着中二班的小朋友一起《踏浪》去吧!</w:t>
      </w:r>
      <w:r>
        <w:rPr>
          <w:lang w:eastAsia="zh-CN"/>
        </w:rPr>
        <w:br/>
      </w:r>
      <w:r>
        <w:rPr>
          <w:lang w:eastAsia="zh-CN"/>
        </w:rPr>
        <w:t>　　14、现在是我们美术班小朋友展示时间，各位家长可以看看美术班的小朋友是怎么样作画的。</w:t>
      </w:r>
      <w:r>
        <w:rPr>
          <w:lang w:eastAsia="zh-CN"/>
        </w:rPr>
        <w:br/>
      </w:r>
      <w:r>
        <w:rPr>
          <w:lang w:eastAsia="zh-CN"/>
        </w:rPr>
        <w:t>　　15、温柔的风轻轻地吹起,带来了父母的问候,也带来了一群可爱的小朋友,听,他们要大声告诉所有的爸爸妈妈们《爱我就抱抱我》</w:t>
      </w:r>
      <w:r>
        <w:rPr>
          <w:lang w:eastAsia="zh-CN"/>
        </w:rPr>
        <w:br/>
      </w:r>
      <w:r>
        <w:rPr>
          <w:lang w:eastAsia="zh-CN"/>
        </w:rPr>
        <w:t>　　16、人生如戏，戏如人生，别人笑我太疯癫，我笑他人看不穿，下面请欣赏大班舞蹈《粉墨人生》</w:t>
      </w:r>
      <w:r>
        <w:rPr>
          <w:lang w:eastAsia="zh-CN"/>
        </w:rPr>
        <w:br/>
      </w:r>
      <w:r>
        <w:rPr>
          <w:lang w:eastAsia="zh-CN"/>
        </w:rPr>
        <w:t>　　17、指心算小朋友们都已经等不及了，他们想把他们的本事展现给大家看看，看看指心算班的小朋友棒不棒</w:t>
      </w:r>
      <w:r>
        <w:rPr>
          <w:lang w:eastAsia="zh-CN"/>
        </w:rPr>
        <w:br/>
      </w:r>
      <w:r>
        <w:rPr>
          <w:lang w:eastAsia="zh-CN"/>
        </w:rPr>
        <w:t>　　18、压力大呀压力大，如今社会的压力太大了，下面请欣赏学前班为我们带来的舞蹈《压力大》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19、要说现在最流行的，那就是广场舞了，我们幼儿园家委会的阿姨们也精心准备了表演的节目，下面请欣赏广场舞《爱着你，宠着你》</w:t>
      </w:r>
      <w:r>
        <w:rPr>
          <w:lang w:eastAsia="zh-CN"/>
        </w:rPr>
        <w:br/>
      </w:r>
      <w:r>
        <w:rPr>
          <w:lang w:eastAsia="zh-CN"/>
        </w:rPr>
        <w:t>　　乙：朋友们，我们辞别20__，迎来充满希望20__。愿美好的歌声和祝福，伴随朋友们新的一年的每一天!</w:t>
      </w:r>
      <w:r>
        <w:rPr>
          <w:lang w:eastAsia="zh-CN"/>
        </w:rPr>
        <w:br/>
      </w:r>
      <w:r>
        <w:rPr>
          <w:lang w:eastAsia="zh-CN"/>
        </w:rPr>
        <w:t>　　甲：这世界除了生命永恒岁月永恒外，还有我们年复一年的不凋的微笑。愿这欢声笑语，充满温情浪漫的时刻，永远驻留在我们彼此的心中</w:t>
      </w:r>
      <w:r>
        <w:rPr>
          <w:lang w:eastAsia="zh-CN"/>
        </w:rPr>
        <w:br/>
      </w:r>
      <w:r>
        <w:rPr>
          <w:lang w:eastAsia="zh-CN"/>
        </w:rPr>
        <w:t>　　合：小太阳幼儿园20__元旦晚会到此结束!朋友们明年再见!</w:t>
      </w:r>
      <w:r>
        <w:rPr>
          <w:lang w:eastAsia="zh-CN"/>
        </w:rPr>
        <w:br/>
      </w:r>
      <w:r>
        <w:rPr>
          <w:lang w:eastAsia="zh-CN"/>
        </w:rPr>
        <w:t xml:space="preserve">    2024年幼儿园元旦的主持词范文 篇2 </w:t>
      </w:r>
      <w:r>
        <w:rPr>
          <w:lang w:eastAsia="zh-CN"/>
        </w:rPr>
        <w:br/>
      </w:r>
      <w:r>
        <w:rPr>
          <w:lang w:eastAsia="zh-CN"/>
        </w:rPr>
        <w:t>　　A：尊敬的各位家长：</w:t>
      </w:r>
      <w:r>
        <w:rPr>
          <w:lang w:eastAsia="zh-CN"/>
        </w:rPr>
        <w:br/>
      </w:r>
      <w:r>
        <w:rPr>
          <w:lang w:eastAsia="zh-CN"/>
        </w:rPr>
        <w:t>　　B：大家下午好！</w:t>
      </w:r>
      <w:r>
        <w:rPr>
          <w:lang w:eastAsia="zh-CN"/>
        </w:rPr>
        <w:br/>
      </w:r>
      <w:r>
        <w:rPr>
          <w:lang w:eastAsia="zh-CN"/>
        </w:rPr>
        <w:t>　　A：感谢各位家长从百忙中抽出时间来参加我们的联欢会，在过去的一年里有你们的大力支持和积极配合，使得我们幼儿园的各项工作顺利开展，我们通过校讯通对孩子的学习进行交流沟通，使孩子的学习等各方面都得到了提高。望我们在下一年里还能够密切配合，为我们的孩子提供和谐健康的学习环境。</w:t>
      </w:r>
      <w:r>
        <w:rPr>
          <w:lang w:eastAsia="zh-CN"/>
        </w:rPr>
        <w:br/>
      </w:r>
      <w:r>
        <w:rPr>
          <w:lang w:eastAsia="zh-CN"/>
        </w:rPr>
        <w:t>　　B：时光从日历上一页页的飘落下来，我们又来到岁末年尾，兔年悄然而去，兔年款款而来，过去的一年，我们汗水浇灌，放飞希望，新的一年我们温馨和谐，收获喜悦。在这辞旧迎新之际，我们__幼儿园大三班全体老师，孩子和家长们欢聚一堂，共同庆祝新年的到来。在这里，我给大家拜年了！祝大家新年快乐，合家幸福。</w:t>
      </w:r>
      <w:r>
        <w:rPr>
          <w:lang w:eastAsia="zh-CN"/>
        </w:rPr>
        <w:br/>
      </w:r>
      <w:r>
        <w:rPr>
          <w:lang w:eastAsia="zh-CN"/>
        </w:rPr>
        <w:t>　　合：幼儿园迎元旦联欢晚会现在开始！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A：在过去的一年里，我们有欢笑，有泪水，每个人都在为幸福的生活而奋斗。孩子们也在一天一天的成长，学会，学会了写字，学会了画画，学会了倾听，学会了文明礼貌等等，懂得了父母有多疼爱他们，在这新年来临之际，孩子们要用美妙的歌声为大家送去新年的祝福。下面请听歌曲连唱《新年好》《数鸭子》</w:t>
      </w:r>
      <w:r>
        <w:rPr>
          <w:lang w:eastAsia="zh-CN"/>
        </w:rPr>
        <w:br/>
      </w:r>
      <w:r>
        <w:rPr>
          <w:lang w:eastAsia="zh-CN"/>
        </w:rPr>
        <w:t>　　B：孩子们唱的好不好！收到孩子们热情的祝福使我们内心感到暖洋洋的，顿时让我们忘却了所有的烦恼和辛苦，觉得付出的一切都是值得的。让我们收起感动的心情，跟随我们快乐小天使去感受快乐，下面请欣赏由冯韶涵带来的舞蹈《快乐啊啦蕾》</w:t>
      </w:r>
      <w:r>
        <w:rPr>
          <w:lang w:eastAsia="zh-CN"/>
        </w:rPr>
        <w:br/>
      </w:r>
      <w:r>
        <w:rPr>
          <w:lang w:eastAsia="zh-CN"/>
        </w:rPr>
        <w:t>　　A：看我们小朋友多帮啊，能歌善舞，多可爱啊！大家不知道我们小朋友学起解放军的严肃、威武也是有模有样的，下面这个节目就让你们见识见识。请听歌曲连唱《学做解放军》《找小猫》</w:t>
      </w:r>
      <w:r>
        <w:rPr>
          <w:lang w:eastAsia="zh-CN"/>
        </w:rPr>
        <w:br/>
      </w:r>
      <w:r>
        <w:rPr>
          <w:lang w:eastAsia="zh-CN"/>
        </w:rPr>
        <w:t>　　B：看过了小朋友那么多的精彩表演，我们家长是不是已经按捺不住自己激动的心情，想参加到我们的表演当中呢，那么下面这个亲子游戏就是由小朋友和家长一起参与的活动，这一下家长们可以大展拳脚了！——游戏名称：二人三足跑，规则是由我们老师用绳子将家长的一条腿和孩子的一条腿绑在一起，然后家长和孩子向前跑，来回看哪组家庭速度最快，获胜的家庭有小礼物，输的家庭由家长抱着孩子做3个下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A：孩子和家长一起玩耍是一件很幸福的事情，对孩子的成长有很多的益处，希望家长在忙碌的工作之余也能抽出时间多陪陪孩子，孩子的世界是单纯的，只要你耐心的去倾听孩子的心声，他们会给你意想不到的乐趣。下面让我们跟随几位“小魔术师”一起来见证奇迹。</w:t>
      </w:r>
      <w:r>
        <w:rPr>
          <w:lang w:eastAsia="zh-CN"/>
        </w:rPr>
        <w:br/>
      </w:r>
      <w:r>
        <w:rPr>
          <w:lang w:eastAsia="zh-CN"/>
        </w:rPr>
        <w:t>　　B：好精彩的魔术，真是让我们大开眼界。晚会到这里我们周围洋溢了许多快乐，感动，温馨，祥和的气息，更精彩的还在后面。下面就请出我们的《快乐宝贝》带我们一起舞动起来。</w:t>
      </w:r>
      <w:r>
        <w:rPr>
          <w:lang w:eastAsia="zh-CN"/>
        </w:rPr>
        <w:br/>
      </w:r>
      <w:r>
        <w:rPr>
          <w:lang w:eastAsia="zh-CN"/>
        </w:rPr>
        <w:t>　　A：随着社会的进步，我们生活水平日益提高，有更多的人开始追求时尚，潮流，我们小朋友也不例外，都打扮的活力四射，请欣赏时装走秀。</w:t>
      </w:r>
      <w:r>
        <w:rPr>
          <w:lang w:eastAsia="zh-CN"/>
        </w:rPr>
        <w:br/>
      </w:r>
      <w:r>
        <w:rPr>
          <w:lang w:eastAsia="zh-CN"/>
        </w:rPr>
        <w:t>　　B：节目即将接近尾声，大家玩的开不开心，小朋友们和爸爸妈妈一起做游戏幸不幸福，最后让我们大家伴随着这首《幸福拍手歌》的旋律跳起来唱起来。</w:t>
      </w:r>
      <w:r>
        <w:rPr>
          <w:lang w:eastAsia="zh-CN"/>
        </w:rPr>
        <w:br/>
      </w:r>
      <w:r>
        <w:rPr>
          <w:lang w:eastAsia="zh-CN"/>
        </w:rPr>
        <w:t>　　A：欢乐的时光总是这么短暂，团聚的日子特别让人难忘，今天我们欢歌笑语，明天我们畅想未来。最后，衷心的祝愿各位家长工作愉快，祝愿我们的小朋友健康快乐，祝愿我们的幼儿园锦绣辉煌。各位家长，小朋友们，__幼儿园20__年元旦文艺汇演到此结束，谢谢大家的参与！</w:t>
      </w:r>
      <w:r>
        <w:rPr>
          <w:lang w:eastAsia="zh-CN"/>
        </w:rPr>
        <w:br/>
      </w:r>
      <w:r>
        <w:rPr>
          <w:lang w:eastAsia="zh-CN"/>
        </w:rPr>
        <w:t>　　女：尊敬的各位家长，各位来宾。</w:t>
      </w:r>
      <w:r>
        <w:rPr>
          <w:lang w:eastAsia="zh-CN"/>
        </w:rPr>
        <w:br/>
      </w:r>
      <w:r>
        <w:rPr>
          <w:lang w:eastAsia="zh-CN"/>
        </w:rPr>
        <w:t>　　男：亲爱的小朋友、敬爱的老师们：</w:t>
      </w:r>
      <w:r>
        <w:rPr>
          <w:lang w:eastAsia="zh-CN"/>
        </w:rPr>
        <w:br/>
      </w:r>
      <w:r>
        <w:rPr>
          <w:lang w:eastAsia="zh-CN"/>
        </w:rPr>
        <w:t>　　合：大家晚上好！</w:t>
      </w:r>
      <w:r>
        <w:rPr>
          <w:lang w:eastAsia="zh-CN"/>
        </w:rPr>
        <w:br/>
      </w:r>
      <w:r>
        <w:rPr>
          <w:lang w:eastAsia="zh-CN"/>
        </w:rPr>
        <w:t>　　女：春夏秋冬，黑夜清晨，日月如梭，光阴似箭。</w:t>
      </w:r>
      <w:r>
        <w:rPr>
          <w:lang w:eastAsia="zh-CN"/>
        </w:rPr>
        <w:br/>
      </w:r>
      <w:r>
        <w:rPr>
          <w:lang w:eastAsia="zh-CN"/>
        </w:rPr>
        <w:t>　　男：当小树又增加一个年轮，当春天又拥抱着大地。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女：当冬天又露出灿烂的笑脸，时光老人领着我们又敲响了时间的大门。</w:t>
      </w:r>
      <w:r>
        <w:rPr>
          <w:lang w:eastAsia="zh-CN"/>
        </w:rPr>
        <w:br/>
      </w:r>
      <w:r>
        <w:rPr>
          <w:lang w:eastAsia="zh-CN"/>
        </w:rPr>
        <w:t>　　男：新年的脚步越来越近了，在这辞旧迎新的日子里，让我们怀着喜悦的心情，共同迎接20__年的到来。</w:t>
      </w:r>
      <w:r>
        <w:rPr>
          <w:lang w:eastAsia="zh-CN"/>
        </w:rPr>
        <w:br/>
      </w:r>
      <w:r>
        <w:rPr>
          <w:lang w:eastAsia="zh-CN"/>
        </w:rPr>
        <w:t>　　女：下面，我宣布：__幼儿园。</w:t>
      </w:r>
      <w:r>
        <w:rPr>
          <w:lang w:eastAsia="zh-CN"/>
        </w:rPr>
        <w:br/>
      </w:r>
      <w:r>
        <w:rPr>
          <w:lang w:eastAsia="zh-CN"/>
        </w:rPr>
        <w:t>　　合：“庆元旦，迎新年”晚会正式始！</w:t>
      </w:r>
      <w:r>
        <w:rPr>
          <w:lang w:eastAsia="zh-CN"/>
        </w:rPr>
        <w:br/>
      </w:r>
      <w:r>
        <w:rPr>
          <w:lang w:eastAsia="zh-CN"/>
        </w:rPr>
        <w:t>　　女：首先，让我们用最热烈的掌声有请尊敬的_园长为大家送上最真挚的新年祝福……感谢园长的祝福，相信__幼儿园在园长的带领下一定会越办越好。</w:t>
      </w:r>
      <w:r>
        <w:rPr>
          <w:lang w:eastAsia="zh-CN"/>
        </w:rPr>
        <w:br/>
      </w:r>
      <w:r>
        <w:rPr>
          <w:lang w:eastAsia="zh-CN"/>
        </w:rPr>
        <w:t>　　女：过新年，喜洋洋，大街小巷悬灯彩，炮竹响连天。下面请欣赏我园文艺队带来的舞蹈，掌声欢迎。请中班舞蹈做好准备。</w:t>
      </w:r>
      <w:r>
        <w:rPr>
          <w:lang w:eastAsia="zh-CN"/>
        </w:rPr>
        <w:br/>
      </w:r>
      <w:r>
        <w:rPr>
          <w:lang w:eastAsia="zh-CN"/>
        </w:rPr>
        <w:t>　　男：下面请欣赏中班表演舞蹈，掌声欢迎。</w:t>
      </w:r>
      <w:r>
        <w:rPr>
          <w:lang w:eastAsia="zh-CN"/>
        </w:rPr>
        <w:br/>
      </w:r>
      <w:r>
        <w:rPr>
          <w:lang w:eastAsia="zh-CN"/>
        </w:rPr>
        <w:t>　　女：下面请欣赏贝贝班表演。掌声欢迎。</w:t>
      </w:r>
      <w:r>
        <w:rPr>
          <w:lang w:eastAsia="zh-CN"/>
        </w:rPr>
        <w:br/>
      </w:r>
      <w:r>
        <w:rPr>
          <w:lang w:eastAsia="zh-CN"/>
        </w:rPr>
        <w:t>　　女：下面请欣赏小班表演，掌声欢迎。</w:t>
      </w:r>
      <w:r>
        <w:rPr>
          <w:lang w:eastAsia="zh-CN"/>
        </w:rPr>
        <w:br/>
      </w:r>
      <w:r>
        <w:rPr>
          <w:lang w:eastAsia="zh-CN"/>
        </w:rPr>
        <w:t>　　男：下面请欣赏大班表演舞蹈，掌声欢迎。</w:t>
      </w:r>
      <w:r>
        <w:rPr>
          <w:lang w:eastAsia="zh-CN"/>
        </w:rPr>
        <w:br/>
      </w:r>
      <w:r>
        <w:rPr>
          <w:lang w:eastAsia="zh-CN"/>
        </w:rPr>
        <w:t>　　女：下面请欣赏小班小朋友演唱，掌声欢迎。</w:t>
      </w:r>
      <w:r>
        <w:rPr>
          <w:lang w:eastAsia="zh-CN"/>
        </w:rPr>
        <w:br/>
      </w:r>
      <w:r>
        <w:rPr>
          <w:lang w:eastAsia="zh-CN"/>
        </w:rPr>
        <w:t>　　女：今天的晚会真热闹，你们瞧，一群活泼可爱的阳光小女孩，要去老家看外婆，她们来了，请欣赏文艺队舞蹈。</w:t>
      </w:r>
      <w:r>
        <w:rPr>
          <w:lang w:eastAsia="zh-CN"/>
        </w:rPr>
        <w:br/>
      </w:r>
      <w:r>
        <w:rPr>
          <w:lang w:eastAsia="zh-CN"/>
        </w:rPr>
        <w:t>　　男：下面请欣赏大班小朋友合唱，掌声欢迎。</w:t>
      </w:r>
      <w:r>
        <w:rPr>
          <w:lang w:eastAsia="zh-CN"/>
        </w:rPr>
        <w:br/>
      </w:r>
      <w:r>
        <w:rPr>
          <w:lang w:eastAsia="zh-CN"/>
        </w:rPr>
        <w:t>　　女：下面请欣赏中班舞蹈，掌声欢迎。</w:t>
      </w:r>
      <w:r>
        <w:rPr>
          <w:lang w:eastAsia="zh-CN"/>
        </w:rPr>
        <w:br/>
      </w:r>
      <w:r>
        <w:rPr>
          <w:lang w:eastAsia="zh-CN"/>
        </w:rPr>
        <w:t>　　女：各位家长，小朋友们：我园将打造成双语幼儿园，下面掌声欢迎学前班和大班小朋友用英文表演的。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女：黑的眼睛，黑的头发，我们都是中国的好娃娃，请欣赏由我园文艺队为我们表演，掌声欢迎。请学前班做好准备。</w:t>
      </w:r>
      <w:r>
        <w:rPr>
          <w:lang w:eastAsia="zh-CN"/>
        </w:rPr>
        <w:br/>
      </w:r>
      <w:r>
        <w:rPr>
          <w:lang w:eastAsia="zh-CN"/>
        </w:rPr>
        <w:t>　　女：下面掌声欢迎学前班为我们表演，请文艺队舞蹈做好准备。</w:t>
      </w:r>
      <w:r>
        <w:rPr>
          <w:lang w:eastAsia="zh-CN"/>
        </w:rPr>
        <w:br/>
      </w:r>
      <w:r>
        <w:rPr>
          <w:lang w:eastAsia="zh-CN"/>
        </w:rPr>
        <w:t>　　女：下面请欣赏文艺队表演，掌声欢迎。</w:t>
      </w:r>
      <w:r>
        <w:rPr>
          <w:lang w:eastAsia="zh-CN"/>
        </w:rPr>
        <w:br/>
      </w:r>
      <w:r>
        <w:rPr>
          <w:lang w:eastAsia="zh-CN"/>
        </w:rPr>
        <w:t>　　男：下面请欣赏老师表演，掌声欢迎。</w:t>
      </w:r>
      <w:r>
        <w:rPr>
          <w:lang w:eastAsia="zh-CN"/>
        </w:rPr>
        <w:br/>
      </w:r>
      <w:r>
        <w:rPr>
          <w:lang w:eastAsia="zh-CN"/>
        </w:rPr>
        <w:t>　　女：各位尊敬的家长，我们全体老师看到你们的宝贝在这里快乐的学习，健康的成长，感到十分欣慰，下面我们全体老师和小朋友将用手语操表演。</w:t>
      </w:r>
      <w:r>
        <w:rPr>
          <w:lang w:eastAsia="zh-CN"/>
        </w:rPr>
        <w:br/>
      </w:r>
      <w:r>
        <w:rPr>
          <w:lang w:eastAsia="zh-CN"/>
        </w:rPr>
        <w:t>　　女：伴随着收获的喜悦，满怀着希望的心愿，我们脚踏实地的走过了多姿多彩的20__年，信心百倍的迎来充满生机的20__年，欢乐的时光总是过得很快，希望与美好就在不远处等待！让我们携起手来共同创造更加美好的明天！</w:t>
      </w:r>
      <w:r>
        <w:rPr>
          <w:lang w:eastAsia="zh-CN"/>
        </w:rPr>
        <w:br/>
      </w:r>
      <w:r>
        <w:rPr>
          <w:lang w:eastAsia="zh-CN"/>
        </w:rPr>
        <w:t>　　合：__幼儿园“庆元旦，迎新年”文艺晚会到此结束。谢谢大家！</w:t>
      </w:r>
      <w:r>
        <w:rPr>
          <w:lang w:eastAsia="zh-CN"/>
        </w:rPr>
        <w:br/>
      </w:r>
      <w:r>
        <w:rPr>
          <w:lang w:eastAsia="zh-CN"/>
        </w:rPr>
        <w:t xml:space="preserve">    2024年幼儿园元旦的主持词范文 篇3 </w:t>
      </w:r>
      <w:r>
        <w:rPr>
          <w:lang w:eastAsia="zh-CN"/>
        </w:rPr>
        <w:br/>
      </w:r>
      <w:r>
        <w:rPr>
          <w:lang w:eastAsia="zh-CN"/>
        </w:rPr>
        <w:t>　　师：尊敬的各位</w:t>
      </w:r>
      <w:r>
        <w:rPr>
          <w:lang w:eastAsia="zh-CN"/>
        </w:rPr>
        <w:br/>
      </w:r>
      <w:r>
        <w:rPr>
          <w:lang w:eastAsia="zh-CN"/>
        </w:rPr>
        <w:t>　　幼：敬爱的老师</w:t>
      </w:r>
      <w:r>
        <w:rPr>
          <w:lang w:eastAsia="zh-CN"/>
        </w:rPr>
        <w:br/>
      </w:r>
      <w:r>
        <w:rPr>
          <w:lang w:eastAsia="zh-CN"/>
        </w:rPr>
        <w:t>　　幼：亲爱的叔叔、阿姨</w:t>
      </w:r>
      <w:r>
        <w:rPr>
          <w:lang w:eastAsia="zh-CN"/>
        </w:rPr>
        <w:br/>
      </w:r>
      <w:r>
        <w:rPr>
          <w:lang w:eastAsia="zh-CN"/>
        </w:rPr>
        <w:t>　　师：可爱的小朋友们</w:t>
      </w:r>
      <w:r>
        <w:rPr>
          <w:lang w:eastAsia="zh-CN"/>
        </w:rPr>
        <w:br/>
      </w:r>
      <w:r>
        <w:rPr>
          <w:lang w:eastAsia="zh-CN"/>
        </w:rPr>
        <w:t>　　合：大家上午好</w:t>
      </w:r>
      <w:r>
        <w:rPr>
          <w:lang w:eastAsia="zh-CN"/>
        </w:rPr>
        <w:br/>
      </w:r>
      <w:r>
        <w:rPr>
          <w:lang w:eastAsia="zh-CN"/>
        </w:rPr>
        <w:t>　　师：在成功和收获的喜悦中渐渐远去</w:t>
      </w:r>
      <w:r>
        <w:rPr>
          <w:lang w:eastAsia="zh-CN"/>
        </w:rPr>
        <w:br/>
      </w:r>
      <w:r>
        <w:rPr>
          <w:lang w:eastAsia="zh-CN"/>
        </w:rPr>
        <w:t>　　幼：的钟声即将敲响</w:t>
      </w:r>
      <w:r>
        <w:rPr>
          <w:lang w:eastAsia="zh-CN"/>
        </w:rPr>
        <w:br/>
      </w:r>
      <w:r>
        <w:rPr>
          <w:lang w:eastAsia="zh-CN"/>
        </w:rPr>
        <w:t>　　师：回首，我们骄傲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幼：回首，我们自豪</w:t>
      </w:r>
      <w:r>
        <w:rPr>
          <w:lang w:eastAsia="zh-CN"/>
        </w:rPr>
        <w:br/>
      </w:r>
      <w:r>
        <w:rPr>
          <w:lang w:eastAsia="zh-CN"/>
        </w:rPr>
        <w:t>　　师：当我们满怀喜悦的告别，我们收获最多的是“成长”，是“快乐”。让我们在新的一里，展开腾飞的翅膀向着更高的蓝天白云飞翔。</w:t>
      </w:r>
      <w:r>
        <w:rPr>
          <w:lang w:eastAsia="zh-CN"/>
        </w:rPr>
        <w:br/>
      </w:r>
      <w:r>
        <w:rPr>
          <w:lang w:eastAsia="zh-CN"/>
        </w:rPr>
        <w:t>　　师：在这辞旧迎新的日子里，我们特举办了这场庆元旦“我健康，我快乐”亲子活动，小朋友们也想用优美的歌声来表达过新的高兴劲儿，请欣赏大合唱。</w:t>
      </w:r>
      <w:r>
        <w:rPr>
          <w:lang w:eastAsia="zh-CN"/>
        </w:rPr>
        <w:br/>
      </w:r>
      <w:r>
        <w:rPr>
          <w:lang w:eastAsia="zh-CN"/>
        </w:rPr>
        <w:t>　　幼：《新好》。</w:t>
      </w:r>
      <w:r>
        <w:rPr>
          <w:lang w:eastAsia="zh-CN"/>
        </w:rPr>
        <w:br/>
      </w:r>
      <w:r>
        <w:rPr>
          <w:lang w:eastAsia="zh-CN"/>
        </w:rPr>
        <w:t>　　师：掌声送给我们的小朋友们。</w:t>
      </w:r>
      <w:r>
        <w:rPr>
          <w:lang w:eastAsia="zh-CN"/>
        </w:rPr>
        <w:br/>
      </w:r>
      <w:r>
        <w:rPr>
          <w:lang w:eastAsia="zh-CN"/>
        </w:rPr>
        <w:t>　　一、师：我们学前班的小朋友通过将近一学期的学习，学会了拼音，生字，念课文，做算术，跳舞也不赖哦!他们说要在新的一里不断努力，向前冲，取得更好的成绩，请看学前班小朋友表演的〈向前冲〉。</w:t>
      </w:r>
      <w:r>
        <w:rPr>
          <w:lang w:eastAsia="zh-CN"/>
        </w:rPr>
        <w:br/>
      </w:r>
      <w:r>
        <w:rPr>
          <w:lang w:eastAsia="zh-CN"/>
        </w:rPr>
        <w:t>　　二、掌声送给可爱的孩子，孩子们用最纯真的笑点燃新的希望!孩子们用动感的舞姿展示今天的快乐!请看中班小朋友为大家表演。</w:t>
      </w:r>
      <w:r>
        <w:rPr>
          <w:lang w:eastAsia="zh-CN"/>
        </w:rPr>
        <w:br/>
      </w:r>
      <w:r>
        <w:rPr>
          <w:lang w:eastAsia="zh-CN"/>
        </w:rPr>
        <w:t>　　三、掌声送给中班的孩子们。小班的小朋友们也来庆祝过新了!请欣赏小班小朋友给我们带来的《我是小乒》。</w:t>
      </w:r>
      <w:r>
        <w:rPr>
          <w:lang w:eastAsia="zh-CN"/>
        </w:rPr>
        <w:br/>
      </w:r>
      <w:r>
        <w:rPr>
          <w:lang w:eastAsia="zh-CN"/>
        </w:rPr>
        <w:t>　　四、谢谢小班小朋友的精彩表演。接下来小小班的小弟弟小妹妹也要在老师，爸爸妈妈的带领下庆祝我们的新，请欣赏。</w:t>
      </w:r>
      <w:r>
        <w:rPr>
          <w:lang w:eastAsia="zh-CN"/>
        </w:rPr>
        <w:br/>
      </w:r>
      <w:r>
        <w:rPr>
          <w:lang w:eastAsia="zh-CN"/>
        </w:rPr>
        <w:t>　　五、今天不仅小朋友们为大家表演，我们的老师也是多才多艺呢!看!老师们表演的韵律操《浪漫樱花》。</w:t>
      </w:r>
      <w:r>
        <w:rPr>
          <w:lang w:eastAsia="zh-CN"/>
        </w:rPr>
        <w:br/>
      </w:r>
      <w:r>
        <w:rPr>
          <w:lang w:eastAsia="zh-CN"/>
        </w:rPr>
        <w:t>　　师：今天的一环节到此结束，接下来我们二环节亲子活动!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请激带您的孩子回各自的班级，老师会组织你们参加接下来的活动，在这里，提前给大家拜个早，祝小朋友们健康快乐成长，祝大朋友们工作顺利，合家幸福。今的“庆元旦联欢会”我们是上午举行的，本来没觉得一级的孩子能做什么，但还是给班里的孩子准备了发言稿，俗话说：“现上轿现扎耳朵眼”，真是这样的，周六的早上，我在黑板上写“庆元旦联欢会”六个大字之前，才把打好的演讲稿交给了临时现找的两个孩子，告诉他们让他们看看主持词，准备准备，待会儿好主持即将开始的元旦联欢会，猜想两个孩子才上小学一级肯定也比较紧张，他们以前也没有主持过节目，但是还是接受了我给他们布置的任务。</w:t>
      </w:r>
      <w:r>
        <w:rPr>
          <w:lang w:eastAsia="zh-CN"/>
        </w:rPr>
        <w:br/>
      </w:r>
      <w:r>
        <w:rPr>
          <w:lang w:eastAsia="zh-CN"/>
        </w:rPr>
        <w:t>　　中间的时候，刘校长去了，看了一会儿我们的表演，还是挺满意的，只见两个主持人流利的主持着节目，我心里真的很高兴，他们声音洪亮，语言流利。</w:t>
      </w:r>
      <w:r>
        <w:rPr>
          <w:lang w:eastAsia="zh-CN"/>
        </w:rPr>
        <w:br/>
      </w:r>
      <w:r>
        <w:rPr>
          <w:lang w:eastAsia="zh-CN"/>
        </w:rPr>
        <w:t>　　两位小主持人比起五级孩子们来水平可能差着一段，但是他们今天能有这样的表现，我觉得自己真的很幸福，毕竟进入小学的一个元旦就是他们自己主持的，相信在以后的活动中他们会有更精彩的表现。</w:t>
      </w:r>
      <w:r>
        <w:rPr>
          <w:lang w:eastAsia="zh-CN"/>
        </w:rPr>
        <w:br/>
      </w:r>
      <w:r>
        <w:rPr>
          <w:lang w:eastAsia="zh-CN"/>
        </w:rPr>
        <w:t xml:space="preserve">    2024年幼儿园元旦的主持词范文 篇4 </w:t>
      </w:r>
      <w:r>
        <w:rPr>
          <w:lang w:eastAsia="zh-CN"/>
        </w:rPr>
        <w:br/>
      </w:r>
      <w:r>
        <w:rPr>
          <w:lang w:eastAsia="zh-CN"/>
        </w:rPr>
        <w:t>　　甲乙：敬爱的老师，</w:t>
      </w:r>
      <w:r>
        <w:rPr>
          <w:lang w:eastAsia="zh-CN"/>
        </w:rPr>
        <w:br/>
      </w:r>
      <w:r>
        <w:rPr>
          <w:lang w:eastAsia="zh-CN"/>
        </w:rPr>
        <w:t>　　丙丁：亲爱的同学们，</w:t>
      </w:r>
      <w:r>
        <w:rPr>
          <w:lang w:eastAsia="zh-CN"/>
        </w:rPr>
        <w:br/>
      </w:r>
      <w:r>
        <w:rPr>
          <w:lang w:eastAsia="zh-CN"/>
        </w:rPr>
        <w:t>　　合：大家下午(晚上)好!</w:t>
      </w:r>
      <w:r>
        <w:rPr>
          <w:lang w:eastAsia="zh-CN"/>
        </w:rPr>
        <w:br/>
      </w:r>
      <w:r>
        <w:rPr>
          <w:lang w:eastAsia="zh-CN"/>
        </w:rPr>
        <w:t>　　甲乙：时光荏(rèn)苒(rǎn)，岁月如梭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丙丁：踏着圣诞欢快的钟声，我们又迎来了这个期待已久的日子。</w:t>
      </w:r>
      <w:r>
        <w:rPr>
          <w:lang w:eastAsia="zh-CN"/>
        </w:rPr>
        <w:br/>
      </w:r>
      <w:r>
        <w:rPr>
          <w:lang w:eastAsia="zh-CN"/>
        </w:rPr>
        <w:t>　　甲：过去的一年，我们有泪水也有欢乐，有汗水也有掌声;有成功时的欢笑，也有失败时的苦恼</w:t>
      </w:r>
      <w:r>
        <w:rPr>
          <w:lang w:eastAsia="zh-CN"/>
        </w:rPr>
        <w:br/>
      </w:r>
      <w:r>
        <w:rPr>
          <w:lang w:eastAsia="zh-CN"/>
        </w:rPr>
        <w:t>　　乙：过去的一年，老师们不知为我们付出了多少辛勤的汗水。</w:t>
      </w:r>
      <w:r>
        <w:rPr>
          <w:lang w:eastAsia="zh-CN"/>
        </w:rPr>
        <w:br/>
      </w:r>
      <w:r>
        <w:rPr>
          <w:lang w:eastAsia="zh-CN"/>
        </w:rPr>
        <w:t>　　丙：是老师们带我们走过风雨，是老师们用知识的营养将我们哺育，却从来不求回报与索取</w:t>
      </w:r>
      <w:r>
        <w:rPr>
          <w:lang w:eastAsia="zh-CN"/>
        </w:rPr>
        <w:br/>
      </w:r>
      <w:r>
        <w:rPr>
          <w:lang w:eastAsia="zh-CN"/>
        </w:rPr>
        <w:t>　　丁：是老师们给我们解答一道道难题，是老师们告诉我们:遇到困难时，不要轻易说放弃.</w:t>
      </w:r>
      <w:r>
        <w:rPr>
          <w:lang w:eastAsia="zh-CN"/>
        </w:rPr>
        <w:br/>
      </w:r>
      <w:r>
        <w:rPr>
          <w:lang w:eastAsia="zh-CN"/>
        </w:rPr>
        <w:t>　　合：让我们在此代表全体同学向老师们说一声：“老师，您辛苦了!”</w:t>
      </w:r>
      <w:r>
        <w:rPr>
          <w:lang w:eastAsia="zh-CN"/>
        </w:rPr>
        <w:br/>
      </w:r>
      <w:r>
        <w:rPr>
          <w:lang w:eastAsia="zh-CN"/>
        </w:rPr>
        <w:t>　　丁：在__班，有我们对生活的激情，更有我们对未来的渴望</w:t>
      </w:r>
      <w:r>
        <w:rPr>
          <w:lang w:eastAsia="zh-CN"/>
        </w:rPr>
        <w:br/>
      </w:r>
      <w:r>
        <w:rPr>
          <w:lang w:eastAsia="zh-CN"/>
        </w:rPr>
        <w:t>　　甲：灿烂辉煌的20__年即将向我们告别，充满希望与挑战的20__年正微笑着向我们走来。展望未来前景灿烂，我们豪情满怀。</w:t>
      </w:r>
      <w:r>
        <w:rPr>
          <w:lang w:eastAsia="zh-CN"/>
        </w:rPr>
        <w:br/>
      </w:r>
      <w:r>
        <w:rPr>
          <w:lang w:eastAsia="zh-CN"/>
        </w:rPr>
        <w:t>　　乙：20__年，我们将用微笑共同敞开一扇心灵之窗，放飞希望，去寻觅我们的理想。</w:t>
      </w:r>
      <w:r>
        <w:rPr>
          <w:lang w:eastAsia="zh-CN"/>
        </w:rPr>
        <w:br/>
      </w:r>
      <w:r>
        <w:rPr>
          <w:lang w:eastAsia="zh-CN"/>
        </w:rPr>
        <w:t>　　丙：20__年，让我们用行动共同挽起友爱的臂膀，让明天来倾听我们爱心旋律的唱响。</w:t>
      </w:r>
      <w:r>
        <w:rPr>
          <w:lang w:eastAsia="zh-CN"/>
        </w:rPr>
        <w:br/>
      </w:r>
      <w:r>
        <w:rPr>
          <w:lang w:eastAsia="zh-CN"/>
        </w:rPr>
        <w:t>　　丁：20__年，让我们共同谱写一曲属于自己光荣与梦想的篇章!</w:t>
      </w:r>
      <w:r>
        <w:rPr>
          <w:lang w:eastAsia="zh-CN"/>
        </w:rPr>
        <w:br/>
      </w:r>
      <w:r>
        <w:rPr>
          <w:lang w:eastAsia="zh-CN"/>
        </w:rPr>
        <w:t>　　合：在这辞旧迎新的日子里，用我们的歌声和舞姿，用我们的热情与激情来表达我们的喜悦，传达对新一年的憧憬与希望。</w:t>
      </w:r>
      <w:r>
        <w:rPr>
          <w:lang w:eastAsia="zh-CN"/>
        </w:rPr>
        <w:br/>
      </w:r>
      <w:r>
        <w:rPr>
          <w:lang w:eastAsia="zh-CN"/>
        </w:rPr>
        <w:t>　　合：20__年元旦文艺晚会现在开始!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结束语</w:t>
      </w:r>
      <w:r>
        <w:rPr>
          <w:lang w:eastAsia="zh-CN"/>
        </w:rPr>
        <w:br/>
      </w:r>
      <w:r>
        <w:rPr>
          <w:lang w:eastAsia="zh-CN"/>
        </w:rPr>
        <w:t>　　甲：在这里，同学们获得了畅游知识海洋的体验;</w:t>
      </w:r>
      <w:r>
        <w:rPr>
          <w:lang w:eastAsia="zh-CN"/>
        </w:rPr>
        <w:br/>
      </w:r>
      <w:r>
        <w:rPr>
          <w:lang w:eastAsia="zh-CN"/>
        </w:rPr>
        <w:t>　　乙：在这里，同学们感受到一种胜似母爱的关怀。</w:t>
      </w:r>
      <w:r>
        <w:rPr>
          <w:lang w:eastAsia="zh-CN"/>
        </w:rPr>
        <w:br/>
      </w:r>
      <w:r>
        <w:rPr>
          <w:lang w:eastAsia="zh-CN"/>
        </w:rPr>
        <w:t>　　丙：同学们学习的点滴进步，都凝聚了老师的谆谆教导和殷切期望;</w:t>
      </w:r>
      <w:r>
        <w:rPr>
          <w:lang w:eastAsia="zh-CN"/>
        </w:rPr>
        <w:br/>
      </w:r>
      <w:r>
        <w:rPr>
          <w:lang w:eastAsia="zh-CN"/>
        </w:rPr>
        <w:t>　　丁：同学们生活的舒适安逸，都饱含着全体教职员工的款款深情。</w:t>
      </w:r>
      <w:r>
        <w:rPr>
          <w:lang w:eastAsia="zh-CN"/>
        </w:rPr>
        <w:br/>
      </w:r>
      <w:r>
        <w:rPr>
          <w:lang w:eastAsia="zh-CN"/>
        </w:rPr>
        <w:t>　　甲：这里没有灯塔，却为同学们指明了前进的方向。</w:t>
      </w:r>
      <w:r>
        <w:rPr>
          <w:lang w:eastAsia="zh-CN"/>
        </w:rPr>
        <w:br/>
      </w:r>
      <w:r>
        <w:rPr>
          <w:lang w:eastAsia="zh-CN"/>
        </w:rPr>
        <w:t>　　乙：这里没有甘霖，却滋润了每个莘莘学子渴望知识的心房。</w:t>
      </w:r>
      <w:r>
        <w:rPr>
          <w:lang w:eastAsia="zh-CN"/>
        </w:rPr>
        <w:br/>
      </w:r>
      <w:r>
        <w:rPr>
          <w:lang w:eastAsia="zh-CN"/>
        </w:rPr>
        <w:t>　　丙：在这里，同学们每一粒种子都将长成参天大树，</w:t>
      </w:r>
      <w:r>
        <w:rPr>
          <w:lang w:eastAsia="zh-CN"/>
        </w:rPr>
        <w:br/>
      </w:r>
      <w:r>
        <w:rPr>
          <w:lang w:eastAsia="zh-CN"/>
        </w:rPr>
        <w:t>　　丁：在这里，同学们每一株幼苗都在茁壮成长。</w:t>
      </w:r>
      <w:r>
        <w:rPr>
          <w:lang w:eastAsia="zh-CN"/>
        </w:rPr>
        <w:br/>
      </w:r>
      <w:r>
        <w:rPr>
          <w:lang w:eastAsia="zh-CN"/>
        </w:rPr>
        <w:t>　　合：我们相信，在新的一年里，我们每个人都会在自己的园地里辛勤耕耘，我们每个人都会有硕果累累的收获。</w:t>
      </w:r>
      <w:r>
        <w:rPr>
          <w:lang w:eastAsia="zh-CN"/>
        </w:rPr>
        <w:br/>
      </w:r>
      <w:r>
        <w:rPr>
          <w:lang w:eastAsia="zh-CN"/>
        </w:rPr>
        <w:t>　　合：新年联欢会到此结束，再次衷心的祝福老师们心情愉快，阖家欢乐!祝大家百尺竿头，更上一层楼!</w:t>
      </w:r>
      <w:r>
        <w:rPr>
          <w:lang w:eastAsia="zh-CN"/>
        </w:rPr>
        <w:br/>
      </w:r>
      <w:r>
        <w:rPr>
          <w:lang w:eastAsia="zh-CN"/>
        </w:rPr>
        <w:t xml:space="preserve">    2024年幼儿园元旦的主持词范文 篇5 </w:t>
      </w:r>
      <w:r>
        <w:rPr>
          <w:lang w:eastAsia="zh-CN"/>
        </w:rPr>
        <w:br/>
      </w:r>
      <w:r>
        <w:rPr>
          <w:lang w:eastAsia="zh-CN"/>
        </w:rPr>
        <w:t>　　幼儿园庆元旦主持稿范文一：</w:t>
      </w:r>
      <w:r>
        <w:rPr>
          <w:lang w:eastAsia="zh-CN"/>
        </w:rPr>
        <w:br/>
      </w:r>
      <w:r>
        <w:rPr>
          <w:lang w:eastAsia="zh-CN"/>
        </w:rPr>
        <w:t>　　凌：尊敬的各位领导、各位来宾</w:t>
      </w:r>
      <w:r>
        <w:rPr>
          <w:lang w:eastAsia="zh-CN"/>
        </w:rPr>
        <w:br/>
      </w:r>
      <w:r>
        <w:rPr>
          <w:lang w:eastAsia="zh-CN"/>
        </w:rPr>
        <w:t>　　周：各位家长、各位老师</w:t>
      </w:r>
      <w:r>
        <w:rPr>
          <w:lang w:eastAsia="zh-CN"/>
        </w:rPr>
        <w:br/>
      </w:r>
      <w:r>
        <w:rPr>
          <w:lang w:eastAsia="zh-CN"/>
        </w:rPr>
        <w:t>　　郭：亲爱的小朋友们</w:t>
      </w:r>
      <w:r>
        <w:rPr>
          <w:lang w:eastAsia="zh-CN"/>
        </w:rPr>
        <w:br/>
      </w:r>
      <w:r>
        <w:rPr>
          <w:lang w:eastAsia="zh-CN"/>
        </w:rPr>
        <w:t>　　合：大家上午好 (微微鞠躬)</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凌：今天，我们在这里隆重举行20__年庆元旦、迎新年表彰大会暨文艺汇演</w:t>
      </w:r>
      <w:r>
        <w:rPr>
          <w:lang w:eastAsia="zh-CN"/>
        </w:rPr>
        <w:br/>
      </w:r>
      <w:r>
        <w:rPr>
          <w:lang w:eastAsia="zh-CN"/>
        </w:rPr>
        <w:t>　　周：亲临今天演出现场的嘉宾有：特邀代表家长朋友、汀溪中心园园长朱燕云女士、康德幼儿园园长陈桂华女士、士鈞幼儿园园长徐凤女士</w:t>
      </w:r>
      <w:r>
        <w:rPr>
          <w:lang w:eastAsia="zh-CN"/>
        </w:rPr>
        <w:br/>
      </w:r>
      <w:r>
        <w:rPr>
          <w:lang w:eastAsia="zh-CN"/>
        </w:rPr>
        <w:t>　　郭：董事长助理郭永福先生</w:t>
      </w:r>
      <w:r>
        <w:rPr>
          <w:lang w:eastAsia="zh-CN"/>
        </w:rPr>
        <w:br/>
      </w:r>
      <w:r>
        <w:rPr>
          <w:lang w:eastAsia="zh-CN"/>
        </w:rPr>
        <w:t>　　凌：学校工会主席林小伍先生</w:t>
      </w:r>
      <w:r>
        <w:rPr>
          <w:lang w:eastAsia="zh-CN"/>
        </w:rPr>
        <w:br/>
      </w:r>
      <w:r>
        <w:rPr>
          <w:lang w:eastAsia="zh-CN"/>
        </w:rPr>
        <w:t>　　周：招生办主任何大成先生</w:t>
      </w:r>
      <w:r>
        <w:rPr>
          <w:lang w:eastAsia="zh-CN"/>
        </w:rPr>
        <w:br/>
      </w:r>
      <w:r>
        <w:rPr>
          <w:lang w:eastAsia="zh-CN"/>
        </w:rPr>
        <w:t>　　郭：中学部校长田洪成先生</w:t>
      </w:r>
      <w:r>
        <w:rPr>
          <w:lang w:eastAsia="zh-CN"/>
        </w:rPr>
        <w:br/>
      </w:r>
      <w:r>
        <w:rPr>
          <w:lang w:eastAsia="zh-CN"/>
        </w:rPr>
        <w:t>　　凌：小学部校长王佑会女士</w:t>
      </w:r>
      <w:r>
        <w:rPr>
          <w:lang w:eastAsia="zh-CN"/>
        </w:rPr>
        <w:br/>
      </w:r>
      <w:r>
        <w:rPr>
          <w:lang w:eastAsia="zh-CN"/>
        </w:rPr>
        <w:t>　　周：还有各片区招生主任</w:t>
      </w:r>
      <w:r>
        <w:rPr>
          <w:lang w:eastAsia="zh-CN"/>
        </w:rPr>
        <w:br/>
      </w:r>
      <w:r>
        <w:rPr>
          <w:lang w:eastAsia="zh-CN"/>
        </w:rPr>
        <w:t>　　郭：让我们再次以热烈的掌声欢迎各位的到来</w:t>
      </w:r>
      <w:r>
        <w:rPr>
          <w:lang w:eastAsia="zh-CN"/>
        </w:rPr>
        <w:br/>
      </w:r>
      <w:r>
        <w:rPr>
          <w:lang w:eastAsia="zh-CN"/>
        </w:rPr>
        <w:t>　　凌：新的钟声、新的跨越</w:t>
      </w:r>
      <w:r>
        <w:rPr>
          <w:lang w:eastAsia="zh-CN"/>
        </w:rPr>
        <w:br/>
      </w:r>
      <w:r>
        <w:rPr>
          <w:lang w:eastAsia="zh-CN"/>
        </w:rPr>
        <w:t>　　周：新的祝福、新的期待</w:t>
      </w:r>
      <w:r>
        <w:rPr>
          <w:lang w:eastAsia="zh-CN"/>
        </w:rPr>
        <w:br/>
      </w:r>
      <w:r>
        <w:rPr>
          <w:lang w:eastAsia="zh-CN"/>
        </w:rPr>
        <w:t>　　郭：在这迎新辞旧之际，我们给大家拜年了</w:t>
      </w:r>
      <w:r>
        <w:rPr>
          <w:lang w:eastAsia="zh-CN"/>
        </w:rPr>
        <w:br/>
      </w:r>
      <w:r>
        <w:rPr>
          <w:lang w:eastAsia="zh-CN"/>
        </w:rPr>
        <w:t>　　合：祝大家新年快乐，幸福安康、鸿运享通</w:t>
      </w:r>
      <w:r>
        <w:rPr>
          <w:lang w:eastAsia="zh-CN"/>
        </w:rPr>
        <w:br/>
      </w:r>
      <w:r>
        <w:rPr>
          <w:lang w:eastAsia="zh-CN"/>
        </w:rPr>
        <w:t>　　凌：今天的活动有四项议程：一、园长新年致辞;二、家长代表发言;三、颁奖仪式;四、汇报演出。</w:t>
      </w:r>
      <w:r>
        <w:rPr>
          <w:lang w:eastAsia="zh-CN"/>
        </w:rPr>
        <w:br/>
      </w:r>
      <w:r>
        <w:rPr>
          <w:lang w:eastAsia="zh-CN"/>
        </w:rPr>
        <w:t>　　郭：首先有请庄园长致辞。</w:t>
      </w:r>
      <w:r>
        <w:rPr>
          <w:lang w:eastAsia="zh-CN"/>
        </w:rPr>
        <w:br/>
      </w:r>
      <w:r>
        <w:rPr>
          <w:lang w:eastAsia="zh-CN"/>
        </w:rPr>
        <w:t>　　凌：谢谢庄园长的致辞。幼儿园的发展离不开广大家长的理解和支持，我们由衷地感谢你们，下面有请家长代表 叶子 女士发言</w:t>
      </w:r>
      <w:r>
        <w:rPr>
          <w:lang w:eastAsia="zh-CN"/>
        </w:rPr>
        <w:br/>
      </w:r>
      <w:r>
        <w:rPr>
          <w:lang w:eastAsia="zh-CN"/>
        </w:rPr>
        <w:t>　　今天还有一位家长为了表达他的心愿，也想上台说几句，有请齐博家长。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园长：谢谢齐博家长的厚爱，服务孩子，服务家长是我们应尽的工作。</w:t>
      </w:r>
      <w:r>
        <w:rPr>
          <w:lang w:eastAsia="zh-CN"/>
        </w:rPr>
        <w:br/>
      </w:r>
      <w:r>
        <w:rPr>
          <w:lang w:eastAsia="zh-CN"/>
        </w:rPr>
        <w:t>　　凌：回首20__年，我们骄傲!</w:t>
      </w:r>
      <w:r>
        <w:rPr>
          <w:lang w:eastAsia="zh-CN"/>
        </w:rPr>
        <w:br/>
      </w:r>
      <w:r>
        <w:rPr>
          <w:lang w:eastAsia="zh-CN"/>
        </w:rPr>
        <w:t>　　周：回首20__年，我们自豪!</w:t>
      </w:r>
      <w:r>
        <w:rPr>
          <w:lang w:eastAsia="zh-CN"/>
        </w:rPr>
        <w:br/>
      </w:r>
      <w:r>
        <w:rPr>
          <w:lang w:eastAsia="zh-CN"/>
        </w:rPr>
        <w:t>　　郭：回首20__年，我们收获了成长和快乐</w:t>
      </w:r>
      <w:r>
        <w:rPr>
          <w:lang w:eastAsia="zh-CN"/>
        </w:rPr>
        <w:br/>
      </w:r>
      <w:r>
        <w:rPr>
          <w:lang w:eastAsia="zh-CN"/>
        </w:rPr>
        <w:t>　　凌：回首20__年，我们收获了成功和喜悦</w:t>
      </w:r>
      <w:r>
        <w:rPr>
          <w:lang w:eastAsia="zh-CN"/>
        </w:rPr>
        <w:br/>
      </w:r>
      <w:r>
        <w:rPr>
          <w:lang w:eastAsia="zh-CN"/>
        </w:rPr>
        <w:t>　　周：回首20__年，我们幼儿园硕果累累</w:t>
      </w:r>
      <w:r>
        <w:rPr>
          <w:lang w:eastAsia="zh-CN"/>
        </w:rPr>
        <w:br/>
      </w:r>
      <w:r>
        <w:rPr>
          <w:lang w:eastAsia="zh-CN"/>
        </w:rPr>
        <w:t>　　凌：今天，我们借此机会对参加全国少儿绘画比赛获奖的小朋友进行颁奖</w:t>
      </w:r>
      <w:r>
        <w:rPr>
          <w:lang w:eastAsia="zh-CN"/>
        </w:rPr>
        <w:br/>
      </w:r>
      <w:r>
        <w:rPr>
          <w:lang w:eastAsia="zh-CN"/>
        </w:rPr>
        <w:t>　　郭：下面 ，有请幼儿园张媛珠主任宣读获奖名单。(周、张、郭负责安排颁奖秩序)</w:t>
      </w:r>
      <w:r>
        <w:rPr>
          <w:lang w:eastAsia="zh-CN"/>
        </w:rPr>
        <w:br/>
      </w:r>
      <w:r>
        <w:rPr>
          <w:lang w:eastAsia="zh-CN"/>
        </w:rPr>
        <w:t>　　有请获得优秀奖的小朋友上台领奖，请王校长，田校长为他们颁奖</w:t>
      </w:r>
      <w:r>
        <w:rPr>
          <w:lang w:eastAsia="zh-CN"/>
        </w:rPr>
        <w:br/>
      </w:r>
      <w:r>
        <w:rPr>
          <w:lang w:eastAsia="zh-CN"/>
        </w:rPr>
        <w:t>　　有请获得铜奖的小朋友上台领奖，掌声有请庄园长、何主任他们颁奖</w:t>
      </w:r>
      <w:r>
        <w:rPr>
          <w:lang w:eastAsia="zh-CN"/>
        </w:rPr>
        <w:br/>
      </w:r>
      <w:r>
        <w:rPr>
          <w:lang w:eastAsia="zh-CN"/>
        </w:rPr>
        <w:t>　　有请获得银奖的小朋友上台领奖，掌声有请郭助理、林校长为他们颁奖</w:t>
      </w:r>
      <w:r>
        <w:rPr>
          <w:lang w:eastAsia="zh-CN"/>
        </w:rPr>
        <w:br/>
      </w:r>
      <w:r>
        <w:rPr>
          <w:lang w:eastAsia="zh-CN"/>
        </w:rPr>
        <w:t>　　有请获得金奖的小朋友上台领奖，掌声有请朱园长，陈园长为他们颁奖</w:t>
      </w:r>
      <w:r>
        <w:rPr>
          <w:lang w:eastAsia="zh-CN"/>
        </w:rPr>
        <w:br/>
      </w:r>
      <w:r>
        <w:rPr>
          <w:lang w:eastAsia="zh-CN"/>
        </w:rPr>
        <w:t>　　有请获得优秀园丁奖的老师上台领奖，掌声有请 黄伟豪、杨紫怡家长为他们颁奖</w:t>
      </w:r>
      <w:r>
        <w:rPr>
          <w:lang w:eastAsia="zh-CN"/>
        </w:rPr>
        <w:br/>
      </w:r>
      <w:r>
        <w:rPr>
          <w:lang w:eastAsia="zh-CN"/>
        </w:rPr>
        <w:t>　　凌：请大家再次以热烈的掌声祝贺获奖的小朋友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吴：过去的一年里，我们有汗水也有掌声</w:t>
      </w:r>
      <w:r>
        <w:rPr>
          <w:lang w:eastAsia="zh-CN"/>
        </w:rPr>
        <w:br/>
      </w:r>
      <w:r>
        <w:rPr>
          <w:lang w:eastAsia="zh-CN"/>
        </w:rPr>
        <w:t>　　杨：过去的一年里，我们有泪水也有欢乐</w:t>
      </w:r>
      <w:r>
        <w:rPr>
          <w:lang w:eastAsia="zh-CN"/>
        </w:rPr>
        <w:br/>
      </w:r>
      <w:r>
        <w:rPr>
          <w:lang w:eastAsia="zh-CN"/>
        </w:rPr>
        <w:t>　　周：过去的一年里，我们与孩子共同度过美好的一年</w:t>
      </w:r>
      <w:r>
        <w:rPr>
          <w:lang w:eastAsia="zh-CN"/>
        </w:rPr>
        <w:br/>
      </w:r>
      <w:r>
        <w:rPr>
          <w:lang w:eastAsia="zh-CN"/>
        </w:rPr>
        <w:t>　　郭：在新的一年里，让我们共同拨亮新年的烛光高歌吧</w:t>
      </w:r>
      <w:r>
        <w:rPr>
          <w:lang w:eastAsia="zh-CN"/>
        </w:rPr>
        <w:br/>
      </w:r>
      <w:r>
        <w:rPr>
          <w:lang w:eastAsia="zh-CN"/>
        </w:rPr>
        <w:t>　　场白：各位家长，老师，小朋友们：大家好</w:t>
      </w:r>
      <w:r>
        <w:rPr>
          <w:lang w:eastAsia="zh-CN"/>
        </w:rPr>
        <w:br/>
      </w:r>
      <w:r>
        <w:rPr>
          <w:lang w:eastAsia="zh-CN"/>
        </w:rPr>
        <w:t>　　20__年的脚步越来越近了，在这辞旧迎新的日子里，我园特举办了这场联欢会。小朋友们也要用自己的歌声，舞姿来表达自己的喜悦之情，</w:t>
      </w:r>
      <w:r>
        <w:rPr>
          <w:lang w:eastAsia="zh-CN"/>
        </w:rPr>
        <w:br/>
      </w:r>
      <w:r>
        <w:rPr>
          <w:lang w:eastAsia="zh-CN"/>
        </w:rPr>
        <w:t>　　现在请园长致词：</w:t>
      </w:r>
      <w:r>
        <w:rPr>
          <w:lang w:eastAsia="zh-CN"/>
        </w:rPr>
        <w:br/>
      </w:r>
      <w:r>
        <w:rPr>
          <w:lang w:eastAsia="zh-CN"/>
        </w:rPr>
        <w:t>　　鲤中中心幼儿园迎新年，庆元旦 联欢会，现在开始</w:t>
      </w:r>
      <w:r>
        <w:rPr>
          <w:lang w:eastAsia="zh-CN"/>
        </w:rPr>
        <w:br/>
      </w:r>
      <w:r>
        <w:rPr>
          <w:lang w:eastAsia="zh-CN"/>
        </w:rPr>
        <w:t>　　1、 过新年，喜洋洋，听!新年的锣鼓敲响了。</w:t>
      </w:r>
      <w:r>
        <w:rPr>
          <w:lang w:eastAsia="zh-CN"/>
        </w:rPr>
        <w:br/>
      </w:r>
      <w:r>
        <w:rPr>
          <w:lang w:eastAsia="zh-CN"/>
        </w:rPr>
        <w:t>　　请欣赏由__班小朋友为我们带来的演奏乐《 》和《 》</w:t>
      </w:r>
      <w:r>
        <w:rPr>
          <w:lang w:eastAsia="zh-CN"/>
        </w:rPr>
        <w:br/>
      </w:r>
      <w:r>
        <w:rPr>
          <w:lang w:eastAsia="zh-CN"/>
        </w:rPr>
        <w:t>　　2、 今天的联欢会真热闹，你们瞧，有位赶海的小姑娘也来了。</w:t>
      </w:r>
      <w:r>
        <w:rPr>
          <w:lang w:eastAsia="zh-CN"/>
        </w:rPr>
        <w:br/>
      </w:r>
      <w:r>
        <w:rPr>
          <w:lang w:eastAsia="zh-CN"/>
        </w:rPr>
        <w:t>　　请欣赏独物《 》</w:t>
      </w:r>
      <w:r>
        <w:rPr>
          <w:lang w:eastAsia="zh-CN"/>
        </w:rPr>
        <w:br/>
      </w:r>
      <w:r>
        <w:rPr>
          <w:lang w:eastAsia="zh-CN"/>
        </w:rPr>
        <w:t>　　表演者__班的小朋友</w:t>
      </w:r>
      <w:r>
        <w:rPr>
          <w:lang w:eastAsia="zh-CN"/>
        </w:rPr>
        <w:br/>
      </w:r>
      <w:r>
        <w:rPr>
          <w:lang w:eastAsia="zh-CN"/>
        </w:rPr>
        <w:t>　　3、 黑的眼睛，黑的头发，我们都是中国的好娃娃</w:t>
      </w:r>
      <w:r>
        <w:rPr>
          <w:lang w:eastAsia="zh-CN"/>
        </w:rPr>
        <w:br/>
      </w:r>
      <w:r>
        <w:rPr>
          <w:lang w:eastAsia="zh-CN"/>
        </w:rPr>
        <w:t>　　请欣赏由__班的小朋友为我们表演的儿歌朗诵</w:t>
      </w:r>
      <w:r>
        <w:rPr>
          <w:lang w:eastAsia="zh-CN"/>
        </w:rPr>
        <w:br/>
      </w:r>
      <w:r>
        <w:rPr>
          <w:lang w:eastAsia="zh-CN"/>
        </w:rPr>
        <w:t>　　4、请欣赏电子琴二重奏《 》和《 》</w:t>
      </w:r>
      <w:r>
        <w:rPr>
          <w:lang w:eastAsia="zh-CN"/>
        </w:rPr>
        <w:br/>
      </w:r>
      <w:r>
        <w:rPr>
          <w:lang w:eastAsia="zh-CN"/>
        </w:rPr>
        <w:t>　　表演者__班 小朋友</w:t>
      </w:r>
      <w:r>
        <w:rPr>
          <w:lang w:eastAsia="zh-CN"/>
        </w:rPr>
        <w:br/>
      </w:r>
      <w:r>
        <w:rPr>
          <w:lang w:eastAsia="zh-CN"/>
        </w:rPr>
        <w:t>　　5、请听独唱《 》</w:t>
      </w:r>
      <w:r>
        <w:rPr>
          <w:lang w:eastAsia="zh-CN"/>
        </w:rPr>
        <w:br/>
      </w:r>
      <w:r>
        <w:rPr>
          <w:lang w:eastAsia="zh-CN"/>
        </w:rPr>
        <w:t>　　表演者__班。</w:t>
      </w:r>
      <w:r>
        <w:rPr>
          <w:lang w:eastAsia="zh-CN"/>
        </w:rPr>
        <w:br/>
      </w:r>
      <w:r>
        <w:rPr>
          <w:lang w:eastAsia="zh-CN"/>
        </w:rPr>
        <w:t>　　这个节目刚刚获得鲤城区少儿卡啦ok比赛二等奖</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6、提问：你们知道我们的祖国有几个民族吗?(出示新疆帽)问：那么知道这是哪个民族的帽子吗</w:t>
      </w:r>
      <w:r>
        <w:rPr>
          <w:lang w:eastAsia="zh-CN"/>
        </w:rPr>
        <w:br/>
      </w:r>
      <w:r>
        <w:rPr>
          <w:lang w:eastAsia="zh-CN"/>
        </w:rPr>
        <w:t>　　对了，接下来请欣赏新疆舞《 》</w:t>
      </w:r>
      <w:r>
        <w:rPr>
          <w:lang w:eastAsia="zh-CN"/>
        </w:rPr>
        <w:br/>
      </w:r>
      <w:r>
        <w:rPr>
          <w:lang w:eastAsia="zh-CN"/>
        </w:rPr>
        <w:t>　　表演者__班 等</w:t>
      </w:r>
      <w:r>
        <w:rPr>
          <w:lang w:eastAsia="zh-CN"/>
        </w:rPr>
        <w:br/>
      </w:r>
      <w:r>
        <w:rPr>
          <w:lang w:eastAsia="zh-CN"/>
        </w:rPr>
        <w:t>　　7、请听独唱《 》</w:t>
      </w:r>
      <w:r>
        <w:rPr>
          <w:lang w:eastAsia="zh-CN"/>
        </w:rPr>
        <w:br/>
      </w:r>
      <w:r>
        <w:rPr>
          <w:lang w:eastAsia="zh-CN"/>
        </w:rPr>
        <w:t>　　表演者 __班</w:t>
      </w:r>
      <w:r>
        <w:rPr>
          <w:lang w:eastAsia="zh-CN"/>
        </w:rPr>
        <w:br/>
      </w:r>
      <w:r>
        <w:rPr>
          <w:lang w:eastAsia="zh-CN"/>
        </w:rPr>
        <w:t>　　8、下一个节目是由__班的 为我们带来的电子琴齐奏《 》</w:t>
      </w:r>
      <w:r>
        <w:rPr>
          <w:lang w:eastAsia="zh-CN"/>
        </w:rPr>
        <w:br/>
      </w:r>
      <w:r>
        <w:rPr>
          <w:lang w:eastAsia="zh-CN"/>
        </w:rPr>
        <w:t>　　9、今天的节目真是丰富多彩，在这快乐的节日里，就连小火鸡也禁不住要来舞一曲</w:t>
      </w:r>
      <w:r>
        <w:rPr>
          <w:lang w:eastAsia="zh-CN"/>
        </w:rPr>
        <w:br/>
      </w:r>
      <w:r>
        <w:rPr>
          <w:lang w:eastAsia="zh-CN"/>
        </w:rPr>
        <w:t>　　请欣赏舞蹈《 》</w:t>
      </w:r>
      <w:r>
        <w:rPr>
          <w:lang w:eastAsia="zh-CN"/>
        </w:rPr>
        <w:br/>
      </w:r>
      <w:r>
        <w:rPr>
          <w:lang w:eastAsia="zh-CN"/>
        </w:rPr>
        <w:t>　　表演者__班 等</w:t>
      </w:r>
      <w:r>
        <w:rPr>
          <w:lang w:eastAsia="zh-CN"/>
        </w:rPr>
        <w:br/>
      </w:r>
      <w:r>
        <w:rPr>
          <w:lang w:eastAsia="zh-CN"/>
        </w:rPr>
        <w:t>　　10、接下来的一个节目是由__班的为我们带来的歌曲《 》</w:t>
      </w:r>
      <w:r>
        <w:rPr>
          <w:lang w:eastAsia="zh-CN"/>
        </w:rPr>
        <w:br/>
      </w:r>
      <w:r>
        <w:rPr>
          <w:lang w:eastAsia="zh-CN"/>
        </w:rPr>
        <w:t>　　11、小朋友你们说一年有几个季节呀?</w:t>
      </w:r>
      <w:r>
        <w:rPr>
          <w:lang w:eastAsia="zh-CN"/>
        </w:rPr>
        <w:br/>
      </w:r>
      <w:r>
        <w:rPr>
          <w:lang w:eastAsia="zh-CN"/>
        </w:rPr>
        <w:t>　　对了，春天百花齐放，夏天青蛙齐唱，秋天落叶纷飞，冬天雪花飘飘</w:t>
      </w:r>
      <w:r>
        <w:rPr>
          <w:lang w:eastAsia="zh-CN"/>
        </w:rPr>
        <w:br/>
      </w:r>
      <w:r>
        <w:rPr>
          <w:lang w:eastAsia="zh-CN"/>
        </w:rPr>
        <w:t>　　请欣赏由__班小朋友表演的大合唱《 》和《 》</w:t>
      </w:r>
      <w:r>
        <w:rPr>
          <w:lang w:eastAsia="zh-CN"/>
        </w:rPr>
        <w:br/>
      </w:r>
      <w:r>
        <w:rPr>
          <w:lang w:eastAsia="zh-CN"/>
        </w:rPr>
        <w:t>　　12、大年初一头一天，家家户户过新年，大街小巷悬灯彩，炮竹响连天。</w:t>
      </w:r>
      <w:r>
        <w:rPr>
          <w:lang w:eastAsia="zh-CN"/>
        </w:rPr>
        <w:br/>
      </w:r>
      <w:r>
        <w:rPr>
          <w:lang w:eastAsia="zh-CN"/>
        </w:rPr>
        <w:t>　　请欣赏表演唱《 》</w:t>
      </w:r>
      <w:r>
        <w:rPr>
          <w:lang w:eastAsia="zh-CN"/>
        </w:rPr>
        <w:br/>
      </w:r>
      <w:r>
        <w:rPr>
          <w:lang w:eastAsia="zh-CN"/>
        </w:rPr>
        <w:t>　　表演者：</w:t>
      </w:r>
      <w:r>
        <w:rPr>
          <w:lang w:eastAsia="zh-CN"/>
        </w:rPr>
        <w:br/>
      </w:r>
      <w:r>
        <w:rPr>
          <w:lang w:eastAsia="zh-CN"/>
        </w:rPr>
        <w:t>　　今天的演出到此结束，感谢各位家长的热情参与，谢谢!</w:t>
      </w:r>
      <w:r>
        <w:rPr>
          <w:lang w:eastAsia="zh-CN"/>
        </w:rPr>
        <w:br/>
      </w:r>
      <w:r>
        <w:rPr>
          <w:lang w:eastAsia="zh-CN"/>
        </w:rPr>
        <w:t>　　精选幼儿园元旦主持词篇二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开场白：</w:t>
      </w:r>
      <w:r>
        <w:rPr>
          <w:lang w:eastAsia="zh-CN"/>
        </w:rPr>
        <w:br/>
      </w:r>
      <w:r>
        <w:rPr>
          <w:lang w:eastAsia="zh-CN"/>
        </w:rPr>
        <w:t>　　A、尊敬的各位老师、各位家长</w:t>
      </w:r>
      <w:r>
        <w:rPr>
          <w:lang w:eastAsia="zh-CN"/>
        </w:rPr>
        <w:br/>
      </w:r>
      <w:r>
        <w:rPr>
          <w:lang w:eastAsia="zh-CN"/>
        </w:rPr>
        <w:t>　　B：亲爱的小朋友们</w:t>
      </w:r>
      <w:r>
        <w:rPr>
          <w:lang w:eastAsia="zh-CN"/>
        </w:rPr>
        <w:br/>
      </w:r>
      <w:r>
        <w:rPr>
          <w:lang w:eastAsia="zh-CN"/>
        </w:rPr>
        <w:t>　　合：大家上午好</w:t>
      </w:r>
      <w:r>
        <w:rPr>
          <w:lang w:eastAsia="zh-CN"/>
        </w:rPr>
        <w:br/>
      </w:r>
      <w:r>
        <w:rPr>
          <w:lang w:eastAsia="zh-CN"/>
        </w:rPr>
        <w:t>　　A：时光从日历上一页页飘落下来，我们又来到了岁末年尾</w:t>
      </w:r>
      <w:r>
        <w:rPr>
          <w:lang w:eastAsia="zh-CN"/>
        </w:rPr>
        <w:br/>
      </w:r>
      <w:r>
        <w:rPr>
          <w:lang w:eastAsia="zh-CN"/>
        </w:rPr>
        <w:t>　　B：鼠年悄然而去，鼠年款款而来，</w:t>
      </w:r>
      <w:r>
        <w:rPr>
          <w:lang w:eastAsia="zh-CN"/>
        </w:rPr>
        <w:br/>
      </w:r>
      <w:r>
        <w:rPr>
          <w:lang w:eastAsia="zh-CN"/>
        </w:rPr>
        <w:t>　　A: 过去的一年，我们汗水浇灌，收获喜悦</w:t>
      </w:r>
      <w:r>
        <w:rPr>
          <w:lang w:eastAsia="zh-CN"/>
        </w:rPr>
        <w:br/>
      </w:r>
      <w:r>
        <w:rPr>
          <w:lang w:eastAsia="zh-CN"/>
        </w:rPr>
        <w:t>　　B：新的一年，我们温馨和谐，放飞希望</w:t>
      </w:r>
      <w:r>
        <w:rPr>
          <w:lang w:eastAsia="zh-CN"/>
        </w:rPr>
        <w:br/>
      </w:r>
      <w:r>
        <w:rPr>
          <w:lang w:eastAsia="zh-CN"/>
        </w:rPr>
        <w:t>　　A：在这新的一年到来之际，我们快乐宝贝幼儿园全体老师、孩子和家长们欢聚一堂，共同庆祝新年的到来。</w:t>
      </w:r>
      <w:r>
        <w:rPr>
          <w:lang w:eastAsia="zh-CN"/>
        </w:rPr>
        <w:br/>
      </w:r>
      <w:r>
        <w:rPr>
          <w:lang w:eastAsia="zh-CN"/>
        </w:rPr>
        <w:t>　　合：现在我宣布：__镇快乐宝贝幼儿园20__年元旦文艺汇演现在开始</w:t>
      </w:r>
      <w:r>
        <w:rPr>
          <w:lang w:eastAsia="zh-CN"/>
        </w:rPr>
        <w:br/>
      </w:r>
      <w:r>
        <w:rPr>
          <w:lang w:eastAsia="zh-CN"/>
        </w:rPr>
        <w:t>　　表演节目正式开始</w:t>
      </w:r>
      <w:r>
        <w:rPr>
          <w:lang w:eastAsia="zh-CN"/>
        </w:rPr>
        <w:br/>
      </w:r>
      <w:r>
        <w:rPr>
          <w:lang w:eastAsia="zh-CN"/>
        </w:rPr>
        <w:t>　　B、首先请袁静老师给我们讲话，大家掌声欢迎</w:t>
      </w:r>
      <w:r>
        <w:rPr>
          <w:lang w:eastAsia="zh-CN"/>
        </w:rPr>
        <w:br/>
      </w:r>
      <w:r>
        <w:rPr>
          <w:lang w:eastAsia="zh-CN"/>
        </w:rPr>
        <w:t>　　A、园长的话语激励着我们，在新的一年里我们要更加努力!相信在袁老师辛勤的带领下，20__年将是我们更精彩的一年。我们将会在快乐宝贝幼儿园里健康快乐的成长。</w:t>
      </w:r>
      <w:r>
        <w:rPr>
          <w:lang w:eastAsia="zh-CN"/>
        </w:rPr>
        <w:br/>
      </w:r>
      <w:r>
        <w:rPr>
          <w:lang w:eastAsia="zh-CN"/>
        </w:rPr>
        <w:t>　　B:下面就请出我们今天的主角----可爱的孩子们带来的精彩表演吧!</w:t>
      </w:r>
      <w:r>
        <w:rPr>
          <w:lang w:eastAsia="zh-CN"/>
        </w:rPr>
        <w:br/>
      </w:r>
      <w:r>
        <w:rPr>
          <w:lang w:eastAsia="zh-CN"/>
        </w:rPr>
        <w:t>　　一、新年好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时光飞逝，又到千家万户辞旧迎新的时候了，新年来到，祝福大家新年好。下面就让我们用热烈的掌声欢迎大班的孩子们给我们带来他们精彩的舞蹈：《新年好》。</w:t>
      </w:r>
      <w:r>
        <w:rPr>
          <w:lang w:eastAsia="zh-CN"/>
        </w:rPr>
        <w:br/>
      </w:r>
      <w:r>
        <w:rPr>
          <w:lang w:eastAsia="zh-CN"/>
        </w:rPr>
        <w:t>　　二、天竺少女</w:t>
      </w:r>
      <w:r>
        <w:rPr>
          <w:lang w:eastAsia="zh-CN"/>
        </w:rPr>
        <w:br/>
      </w:r>
      <w:r>
        <w:rPr>
          <w:lang w:eastAsia="zh-CN"/>
        </w:rPr>
        <w:t>　　谢谢你们的精彩表演。下面请大家欣赏中班的小朋友给我们带来印度舞《天竺少女》。有请!</w:t>
      </w:r>
      <w:r>
        <w:rPr>
          <w:lang w:eastAsia="zh-CN"/>
        </w:rPr>
        <w:br/>
      </w:r>
      <w:r>
        <w:rPr>
          <w:lang w:eastAsia="zh-CN"/>
        </w:rPr>
        <w:t>　　三、不怕不怕</w:t>
      </w:r>
      <w:r>
        <w:rPr>
          <w:lang w:eastAsia="zh-CN"/>
        </w:rPr>
        <w:br/>
      </w:r>
      <w:r>
        <w:rPr>
          <w:lang w:eastAsia="zh-CN"/>
        </w:rPr>
        <w:t>　　如果你要问，哪里的孩子胆子最大，我会告诉你，我们幼儿园小班的孩子胆子最大，这不，他们来了，下面请欣赏舞蹈《不怕不怕》。</w:t>
      </w:r>
      <w:r>
        <w:rPr>
          <w:lang w:eastAsia="zh-CN"/>
        </w:rPr>
        <w:br/>
      </w:r>
      <w:r>
        <w:rPr>
          <w:lang w:eastAsia="zh-CN"/>
        </w:rPr>
        <w:t>　　四、花喜鹊</w:t>
      </w:r>
      <w:r>
        <w:rPr>
          <w:lang w:eastAsia="zh-CN"/>
        </w:rPr>
        <w:br/>
      </w:r>
      <w:r>
        <w:rPr>
          <w:lang w:eastAsia="zh-CN"/>
        </w:rPr>
        <w:t>　　太阳光、金亮亮、雄鸡唱三唱;花儿醒来了、鸟儿忙梳妆、花喜鹊而造新房。下面请欣赏大班的小朋友给我们带来《花喜鹊》。</w:t>
      </w:r>
      <w:r>
        <w:rPr>
          <w:lang w:eastAsia="zh-CN"/>
        </w:rPr>
        <w:br/>
      </w:r>
      <w:r>
        <w:rPr>
          <w:lang w:eastAsia="zh-CN"/>
        </w:rPr>
        <w:t>　　五、my dream</w:t>
      </w:r>
      <w:r>
        <w:rPr>
          <w:lang w:eastAsia="zh-CN"/>
        </w:rPr>
        <w:br/>
      </w:r>
      <w:r>
        <w:rPr>
          <w:lang w:eastAsia="zh-CN"/>
        </w:rPr>
        <w:t>　　每个小朋友都有自己的梦想，有的想当警察、有的想当老师、有的想当科学家，那我们中班的孩子们，你们的梦想又是什么呢?请你们给大家带来舞蹈《my dream》。</w:t>
      </w:r>
      <w:r>
        <w:rPr>
          <w:lang w:eastAsia="zh-CN"/>
        </w:rPr>
        <w:br/>
      </w:r>
      <w:r>
        <w:rPr>
          <w:lang w:eastAsia="zh-CN"/>
        </w:rPr>
        <w:t>　　六、功夫宝贝</w:t>
      </w:r>
      <w:r>
        <w:rPr>
          <w:lang w:eastAsia="zh-CN"/>
        </w:rPr>
        <w:br/>
      </w:r>
      <w:r>
        <w:rPr>
          <w:lang w:eastAsia="zh-CN"/>
        </w:rPr>
        <w:t>　　欣赏完中班的精彩表演后，下面就让我们一起来见识一下我们的《功夫宝贝》。有请小班的小朋友，大家掌声欢迎</w:t>
      </w:r>
      <w:r>
        <w:rPr>
          <w:lang w:eastAsia="zh-CN"/>
        </w:rPr>
        <w:br/>
      </w:r>
      <w:r>
        <w:rPr>
          <w:lang w:eastAsia="zh-CN"/>
        </w:rPr>
        <w:t>　　七、小可爱</w:t>
      </w:r>
      <w:r>
        <w:rPr>
          <w:lang w:eastAsia="zh-CN"/>
        </w:rPr>
        <w:br/>
      </w:r>
      <w:r>
        <w:rPr>
          <w:lang w:eastAsia="zh-CN"/>
        </w:rPr>
        <w:t>　　过去的时光，我们和老师一起游戏，一起学习，一起欢笑。在老师的眼里，我们永远是那么天真，永远那么可爱，请欣赏《小可爱》 ，掌声有请!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八、boom</w:t>
      </w:r>
      <w:r>
        <w:rPr>
          <w:lang w:eastAsia="zh-CN"/>
        </w:rPr>
        <w:br/>
      </w:r>
      <w:r>
        <w:rPr>
          <w:lang w:eastAsia="zh-CN"/>
        </w:rPr>
        <w:t>　　谢谢大班孩子的精彩表演，接下来请欣赏舞蹈《boom》。</w:t>
      </w:r>
      <w:r>
        <w:rPr>
          <w:lang w:eastAsia="zh-CN"/>
        </w:rPr>
        <w:br/>
      </w:r>
      <w:r>
        <w:rPr>
          <w:lang w:eastAsia="zh-CN"/>
        </w:rPr>
        <w:t>　　九、牛奶妹妹</w:t>
      </w:r>
      <w:r>
        <w:rPr>
          <w:lang w:eastAsia="zh-CN"/>
        </w:rPr>
        <w:br/>
      </w:r>
      <w:r>
        <w:rPr>
          <w:lang w:eastAsia="zh-CN"/>
        </w:rPr>
        <w:t>　　哇!小班的小朋友等不及了，也想为我们展示一下他们的喜悦之情。接下来请欣赏她们带来的舞蹈《牛奶妹妹》。</w:t>
      </w:r>
      <w:r>
        <w:rPr>
          <w:lang w:eastAsia="zh-CN"/>
        </w:rPr>
        <w:br/>
      </w:r>
      <w:r>
        <w:rPr>
          <w:lang w:eastAsia="zh-CN"/>
        </w:rPr>
        <w:t>　　十、祖国您好</w:t>
      </w:r>
      <w:r>
        <w:rPr>
          <w:lang w:eastAsia="zh-CN"/>
        </w:rPr>
        <w:br/>
      </w:r>
      <w:r>
        <w:rPr>
          <w:lang w:eastAsia="zh-CN"/>
        </w:rPr>
        <w:t>　　共产党好，社会主义好，伟大的祖国好、百姓的日子好，喜悦来自与生活，喜悦用舞蹈来表达。下面请欣赏大班的小朋友给我们带来表演《祖国你好》。</w:t>
      </w:r>
      <w:r>
        <w:rPr>
          <w:lang w:eastAsia="zh-CN"/>
        </w:rPr>
        <w:br/>
      </w:r>
      <w:r>
        <w:rPr>
          <w:lang w:eastAsia="zh-CN"/>
        </w:rPr>
        <w:t>　　十一、天使</w:t>
      </w:r>
      <w:r>
        <w:rPr>
          <w:lang w:eastAsia="zh-CN"/>
        </w:rPr>
        <w:br/>
      </w:r>
      <w:r>
        <w:rPr>
          <w:lang w:eastAsia="zh-CN"/>
        </w:rPr>
        <w:t>　　我们的世界是一个爱的世界，因为有爱，我们拥有快乐的童年;因为有爱，我们是一群快乐的天使。请欣赏中班表演的舞蹈《天使》。</w:t>
      </w:r>
      <w:r>
        <w:rPr>
          <w:lang w:eastAsia="zh-CN"/>
        </w:rPr>
        <w:br/>
      </w:r>
      <w:r>
        <w:rPr>
          <w:lang w:eastAsia="zh-CN"/>
        </w:rPr>
        <w:t>　　十二、快乐宝贝</w:t>
      </w:r>
      <w:r>
        <w:rPr>
          <w:lang w:eastAsia="zh-CN"/>
        </w:rPr>
        <w:br/>
      </w:r>
      <w:r>
        <w:rPr>
          <w:lang w:eastAsia="zh-CN"/>
        </w:rPr>
        <w:t>　　我有一个幸福的家，我们生活在祖国温暖的阳光下，在爸爸妈妈的养育下，在老师们辛勤的呵护下，我们都是一群快乐的小宝贝。下面欣赏小班的舞蹈《快乐宝贝》 。</w:t>
      </w:r>
      <w:r>
        <w:rPr>
          <w:lang w:eastAsia="zh-CN"/>
        </w:rPr>
        <w:br/>
      </w:r>
      <w:r>
        <w:rPr>
          <w:lang w:eastAsia="zh-CN"/>
        </w:rPr>
        <w:t>　　十三、嘻唰唰</w:t>
      </w:r>
      <w:r>
        <w:rPr>
          <w:lang w:eastAsia="zh-CN"/>
        </w:rPr>
        <w:br/>
      </w:r>
      <w:r>
        <w:rPr>
          <w:lang w:eastAsia="zh-CN"/>
        </w:rPr>
        <w:t>　　20__即将过去，20__随即到来，踩着新年的韵律，踏着新年的节奏一起来《嘻唰唰》。请欣赏大班的孩子们为我们带来的节目《嘻唰唰》。</w:t>
      </w:r>
      <w:r>
        <w:rPr>
          <w:lang w:eastAsia="zh-CN"/>
        </w:rPr>
        <w:br/>
      </w:r>
      <w:r>
        <w:rPr>
          <w:lang w:eastAsia="zh-CN"/>
        </w:rPr>
        <w:t>　　十四、律动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让我们用热烈的掌声谢谢他们为我们带来的精彩表演，接下来请欣赏舞蹈《律动》。</w:t>
      </w:r>
      <w:r>
        <w:rPr>
          <w:lang w:eastAsia="zh-CN"/>
        </w:rPr>
        <w:br/>
      </w:r>
      <w:r>
        <w:rPr>
          <w:lang w:eastAsia="zh-CN"/>
        </w:rPr>
        <w:t>　　十五、不上你的当</w:t>
      </w:r>
      <w:r>
        <w:rPr>
          <w:lang w:eastAsia="zh-CN"/>
        </w:rPr>
        <w:br/>
      </w:r>
      <w:r>
        <w:rPr>
          <w:lang w:eastAsia="zh-CN"/>
        </w:rPr>
        <w:t>　　中班小朋友的表演真是精彩，小班的弟弟妹妹也不甘落后，一个个跃跃欲试，下面就让我们掌声欢迎他们为我们带来的舞蹈《不上你的当》。</w:t>
      </w:r>
      <w:r>
        <w:rPr>
          <w:lang w:eastAsia="zh-CN"/>
        </w:rPr>
        <w:br/>
      </w:r>
      <w:r>
        <w:rPr>
          <w:lang w:eastAsia="zh-CN"/>
        </w:rPr>
        <w:t>　　十六、独一无二</w:t>
      </w:r>
      <w:r>
        <w:rPr>
          <w:lang w:eastAsia="zh-CN"/>
        </w:rPr>
        <w:br/>
      </w:r>
      <w:r>
        <w:rPr>
          <w:lang w:eastAsia="zh-CN"/>
        </w:rPr>
        <w:t>　　其实每个人在这世上都是独一无二的，他的人是独一无二的，他的歌声是独一无二的，当然他们的舞蹈也是独一无二的，下面就请欣赏这些小朋友给我们带来的《独一无二》的舞蹈!</w:t>
      </w:r>
      <w:r>
        <w:rPr>
          <w:lang w:eastAsia="zh-CN"/>
        </w:rPr>
        <w:br/>
      </w:r>
      <w:r>
        <w:rPr>
          <w:lang w:eastAsia="zh-CN"/>
        </w:rPr>
        <w:t>　　十七、桃花朵朵开</w:t>
      </w:r>
      <w:r>
        <w:rPr>
          <w:lang w:eastAsia="zh-CN"/>
        </w:rPr>
        <w:br/>
      </w:r>
      <w:r>
        <w:rPr>
          <w:lang w:eastAsia="zh-CN"/>
        </w:rPr>
        <w:t>　　新的一年来了，春天也快到了，万物复苏，一朵朵桃花也争相开放，请欣赏舞蹈《桃花朵朵开》。</w:t>
      </w:r>
      <w:r>
        <w:rPr>
          <w:lang w:eastAsia="zh-CN"/>
        </w:rPr>
        <w:br/>
      </w:r>
      <w:r>
        <w:rPr>
          <w:lang w:eastAsia="zh-CN"/>
        </w:rPr>
        <w:t>　　十八、勇往直前</w:t>
      </w:r>
      <w:r>
        <w:rPr>
          <w:lang w:eastAsia="zh-CN"/>
        </w:rPr>
        <w:br/>
      </w:r>
      <w:r>
        <w:rPr>
          <w:lang w:eastAsia="zh-CN"/>
        </w:rPr>
        <w:t>　　老师常常这样教我们，当我们遇到困难时，要克服困难;当我们遇到挫折时，要不畏风雨，迎接挑战。是的，要不惧艰险，勇往直前。下面请欣赏中班的小朋友给我们带来手语舞《勇往直前》。</w:t>
      </w:r>
      <w:r>
        <w:rPr>
          <w:lang w:eastAsia="zh-CN"/>
        </w:rPr>
        <w:br/>
      </w:r>
      <w:r>
        <w:rPr>
          <w:lang w:eastAsia="zh-CN"/>
        </w:rPr>
        <w:t>　　十九、读书郎</w:t>
      </w:r>
      <w:r>
        <w:rPr>
          <w:lang w:eastAsia="zh-CN"/>
        </w:rPr>
        <w:br/>
      </w:r>
      <w:r>
        <w:rPr>
          <w:lang w:eastAsia="zh-CN"/>
        </w:rPr>
        <w:t>　　从妈妈帮我背上书包的那一刻起，我的心中就开出了希望的花朵;从踏进学校的那一刻起，我就在心里播下了希望的种子，我在心里高兴的呼喊：我开始读书了!下面请小班的孩子们给我们带来舞蹈《读书郎》。</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二十、爱我你就抱抱我</w:t>
      </w:r>
      <w:r>
        <w:rPr>
          <w:lang w:eastAsia="zh-CN"/>
        </w:rPr>
        <w:br/>
      </w:r>
      <w:r>
        <w:rPr>
          <w:lang w:eastAsia="zh-CN"/>
        </w:rPr>
        <w:t>　　妈妈，你爱我吗?老师，你爱我吗?如果你们爱我就陪陪我、就亲亲我、就夸夸我、就抱抱我吧!最后请大家欣赏舞蹈《爱我你就抱抱我》。</w:t>
      </w:r>
      <w:r>
        <w:rPr>
          <w:lang w:eastAsia="zh-CN"/>
        </w:rPr>
        <w:br/>
      </w:r>
      <w:r>
        <w:rPr>
          <w:lang w:eastAsia="zh-CN"/>
        </w:rPr>
        <w:t>　　结束语：</w:t>
      </w:r>
      <w:r>
        <w:rPr>
          <w:lang w:eastAsia="zh-CN"/>
        </w:rPr>
        <w:br/>
      </w:r>
      <w:r>
        <w:rPr>
          <w:lang w:eastAsia="zh-CN"/>
        </w:rPr>
        <w:t>　　A、欢乐的时光总是这么短暂</w:t>
      </w:r>
      <w:r>
        <w:rPr>
          <w:lang w:eastAsia="zh-CN"/>
        </w:rPr>
        <w:br/>
      </w:r>
      <w:r>
        <w:rPr>
          <w:lang w:eastAsia="zh-CN"/>
        </w:rPr>
        <w:t>　　B: 团聚的日子特别让人难忘</w:t>
      </w:r>
      <w:r>
        <w:rPr>
          <w:lang w:eastAsia="zh-CN"/>
        </w:rPr>
        <w:br/>
      </w:r>
      <w:r>
        <w:rPr>
          <w:lang w:eastAsia="zh-CN"/>
        </w:rPr>
        <w:t>　　A: 今天，我们欢歌笑语</w:t>
      </w:r>
      <w:r>
        <w:rPr>
          <w:lang w:eastAsia="zh-CN"/>
        </w:rPr>
        <w:br/>
      </w:r>
      <w:r>
        <w:rPr>
          <w:lang w:eastAsia="zh-CN"/>
        </w:rPr>
        <w:t>　　B: 明天，我们畅想未来</w:t>
      </w:r>
      <w:r>
        <w:rPr>
          <w:lang w:eastAsia="zh-CN"/>
        </w:rPr>
        <w:br/>
      </w:r>
      <w:r>
        <w:rPr>
          <w:lang w:eastAsia="zh-CN"/>
        </w:rPr>
        <w:t>　　A: 深深地祝福你们开心每一天!健康每一天!</w:t>
      </w:r>
      <w:r>
        <w:rPr>
          <w:lang w:eastAsia="zh-CN"/>
        </w:rPr>
        <w:br/>
      </w:r>
      <w:r>
        <w:rPr>
          <w:lang w:eastAsia="zh-CN"/>
        </w:rPr>
        <w:t>　　B、衷心祝愿各位家长工作愉快，祝愿我们的小朋友快乐成长，祝愿我们的幼儿园锦绣辉煌。</w:t>
      </w:r>
      <w:r>
        <w:rPr>
          <w:lang w:eastAsia="zh-CN"/>
        </w:rPr>
        <w:br/>
      </w:r>
      <w:r>
        <w:rPr>
          <w:lang w:eastAsia="zh-CN"/>
        </w:rPr>
        <w:t>　　A、各位来宾，小朋友们，__镇快乐宝贝幼儿园20__年元旦文艺汇演到此结束，感谢大家的光临与参与!</w:t>
      </w:r>
      <w:r>
        <w:rPr>
          <w:lang w:eastAsia="zh-CN"/>
        </w:rPr>
        <w:br/>
      </w:r>
      <w:r>
        <w:rPr>
          <w:lang w:eastAsia="zh-CN"/>
        </w:rPr>
        <w:t>　　合：让我们明年再见!</w:t>
      </w:r>
      <w:r>
        <w:rPr>
          <w:lang w:eastAsia="zh-CN"/>
        </w:rPr>
        <w:br/>
      </w:r>
      <w:r>
        <w:rPr>
          <w:lang w:eastAsia="zh-CN"/>
        </w:rPr>
        <w:t xml:space="preserve">    2024年幼儿园元旦的主持词范文 篇6 </w:t>
      </w:r>
      <w:r>
        <w:rPr>
          <w:lang w:eastAsia="zh-CN"/>
        </w:rPr>
        <w:br/>
      </w:r>
      <w:r>
        <w:rPr>
          <w:lang w:eastAsia="zh-CN"/>
        </w:rPr>
        <w:t>　　开场白：尊敬的老师和各位亲爱的同学们：大家下午好!很高兴和大家欢聚在此喜迎元旦的到来!</w:t>
      </w:r>
      <w:r>
        <w:rPr>
          <w:lang w:eastAsia="zh-CN"/>
        </w:rPr>
        <w:br/>
      </w:r>
      <w:r>
        <w:rPr>
          <w:lang w:eastAsia="zh-CN"/>
        </w:rPr>
        <w:t>　　甲：新年的钟声即将敲响，时光的车轮又留下了一道深深的印痕。伴随着冬日里温暖的阳光，20__年元旦如约而至;</w:t>
      </w:r>
      <w:r>
        <w:rPr>
          <w:lang w:eastAsia="zh-CN"/>
        </w:rPr>
        <w:br/>
      </w:r>
      <w:r>
        <w:rPr>
          <w:lang w:eastAsia="zh-CN"/>
        </w:rPr>
        <w:t>　　乙：在这一刻，我们已经感受到了春的气息，这是我们班级的春天，这是我们学校的春天，这更是我们每个人的春天;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丙：今天，我们相约在这里，享受缘分带给我们的欢乐，享受这段美好时光;</w:t>
      </w:r>
      <w:r>
        <w:rPr>
          <w:lang w:eastAsia="zh-CN"/>
        </w:rPr>
        <w:br/>
      </w:r>
      <w:r>
        <w:rPr>
          <w:lang w:eastAsia="zh-CN"/>
        </w:rPr>
        <w:t>　　丁：今天，我们相聚在这里，一起用心来感受真情，用爱来融化冰雪;</w:t>
      </w:r>
      <w:r>
        <w:rPr>
          <w:lang w:eastAsia="zh-CN"/>
        </w:rPr>
        <w:br/>
      </w:r>
      <w:r>
        <w:rPr>
          <w:lang w:eastAsia="zh-CN"/>
        </w:rPr>
        <w:t>　　丙：今天，我们相聚在这里，敞开你的心扉，释放你的激-情;</w:t>
      </w:r>
      <w:r>
        <w:rPr>
          <w:lang w:eastAsia="zh-CN"/>
        </w:rPr>
        <w:br/>
      </w:r>
      <w:r>
        <w:rPr>
          <w:lang w:eastAsia="zh-CN"/>
        </w:rPr>
        <w:t>　　丁：今天，我们相聚在这里，这里将成为欢乐的海洋，让快乐响彻云霄!</w:t>
      </w:r>
      <w:r>
        <w:rPr>
          <w:lang w:eastAsia="zh-CN"/>
        </w:rPr>
        <w:br/>
      </w:r>
      <w:r>
        <w:rPr>
          <w:lang w:eastAsia="zh-CN"/>
        </w:rPr>
        <w:t>　　甲： 现在我宣布：“……学校 20__年元旦联欢会”现在开始！</w:t>
      </w:r>
      <w:r>
        <w:rPr>
          <w:lang w:eastAsia="zh-CN"/>
        </w:rPr>
        <w:br/>
      </w:r>
      <w:r>
        <w:rPr>
          <w:lang w:eastAsia="zh-CN"/>
        </w:rPr>
        <w:t>　　首先，由我们的班主任(……)致新年祝词!感谢(……)班主任的祝福!让我们用掌声把祝福也送给她和她的家人，祝他们新年快乐，身体健康!同时，也把祝福送给在座的每一位同学，祝大家在新的一年里：“万事如意，心想事成!”</w:t>
      </w:r>
      <w:r>
        <w:rPr>
          <w:lang w:eastAsia="zh-CN"/>
        </w:rPr>
        <w:br/>
      </w:r>
      <w:r>
        <w:rPr>
          <w:lang w:eastAsia="zh-CN"/>
        </w:rPr>
        <w:t>　　乙：新年新气象，回味过去的20__年时代，它象一股清泉流淌在我们心底。长大了，每每想起童年，我们都会回味无穷。下面我们有请-------同学上台演唱……大家欢迎。</w:t>
      </w:r>
      <w:r>
        <w:rPr>
          <w:lang w:eastAsia="zh-CN"/>
        </w:rPr>
        <w:br/>
      </w:r>
      <w:r>
        <w:rPr>
          <w:lang w:eastAsia="zh-CN"/>
        </w:rPr>
        <w:t>　　丙：一段歌曲的连唱之后，就进入到了我们激动有趣的游戏环节了!游戏名称：”字母照镜子游戏“</w:t>
      </w:r>
      <w:r>
        <w:rPr>
          <w:lang w:eastAsia="zh-CN"/>
        </w:rPr>
        <w:br/>
      </w:r>
      <w:r>
        <w:rPr>
          <w:lang w:eastAsia="zh-CN"/>
        </w:rPr>
        <w:t>　　丁：(游戏规则：现场选出20名选手，2个人为一组，规定必须用自己的身体写出题板上显示的字母，人做出和对面的人同样的动作，表演最出色的同学将会获得我们赠送的精美礼品。)</w:t>
      </w:r>
      <w:r>
        <w:rPr>
          <w:lang w:eastAsia="zh-CN"/>
        </w:rPr>
        <w:br/>
      </w:r>
      <w:r>
        <w:rPr>
          <w:lang w:eastAsia="zh-CN"/>
        </w:rPr>
        <w:t>　　甲：精彩的游戏环节告一段落，又要继续我们的演出了。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乙：在无声的乐园里，相信也有很多同学都有自己的感触吧，下面呢，我们就去现场采访2位朋友，让我们一起来分享他们在学校里的欢乐生活!(在现场找2名同学采访)</w:t>
      </w:r>
      <w:r>
        <w:rPr>
          <w:lang w:eastAsia="zh-CN"/>
        </w:rPr>
        <w:br/>
      </w:r>
      <w:r>
        <w:rPr>
          <w:lang w:eastAsia="zh-CN"/>
        </w:rPr>
        <w:t>　　丙，丁，到现场去采访!</w:t>
      </w:r>
      <w:r>
        <w:rPr>
          <w:lang w:eastAsia="zh-CN"/>
        </w:rPr>
        <w:br/>
      </w:r>
      <w:r>
        <w:rPr>
          <w:lang w:eastAsia="zh-CN"/>
        </w:rPr>
        <w:t>　　甲：分享完快乐的校园生活，让我们欣赏舞蹈：《印度舞》(表演者：……)</w:t>
      </w:r>
      <w:r>
        <w:rPr>
          <w:lang w:eastAsia="zh-CN"/>
        </w:rPr>
        <w:br/>
      </w:r>
      <w:r>
        <w:rPr>
          <w:lang w:eastAsia="zh-CN"/>
        </w:rPr>
        <w:t>　　乙：请欣赏的太极拳》表演。 (表演者：……)</w:t>
      </w:r>
      <w:r>
        <w:rPr>
          <w:lang w:eastAsia="zh-CN"/>
        </w:rPr>
        <w:br/>
      </w:r>
      <w:r>
        <w:rPr>
          <w:lang w:eastAsia="zh-CN"/>
        </w:rPr>
        <w:t>　　甲：请欣赏由……带来的《秧歌舞》</w:t>
      </w:r>
      <w:r>
        <w:rPr>
          <w:lang w:eastAsia="zh-CN"/>
        </w:rPr>
        <w:br/>
      </w:r>
      <w:r>
        <w:rPr>
          <w:lang w:eastAsia="zh-CN"/>
        </w:rPr>
        <w:t>　　丙：精彩的舞动结束后，又进入了我们的游戏环节了!此游戏名为：”团结就是力量“</w:t>
      </w:r>
      <w:r>
        <w:rPr>
          <w:lang w:eastAsia="zh-CN"/>
        </w:rPr>
        <w:br/>
      </w:r>
      <w:r>
        <w:rPr>
          <w:lang w:eastAsia="zh-CN"/>
        </w:rPr>
        <w:t>　　丁：游戏规则：现场选出30名同学，分为2组，按照同一个方向排列站立，听到口令后，每一个同学都要坐到后一个同学的腿上，然后听口令齐步走，看哪个组坚持的时间长久!(首先可由工作人员做一下示范)</w:t>
      </w:r>
      <w:r>
        <w:rPr>
          <w:lang w:eastAsia="zh-CN"/>
        </w:rPr>
        <w:br/>
      </w:r>
      <w:r>
        <w:rPr>
          <w:lang w:eastAsia="zh-CN"/>
        </w:rPr>
        <w:t>　　甲：游戏过后，接下来就是见证奇迹的时刻：有请魔术天团带来精彩的魔术表演!表演者：(……)欢迎!</w:t>
      </w:r>
      <w:r>
        <w:rPr>
          <w:lang w:eastAsia="zh-CN"/>
        </w:rPr>
        <w:br/>
      </w:r>
      <w:r>
        <w:rPr>
          <w:lang w:eastAsia="zh-CN"/>
        </w:rPr>
        <w:t>　　乙：欣赏完精彩的魔术表演之后，请继续欣赏由……带来的搞笑舞蹈《……》。</w:t>
      </w:r>
      <w:r>
        <w:rPr>
          <w:lang w:eastAsia="zh-CN"/>
        </w:rPr>
        <w:br/>
      </w:r>
      <w:r>
        <w:rPr>
          <w:lang w:eastAsia="zh-CN"/>
        </w:rPr>
        <w:t>　　丙： 精彩的演出快要接近尾声了，下面由我们的……老师做总结，掌声欢迎!</w:t>
      </w:r>
      <w:r>
        <w:rPr>
          <w:lang w:eastAsia="zh-CN"/>
        </w:rPr>
        <w:br/>
      </w:r>
      <w:r>
        <w:rPr>
          <w:lang w:eastAsia="zh-CN"/>
        </w:rPr>
        <w:t>　　甲：我们有共同的畅想，我们有共同的希望，</w:t>
      </w:r>
      <w:r>
        <w:rPr>
          <w:lang w:eastAsia="zh-CN"/>
        </w:rPr>
        <w:br/>
      </w:r>
      <w:r>
        <w:rPr>
          <w:lang w:eastAsia="zh-CN"/>
        </w:rPr>
        <w:t>　　乙：让我们手拉手：让青春在飞扬!</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丙：今天，我们共同走过一年的终点，也是我们畅想崭新一年的起点!</w:t>
      </w:r>
      <w:r>
        <w:rPr>
          <w:lang w:eastAsia="zh-CN"/>
        </w:rPr>
        <w:br/>
      </w:r>
      <w:r>
        <w:rPr>
          <w:lang w:eastAsia="zh-CN"/>
        </w:rPr>
        <w:t>　　丁：今天，让我们为美好的明天更添绚烂一笔!</w:t>
      </w:r>
      <w:r>
        <w:rPr>
          <w:lang w:eastAsia="zh-CN"/>
        </w:rPr>
        <w:br/>
      </w:r>
      <w:r>
        <w:rPr>
          <w:lang w:eastAsia="zh-CN"/>
        </w:rPr>
        <w:t>　　合：今天，让我们欢聚一堂，共同畅想美好的未来!</w:t>
      </w:r>
      <w:r>
        <w:rPr>
          <w:lang w:eastAsia="zh-CN"/>
        </w:rPr>
        <w:br/>
      </w:r>
      <w:r>
        <w:rPr>
          <w:lang w:eastAsia="zh-CN"/>
        </w:rPr>
        <w:t>　　甲：感谢所有的老师和同学们的参与，今天的联欢活动到此结束，我们下次再会!</w:t>
      </w:r>
      <w:r>
        <w:rPr>
          <w:lang w:eastAsia="zh-CN"/>
        </w:rPr>
        <w:br/>
      </w:r>
      <w:r>
        <w:rPr>
          <w:lang w:eastAsia="zh-CN"/>
        </w:rPr>
        <w:t xml:space="preserve">    2024年幼儿园元旦的主持词范文 篇7 </w:t>
      </w:r>
      <w:r>
        <w:rPr>
          <w:lang w:eastAsia="zh-CN"/>
        </w:rPr>
        <w:br/>
      </w:r>
      <w:r>
        <w:rPr>
          <w:lang w:eastAsia="zh-CN"/>
        </w:rPr>
        <w:t>　　合：尊敬的各位家长，小朋友们合：大家好！</w:t>
      </w:r>
      <w:r>
        <w:rPr>
          <w:lang w:eastAsia="zh-CN"/>
        </w:rPr>
        <w:br/>
      </w:r>
      <w:r>
        <w:rPr>
          <w:lang w:eastAsia="zh-CN"/>
        </w:rPr>
        <w:t>　　甲：新年的钟声即将敲响，时光的车轮又留下了一道深深的印痕。</w:t>
      </w:r>
      <w:r>
        <w:rPr>
          <w:lang w:eastAsia="zh-CN"/>
        </w:rPr>
        <w:br/>
      </w:r>
      <w:r>
        <w:rPr>
          <w:lang w:eastAsia="zh-CN"/>
        </w:rPr>
        <w:t>　　乙：伴随着冬日里温暖的阳光，满怀着喜悦的心情，</w:t>
      </w:r>
      <w:r>
        <w:rPr>
          <w:lang w:eastAsia="zh-CN"/>
        </w:rPr>
        <w:br/>
      </w:r>
      <w:r>
        <w:rPr>
          <w:lang w:eastAsia="zh-CN"/>
        </w:rPr>
        <w:t>　　合：20__年元旦如约而至、</w:t>
      </w:r>
      <w:r>
        <w:rPr>
          <w:lang w:eastAsia="zh-CN"/>
        </w:rPr>
        <w:br/>
      </w:r>
      <w:r>
        <w:rPr>
          <w:lang w:eastAsia="zh-CN"/>
        </w:rPr>
        <w:t>　　甲：在这一刻，我们已经感受到了春的气息</w:t>
      </w:r>
      <w:r>
        <w:rPr>
          <w:lang w:eastAsia="zh-CN"/>
        </w:rPr>
        <w:br/>
      </w:r>
      <w:r>
        <w:rPr>
          <w:lang w:eastAsia="zh-CN"/>
        </w:rPr>
        <w:t>　　乙：今天，我们相聚在这里，一起用心来感受真情，用爱来融化冰雪</w:t>
      </w:r>
      <w:r>
        <w:rPr>
          <w:lang w:eastAsia="zh-CN"/>
        </w:rPr>
        <w:br/>
      </w:r>
      <w:r>
        <w:rPr>
          <w:lang w:eastAsia="zh-CN"/>
        </w:rPr>
        <w:t>　　甲：今天，我们相聚在这里，敞开你的心扉，释放你的激情</w:t>
      </w:r>
      <w:r>
        <w:rPr>
          <w:lang w:eastAsia="zh-CN"/>
        </w:rPr>
        <w:br/>
      </w:r>
      <w:r>
        <w:rPr>
          <w:lang w:eastAsia="zh-CN"/>
        </w:rPr>
        <w:t>　　乙：今天，我们相聚在这里，这里将成为欢乐的海洋，让快乐响彻云霄。</w:t>
      </w:r>
      <w:r>
        <w:rPr>
          <w:lang w:eastAsia="zh-CN"/>
        </w:rPr>
        <w:br/>
      </w:r>
      <w:r>
        <w:rPr>
          <w:lang w:eastAsia="zh-CN"/>
        </w:rPr>
        <w:t>　　合：今天，我们送去我们的祝福，祝福大家：在新的一年里――――开门红</w:t>
      </w:r>
      <w:r>
        <w:rPr>
          <w:lang w:eastAsia="zh-CN"/>
        </w:rPr>
        <w:br/>
      </w:r>
      <w:r>
        <w:rPr>
          <w:lang w:eastAsia="zh-CN"/>
        </w:rPr>
        <w:t>　　1、甲：是啊，开门红，意味着开门见喜，万事诸顺！请欣赏由我们快乐贝贝幼儿园全体教师为大家带来的舞蹈：《开门红》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2、乙：看着老师都跳舞了，我们的小朋友呀可都等不及要跟大家打声招了！请欣赏小朋友为大家带来的舞蹈：《你好》</w:t>
      </w:r>
      <w:r>
        <w:rPr>
          <w:lang w:eastAsia="zh-CN"/>
        </w:rPr>
        <w:br/>
      </w:r>
      <w:r>
        <w:rPr>
          <w:lang w:eastAsia="zh-CN"/>
        </w:rPr>
        <w:t>　　3、甲：大家看我们的小朋友多有礼貌呀！刚才呀，我们大班的小朋友对我说：老师，老师，马上就要过新年了，不给大家拜年怎么行呢？请欣赏大班小朋友带来的快板：《大拜年》</w:t>
      </w:r>
      <w:r>
        <w:rPr>
          <w:lang w:eastAsia="zh-CN"/>
        </w:rPr>
        <w:br/>
      </w:r>
      <w:r>
        <w:rPr>
          <w:lang w:eastAsia="zh-CN"/>
        </w:rPr>
        <w:t>　　4、乙：瞧，那边来了一群小老虎，他们要来干什么呀？请欣赏小班小朋友带来的歌舞：〈两只老虎〉</w:t>
      </w:r>
      <w:r>
        <w:rPr>
          <w:lang w:eastAsia="zh-CN"/>
        </w:rPr>
        <w:br/>
      </w:r>
      <w:r>
        <w:rPr>
          <w:lang w:eastAsia="zh-CN"/>
        </w:rPr>
        <w:t>　　5、甲：多么可爱的小老虎呀，哟，大班小朋友不服气了，我也很不错呀，不信你们看！请欣赏舞蹈：〈我真的很不错〉</w:t>
      </w:r>
      <w:r>
        <w:rPr>
          <w:lang w:eastAsia="zh-CN"/>
        </w:rPr>
        <w:br/>
      </w:r>
      <w:r>
        <w:rPr>
          <w:lang w:eastAsia="zh-CN"/>
        </w:rPr>
        <w:t>　　6、乙：哇，小班刚走了一群小老虎，又来了一群小螃蟹，他们还要跟大班的大哥哥大姐姐们比试一下呢，请欣赏手指操：〈小螃蟹〉</w:t>
      </w:r>
      <w:r>
        <w:rPr>
          <w:lang w:eastAsia="zh-CN"/>
        </w:rPr>
        <w:br/>
      </w:r>
      <w:r>
        <w:rPr>
          <w:lang w:eastAsia="zh-CN"/>
        </w:rPr>
        <w:t>　　7、甲：呼~~~这是谁来了呢？原来是秋风娃娃到咱们幼儿园里凑热闹来了，请欣赏大班小朋友带来的快板：〈秋风娃娃〉</w:t>
      </w:r>
      <w:r>
        <w:rPr>
          <w:lang w:eastAsia="zh-CN"/>
        </w:rPr>
        <w:br/>
      </w:r>
      <w:r>
        <w:rPr>
          <w:lang w:eastAsia="zh-CN"/>
        </w:rPr>
        <w:t>　　8、乙：刚才呀，有一只小花猫对我说，我会做体操，我不信，你们信不信呀，就让我们来看看吧：小班小朋友带来的动物模仿操：〈小花猫〉</w:t>
      </w:r>
      <w:r>
        <w:rPr>
          <w:lang w:eastAsia="zh-CN"/>
        </w:rPr>
        <w:br/>
      </w:r>
      <w:r>
        <w:rPr>
          <w:lang w:eastAsia="zh-CN"/>
        </w:rPr>
        <w:t>　　9、甲：看了那么多的节目了，让我们一起来做个亲子游戏，放松一下心情吧，游戏的名字叫做《吸管接力赛》</w:t>
      </w:r>
      <w:r>
        <w:rPr>
          <w:lang w:eastAsia="zh-CN"/>
        </w:rPr>
        <w:br/>
      </w:r>
      <w:r>
        <w:rPr>
          <w:lang w:eastAsia="zh-CN"/>
        </w:rPr>
        <w:t>　　10、乙：敲咚咚，敲咚咚，咦？这是什么声音呀，请欣赏小班小朋友带来的舞蹈：《敲咚咚》，</w:t>
      </w:r>
      <w:r>
        <w:rPr>
          <w:lang w:eastAsia="zh-CN"/>
        </w:rPr>
        <w:br/>
      </w:r>
      <w:r>
        <w:rPr>
          <w:lang w:eastAsia="zh-CN"/>
        </w:rPr>
        <w:t>　　11、甲：马上要过年了，安全大事是关键，大家千万不要掉以轻心呀，请欣赏大班小朋友带来的《安全教育三句半》</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12、乙：在新的一年里，我们都要做些什么呢，大家要实验自己的什么样的人生目标呢？请欣赏大班小朋友带来的《新的一年》</w:t>
      </w:r>
      <w:r>
        <w:rPr>
          <w:lang w:eastAsia="zh-CN"/>
        </w:rPr>
        <w:br/>
      </w:r>
      <w:r>
        <w:rPr>
          <w:lang w:eastAsia="zh-CN"/>
        </w:rPr>
        <w:t>　　13、甲：让我们一起欣赏一下，小班小朋友给我们带来的《小手小脚操》</w:t>
      </w:r>
      <w:r>
        <w:rPr>
          <w:lang w:eastAsia="zh-CN"/>
        </w:rPr>
        <w:br/>
      </w:r>
      <w:r>
        <w:rPr>
          <w:lang w:eastAsia="zh-CN"/>
        </w:rPr>
        <w:t>　　14、乙：哇，黑猫警长来了，他要干什么呢？请欣赏小班小朋友带来的手指游戏：黑猫警长，《一个手指点点。》</w:t>
      </w:r>
      <w:r>
        <w:rPr>
          <w:lang w:eastAsia="zh-CN"/>
        </w:rPr>
        <w:br/>
      </w:r>
      <w:r>
        <w:rPr>
          <w:lang w:eastAsia="zh-CN"/>
        </w:rPr>
        <w:t>　　15、甲：每一个孩子都是父母的小宝贝，家长对孩子都是疼在心里，捧在手里，请欣赏大班小朋友带来的舞蹈：《OH，MYBABY》</w:t>
      </w:r>
      <w:r>
        <w:rPr>
          <w:lang w:eastAsia="zh-CN"/>
        </w:rPr>
        <w:br/>
      </w:r>
      <w:r>
        <w:rPr>
          <w:lang w:eastAsia="zh-CN"/>
        </w:rPr>
        <w:t>　　16、乙：唉哟，唉哟，这是什么声音呀？原来猪妈妈要生娃娃了，请欣赏小班小朋友带来的故事：《猪妈妈生娃娃》</w:t>
      </w:r>
      <w:r>
        <w:rPr>
          <w:lang w:eastAsia="zh-CN"/>
        </w:rPr>
        <w:br/>
      </w:r>
      <w:r>
        <w:rPr>
          <w:lang w:eastAsia="zh-CN"/>
        </w:rPr>
        <w:t>　　17、甲：你们看，那边走来了两个小朋友，他们要争执什么呀，请欣赏大班小朋友带来的相声：《吹牛》</w:t>
      </w:r>
      <w:r>
        <w:rPr>
          <w:lang w:eastAsia="zh-CN"/>
        </w:rPr>
        <w:br/>
      </w:r>
      <w:r>
        <w:rPr>
          <w:lang w:eastAsia="zh-CN"/>
        </w:rPr>
        <w:t>　　18、乙：吹牛，是不很不好的习惯，小朋友们可千万不要养成这样的坏习惯呀，现在让我们来做个小游戏开心一下吧。《我的洞房花烛夜》</w:t>
      </w:r>
      <w:r>
        <w:rPr>
          <w:lang w:eastAsia="zh-CN"/>
        </w:rPr>
        <w:br/>
      </w:r>
      <w:r>
        <w:rPr>
          <w:lang w:eastAsia="zh-CN"/>
        </w:rPr>
        <w:t>　　19、甲：小朋友们来到幼儿园学习，在孩子心里幼儿园就变成了孩子们的第二个家，请欣赏小班小朋友带来的三句半：《我的家幼儿园》</w:t>
      </w:r>
      <w:r>
        <w:rPr>
          <w:lang w:eastAsia="zh-CN"/>
        </w:rPr>
        <w:br/>
      </w:r>
      <w:r>
        <w:rPr>
          <w:lang w:eastAsia="zh-CN"/>
        </w:rPr>
        <w:t>　　__年里，爱满人间，幸福永远！</w:t>
      </w:r>
      <w:r>
        <w:rPr>
          <w:lang w:eastAsia="zh-CN"/>
        </w:rPr>
        <w:br/>
      </w:r>
      <w:r>
        <w:rPr>
          <w:lang w:eastAsia="zh-CN"/>
        </w:rPr>
        <w:t>　　32、甲：虽然我们无法阻拦时间的流逝，但是我们可以主宰自己的心情，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乙：在这充满喜悦的佳节里，祝福串成一首诗、组成一曲旋律、开启一片温馨的心灵</w:t>
      </w:r>
      <w:r>
        <w:rPr>
          <w:lang w:eastAsia="zh-CN"/>
        </w:rPr>
        <w:br/>
      </w:r>
      <w:r>
        <w:rPr>
          <w:lang w:eastAsia="zh-CN"/>
        </w:rPr>
        <w:t>　　甲：愿我们的祝福如朵朵小花开放在温馨的季节里为你点缀欢乐四溢的佳节</w:t>
      </w:r>
      <w:r>
        <w:rPr>
          <w:lang w:eastAsia="zh-CN"/>
        </w:rPr>
        <w:br/>
      </w:r>
      <w:r>
        <w:rPr>
          <w:lang w:eastAsia="zh-CN"/>
        </w:rPr>
        <w:t>　　乙：今天的联欢会更加体现出我们是一个充满活力，面向未来的集体</w:t>
      </w:r>
      <w:r>
        <w:rPr>
          <w:lang w:eastAsia="zh-CN"/>
        </w:rPr>
        <w:br/>
      </w:r>
      <w:r>
        <w:rPr>
          <w:lang w:eastAsia="zh-CN"/>
        </w:rPr>
        <w:t>　　甲：在这里，有默默耕耘的辛勤园丁，有孜孜以求的莘莘学子</w:t>
      </w:r>
      <w:r>
        <w:rPr>
          <w:lang w:eastAsia="zh-CN"/>
        </w:rPr>
        <w:br/>
      </w:r>
      <w:r>
        <w:rPr>
          <w:lang w:eastAsia="zh-CN"/>
        </w:rPr>
        <w:t>　　乙：在这里，散发着油墨的清香，跳动着青春的脉搏</w:t>
      </w:r>
      <w:r>
        <w:rPr>
          <w:lang w:eastAsia="zh-CN"/>
        </w:rPr>
        <w:br/>
      </w:r>
      <w:r>
        <w:rPr>
          <w:lang w:eastAsia="zh-CN"/>
        </w:rPr>
        <w:t>　　甲：在这里，有我们对生活的激情，更有我们对未来的渴望</w:t>
      </w:r>
      <w:r>
        <w:rPr>
          <w:lang w:eastAsia="zh-CN"/>
        </w:rPr>
        <w:br/>
      </w:r>
      <w:r>
        <w:rPr>
          <w:lang w:eastAsia="zh-CN"/>
        </w:rPr>
        <w:t>　　合：因为，我们始终相信：明天会更好！</w:t>
      </w:r>
      <w:r>
        <w:rPr>
          <w:lang w:eastAsia="zh-CN"/>
        </w:rPr>
        <w:br/>
      </w:r>
      <w:r>
        <w:rPr>
          <w:lang w:eastAsia="zh-CN"/>
        </w:rPr>
        <w:t>　　乙：今天的联欢会到此结束，再次祝大家新年快乐，万事如意，心想事成</w:t>
      </w:r>
      <w:r>
        <w:rPr>
          <w:lang w:eastAsia="zh-CN"/>
        </w:rPr>
        <w:br/>
      </w:r>
      <w:r>
        <w:rPr>
          <w:lang w:eastAsia="zh-CN"/>
        </w:rPr>
        <w:t>　　33、合唱：再见！</w:t>
      </w:r>
      <w:r>
        <w:rPr>
          <w:lang w:eastAsia="zh-CN"/>
        </w:rPr>
        <w:br/>
      </w:r>
      <w:r>
        <w:rPr>
          <w:lang w:eastAsia="zh-CN"/>
        </w:rPr>
        <w:t xml:space="preserve">    2024年幼儿园元旦的主持词范文 篇8 </w:t>
      </w:r>
      <w:r>
        <w:rPr>
          <w:lang w:eastAsia="zh-CN"/>
        </w:rPr>
        <w:br/>
      </w:r>
      <w:r>
        <w:rPr>
          <w:lang w:eastAsia="zh-CN"/>
        </w:rPr>
        <w:t>　　(甲)尊敬的各位</w:t>
      </w:r>
      <w:r>
        <w:rPr>
          <w:lang w:eastAsia="zh-CN"/>
        </w:rPr>
        <w:br/>
      </w:r>
      <w:r>
        <w:rPr>
          <w:lang w:eastAsia="zh-CN"/>
        </w:rPr>
        <w:t>　　(乙)亲爱的老师</w:t>
      </w:r>
      <w:r>
        <w:rPr>
          <w:lang w:eastAsia="zh-CN"/>
        </w:rPr>
        <w:br/>
      </w:r>
      <w:r>
        <w:rPr>
          <w:lang w:eastAsia="zh-CN"/>
        </w:rPr>
        <w:t>　　(丙)各位嘉宾</w:t>
      </w:r>
      <w:r>
        <w:rPr>
          <w:lang w:eastAsia="zh-CN"/>
        </w:rPr>
        <w:br/>
      </w:r>
      <w:r>
        <w:rPr>
          <w:lang w:eastAsia="zh-CN"/>
        </w:rPr>
        <w:t>　　(丁)亲爱的朋友们</w:t>
      </w:r>
      <w:r>
        <w:rPr>
          <w:lang w:eastAsia="zh-CN"/>
        </w:rPr>
        <w:br/>
      </w:r>
      <w:r>
        <w:rPr>
          <w:lang w:eastAsia="zh-CN"/>
        </w:rPr>
        <w:t>　　(合)大家下午好!(四人一起向观众鞠躬)</w:t>
      </w:r>
      <w:r>
        <w:rPr>
          <w:lang w:eastAsia="zh-CN"/>
        </w:rPr>
        <w:br/>
      </w:r>
      <w:r>
        <w:rPr>
          <w:lang w:eastAsia="zh-CN"/>
        </w:rPr>
        <w:t>　　(甲)北风挡不住春天的脚步，20__已向我们挥手告别;</w:t>
      </w:r>
      <w:r>
        <w:rPr>
          <w:lang w:eastAsia="zh-CN"/>
        </w:rPr>
        <w:br/>
      </w:r>
      <w:r>
        <w:rPr>
          <w:lang w:eastAsia="zh-CN"/>
        </w:rPr>
        <w:t>　　(乙)严寒封不住青春的热情，20__小兔年正随春潮滚滚而来!</w:t>
      </w:r>
      <w:r>
        <w:rPr>
          <w:lang w:eastAsia="zh-CN"/>
        </w:rPr>
        <w:br/>
      </w:r>
      <w:r>
        <w:rPr>
          <w:lang w:eastAsia="zh-CN"/>
        </w:rPr>
        <w:t>　　(丁)昨夜西风凋碧树，凋不了我们胸中希望的火焰;</w:t>
      </w:r>
      <w:r>
        <w:rPr>
          <w:lang w:eastAsia="zh-CN"/>
        </w:rPr>
        <w:br/>
      </w:r>
      <w:r>
        <w:rPr>
          <w:lang w:eastAsia="zh-CN"/>
        </w:rPr>
        <w:t>　　(丙)满地余寒凝露香，凝不住我们心中坚定的信念!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(乙)在这辞旧迎新的美好时刻，我们祝各位</w:t>
      </w:r>
      <w:r>
        <w:rPr>
          <w:lang w:eastAsia="zh-CN"/>
        </w:rPr>
        <w:br/>
      </w:r>
      <w:r>
        <w:rPr>
          <w:lang w:eastAsia="zh-CN"/>
        </w:rPr>
        <w:t>　　(甲)身体健康</w:t>
      </w:r>
      <w:r>
        <w:rPr>
          <w:lang w:eastAsia="zh-CN"/>
        </w:rPr>
        <w:br/>
      </w:r>
      <w:r>
        <w:rPr>
          <w:lang w:eastAsia="zh-CN"/>
        </w:rPr>
        <w:t>　　(丁)工作顺利</w:t>
      </w:r>
      <w:r>
        <w:rPr>
          <w:lang w:eastAsia="zh-CN"/>
        </w:rPr>
        <w:br/>
      </w:r>
      <w:r>
        <w:rPr>
          <w:lang w:eastAsia="zh-CN"/>
        </w:rPr>
        <w:t>　　(丙)合家幸福</w:t>
      </w:r>
      <w:r>
        <w:rPr>
          <w:lang w:eastAsia="zh-CN"/>
        </w:rPr>
        <w:br/>
      </w:r>
      <w:r>
        <w:rPr>
          <w:lang w:eastAsia="zh-CN"/>
        </w:rPr>
        <w:t>　　(合)元旦快乐</w:t>
      </w:r>
      <w:r>
        <w:rPr>
          <w:lang w:eastAsia="zh-CN"/>
        </w:rPr>
        <w:br/>
      </w:r>
      <w:r>
        <w:rPr>
          <w:lang w:eastAsia="zh-CN"/>
        </w:rPr>
        <w:t>　　(丁)春天把岁月抹绿，把日子染红。春天把渴望与美梦孕育成秋的收成。</w:t>
      </w:r>
      <w:r>
        <w:rPr>
          <w:lang w:eastAsia="zh-CN"/>
        </w:rPr>
        <w:br/>
      </w:r>
      <w:r>
        <w:rPr>
          <w:lang w:eastAsia="zh-CN"/>
        </w:rPr>
        <w:t>　　(丙)过去的一年，以张柏青同志为首的校一班人运筹帷幄、锐意进取、开拓创新，我们辛勤的工作，换来了一个又一个丰硕的收获!</w:t>
      </w:r>
      <w:r>
        <w:rPr>
          <w:lang w:eastAsia="zh-CN"/>
        </w:rPr>
        <w:br/>
      </w:r>
      <w:r>
        <w:rPr>
          <w:lang w:eastAsia="zh-CN"/>
        </w:rPr>
        <w:t>　　(乙)现在让我们掌声请出张柏青校长致辞!(四个主持人退后一步站定)</w:t>
      </w:r>
      <w:r>
        <w:rPr>
          <w:lang w:eastAsia="zh-CN"/>
        </w:rPr>
        <w:br/>
      </w:r>
      <w:r>
        <w:rPr>
          <w:lang w:eastAsia="zh-CN"/>
        </w:rPr>
        <w:t>　　(甲)感谢张校长的美好祝愿。站在岁末我们回眸凝望，过去的一年我们有太多的感动，太多的震撼，有太多的故事值得我们永久珍藏;</w:t>
      </w:r>
      <w:r>
        <w:rPr>
          <w:lang w:eastAsia="zh-CN"/>
        </w:rPr>
        <w:br/>
      </w:r>
      <w:r>
        <w:rPr>
          <w:lang w:eastAsia="zh-CN"/>
        </w:rPr>
        <w:t>　　(乙)站在岁首我们翘首企盼，未来的一年我们有更多的展望，更多的梦想，有更多的高峰等着我们奋力登攀!</w:t>
      </w:r>
      <w:r>
        <w:rPr>
          <w:lang w:eastAsia="zh-CN"/>
        </w:rPr>
        <w:br/>
      </w:r>
      <w:r>
        <w:rPr>
          <w:lang w:eastAsia="zh-CN"/>
        </w:rPr>
        <w:t>　　(丙)今天，在这歌声与微笑编织的舞台，让我们把火热的激情尽情绽放</w:t>
      </w:r>
      <w:r>
        <w:rPr>
          <w:lang w:eastAsia="zh-CN"/>
        </w:rPr>
        <w:br/>
      </w:r>
      <w:r>
        <w:rPr>
          <w:lang w:eastAsia="zh-CN"/>
        </w:rPr>
        <w:t>　　(丁)今天，在这充溢着温馨与和谐的大家庭，让欢乐汇成海洋，让笑声响彻云霄!</w:t>
      </w:r>
      <w:r>
        <w:rPr>
          <w:lang w:eastAsia="zh-CN"/>
        </w:rPr>
        <w:br/>
      </w:r>
      <w:r>
        <w:rPr>
          <w:lang w:eastAsia="zh-CN"/>
        </w:rPr>
        <w:t>　　(合)20__年“魅力三中和谐三中”元旦联欢现在开始!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(乙)首先，让我们随着左代艳、张颖、徐丽梅、谢文的歌声一起走进</w:t>
      </w:r>
      <w:r>
        <w:rPr>
          <w:lang w:eastAsia="zh-CN"/>
        </w:rPr>
        <w:br/>
      </w:r>
      <w:r>
        <w:rPr>
          <w:lang w:eastAsia="zh-CN"/>
        </w:rPr>
        <w:t>　　(合)《欢乐年》</w:t>
      </w:r>
      <w:r>
        <w:rPr>
          <w:lang w:eastAsia="zh-CN"/>
        </w:rPr>
        <w:br/>
      </w:r>
      <w:r>
        <w:rPr>
          <w:lang w:eastAsia="zh-CN"/>
        </w:rPr>
        <w:t>　　(甲)难忘今宵，今宵无人入眠</w:t>
      </w:r>
      <w:r>
        <w:rPr>
          <w:lang w:eastAsia="zh-CN"/>
        </w:rPr>
        <w:br/>
      </w:r>
      <w:r>
        <w:rPr>
          <w:lang w:eastAsia="zh-CN"/>
        </w:rPr>
        <w:t>　　(乙)今宵难忘，今宵星光灿烂</w:t>
      </w:r>
      <w:r>
        <w:rPr>
          <w:lang w:eastAsia="zh-CN"/>
        </w:rPr>
        <w:br/>
      </w:r>
      <w:r>
        <w:rPr>
          <w:lang w:eastAsia="zh-CN"/>
        </w:rPr>
        <w:t>　　(丙)今天，在这充满魅力的舞台，我们喧闹而来，绽放着火热的情怀</w:t>
      </w:r>
      <w:r>
        <w:rPr>
          <w:lang w:eastAsia="zh-CN"/>
        </w:rPr>
        <w:br/>
      </w:r>
      <w:r>
        <w:rPr>
          <w:lang w:eastAsia="zh-CN"/>
        </w:rPr>
        <w:t>　　(丁)今天，在这和谐的大家庭，我们笑声不断，豪情永在!</w:t>
      </w:r>
      <w:r>
        <w:rPr>
          <w:lang w:eastAsia="zh-CN"/>
        </w:rPr>
        <w:br/>
      </w:r>
      <w:r>
        <w:rPr>
          <w:lang w:eastAsia="zh-CN"/>
        </w:rPr>
        <w:t>　　(甲)让我们心与心贴的更近，手与手握的更紧</w:t>
      </w:r>
      <w:r>
        <w:rPr>
          <w:lang w:eastAsia="zh-CN"/>
        </w:rPr>
        <w:br/>
      </w:r>
      <w:r>
        <w:rPr>
          <w:lang w:eastAsia="zh-CN"/>
        </w:rPr>
        <w:t>　　(丁)因为我们始终坚信仙桃三中永远四季如春，一片灿烂!</w:t>
      </w:r>
      <w:r>
        <w:rPr>
          <w:lang w:eastAsia="zh-CN"/>
        </w:rPr>
        <w:br/>
      </w:r>
      <w:r>
        <w:rPr>
          <w:lang w:eastAsia="zh-CN"/>
        </w:rPr>
        <w:t>　　(合)20__“魅力三中和谐三中”元旦联欢到此结束!</w:t>
      </w:r>
      <w:r>
        <w:rPr>
          <w:lang w:eastAsia="zh-CN"/>
        </w:rPr>
        <w:br/>
      </w:r>
      <w:r>
        <w:rPr>
          <w:lang w:eastAsia="zh-CN"/>
        </w:rPr>
        <w:t>　　(丙)朋友们</w:t>
      </w:r>
      <w:r>
        <w:rPr>
          <w:lang w:eastAsia="zh-CN"/>
        </w:rPr>
        <w:br/>
      </w:r>
      <w:r>
        <w:rPr>
          <w:lang w:eastAsia="zh-CN"/>
        </w:rPr>
        <w:t>　　(合)再见</w:t>
      </w:r>
      <w:r>
        <w:rPr>
          <w:lang w:eastAsia="zh-CN"/>
        </w:rPr>
        <w:br/>
      </w:r>
      <w:r>
        <w:rPr>
          <w:lang w:eastAsia="zh-CN"/>
        </w:rPr>
        <w:t xml:space="preserve">    2024年幼儿园元旦的主持词范文 篇9 </w:t>
      </w:r>
      <w:r>
        <w:rPr>
          <w:lang w:eastAsia="zh-CN"/>
        </w:rPr>
        <w:br/>
      </w:r>
      <w:r>
        <w:rPr>
          <w:lang w:eastAsia="zh-CN"/>
        </w:rPr>
        <w:t>　　a:(开场词)亲爱的家长朋友，大家好!新的一年即将来临，来为我们播撒新的希望、新的生活!</w:t>
      </w:r>
      <w:r>
        <w:rPr>
          <w:lang w:eastAsia="zh-CN"/>
        </w:rPr>
        <w:br/>
      </w:r>
      <w:r>
        <w:rPr>
          <w:lang w:eastAsia="zh-CN"/>
        </w:rPr>
        <w:t>　　b:(开场词)让我们跟猪年再见!让我们一起迎接新的一年。下面我宣布-- ab:2019年元旦节目汇演现在开始!</w:t>
      </w:r>
      <w:r>
        <w:rPr>
          <w:lang w:eastAsia="zh-CN"/>
        </w:rPr>
        <w:br/>
      </w:r>
      <w:r>
        <w:rPr>
          <w:lang w:eastAsia="zh-CN"/>
        </w:rPr>
        <w:t>　　a:首先请欣赏孩子们带来的开场舞---《噼里啪啦》!有请我们可爱的孩子们! b:是不是很棒呢?不光这些呢，我们还爱学习，有礼貌!下面请欣赏---国学《弟-子规》表演，掌声欢迎!</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a:孩子们表演的多神气，多认真。家长朋友们，如果你真的感到很高兴，就请再给他们一次热烈的掌声吧!接下来呢，是我们可爱的宝贝们带来的---《拔萝卜》</w:t>
      </w:r>
      <w:r>
        <w:rPr>
          <w:lang w:eastAsia="zh-CN"/>
        </w:rPr>
        <w:t xml:space="preserve"> 有请!</w:t>
      </w:r>
      <w:r>
        <w:rPr>
          <w:lang w:eastAsia="zh-CN"/>
        </w:rPr>
        <w:br/>
      </w:r>
      <w:r>
        <w:rPr>
          <w:lang w:eastAsia="zh-CN"/>
        </w:rPr>
        <w:t>　　b:感谢我们可爱的孩子们为我们带来那么精彩的节目，他们真是一群天真.活泼.可爱.快乐的小精灵!哎...说到精灵，接下来的节目可就跟精灵有关呢!有请我们可爱的孩子们为我们带来的奥尔夫音乐律动---《快乐的小精灵》</w:t>
      </w:r>
      <w:r>
        <w:rPr>
          <w:lang w:eastAsia="zh-CN"/>
        </w:rPr>
        <w:br/>
      </w:r>
      <w:r>
        <w:rPr>
          <w:lang w:eastAsia="zh-CN"/>
        </w:rPr>
        <w:t>　　a:多么可爱的孩子们呀!当然啦!再可爱的孩子在生活中也难免会犯些小错误，那当孩子们犯了错误时大家会怎么教育呢那我们来看一看弟-子规是怎样教育孩子们的!请欣赏弟-子规情景剧---《我放学了》掌声有请!</w:t>
      </w:r>
      <w:r>
        <w:rPr>
          <w:lang w:eastAsia="zh-CN"/>
        </w:rPr>
        <w:br/>
      </w:r>
      <w:r>
        <w:rPr>
          <w:lang w:eastAsia="zh-CN"/>
        </w:rPr>
        <w:t>　　b:感谢小朋友们为我们带来的精彩的演出;那么我们知道，在儿童时代我们常玩的游戏就是躲猫猫!今天，就让我们跟着我们可爱的小家伙们一起回到我们难以忘怀的童年...请欣赏奥尔夫音乐律动---《躲猫猫》</w:t>
      </w:r>
      <w:r>
        <w:rPr>
          <w:lang w:eastAsia="zh-CN"/>
        </w:rPr>
        <w:br/>
      </w:r>
      <w:r>
        <w:rPr>
          <w:lang w:eastAsia="zh-CN"/>
        </w:rPr>
        <w:t>　　a:我们为孩子们的自信风采骄傲，为孩子们自信的眼神喝彩。接下来请欣赏小朋友带来的---英语儿歌联唱 音乐 music ...</w:t>
      </w:r>
      <w:r>
        <w:rPr>
          <w:lang w:eastAsia="zh-CN"/>
        </w:rPr>
        <w:br/>
      </w:r>
      <w:r>
        <w:rPr>
          <w:lang w:eastAsia="zh-CN"/>
        </w:rPr>
        <w:t>　　b:那刚才我们大家都看到我们国中三班的小朋友唱歌.跳舞.外语.表演.等样样在行!那么接下来呢，是我们的乐器表演...相信我们可爱的宝贝们会有更加出色的演出!请欣赏 奥尔夫乐器表演---《小动物乐队》</w:t>
      </w:r>
      <w:r>
        <w:rPr>
          <w:lang w:eastAsia="zh-CN"/>
        </w:rPr>
        <w:br/>
      </w:r>
      <w:r>
        <w:rPr>
          <w:lang w:eastAsia="zh-CN"/>
        </w:rPr>
        <w:t>　　a:我们的孩子果然是18般武艺样样精通呀...那么，接下来我们一起欣赏孩子们带来的</w:t>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xml:space="preserve"> 奥尔夫音乐律动---《修鞋匠》幼儿园元旦幼儿主持词(亲子游戏)</w:t>
      </w:r>
      <w:r>
        <w:rPr>
          <w:lang w:eastAsia="zh-CN"/>
        </w:rPr>
        <w:br/>
      </w:r>
      <w:r>
        <w:rPr>
          <w:lang w:eastAsia="zh-CN"/>
        </w:rPr>
        <w:t>　　b:俗话说：知子莫若父，知女莫若母，那作为家中的掌上明珠们，是否也同样了解、熟悉自己的父母呢?下面这个游戏就要来考考他们了，让我们一起进入《蒙眼摸亲人》。</w:t>
      </w:r>
      <w:r>
        <w:rPr>
          <w:lang w:eastAsia="zh-CN"/>
        </w:rPr>
        <w:br/>
      </w:r>
      <w:r>
        <w:rPr>
          <w:lang w:eastAsia="zh-CN"/>
        </w:rPr>
        <w:t>　　规则：</w:t>
      </w:r>
      <w:r>
        <w:rPr>
          <w:lang w:eastAsia="zh-CN"/>
        </w:rPr>
        <w:br/>
      </w:r>
      <w:r>
        <w:rPr>
          <w:lang w:eastAsia="zh-CN"/>
        </w:rPr>
        <w:t>　　1.稍后点到的家长起身听老师指令轻轻走到自己家孩子面前解下孩子脖子里的三角方巾蒙上孩子的眼睛!</w:t>
      </w:r>
      <w:r>
        <w:rPr>
          <w:lang w:eastAsia="zh-CN"/>
        </w:rPr>
        <w:br/>
      </w:r>
      <w:r>
        <w:rPr>
          <w:lang w:eastAsia="zh-CN"/>
        </w:rPr>
        <w:t>　　2.走到孩子对面的线上并与身边各家长交换位置</w:t>
      </w:r>
      <w:r>
        <w:rPr>
          <w:lang w:eastAsia="zh-CN"/>
        </w:rPr>
        <w:br/>
      </w:r>
      <w:r>
        <w:rPr>
          <w:lang w:eastAsia="zh-CN"/>
        </w:rPr>
        <w:t>　　3.孩子开始蒙眼寻找亲人</w:t>
      </w:r>
      <w:r>
        <w:rPr>
          <w:lang w:eastAsia="zh-CN"/>
        </w:rPr>
        <w:br/>
      </w:r>
      <w:r>
        <w:rPr>
          <w:lang w:eastAsia="zh-CN"/>
        </w:rPr>
        <w:t>　　游戏分为四组：</w:t>
      </w:r>
      <w:r>
        <w:rPr>
          <w:lang w:eastAsia="zh-CN"/>
        </w:rPr>
        <w:br/>
      </w:r>
      <w:r>
        <w:rPr>
          <w:lang w:eastAsia="zh-CN"/>
        </w:rPr>
        <w:t>　　有请第一组小朋友和家长：张_</w:t>
      </w:r>
      <w:r>
        <w:rPr>
          <w:lang w:eastAsia="zh-CN"/>
        </w:rPr>
        <w:br/>
      </w:r>
      <w:r>
        <w:rPr>
          <w:lang w:eastAsia="zh-CN"/>
        </w:rPr>
        <w:t>　　有请第二组小朋友和家长：王_</w:t>
      </w:r>
      <w:r>
        <w:rPr>
          <w:lang w:eastAsia="zh-CN"/>
        </w:rPr>
        <w:br/>
      </w:r>
      <w:r>
        <w:rPr>
          <w:lang w:eastAsia="zh-CN"/>
        </w:rPr>
        <w:t>　　有请第三组小朋友和家长：王_</w:t>
      </w:r>
      <w:r>
        <w:rPr>
          <w:lang w:eastAsia="zh-CN"/>
        </w:rPr>
        <w:br/>
      </w:r>
      <w:r>
        <w:rPr>
          <w:lang w:eastAsia="zh-CN"/>
        </w:rPr>
        <w:t>　　有请第四组小朋友和家长：李_</w:t>
      </w:r>
      <w:r>
        <w:rPr>
          <w:lang w:eastAsia="zh-CN"/>
        </w:rPr>
        <w:br/>
      </w:r>
      <w:r>
        <w:rPr>
          <w:lang w:eastAsia="zh-CN"/>
        </w:rPr>
        <w:t>　　a：谢谢我们可爱的家长和孩子们!接下来一个亲子游戏呢，叫做《贴五官》 规则：</w:t>
      </w:r>
      <w:r>
        <w:rPr>
          <w:lang w:eastAsia="zh-CN"/>
        </w:rPr>
        <w:br/>
      </w:r>
      <w:r>
        <w:rPr>
          <w:lang w:eastAsia="zh-CN"/>
        </w:rPr>
        <w:t>　　1.有点到的家长站在孩子的身边.因为咱们都是成年人了，所以就不再蒙眼睛了!不过为了游戏公平家长们可不许偷偷地看哦?(笑)</w:t>
      </w:r>
      <w:r>
        <w:rPr>
          <w:lang w:eastAsia="zh-CN"/>
        </w:rPr>
        <w:br/>
      </w:r>
      <w:r>
        <w:rPr>
          <w:lang w:eastAsia="zh-CN"/>
        </w:rPr>
        <w:t>　　2.由宝贝带家长走到自己的娃娃位置后，宝贝退回原地，并指挥家长帮娃娃贴嘴巴!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3.贴好后幼儿跑去和家长拥抱!贴成笑脸娃娃&amp;的家长和幼儿互亲对方并说你真棒贴成小丑娃娃&amp;的家长和孩子互亲对方并说我们最快乐...</w:t>
      </w:r>
      <w:r>
        <w:rPr>
          <w:lang w:eastAsia="zh-CN"/>
        </w:rPr>
        <w:br/>
      </w:r>
      <w:r>
        <w:rPr>
          <w:lang w:eastAsia="zh-CN"/>
        </w:rPr>
        <w:t xml:space="preserve">    2024年幼儿园元旦的主持词范文 篇10 </w:t>
      </w:r>
      <w:r>
        <w:rPr>
          <w:lang w:eastAsia="zh-CN"/>
        </w:rPr>
        <w:br/>
      </w:r>
      <w:r>
        <w:rPr>
          <w:lang w:eastAsia="zh-CN"/>
        </w:rPr>
        <w:t>　　春夏秋冬，岁月如梭</w:t>
      </w:r>
      <w:r>
        <w:rPr>
          <w:lang w:eastAsia="zh-CN"/>
        </w:rPr>
        <w:br/>
      </w:r>
      <w:r>
        <w:rPr>
          <w:lang w:eastAsia="zh-CN"/>
        </w:rPr>
        <w:t>　　当小树又增长了一个年轮，</w:t>
      </w:r>
      <w:r>
        <w:rPr>
          <w:lang w:eastAsia="zh-CN"/>
        </w:rPr>
        <w:br/>
      </w:r>
      <w:r>
        <w:rPr>
          <w:lang w:eastAsia="zh-CN"/>
        </w:rPr>
        <w:t>　　当小朋友们又增高了一个厘米，</w:t>
      </w:r>
      <w:r>
        <w:rPr>
          <w:lang w:eastAsia="zh-CN"/>
        </w:rPr>
        <w:br/>
      </w:r>
      <w:r>
        <w:rPr>
          <w:lang w:eastAsia="zh-CN"/>
        </w:rPr>
        <w:t>　　时光老人又带领我们敲响了时光的大钟；</w:t>
      </w:r>
      <w:r>
        <w:rPr>
          <w:lang w:eastAsia="zh-CN"/>
        </w:rPr>
        <w:br/>
      </w:r>
      <w:r>
        <w:rPr>
          <w:lang w:eastAsia="zh-CN"/>
        </w:rPr>
        <w:t>　　新年的脚步越来越近了，</w:t>
      </w:r>
      <w:r>
        <w:rPr>
          <w:lang w:eastAsia="zh-CN"/>
        </w:rPr>
        <w:br/>
      </w:r>
      <w:r>
        <w:rPr>
          <w:lang w:eastAsia="zh-CN"/>
        </w:rPr>
        <w:t>　　在辞旧迎新的日子里，</w:t>
      </w:r>
      <w:r>
        <w:rPr>
          <w:lang w:eastAsia="zh-CN"/>
        </w:rPr>
        <w:br/>
      </w:r>
      <w:r>
        <w:rPr>
          <w:lang w:eastAsia="zh-CN"/>
        </w:rPr>
        <w:t>　　让我们怀着喜悦的心情，</w:t>
      </w:r>
      <w:r>
        <w:rPr>
          <w:lang w:eastAsia="zh-CN"/>
        </w:rPr>
        <w:br/>
      </w:r>
      <w:r>
        <w:rPr>
          <w:lang w:eastAsia="zh-CN"/>
        </w:rPr>
        <w:t>　　共同迎接20__年的到来，</w:t>
      </w:r>
      <w:r>
        <w:rPr>
          <w:lang w:eastAsia="zh-CN"/>
        </w:rPr>
        <w:br/>
      </w:r>
      <w:r>
        <w:rPr>
          <w:lang w:eastAsia="zh-CN"/>
        </w:rPr>
        <w:t>　　祝尊敬的家长和老师们兔年大吉，</w:t>
      </w:r>
      <w:r>
        <w:rPr>
          <w:lang w:eastAsia="zh-CN"/>
        </w:rPr>
        <w:br/>
      </w:r>
      <w:r>
        <w:rPr>
          <w:lang w:eastAsia="zh-CN"/>
        </w:rPr>
        <w:t>　　祝可爱的小朋友们快乐成长!</w:t>
      </w:r>
      <w:r>
        <w:rPr>
          <w:lang w:eastAsia="zh-CN"/>
        </w:rPr>
        <w:br/>
      </w:r>
      <w:r>
        <w:rPr>
          <w:lang w:eastAsia="zh-CN"/>
        </w:rPr>
        <w:t>　　孩子们的成长离不开家长们的悉心照顾，也离不开老师们的谆谆教导。下面，请东方红幼儿园园长欧阳素致元旦辞，掌声有请！</w:t>
      </w:r>
      <w:r>
        <w:rPr>
          <w:lang w:eastAsia="zh-CN"/>
        </w:rPr>
        <w:br/>
      </w:r>
      <w:r>
        <w:rPr>
          <w:lang w:eastAsia="zh-CN"/>
        </w:rPr>
        <w:t>　　谢谢园长的致辞，现在我宣布，东方红幼儿园20__年元旦文艺汇演，正式开始！</w:t>
      </w:r>
      <w:r>
        <w:rPr>
          <w:lang w:eastAsia="zh-CN"/>
        </w:rPr>
        <w:br/>
      </w:r>
      <w:r>
        <w:rPr>
          <w:lang w:eastAsia="zh-CN"/>
        </w:rPr>
        <w:t>　　张开心情的翅膀，卷起你的裤脚，我们一起去踏浪吧！请欣赏中8班的小朋友们为大家带来的舞蹈《踏浪》</w:t>
      </w:r>
      <w:r>
        <w:rPr>
          <w:lang w:eastAsia="zh-CN"/>
        </w:rPr>
        <w:br/>
      </w:r>
      <w:r>
        <w:rPr>
          <w:lang w:eastAsia="zh-CN"/>
        </w:rPr>
        <w:t>　　时钟会发出滴答滴答的声音，雨滴落下时也会有这种声音，不仅如此，滴答滴还可以伴随着音乐编成一支好看的舞蹈，请欣赏大九班的舞蹈《滴答滴》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我们的生活五彩缤纷，我们要用颜色描绘我们丰富多彩的生活，请欣赏大十班小朋友带来的舞蹈《颜色歌》</w:t>
      </w:r>
      <w:r>
        <w:rPr>
          <w:lang w:eastAsia="zh-CN"/>
        </w:rPr>
        <w:br/>
      </w:r>
      <w:r>
        <w:rPr>
          <w:lang w:eastAsia="zh-CN"/>
        </w:rPr>
        <w:t>　　小朋友们，你们今天快乐吗？好，如果感到快乐你们就拍拍手，如果感到快乐你就拍拍手(唱)，如果感到快乐你就跺跺脚(唱)</w:t>
      </w:r>
      <w:r>
        <w:rPr>
          <w:lang w:eastAsia="zh-CN"/>
        </w:rPr>
        <w:br/>
      </w:r>
      <w:r>
        <w:rPr>
          <w:lang w:eastAsia="zh-CN"/>
        </w:rPr>
        <w:t>　　现在呢，我有一个问题要问你们，回答对了有奖品哦，但是只能有一个小朋友回答，我说一、二、三，开始之后，你们就举手，谁举得最快就让谁回答，注意，要等我说开始之后才能举手哦，一、二、三，开始!</w:t>
      </w:r>
      <w:r>
        <w:rPr>
          <w:lang w:eastAsia="zh-CN"/>
        </w:rPr>
        <w:br/>
      </w:r>
      <w:r>
        <w:rPr>
          <w:lang w:eastAsia="zh-CN"/>
        </w:rPr>
        <w:t>　　好，这位小朋友，请到这边来，请问你，刚才你动了身体的哪里？</w:t>
      </w:r>
      <w:r>
        <w:rPr>
          <w:lang w:eastAsia="zh-CN"/>
        </w:rPr>
        <w:br/>
      </w:r>
      <w:r>
        <w:rPr>
          <w:lang w:eastAsia="zh-CN"/>
        </w:rPr>
        <w:t>　　非常棒，奖给你一个猫头鹰吊坠。</w:t>
      </w:r>
      <w:r>
        <w:rPr>
          <w:lang w:eastAsia="zh-CN"/>
        </w:rPr>
        <w:br/>
      </w:r>
      <w:r>
        <w:rPr>
          <w:lang w:eastAsia="zh-CN"/>
        </w:rPr>
        <w:t>　　在场的其他小朋友不要着急，我们等会还有有奖竞答，你们还有机会得到奖品。</w:t>
      </w:r>
      <w:r>
        <w:rPr>
          <w:lang w:eastAsia="zh-CN"/>
        </w:rPr>
        <w:br/>
      </w:r>
      <w:r>
        <w:rPr>
          <w:lang w:eastAsia="zh-CN"/>
        </w:rPr>
        <w:t>　　现在，让我们来跟着中八班的小朋友们了解一下我们的身体吧，请欣赏舞蹈《我的身体》</w:t>
      </w:r>
      <w:r>
        <w:rPr>
          <w:lang w:eastAsia="zh-CN"/>
        </w:rPr>
        <w:br/>
      </w:r>
      <w:r>
        <w:rPr>
          <w:lang w:eastAsia="zh-CN"/>
        </w:rPr>
        <w:t>　　刚才小朋友们的舞蹈真是十分精彩啊，其实啊，我们的小朋友不仅舞也跳的好，歌也唱的很棒呢！下面我们就来听听大九班的合唱《祖国，祖国，我们爱你》吧</w:t>
      </w:r>
      <w:r>
        <w:rPr>
          <w:lang w:eastAsia="zh-CN"/>
        </w:rPr>
        <w:br/>
      </w:r>
      <w:r>
        <w:rPr>
          <w:lang w:eastAsia="zh-CN"/>
        </w:rPr>
        <w:t>　　有一个和尚，它长着长长的耳朵，圆圆的肚子，他像极了一头猪，这个和尚是谁呢?现在进入我们的有奖竞答环节，我说一二三开始之后，小朋友们就开始举手，谁举得最快就由谁来回答，注意，要等我说了开始之后哦，准备好了吗？一二三，开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刚才我们提到了猪这种动物，现在我们来听听大十班的合唱《三只熊》</w:t>
      </w:r>
      <w:r>
        <w:rPr>
          <w:lang w:eastAsia="zh-CN"/>
        </w:rPr>
        <w:br/>
      </w:r>
      <w:r>
        <w:rPr>
          <w:lang w:eastAsia="zh-CN"/>
        </w:rPr>
        <w:t>　　我们的小朋友们不仅能歌善舞，算术、语文也学得很棒，下面我们就来看看中八班的同学们怎样数鸭子吧，请欣赏舞蹈《数鸭子》</w:t>
      </w:r>
      <w:r>
        <w:rPr>
          <w:lang w:eastAsia="zh-CN"/>
        </w:rPr>
        <w:br/>
      </w:r>
      <w:r>
        <w:rPr>
          <w:lang w:eastAsia="zh-CN"/>
        </w:rPr>
        <w:t>　　我们今天有舞蹈，有合唱，大家觉得还少了些什么呢？我觉得呀，还应该有独唱，这不，大九班的小朋友戴秋雨已经跃跃欲试了，下面，我们就来听听她的《蝴蝶花》吧</w:t>
      </w:r>
      <w:r>
        <w:rPr>
          <w:lang w:eastAsia="zh-CN"/>
        </w:rPr>
        <w:br/>
      </w:r>
      <w:r>
        <w:rPr>
          <w:lang w:eastAsia="zh-CN"/>
        </w:rPr>
        <w:t>　　亲爱的小朋友们，你爱你们的爸爸妈妈吗？你爱你们的爷爷奶奶吗？如果你爱他们，就抱抱他们好不好？</w:t>
      </w:r>
      <w:r>
        <w:rPr>
          <w:lang w:eastAsia="zh-CN"/>
        </w:rPr>
        <w:br/>
      </w:r>
      <w:r>
        <w:rPr>
          <w:lang w:eastAsia="zh-CN"/>
        </w:rPr>
        <w:t>　　看来，小朋友们和自己的家长们感情都很深啊，带着这份浓浓的爱意，让我们来一起欣赏大十班的舞蹈《爱我你就抱抱我》 爱也爱了，抱也抱了，小朋友们，你们打算怎么报答你们的爸爸妈妈，爷爷奶奶呢？就让中八班的小朋友们用舞蹈《长大做个好娃娃》来告诉大家吧</w:t>
      </w:r>
      <w:r>
        <w:rPr>
          <w:lang w:eastAsia="zh-CN"/>
        </w:rPr>
        <w:br/>
      </w:r>
      <w:r>
        <w:rPr>
          <w:lang w:eastAsia="zh-CN"/>
        </w:rPr>
        <w:t>　　我们是可爱的宝贝，我们是快乐的宝贝，请欣赏大九班的舞蹈《快乐宝贝》</w:t>
      </w:r>
      <w:r>
        <w:rPr>
          <w:lang w:eastAsia="zh-CN"/>
        </w:rPr>
        <w:br/>
      </w:r>
      <w:r>
        <w:rPr>
          <w:lang w:eastAsia="zh-CN"/>
        </w:rPr>
        <w:t>　　小朋友们，新的一年里，你们是不是有好多的话要对爸爸妈妈说呢？请欣赏中十班的小朋友戴震和蔡思宇的对唱《爸爸妈妈听我说》</w:t>
      </w:r>
      <w:r>
        <w:rPr>
          <w:lang w:eastAsia="zh-CN"/>
        </w:rPr>
        <w:br/>
      </w:r>
      <w:r>
        <w:rPr>
          <w:lang w:eastAsia="zh-CN"/>
        </w:rPr>
        <w:t>　　听了刚才对爸爸妈妈的轻声诉说，现在让我们嗨起来吧，有请中八班小朋友为大家带来舞蹈《咚巴拉》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大家说，刚才小朋友们的表演棒不棒？好不好？请你们用最热烈的掌声送给他们。好，那现在就进入最激动人心的时刻，颁发团体奖:</w:t>
      </w:r>
      <w:r>
        <w:rPr>
          <w:lang w:eastAsia="zh-CN"/>
        </w:rPr>
        <w:br/>
      </w:r>
      <w:r>
        <w:rPr>
          <w:lang w:eastAsia="zh-CN"/>
        </w:rPr>
        <w:t>　　首先，请东方红幼儿园副园长刘红英老师颁发三等奖，获得三等奖的班级是</w:t>
      </w:r>
      <w:r>
        <w:rPr>
          <w:lang w:eastAsia="zh-CN"/>
        </w:rPr>
        <w:br/>
      </w:r>
      <w:r>
        <w:rPr>
          <w:lang w:eastAsia="zh-CN"/>
        </w:rPr>
        <w:t>　　现在请东方红幼儿园园长欧阳素老师颁发二等奖，获得二等奖的班级是</w:t>
      </w:r>
      <w:r>
        <w:rPr>
          <w:lang w:eastAsia="zh-CN"/>
        </w:rPr>
        <w:br/>
      </w:r>
      <w:r>
        <w:rPr>
          <w:lang w:eastAsia="zh-CN"/>
        </w:rPr>
        <w:t>　　最后，请东方红幼儿园董事长刘维维女士颁发一等奖，获得一等奖的班级是</w:t>
      </w:r>
      <w:r>
        <w:rPr>
          <w:lang w:eastAsia="zh-CN"/>
        </w:rPr>
        <w:br/>
      </w:r>
      <w:r>
        <w:rPr>
          <w:lang w:eastAsia="zh-CN"/>
        </w:rPr>
        <w:t>　　请大家用最热烈的掌声鼓励他们，感谢他们的精彩演出！感谢家长们的大力支持，感谢东方红小学各位评委，感谢东方红幼儿园的辅导老师及所有关心、支持本次文艺演出的所有工作人员！祝大家在新的一年里身体健康，万事如意，心想事成！祝小朋友们天天快乐，天天开心!</w:t>
      </w:r>
      <w:r>
        <w:rPr>
          <w:lang w:eastAsia="zh-CN"/>
        </w:rPr>
        <w:br/>
      </w:r>
      <w:r>
        <w:rPr>
          <w:lang w:eastAsia="zh-CN"/>
        </w:rPr>
        <w:t>　　本次文艺汇演到此结束，请各班班主任清点好人数，请家长带好自己的小孩，不要走失。现在请中八班退场，请大九班退场，请大十班退场。</w:t>
      </w:r>
      <w:r>
        <w:rPr>
          <w:lang w:eastAsia="zh-CN"/>
        </w:rPr>
        <w:br/>
      </w:r>
      <w:r>
        <w:rPr>
          <w:lang w:eastAsia="zh-CN"/>
        </w:rPr>
        <w:t xml:space="preserve">    2024年幼儿园元旦的主持词范文 篇11 </w:t>
      </w:r>
      <w:r>
        <w:rPr>
          <w:lang w:eastAsia="zh-CN"/>
        </w:rPr>
        <w:br/>
      </w:r>
      <w:r>
        <w:rPr>
          <w:lang w:eastAsia="zh-CN"/>
        </w:rPr>
        <w:t>　　开场词A：</w:t>
      </w:r>
      <w:r>
        <w:rPr>
          <w:lang w:eastAsia="zh-CN"/>
        </w:rPr>
        <w:br/>
      </w:r>
      <w:r>
        <w:rPr>
          <w:lang w:eastAsia="zh-CN"/>
        </w:rPr>
        <w:t>　　A：伴着时光的年轮，今天我们又迎来了一年一度的圣诞节（20__年元旦）。</w:t>
      </w:r>
      <w:r>
        <w:rPr>
          <w:lang w:eastAsia="zh-CN"/>
        </w:rPr>
        <w:br/>
      </w:r>
      <w:r>
        <w:rPr>
          <w:lang w:eastAsia="zh-CN"/>
        </w:rPr>
        <w:t>　　B：圣诞（新年）的钟声即将敲响，时光的车轮又留下了一道深深的印痕。</w:t>
      </w:r>
      <w:r>
        <w:rPr>
          <w:lang w:eastAsia="zh-CN"/>
        </w:rPr>
        <w:br/>
      </w:r>
      <w:r>
        <w:rPr>
          <w:lang w:eastAsia="zh-CN"/>
        </w:rPr>
        <w:t>　　C：伴随着冬日里温暖的阳光，满怀着喜悦的心情，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合：今天让我们一起来欢庆这美丽的节日——圣诞/元旦。首先祝大家圣诞（新年）快乐！</w:t>
      </w:r>
      <w:r>
        <w:rPr>
          <w:lang w:eastAsia="zh-CN"/>
        </w:rPr>
        <w:br/>
      </w:r>
      <w:r>
        <w:rPr>
          <w:lang w:eastAsia="zh-CN"/>
        </w:rPr>
        <w:t>　　A：__幼儿园共有__名小朋友，TA们都是可爱的精灵，都有自己的风采，希望大家能把自己的笑容和热情的掌声留给我们可爱的孩子们！谢谢！</w:t>
      </w:r>
      <w:r>
        <w:rPr>
          <w:lang w:eastAsia="zh-CN"/>
        </w:rPr>
        <w:br/>
      </w:r>
      <w:r>
        <w:rPr>
          <w:lang w:eastAsia="zh-CN"/>
        </w:rPr>
        <w:t>　　B：今天，我们相聚在这里，一起用心来感受真情，用爱来融化冰雪。</w:t>
      </w:r>
      <w:r>
        <w:rPr>
          <w:lang w:eastAsia="zh-CN"/>
        </w:rPr>
        <w:br/>
      </w:r>
      <w:r>
        <w:rPr>
          <w:lang w:eastAsia="zh-CN"/>
        </w:rPr>
        <w:t>　　A：今天，我们相聚在这里，敞开你的心扉，释放你的激情 。</w:t>
      </w:r>
      <w:r>
        <w:rPr>
          <w:lang w:eastAsia="zh-CN"/>
        </w:rPr>
        <w:br/>
      </w:r>
      <w:r>
        <w:rPr>
          <w:lang w:eastAsia="zh-CN"/>
        </w:rPr>
        <w:t>　　C：今天，我们相聚在这里，这里将成为欢乐的海洋，让快乐响彻云霄。</w:t>
      </w:r>
      <w:r>
        <w:rPr>
          <w:lang w:eastAsia="zh-CN"/>
        </w:rPr>
        <w:br/>
      </w:r>
      <w:r>
        <w:rPr>
          <w:lang w:eastAsia="zh-CN"/>
        </w:rPr>
        <w:t>　　合：今天，我们送去我们的祝福，祝福大家：在新的一年里开门红。</w:t>
      </w:r>
      <w:r>
        <w:rPr>
          <w:lang w:eastAsia="zh-CN"/>
        </w:rPr>
        <w:br/>
      </w:r>
      <w:r>
        <w:rPr>
          <w:lang w:eastAsia="zh-CN"/>
        </w:rPr>
        <w:t>　　C：是啊，开门红，意味着开门见喜，万事诸顺！请欣赏由我们幼儿园老师为大家带来的舞蹈《开门红》。</w:t>
      </w:r>
      <w:r>
        <w:rPr>
          <w:lang w:eastAsia="zh-CN"/>
        </w:rPr>
        <w:br/>
      </w:r>
      <w:r>
        <w:rPr>
          <w:lang w:eastAsia="zh-CN"/>
        </w:rPr>
        <w:t xml:space="preserve">    2024年幼儿园元旦的主持词范文 篇12 </w:t>
      </w:r>
      <w:r>
        <w:rPr>
          <w:lang w:eastAsia="zh-CN"/>
        </w:rPr>
        <w:br/>
      </w:r>
      <w:r>
        <w:rPr>
          <w:lang w:eastAsia="zh-CN"/>
        </w:rPr>
        <w:t>　　合：尊敬的各位领导、各位来宾、各位老师：</w:t>
      </w:r>
      <w:r>
        <w:rPr>
          <w:lang w:eastAsia="zh-CN"/>
        </w:rPr>
        <w:br/>
      </w:r>
      <w:r>
        <w:rPr>
          <w:lang w:eastAsia="zh-CN"/>
        </w:rPr>
        <w:t>　　合：新年好！</w:t>
      </w:r>
      <w:r>
        <w:rPr>
          <w:lang w:eastAsia="zh-CN"/>
        </w:rPr>
        <w:br/>
      </w:r>
      <w:r>
        <w:rPr>
          <w:lang w:eastAsia="zh-CN"/>
        </w:rPr>
        <w:t>　　丹：火树银花辞旧岁，欢天喜地迎新年，__年悄然而去，__年款款而来，在这辞旧迎新之际，我们蒙古族幼儿园全体教职员工欢聚一堂，共同庆祝新年的到来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丹：过去的一年，我们育师德，抓师风，树立形象，抓管理，促教学，硕果累累，我们抓设施，上硬件，提高学习水平，我们抓活动，有特色，捷报频频，回首过去，我们心潮澎湃。展望未来，我们更加斗志昂扬，让我们在新的一年里开拓进取，积极向上用信念和汗水，再铸蒙幼的辉煌。在这里，祝大家新年快乐，身体健康，万事如意，合家幸福！！真诚的祝福之后首先请出我们的包园长给我们讲话。大家掌声有请！</w:t>
      </w:r>
      <w:r>
        <w:rPr>
          <w:lang w:eastAsia="zh-CN"/>
        </w:rPr>
        <w:br/>
      </w:r>
      <w:r>
        <w:rPr>
          <w:lang w:eastAsia="zh-CN"/>
        </w:rPr>
        <w:t>　　1、在蒙古族有一位善良的姑娘，她的名字叫诺恩吉亚。她眷恋故土、热爱生活。</w:t>
      </w:r>
      <w:r>
        <w:rPr>
          <w:lang w:eastAsia="zh-CN"/>
        </w:rPr>
        <w:br/>
      </w:r>
      <w:r>
        <w:rPr>
          <w:lang w:eastAsia="zh-CN"/>
        </w:rPr>
        <w:t>　　请欣赏舞蹈《诺恩吉亚》表演者：白玉荣、张振玲等</w:t>
      </w:r>
      <w:r>
        <w:rPr>
          <w:lang w:eastAsia="zh-CN"/>
        </w:rPr>
        <w:br/>
      </w:r>
      <w:r>
        <w:rPr>
          <w:lang w:eastAsia="zh-CN"/>
        </w:rPr>
        <w:t>　　2、女生二重唱：《连长哥哥》演唱者：乌吉木苏李乌仁必力格</w:t>
      </w:r>
      <w:r>
        <w:rPr>
          <w:lang w:eastAsia="zh-CN"/>
        </w:rPr>
        <w:br/>
      </w:r>
      <w:r>
        <w:rPr>
          <w:lang w:eastAsia="zh-CN"/>
        </w:rPr>
        <w:t>　　3、神奇美丽的科尔沁草原风光绮（音起）丽，勤劳善良的奈曼人民热情好客，而蒙古族幼儿园的全体教师更是以饱满的热情迎接着每一位来的客人，</w:t>
      </w:r>
      <w:r>
        <w:rPr>
          <w:lang w:eastAsia="zh-CN"/>
        </w:rPr>
        <w:br/>
      </w:r>
      <w:r>
        <w:rPr>
          <w:lang w:eastAsia="zh-CN"/>
        </w:rPr>
        <w:t>　　请听合唱《科尔沁迎宾曲》第二支歌《酒歌》</w:t>
      </w:r>
      <w:r>
        <w:rPr>
          <w:lang w:eastAsia="zh-CN"/>
        </w:rPr>
        <w:br/>
      </w:r>
      <w:r>
        <w:rPr>
          <w:lang w:eastAsia="zh-CN"/>
        </w:rPr>
        <w:t>　　4、游戏、“抢椅子”</w:t>
      </w:r>
      <w:r>
        <w:rPr>
          <w:lang w:eastAsia="zh-CN"/>
        </w:rPr>
        <w:br/>
      </w:r>
      <w:r>
        <w:rPr>
          <w:lang w:eastAsia="zh-CN"/>
        </w:rPr>
        <w:t>　　接下来是我们的互动游戏时间，游戏规则：是椅子数量一般比参加游戏的`人数少一个。当音乐伴奏响起时，游戏者围着椅子朝同一方向行进，当音乐一停，游戏者立即抢坐椅子（每张椅子只能坐一人），抢到椅子坐的人为暂时的胜利者，反之则为失败者被淘汰出场。并且减少一把椅子继续游戏。依次循环，直到最后一名得到椅子成为赢家。</w:t>
      </w:r>
      <w:r>
        <w:rPr>
          <w:lang w:eastAsia="zh-CN"/>
        </w:rPr>
        <w:br/>
      </w:r>
      <w:r>
        <w:rPr>
          <w:lang w:eastAsia="zh-CN"/>
        </w:rPr>
        <w:t>　　5、手中端起满满的奶酒呦！心中装满满满的情谊呦！</w:t>
      </w:r>
      <w:r>
        <w:rPr>
          <w:lang w:eastAsia="zh-CN"/>
        </w:rPr>
        <w:br/>
      </w:r>
      <w:r>
        <w:rPr>
          <w:lang w:eastAsia="zh-CN"/>
        </w:rPr>
        <w:t>　　歌曲《满满的》演唱者：青兰图雅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6、蒙古族人们勤劳朴实，蒙古族人们热情好客——我生为蒙古族人我骄傲！</w:t>
      </w:r>
      <w:r>
        <w:rPr>
          <w:lang w:eastAsia="zh-CN"/>
        </w:rPr>
        <w:br/>
      </w:r>
      <w:r>
        <w:rPr>
          <w:lang w:eastAsia="zh-CN"/>
        </w:rPr>
        <w:t>　　请听蒙文诗朗诵《我的骄傲》领读：阿古拉、李高娃</w:t>
      </w:r>
      <w:r>
        <w:rPr>
          <w:lang w:eastAsia="zh-CN"/>
        </w:rPr>
        <w:br/>
      </w:r>
      <w:r>
        <w:rPr>
          <w:lang w:eastAsia="zh-CN"/>
        </w:rPr>
        <w:t>　　7、接下来请欣赏20__年最新版童话剧《灰姑娘》表演者：田甜、丁雷宇等</w:t>
      </w:r>
      <w:r>
        <w:rPr>
          <w:lang w:eastAsia="zh-CN"/>
        </w:rPr>
        <w:br/>
      </w:r>
      <w:r>
        <w:rPr>
          <w:lang w:eastAsia="zh-CN"/>
        </w:rPr>
        <w:t>　　8、老年教师表演节目</w:t>
      </w:r>
      <w:r>
        <w:rPr>
          <w:lang w:eastAsia="zh-CN"/>
        </w:rPr>
        <w:br/>
      </w:r>
      <w:r>
        <w:rPr>
          <w:lang w:eastAsia="zh-CN"/>
        </w:rPr>
        <w:t>　　9、火辣的舞蹈感染着我们，动听的旋律熏陶着我们。</w:t>
      </w:r>
      <w:r>
        <w:rPr>
          <w:lang w:eastAsia="zh-CN"/>
        </w:rPr>
        <w:br/>
      </w:r>
      <w:r>
        <w:rPr>
          <w:lang w:eastAsia="zh-CN"/>
        </w:rPr>
        <w:t>　　请欣赏舞蹈《西域风情》表演者：白红娟、刘金艳等</w:t>
      </w:r>
      <w:r>
        <w:rPr>
          <w:lang w:eastAsia="zh-CN"/>
        </w:rPr>
        <w:br/>
      </w:r>
      <w:r>
        <w:rPr>
          <w:lang w:eastAsia="zh-CN"/>
        </w:rPr>
        <w:t>　　10、老年教师表演节目</w:t>
      </w:r>
      <w:r>
        <w:rPr>
          <w:lang w:eastAsia="zh-CN"/>
        </w:rPr>
        <w:br/>
      </w:r>
      <w:r>
        <w:rPr>
          <w:lang w:eastAsia="zh-CN"/>
        </w:rPr>
        <w:t>　　11、“草原的风，草原的雨，草原的羊群草原的花；草原的水，草原的姑娘啊卓玛”</w:t>
      </w:r>
      <w:r>
        <w:rPr>
          <w:lang w:eastAsia="zh-CN"/>
        </w:rPr>
        <w:br/>
      </w:r>
      <w:r>
        <w:rPr>
          <w:lang w:eastAsia="zh-CN"/>
        </w:rPr>
        <w:t>　　请欣赏藏族舞蹈《卓玛》表演者：格日乐、由小蕊等</w:t>
      </w:r>
      <w:r>
        <w:rPr>
          <w:lang w:eastAsia="zh-CN"/>
        </w:rPr>
        <w:br/>
      </w:r>
      <w:r>
        <w:rPr>
          <w:lang w:eastAsia="zh-CN"/>
        </w:rPr>
        <w:t>　　12、请欣赏来自草原的天籁之音《草原的天堂》演唱者：白玉荣、李高娃等</w:t>
      </w:r>
      <w:r>
        <w:rPr>
          <w:lang w:eastAsia="zh-CN"/>
        </w:rPr>
        <w:br/>
      </w:r>
      <w:r>
        <w:rPr>
          <w:lang w:eastAsia="zh-CN"/>
        </w:rPr>
        <w:t>　　13、播放《同一首歌》，活动结束</w:t>
      </w:r>
      <w:r>
        <w:rPr>
          <w:lang w:eastAsia="zh-CN"/>
        </w:rPr>
        <w:br/>
      </w:r>
      <w:r>
        <w:rPr>
          <w:lang w:eastAsia="zh-CN"/>
        </w:rPr>
        <w:t>　　结束词：</w:t>
      </w:r>
      <w:r>
        <w:rPr>
          <w:lang w:eastAsia="zh-CN"/>
        </w:rPr>
        <w:br/>
      </w:r>
      <w:r>
        <w:rPr>
          <w:lang w:eastAsia="zh-CN"/>
        </w:rPr>
        <w:t>　　不知不觉我们的活动已接近尾声，同样的渴望，同样的追求，让我们为工作在这样一个团结和谐、积极向上的集体中，手牵手，心连心，唱起同一首歌，互相祝福互相激励，共同祝愿我们事业更美好，每一年、每一天都充满着幸福与喜悦！</w:t>
      </w:r>
      <w:r>
        <w:rPr>
          <w:lang w:eastAsia="zh-CN"/>
        </w:rPr>
        <w:br/>
      </w:r>
      <w:r>
        <w:rPr>
          <w:lang w:eastAsia="zh-CN"/>
        </w:rPr>
        <w:t xml:space="preserve">    2024年幼儿园元旦的主持词范文 篇13 </w:t>
      </w:r>
      <w:r>
        <w:rPr>
          <w:lang w:eastAsia="zh-CN"/>
        </w:rPr>
        <w:br/>
      </w:r>
      <w:r>
        <w:rPr>
          <w:lang w:eastAsia="zh-CN"/>
        </w:rPr>
        <w:t>　　20__幼儿园元旦主持词</w:t>
      </w:r>
      <w:r>
        <w:rPr>
          <w:lang w:eastAsia="zh-CN"/>
        </w:rPr>
        <w:br/>
      </w:r>
    </w:p>
    <w:p w:rsidR="001B1F19" w14:textId="27C3F48A">
      <w:pPr>
        <w:rPr>
          <w:rFonts w:hint="eastAsia"/>
          <w:lang w:eastAsia="zh-CN"/>
        </w:rPr>
      </w:pPr>
      <w:r>
        <w:rPr>
          <w:lang w:eastAsia="zh-CN"/>
        </w:rPr>
        <w:t>　　张：尊敬的各位领导、各位老师</w:t>
      </w:r>
      <w:r>
        <w:rPr>
          <w:lang w:eastAsia="zh-CN"/>
        </w:rPr>
        <w:br/>
      </w:r>
      <w:r>
        <w:rPr>
          <w:lang w:eastAsia="zh-CN"/>
        </w:rPr>
        <w:t>　　范：亲爱的兄弟姐妹们</w:t>
      </w:r>
      <w:r>
        <w:rPr>
          <w:lang w:eastAsia="zh-CN"/>
        </w:rPr>
        <w:br/>
      </w:r>
      <w:r>
        <w:rPr>
          <w:lang w:eastAsia="zh-CN"/>
        </w:rPr>
        <w:t>　　合：大家新年好!</w:t>
      </w:r>
      <w:r>
        <w:rPr>
          <w:lang w:eastAsia="zh-CN"/>
        </w:rPr>
        <w:br/>
      </w:r>
      <w:r>
        <w:rPr>
          <w:lang w:eastAsia="zh-CN"/>
        </w:rPr>
        <w:t>　　张：新的钟声</w:t>
      </w:r>
      <w:r>
        <w:rPr>
          <w:lang w:eastAsia="zh-CN"/>
        </w:rPr>
        <w:br/>
      </w:r>
      <w:r>
        <w:rPr>
          <w:lang w:eastAsia="zh-CN"/>
        </w:rPr>
        <w:t>　　范：新的一年</w:t>
      </w:r>
      <w:r>
        <w:rPr>
          <w:lang w:eastAsia="zh-CN"/>
        </w:rPr>
        <w:br/>
      </w:r>
      <w:r>
        <w:rPr>
          <w:lang w:eastAsia="zh-CN"/>
        </w:rPr>
        <w:t>　　张：新的祝福</w:t>
      </w:r>
      <w:r>
        <w:rPr>
          <w:lang w:eastAsia="zh-CN"/>
        </w:rPr>
        <w:br/>
      </w:r>
      <w:r>
        <w:rPr>
          <w:lang w:eastAsia="zh-CN"/>
        </w:rPr>
        <w:t>　　范：新的期待</w:t>
      </w:r>
      <w:r>
        <w:rPr>
          <w:lang w:eastAsia="zh-CN"/>
        </w:rPr>
        <w:br/>
      </w:r>
      <w:r>
        <w:rPr>
          <w:lang w:eastAsia="zh-CN"/>
        </w:rPr>
        <w:t>　　张：今天，我们实幼大家庭在这里团圆啦!</w:t>
      </w:r>
      <w:r>
        <w:rPr>
          <w:lang w:eastAsia="zh-CN"/>
        </w:rPr>
        <w:br/>
      </w:r>
      <w:r>
        <w:rPr>
          <w:lang w:eastAsia="zh-CN"/>
        </w:rPr>
        <w:t>　　范：20__年的春天又来了!</w:t>
      </w:r>
      <w:r>
        <w:rPr>
          <w:lang w:eastAsia="zh-CN"/>
        </w:rPr>
        <w:br/>
      </w:r>
      <w:r>
        <w:rPr>
          <w:lang w:eastAsia="zh-CN"/>
        </w:rPr>
        <w:t>　　张：在这辞旧迎新之际，我们给大家拜年了!</w:t>
      </w:r>
      <w:r>
        <w:rPr>
          <w:lang w:eastAsia="zh-CN"/>
        </w:rPr>
        <w:br/>
      </w:r>
      <w:r>
        <w:rPr>
          <w:lang w:eastAsia="zh-CN"/>
        </w:rPr>
        <w:t>　　合：祝大家新年快乐，阖家幸福!</w:t>
      </w:r>
      <w:r>
        <w:rPr>
          <w:lang w:eastAsia="zh-CN"/>
        </w:rPr>
        <w:br/>
      </w:r>
      <w:r>
        <w:rPr>
          <w:lang w:eastAsia="zh-CN"/>
        </w:rPr>
        <w:t>　　范：20__年在成功和收获的喜悦中渐渐远去</w:t>
      </w:r>
      <w:r>
        <w:rPr>
          <w:lang w:eastAsia="zh-CN"/>
        </w:rPr>
        <w:br/>
      </w:r>
      <w:r>
        <w:rPr>
          <w:lang w:eastAsia="zh-CN"/>
        </w:rPr>
        <w:t>　　张：20__年的钟声即将敲响</w:t>
      </w:r>
      <w:r>
        <w:rPr>
          <w:lang w:eastAsia="zh-CN"/>
        </w:rPr>
        <w:br/>
      </w:r>
      <w:r>
        <w:rPr>
          <w:lang w:eastAsia="zh-CN"/>
        </w:rPr>
        <w:t>　　范：站在岁末我们回眸凝望，过去的一年我们有太多的感动，太多的震撼，有太多的故事值得我们永久珍藏;</w:t>
      </w:r>
      <w:r>
        <w:rPr>
          <w:lang w:eastAsia="zh-CN"/>
        </w:rPr>
        <w:br/>
      </w:r>
      <w:r>
        <w:rPr>
          <w:lang w:eastAsia="zh-CN"/>
        </w:rPr>
        <w:t>　　张：站在岁首我们翘首企盼，未来的一年我们有更多的展望，更多的梦想，有更多的高峰等着我们奋力登攀!</w:t>
      </w:r>
      <w:r>
        <w:rPr>
          <w:lang w:eastAsia="zh-CN"/>
        </w:rPr>
        <w:br/>
      </w:r>
      <w:r>
        <w:rPr>
          <w:lang w:eastAsia="zh-CN"/>
        </w:rPr>
        <w:t>　　范：昨夜西风凋碧树，凋不了我们胸中希望的火焰;</w:t>
      </w:r>
      <w:r>
        <w:rPr>
          <w:lang w:eastAsia="zh-CN"/>
        </w:rPr>
        <w:br/>
      </w:r>
      <w:r>
        <w:rPr>
          <w:lang w:eastAsia="zh-CN"/>
        </w:rPr>
        <w:t>　　张：满地余寒凝露香，凝不住我们心中坚定的信念!</w:t>
      </w:r>
      <w:r>
        <w:rPr>
          <w:lang w:eastAsia="zh-CN"/>
        </w:rPr>
        <w:br/>
      </w:r>
      <w:r>
        <w:rPr>
          <w:lang w:eastAsia="zh-CN"/>
        </w:rPr>
        <w:t>　　范：在这歌声与微笑编织的舞台，</w:t>
      </w:r>
      <w:r>
        <w:rPr>
          <w:lang w:eastAsia="zh-CN"/>
        </w:rPr>
        <w:br/>
      </w:r>
      <w:r>
        <w:rPr>
          <w:lang w:eastAsia="zh-CN"/>
        </w:rPr>
        <w:t>　　在这充溢着温馨与和谐的大家庭，</w:t>
      </w:r>
      <w:r>
        <w:rPr>
          <w:lang w:eastAsia="zh-CN"/>
        </w:rPr>
        <w:br/>
      </w:r>
      <w:r>
        <w:rPr>
          <w:lang w:eastAsia="zh-CN"/>
        </w:rPr>
        <w:t>　　让我们一起祝福：</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https://d.book118.com/306003243010010051</w:t>
        </w:r>
      </w:hyperlink>
    </w:p>
    <w:p w:rsidR="001B1F19">
      <w:pPr>
        <w:rPr>
          <w:rFonts w:hint="eastAsia"/>
          <w:lang w:eastAsia="zh-CN"/>
        </w:rPr>
      </w:pPr>
    </w:p>
    <w:sectPr>
      <w:type w:val="nextPage"/>
      <w:pgSz w:w="11906" w:h="16838"/>
      <w:pgMar w:top="1440" w:right="1800" w:bottom="1440" w:left="1800" w:header="851" w:footer="992" w:gutter="0"/>
      <w:pgNumType w:start="3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306003243010010051"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51</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