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毕业典礼往届毕业生发言稿（35篇）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毕业典礼往届毕业生发言稿（精选35篇）</w:t>
      </w:r>
      <w:r>
        <w:rPr>
          <w:lang w:eastAsia="zh-CN"/>
        </w:rPr>
        <w:br/>
      </w:r>
      <w:r>
        <w:rPr>
          <w:lang w:eastAsia="zh-CN"/>
        </w:rPr>
        <w:t xml:space="preserve">    毕业典礼往届毕业生发言稿 篇1 </w:t>
      </w:r>
      <w:r>
        <w:rPr>
          <w:lang w:eastAsia="zh-CN"/>
        </w:rPr>
        <w:br/>
      </w:r>
      <w:r>
        <w:rPr>
          <w:lang w:eastAsia="zh-CN"/>
        </w:rPr>
        <w:t>　　敬爱的老师、亲爱的同学们：</w:t>
      </w:r>
      <w:r>
        <w:rPr>
          <w:lang w:eastAsia="zh-CN"/>
        </w:rPr>
        <w:br/>
      </w:r>
      <w:r>
        <w:rPr>
          <w:lang w:eastAsia="zh-CN"/>
        </w:rPr>
        <w:t>　　大家好！在这艳阳高照，枫叶深红的日子里，我们最后一次欢聚在母校三楼的六年级教室里。</w:t>
      </w:r>
      <w:r>
        <w:rPr>
          <w:lang w:eastAsia="zh-CN"/>
        </w:rPr>
        <w:br/>
      </w:r>
      <w:r>
        <w:rPr>
          <w:lang w:eastAsia="zh-CN"/>
        </w:rPr>
        <w:t>　　从我们初踏入校园到现在，那一棵棵红枫树也都已增添了六个年轮。那一个个年轮都印证着我们的生活；印证着我们的喜怒哀乐；印证着我们的成长。此刻，我又回忆起同学们在操场互相追逐时的欢乐；在教室里认真晨读时的琅琅书声；在阳台走廊玩“猫抓老鼠”时显得劳累却又开怀的笑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记得在四年级的第一个学期，班里的一位同学因为多带了100元保险费，在报名缴费后，不慎丢失在学校操场的一角落，被我们拾金不昧的好同学姚鳯丽发现，捡了回来立即交给了班主任朱老师。当那丢钱的同学焦急寻找时，知情的同学告诉了她，她高兴地领回了100元。如果这钱丢失在校外，被路人捡走，他会想找失主还钱吗？也许不会吧！但是在这属于孩子们最纯净的校园里同学们都是最无邪的。在学校里的孩子们是最清纯而诚实的。这里是育人的乐园，像家一样充满了温馨。同学们，我们很快就要离开这个陪伴了我们六年的校园，步入一个新的阶梯，走向中学的校门，希望大家不要再像以前一样那么淘气，收敛一点，去迎接新的校园，把以往的生活刻在心里。</w:t>
      </w:r>
      <w:r>
        <w:rPr>
          <w:lang w:eastAsia="zh-CN"/>
        </w:rPr>
        <w:br/>
      </w:r>
      <w:r>
        <w:rPr>
          <w:lang w:eastAsia="zh-CN"/>
        </w:rPr>
        <w:t>　　在这最后的日子里，同学们都要好好珍惜，向自己的目标再前行一步。就要说再见了，心里总有许多不舍，也有对以后生活的憧憬。</w:t>
      </w:r>
      <w:r>
        <w:rPr>
          <w:lang w:eastAsia="zh-CN"/>
        </w:rPr>
        <w:br/>
      </w:r>
      <w:r>
        <w:rPr>
          <w:lang w:eastAsia="zh-CN"/>
        </w:rPr>
        <w:t>　　告别母校，告别老师，告别同学！我们在新的学习环境里继续加油，各自努力，再创学习辉煌！</w:t>
      </w:r>
      <w:r>
        <w:rPr>
          <w:lang w:eastAsia="zh-CN"/>
        </w:rPr>
        <w:br/>
      </w:r>
      <w:r>
        <w:rPr>
          <w:lang w:eastAsia="zh-CN"/>
        </w:rPr>
        <w:t>　　我的发言完毕，谢谢大家！</w:t>
      </w:r>
      <w:r>
        <w:rPr>
          <w:lang w:eastAsia="zh-CN"/>
        </w:rPr>
        <w:br/>
      </w:r>
      <w:r>
        <w:rPr>
          <w:lang w:eastAsia="zh-CN"/>
        </w:rPr>
        <w:t xml:space="preserve">    毕业典礼往届毕业生发言稿 篇2 </w:t>
      </w:r>
      <w:r>
        <w:rPr>
          <w:lang w:eastAsia="zh-CN"/>
        </w:rPr>
        <w:br/>
      </w:r>
      <w:r>
        <w:rPr>
          <w:lang w:eastAsia="zh-CN"/>
        </w:rPr>
        <w:t>　　尊敬的各位领导、老师，亲爱的师兄师姐们：</w:t>
      </w:r>
      <w:r>
        <w:rPr>
          <w:lang w:eastAsia="zh-CN"/>
        </w:rPr>
        <w:br/>
      </w:r>
      <w:r>
        <w:rPr>
          <w:lang w:eastAsia="zh-CN"/>
        </w:rPr>
        <w:t>　　在我们相聚的日子里，有着最珍惜的情谊;在我们年轻的岁月中，有着最真挚的相知，这份缘值得我们珍惜!毕业了，多么想留住那些温暖的日子，但又多么渴望着能早日投进生活的洪流。那以往的同窗生活，是一串甜美的糖葫芦;那迷人的甜与酸，将永远回味不完。</w:t>
      </w:r>
      <w:r>
        <w:rPr>
          <w:lang w:eastAsia="zh-CN"/>
        </w:rPr>
        <w:br/>
      </w:r>
      <w:r>
        <w:rPr>
          <w:lang w:eastAsia="zh-CN"/>
        </w:rPr>
        <w:t>　　你们好!我是经济系级的___。在这里，谨让我代表全体非庆祝毕业班的同学对师兄师姐们能够以优异的成绩顺利庆祝毕业表示热烈的祝贺!同时，也对师兄师姐们对我们一贯以来的关心、爱护、帮助和支持表示衷心的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从踏入仲园的第一天起，师兄师姐们的影子就深深地刻在了我们的心中。忘不了师兄师姐们迎接新生入学时的一张张充满了温情的笑脸和帮我们开第一个班会时那一句句意味深长的话语;还有在烈日下，我们军训时操场旁你们那一双双关切的眼睛和院运会上一个个忙碌的身影，更有师兄师姐们在领奖台上的一个个灿烂的笑容。这一切的一切，深深地感染着我们，激励着我们，让我们能够在仲园迅速地安定下来，并生根发芽，茁壮成长。</w:t>
      </w:r>
      <w:r>
        <w:rPr>
          <w:lang w:eastAsia="zh-CN"/>
        </w:rPr>
        <w:br/>
      </w:r>
      <w:r>
        <w:rPr>
          <w:lang w:eastAsia="zh-CN"/>
        </w:rPr>
        <w:t>　　此刻，我想起了牛顿。因为他曾说，他之所以能看得比别人远，是因为他站在科学巨人的肩膀上。那么，我们呢?我们之所以能取得今天的成绩，除了学校老师的悉心指导外，还有赖于师兄师姐的关心、爱护、帮助和支持!</w:t>
      </w:r>
      <w:r>
        <w:rPr>
          <w:lang w:eastAsia="zh-CN"/>
        </w:rPr>
        <w:br/>
      </w:r>
      <w:r>
        <w:rPr>
          <w:lang w:eastAsia="zh-CN"/>
        </w:rPr>
        <w:t>　　雄关漫道真如铁，而今迈步从头越”!今天，在这个庆祝毕业典礼上，让我们衷心的祝愿各位即将踏出大学殿堂的师兄师姐们在工作岗位上能够继续发扬母校“团结，奋进，爱国，爱农”的优良传统，发扬仲恺精神，脚踏实地，扎实苦干，百折不挠，自强不息，在今后的人生道路上，不断进步，早出成果，用辛勤的汗水浇灌出幸福之花!同时也希望师兄师姐们能多回来看看我们，继续关心、支持母校的建设和发展，在社会主义现代化建设中建功立业，为母校争光添彩。</w:t>
      </w:r>
      <w:r>
        <w:rPr>
          <w:lang w:eastAsia="zh-CN"/>
        </w:rPr>
        <w:br/>
      </w:r>
      <w:r>
        <w:rPr>
          <w:lang w:eastAsia="zh-CN"/>
        </w:rPr>
        <w:t>　　而我们决心以师兄师姐们为榜样，继承和发扬仲恺优良传统在努力学习专业知识的同时，坚持理论知识与社会实践的统一，刻苦学习，练好本领，为响应学院党委提出的“扩规模、上层次、创品牌”的工作思路而努力奋斗，全面提高自身的综合素质，全面发展，为将来报效祖国做好充分的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最后，祝亲爱的师兄师姐们身体健康、前程似锦，祝我们敬爱的领导和老师们身体健康、工作顺利、万事如意!</w:t>
      </w:r>
      <w:r>
        <w:rPr>
          <w:lang w:eastAsia="zh-CN"/>
        </w:rPr>
        <w:br/>
      </w:r>
      <w:r>
        <w:rPr>
          <w:lang w:eastAsia="zh-CN"/>
        </w:rPr>
        <w:t>　　谢谢!</w:t>
      </w:r>
      <w:r>
        <w:rPr>
          <w:lang w:eastAsia="zh-CN"/>
        </w:rPr>
        <w:br/>
      </w:r>
      <w:r>
        <w:rPr>
          <w:lang w:eastAsia="zh-CN"/>
        </w:rPr>
        <w:t xml:space="preserve">    毕业典礼往届毕业生发言稿 篇3 </w:t>
      </w:r>
      <w:r>
        <w:rPr>
          <w:lang w:eastAsia="zh-CN"/>
        </w:rPr>
        <w:br/>
      </w:r>
      <w:r>
        <w:rPr>
          <w:lang w:eastAsia="zh-CN"/>
        </w:rPr>
        <w:t>　　尊敬的领导、老师，亲爱的同学们：</w:t>
      </w:r>
      <w:r>
        <w:rPr>
          <w:lang w:eastAsia="zh-CN"/>
        </w:rPr>
        <w:br/>
      </w:r>
      <w:r>
        <w:rPr>
          <w:lang w:eastAsia="zh-CN"/>
        </w:rPr>
        <w:t>　　大家好! 今天我能站在毕业典礼上发言，我觉得很荣幸。今天对我们而言，是一个值得铭记的日子。三年的初中生涯在今天即将结束。此时此刻，我的心情和在座的各位一样：纵然有着欢聚一堂的喜悦，也有着掩藏不住地回忆和留恋。</w:t>
      </w:r>
      <w:r>
        <w:rPr>
          <w:lang w:eastAsia="zh-CN"/>
        </w:rPr>
        <w:br/>
      </w:r>
      <w:r>
        <w:rPr>
          <w:lang w:eastAsia="zh-CN"/>
        </w:rPr>
        <w:t>　　今天是一个特别的时刻，请允许我代表全体初三同学，向关心教导，辛苦培养我们的领导、老师们，表示最衷心的感谢和最崇高的敬意。感谢你们，三年以来对我们的悉心教导。传道，授业，解惑，你们与学生迎难而上;快乐，伤心，奋进，你们与学生形影不离。是你们深情的凝视，给了我们最坚定的信心;是你们关爱的目光，使我们从容地走进考场。感谢你们，教会我们如何做人。也许我们曾经任性，让您难过，也许我们曾经调皮，让您伤心，但请原谅我们，那是我们经历青春，走过成长的真实故事，也正因为如此，我们更加难忘老师的精心培养。此时此刻，我谨代表初三的全体同学在这里向你们道一声：老师，你们辛苦了!你们精心培养的鲜花，现在该是让每一个花瓣都散发芬芳的时候了。我想所有拼搏的汗水与理想的希冀，都会化做频传的捷报，如期而至，飞到你们的案前。我知道，那是对你们长期以来无私奉献的最好报答……</w:t>
      </w:r>
      <w:r>
        <w:rPr>
          <w:lang w:eastAsia="zh-CN"/>
        </w:rPr>
        <w:br/>
      </w:r>
      <w:r>
        <w:rPr>
          <w:lang w:eastAsia="zh-CN"/>
        </w:rPr>
        <w:t>　　有人说，初中的生活是一本太仓促的书。是的，三年的时光</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w:t>
      </w:r>
      <w:r>
        <w:rPr>
          <w:lang w:eastAsia="zh-CN"/>
        </w:rPr>
        <w:br/>
      </w:r>
      <w:r>
        <w:rPr>
          <w:lang w:eastAsia="zh-CN"/>
        </w:rPr>
        <w:t>　　一千多页的喜怒哀乐就这样匆匆翻过，但是却给我们留下了那么多生动的细节，那么多精彩的片段。我们用勤奋和智慧创造了一次又一次的辉煌，编织了温馨绚烂的初中生活。课堂上，有我们专注的眼神;运动场上，有我们挥洒汗水的飒爽英姿;艺术节的舞台上，有我们清亮的歌声、轻盈的舞步。在一个个飞驰而过的日子里，我们默默地传递着关爱和友谊，凝聚成了充满友爱、充满昂扬斗志的'班集体。回顾这三年，我们已从稚嫩走向成熟，从无知走向理智，从浅薄走向充实。</w:t>
      </w:r>
      <w:r>
        <w:rPr>
          <w:lang w:eastAsia="zh-CN"/>
        </w:rPr>
        <w:br/>
      </w:r>
      <w:r>
        <w:rPr>
          <w:lang w:eastAsia="zh-CN"/>
        </w:rPr>
        <w:t>　　同学们，后天大家就将走进中考的考场，迎接人生第一场重要的挑战。在此，我衷心地希望每一位同学都能沉着冷静，积极应战，发挥正常的水平，考出理想的成绩。同时，我也希望同学们以平常心来对待中考，虽然中考重要，它能够影响和改变我们人生的轨迹，但是，它并不能决定我们的命运， 因为，心若在，梦就在，年轻没有失败! 同学们，初中三年，时光很短，人生的路，还很漫长，但是，衷心祈愿，初中三年的时光已经点燃大家未来人生路上的那盏明灯，照亮大家，坚实前行。同时，也衷心希望，初中三年我们大家结下的师生谊、朋友情天长地久，地久天长!祝愿我们卧龙初中明天更辉煌</w:t>
      </w:r>
      <w:r>
        <w:rPr>
          <w:lang w:eastAsia="zh-CN"/>
        </w:rPr>
        <w:br/>
      </w:r>
      <w:r>
        <w:rPr>
          <w:lang w:eastAsia="zh-CN"/>
        </w:rPr>
        <w:t>　　最后祝愿：</w:t>
      </w:r>
      <w:r>
        <w:rPr>
          <w:lang w:eastAsia="zh-CN"/>
        </w:rPr>
        <w:br/>
      </w:r>
      <w:r>
        <w:rPr>
          <w:lang w:eastAsia="zh-CN"/>
        </w:rPr>
        <w:t xml:space="preserve">    毕业典礼往届毕业生发言稿 篇4 </w:t>
      </w:r>
      <w:r>
        <w:rPr>
          <w:lang w:eastAsia="zh-CN"/>
        </w:rPr>
        <w:br/>
      </w:r>
      <w:r>
        <w:rPr>
          <w:lang w:eastAsia="zh-CN"/>
        </w:rPr>
        <w:t>　　尊敬的各位领导，老师，家长和同学们：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你们好!我是省溧中GAC-ACT国际课程中心的魏璐，今天我能作为毕业生代表在这里发言表示非常荣幸。首先请允许我代表20_届全体国际部学生向我们‘授业’‘解惑’的领导和老师们致以最衷心的感谢!Thank you my dear teachers! Congratulations to my classmates!</w:t>
      </w:r>
      <w:r>
        <w:rPr>
          <w:lang w:eastAsia="zh-CN"/>
        </w:rPr>
        <w:br/>
      </w:r>
      <w:r>
        <w:rPr>
          <w:lang w:eastAsia="zh-CN"/>
        </w:rPr>
        <w:t>　　今天对于我们班的每一位来说都是个心脏砰砰跳的日子，时光如梭，光阴似箭，一眨眼时间高中三年就在指尖悄悄溜走。今天的到来为高中三年划上了一个完美的句号。慢慢回忆起高中三年的点点滴滴，过程中有眼泪并且有辛酸，好在结局是完美的，所以我们为此骄傲!</w:t>
      </w:r>
      <w:r>
        <w:rPr>
          <w:lang w:eastAsia="zh-CN"/>
        </w:rPr>
        <w:br/>
      </w:r>
      <w:r>
        <w:rPr>
          <w:lang w:eastAsia="zh-CN"/>
        </w:rPr>
        <w:t>　　慢慢地静下心开始回忆，高中三年的情景如放电影一般历历在目。还记得高一的时候，大家都怀着憧憬的心懵懵懂懂的踏进了教室门，好奇的窥探着周围的一切，美好的同学友谊也从此开始建立起来。无例外的,我们需要接受中方的课堂，学习着无穷无尽初中老师无法授予的知识。但是与此同时，新颖的外教课程让我们兴趣倍加，我们开始渐渐喜欢上这种跳跃的思维，而不是永远止步于古板的课本。在无形中，我们慢慢夯实了基础。但是由于要照顾中外方的课程，刚开始的我们虽然带着些生疏与稚嫩，还是乐意津津有味的学习着。</w:t>
      </w:r>
      <w:r>
        <w:rPr>
          <w:lang w:eastAsia="zh-CN"/>
        </w:rPr>
        <w:br/>
      </w:r>
      <w:r>
        <w:rPr>
          <w:lang w:eastAsia="zh-CN"/>
        </w:rPr>
        <w:t>　　然而，到了高二的时候，是高中三年挥洒汗水和泪水最多的一年。托福，GAC，小高考的多重叠加让我们有些喘不过气。</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但是这也是给我们成长的一个台阶,我们渐渐能熟练的平衡这多重压力。值得一提的是，不仅在学业上有很多要求，在课外的时候老师总是要求我们用英语对话，虽然我们常常抱怨，但是到了最后还是体会到了老师的良苦用心。然而每每懂了西方节日的时候，比如圣诞节，万圣节，感恩节，我们都开开心心的举办着各种party。比如万圣节的时候，同学们各种各样的搞怪和cosplay还历历在目。到了感恩节的时候，日常矫情无法对父母说出的感谢的话都可以在那天全部真心的表露出来。圣诞节的时候，我们可以尽自己力去帮助比我们更需要帮助的人。收获了很多比物质珍贵很多的东西。这一年，充斥着汗水和欢天笑语。</w:t>
      </w:r>
      <w:r>
        <w:rPr>
          <w:lang w:eastAsia="zh-CN"/>
        </w:rPr>
        <w:br/>
      </w:r>
      <w:r>
        <w:rPr>
          <w:lang w:eastAsia="zh-CN"/>
        </w:rPr>
        <w:t>　　高三上学期， 越来越逼近毕业季，压力也越来越大。托福，ACT，还有耗心耗神的GAC level 3.好在我们已经熟练能安排自己的时间段并且尽自己最大的力去完美的完成任务。一份份模拟试卷，一节节枯燥无味的英文课，一篇篇改了又改的论文和报告，一个个要求苛刻的演讲，成为了这个时期最最代表性的坐向标。但是与此同时，收获往往和付出是成正比的，我们收获了自信，勇敢，刻苦和满意的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当然，如果只有正能量的高中并不是完美的。高中三年，我们也接受了很多来自外界的误解。他们总觉得我们的高中是很轻松的并不需要去耕耘。最初的时候我们总是气鼓鼓的去辩解，现在我们已经坦然面对，更加努力奋斗着，用自己的实际行动去堵上别人的嘴巴。因为我们明白，我们所需要的并不仅仅是那些鲜艳的分数，告别填鸭式的教育，我们要学会自主学习，并且不断拓宽其他方面的能力，了解西方文化知识的冲突。</w:t>
      </w:r>
      <w:r>
        <w:rPr>
          <w:lang w:eastAsia="zh-CN"/>
        </w:rPr>
        <w:br/>
      </w:r>
      <w:r>
        <w:rPr>
          <w:lang w:eastAsia="zh-CN"/>
        </w:rPr>
        <w:t>　　如今我们即将毕业，最需要感谢的是老师和父母。谢谢每位老师不厌其烦的教诲与鞭策。父母更不用说，不仅在学业上，在生活上的每点每滴也为我们尽心尽力操碎了心。在这里我想对他们说一声：你们辛苦了!高中再美好，它也即将成为回忆。我们需要做的不是去怀念他后悔些什么，而是仔细品味高中这三年自己的经历和变化，好的继续保留，不要的去改变而不是去后悔。我们既然选择了这条无知的路，就应该坦然接受并且保持着初衷理智的去探索。往后大学四年生活，我们一定不辜负家长的寄托，老师的教诲，自己的初衷，努力去成为一个更好的人。</w:t>
      </w:r>
      <w:r>
        <w:rPr>
          <w:lang w:eastAsia="zh-CN"/>
        </w:rPr>
        <w:br/>
      </w:r>
      <w:r>
        <w:rPr>
          <w:lang w:eastAsia="zh-CN"/>
        </w:rPr>
        <w:t xml:space="preserve">    毕业典礼往届毕业生发言稿 篇5 </w:t>
      </w:r>
      <w:r>
        <w:rPr>
          <w:lang w:eastAsia="zh-CN"/>
        </w:rPr>
        <w:br/>
      </w:r>
      <w:r>
        <w:rPr>
          <w:lang w:eastAsia="zh-CN"/>
        </w:rPr>
        <w:t>　　尊敬的各位领导、老师们、同学们：</w:t>
      </w:r>
      <w:r>
        <w:rPr>
          <w:lang w:eastAsia="zh-CN"/>
        </w:rPr>
        <w:br/>
      </w:r>
      <w:r>
        <w:rPr>
          <w:lang w:eastAsia="zh-CN"/>
        </w:rPr>
        <w:t>　　大家好!</w:t>
      </w:r>
      <w:r>
        <w:rPr>
          <w:lang w:eastAsia="zh-CN"/>
        </w:rPr>
        <w:br/>
      </w:r>
      <w:r>
        <w:rPr>
          <w:lang w:eastAsia="zh-CN"/>
        </w:rPr>
        <w:t>　　非常荣幸能作为毕业生代表，站在这里发言。首先请允许我代表_级全体同学感谢我们的母校和老师，感谢你们这四年来的悉心教导和精心栽培!</w:t>
      </w:r>
      <w:r>
        <w:rPr>
          <w:lang w:eastAsia="zh-CN"/>
        </w:rPr>
        <w:br/>
      </w:r>
      <w:r>
        <w:rPr>
          <w:lang w:eastAsia="zh-CN"/>
        </w:rPr>
        <w:t>　　现在我站在这里，很荣幸，也很忐忑。作为即将离开_大学的年轻一员，我一直在思考：我们——新一代_人，在社会浪潮中该如何传承我们的文化，又该如何在此基础上有所超越?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孔子曰：“大道之行，天下为公。”_给我们的财富，不是的理论，不是枯燥的课本，而是一种对真善美的执着信仰和由衷热爱。当白发苍苍、德高望重的老教授们给我们如数家珍般地诠释深奥的学术概念时，我们领悟到了什么是大师的睿智;当锐意进取、开拓创新的中青年学者挥洒自如地展现他们恢弘的风采时，我们体会到了什么是专家的敏锐。在_，每一次讲授都是一次教育，每一堂讨论都是一次提高，每一次体验都是一次升华。</w:t>
      </w:r>
      <w:r>
        <w:rPr>
          <w:lang w:eastAsia="zh-CN"/>
        </w:rPr>
        <w:br/>
      </w:r>
      <w:r>
        <w:rPr>
          <w:lang w:eastAsia="zh-CN"/>
        </w:rPr>
        <w:t>　　庄子曰：“吾生也有涯，而知也无涯。”_，用对理性的思辨和对人文的关注教出了一群善于思考，勤于钻研，理论和实践同样出色的学生。弱者权利保护中心里的知行合一;辩论赛场上的理性与睿智;支援西部建设无私奉献;风云学子的成长舞台;学术科研，你我争占鳌头;综合竞赛，人人欲领风骚。这一切，是我作为20_级毕业生的普通一员，对自己成长在_的总结，更是每一位从_走出的学子丰富的四年生活，多彩成长足迹的缩影。因为这里自由的氛围，好学的风气，悠久的传承，厚重的积淀，已经在我们身上深深烙下了印记。每一位_人拥有的三分信仰，三分思辩，三分历练，还有一分兼容并包，让我们不管将来从事什么行业，都会时刻秉承自强的品性，弘毅的精神，求是的理念和拓新的勇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曾子曰：“吾日三省吾身。”请母校放心：不论我们走到哪里，都会谨记母校的教诲，为社会做出自己的贡献!晨钟催醒巍巍江城，东方朝日在此升腾，长江汉水春潮滚滚，扬起新的_精神。让时间作证，承载着领导的殷殷期盼和老师的深情嘱托，我们20_级所有的毕业生，一定会做拥有智慧并富有激情的人，做胸怀大智并脚踏实地的人，做富有责任并敢于勇挑重担的人，不畏艰险、追求卓越，用我们的热血铸造起_之魂，用我们的脊梁托起一个新的乾坤，不辱_大学学生的称号。</w:t>
      </w:r>
      <w:r>
        <w:rPr>
          <w:lang w:eastAsia="zh-CN"/>
        </w:rPr>
        <w:br/>
      </w:r>
      <w:r>
        <w:rPr>
          <w:lang w:eastAsia="zh-CN"/>
        </w:rPr>
        <w:t>　　最后，我代表_级所有的毕业生，衷心祝福所有的师长万事顺意，每一位学弟学妹鹏程万里，祝愿我们的_大学永远年轻美丽。</w:t>
      </w:r>
      <w:r>
        <w:rPr>
          <w:lang w:eastAsia="zh-CN"/>
        </w:rPr>
        <w:br/>
      </w:r>
      <w:r>
        <w:rPr>
          <w:lang w:eastAsia="zh-CN"/>
        </w:rPr>
        <w:t xml:space="preserve">    毕业典礼往届毕业生发言稿 篇6 </w:t>
      </w:r>
      <w:r>
        <w:rPr>
          <w:lang w:eastAsia="zh-CN"/>
        </w:rPr>
        <w:br/>
      </w:r>
      <w:r>
        <w:rPr>
          <w:lang w:eastAsia="zh-CN"/>
        </w:rPr>
        <w:t>　　尊敬的各位、老师、同学们</w:t>
      </w:r>
      <w:r>
        <w:rPr>
          <w:lang w:eastAsia="zh-CN"/>
        </w:rPr>
        <w:br/>
      </w:r>
      <w:r>
        <w:rPr>
          <w:lang w:eastAsia="zh-CN"/>
        </w:rPr>
        <w:t>　　大家好!</w:t>
      </w:r>
      <w:r>
        <w:rPr>
          <w:lang w:eastAsia="zh-CN"/>
        </w:rPr>
        <w:br/>
      </w:r>
      <w:r>
        <w:rPr>
          <w:lang w:eastAsia="zh-CN"/>
        </w:rPr>
        <w:t>　　在即将毕业之际，我要对教过我们的每一位老师说：老师，您辛苦了!感谢您叁年来的谆谆教诲!我要感谢学校给予我们的支持和厚爱，我还要感谢叁年朝夕相处的同学们。</w:t>
      </w:r>
      <w:r>
        <w:rPr>
          <w:lang w:eastAsia="zh-CN"/>
        </w:rPr>
        <w:br/>
      </w:r>
      <w:r>
        <w:rPr>
          <w:lang w:eastAsia="zh-CN"/>
        </w:rPr>
        <w:t>　　谢谢大家!</w:t>
      </w:r>
      <w:r>
        <w:rPr>
          <w:lang w:eastAsia="zh-CN"/>
        </w:rPr>
        <w:br/>
      </w:r>
      <w:r>
        <w:rPr>
          <w:lang w:eastAsia="zh-CN"/>
        </w:rPr>
        <w:t>　　记得入学的第一天，老师就对我们说叁年的功夫一眨眼就过去了。此言不虚。我感觉自己仍是初来乍到，似乎昨天才第一次走进叁中的校园。初叁?中考?那是很久以后的事。</w:t>
      </w:r>
      <w:r>
        <w:rPr>
          <w:lang w:eastAsia="zh-CN"/>
        </w:rPr>
        <w:br/>
      </w:r>
      <w:r>
        <w:rPr>
          <w:lang w:eastAsia="zh-CN"/>
        </w:rPr>
        <w:t>　　记得初中的第一，我写了对初中生活的憧憬。走进叁中，成就未来,就如每天走进学校时就能看到的这句话一样，叁中在我心中，是一个神奇的地方。在这裡学习，是一件值得自豪，又有些神秘的事。</w:t>
      </w:r>
      <w:r>
        <w:rPr>
          <w:lang w:eastAsia="zh-CN"/>
        </w:rPr>
        <w:br/>
      </w:r>
      <w:r>
        <w:rPr>
          <w:lang w:eastAsia="zh-CN"/>
        </w:rPr>
        <w:t>　　但恍惚之间，中考已近在眼前，一千多个日夜已然飞逝，而离开叁中的日子，也已经不远。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回首这叁年时光，竟有些不真实之感，有太多生动的细节，太的片段，也曾因懵懂无知而彷徨过，也曾因年少的心事而伤心过，也曾因青涩而失败，但，更多的，是辉煌，是光荣，是梦想。曾在运动场上为班级争光,曾体验拿到好成绩的欣喜，曾有年少轻狂的豪言壮语，曾为叁中争得一份荣誉，这一切，是我们用勤奋和智慧创造，用青春和汗水铸就，我们要为自己喝彩!</w:t>
      </w:r>
      <w:r>
        <w:rPr>
          <w:lang w:eastAsia="zh-CN"/>
        </w:rPr>
        <w:br/>
      </w:r>
      <w:r>
        <w:rPr>
          <w:lang w:eastAsia="zh-CN"/>
        </w:rPr>
        <w:t>　　儘管如此，举杯庆祝还为时尚早，我们面临着中考的挑战。我们已没有时间畏缩，没有时间踌躇。征程就在前方，队伍正在前进。掉队就不再有机会。</w:t>
      </w:r>
      <w:r>
        <w:rPr>
          <w:lang w:eastAsia="zh-CN"/>
        </w:rPr>
        <w:br/>
      </w:r>
      <w:r>
        <w:rPr>
          <w:lang w:eastAsia="zh-CN"/>
        </w:rPr>
        <w:t>　　那么扪心自问，我们是否心怀天下却不能卧薪尝胆?是否志存高远，却不能朝乾夕惕?我要说的是，现在时间不属于我们，但我们可以拥有的是饱满的热情、昂扬的斗志、决然的、和坚韧的毅力!</w:t>
      </w:r>
      <w:r>
        <w:rPr>
          <w:lang w:eastAsia="zh-CN"/>
        </w:rPr>
        <w:br/>
      </w:r>
      <w:r>
        <w:rPr>
          <w:lang w:eastAsia="zh-CN"/>
        </w:rPr>
        <w:t>　　把每天当成终结前的最后礼物，把每道题都当成训练能力的必备武器。一切尚未结束，一切仍有可能!</w:t>
      </w:r>
      <w:r>
        <w:rPr>
          <w:lang w:eastAsia="zh-CN"/>
        </w:rPr>
        <w:br/>
      </w:r>
      <w:r>
        <w:rPr>
          <w:lang w:eastAsia="zh-CN"/>
        </w:rPr>
        <w:t>　　今年正是叁，我们要以优异的成绩为母校献上一份最好的礼物。初一、初二的同学们，请收下我们的祝福，也请你们为我们吶喊、助威!中考的同学们，成败在此一举，请诸君多努力!</w:t>
      </w:r>
      <w:r>
        <w:rPr>
          <w:lang w:eastAsia="zh-CN"/>
        </w:rPr>
        <w:br/>
      </w:r>
      <w:r>
        <w:rPr>
          <w:lang w:eastAsia="zh-CN"/>
        </w:rPr>
        <w:t>　　试看今日之城中，竟是谁家之天下。</w:t>
      </w:r>
      <w:r>
        <w:rPr>
          <w:lang w:eastAsia="zh-CN"/>
        </w:rPr>
        <w:br/>
      </w:r>
      <w:r>
        <w:rPr>
          <w:lang w:eastAsia="zh-CN"/>
        </w:rPr>
        <w:t xml:space="preserve">    毕业典礼往届毕业生发言稿 篇7 </w:t>
      </w:r>
      <w:r>
        <w:rPr>
          <w:lang w:eastAsia="zh-CN"/>
        </w:rPr>
        <w:br/>
      </w:r>
      <w:r>
        <w:rPr>
          <w:lang w:eastAsia="zh-CN"/>
        </w:rPr>
        <w:t>　　尊敬的各位领导、各位老师，亲爱的同学们：</w:t>
      </w:r>
      <w:r>
        <w:rPr>
          <w:lang w:eastAsia="zh-CN"/>
        </w:rPr>
        <w:br/>
      </w:r>
      <w:r>
        <w:rPr>
          <w:lang w:eastAsia="zh-CN"/>
        </w:rPr>
        <w:t>　　大家上午好！</w:t>
      </w:r>
      <w:r>
        <w:rPr>
          <w:lang w:eastAsia="zh-CN"/>
        </w:rPr>
        <w:br/>
      </w:r>
      <w:r>
        <w:rPr>
          <w:lang w:eastAsia="zh-CN"/>
        </w:rPr>
        <w:t>　　我是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级路桥班的学生王体超，今天能够代表公路工程系20__届全体毕业生在此发言，我感到非常的荣幸，毕业生代表毕业典礼发言稿。首先，请允许我代表全体毕业生向辛勤培育我们的领导、老师们，表示最衷心的感谢和最崇高的敬意。</w:t>
      </w:r>
      <w:r>
        <w:rPr>
          <w:lang w:eastAsia="zh-CN"/>
        </w:rPr>
        <w:br/>
      </w:r>
      <w:r>
        <w:rPr>
          <w:lang w:eastAsia="zh-CN"/>
        </w:rPr>
        <w:t>　　今天是交通职业技术学院公路工程系1100多名毕业生终身难忘的日子。因为过了今天，我们的大学生活将划上一个圆满的句号。我们将告别朝夕相处的同学，告别循循善诱的老师，告别辛勤培养我们的母校，从此踏上人生新的征程。</w:t>
      </w:r>
      <w:r>
        <w:rPr>
          <w:lang w:eastAsia="zh-CN"/>
        </w:rPr>
        <w:br/>
      </w:r>
      <w:r>
        <w:rPr>
          <w:lang w:eastAsia="zh-CN"/>
        </w:rPr>
        <w:t>　　同学们，丰富多彩的大学校园是一座熔炉，炼就出每个人与众不同的精彩人生。我们走过了大一的纯真岁月，告别了大二的紧张忙碌，来到了大三今日的依依惜别。三年的草长莺飞，我们见证了学院的快速发展。随着学院学习氛围的营造和人文环境的改善，我们感受到了母校对我们人格的塑造和素养的提升。同时，在老师们的言传身教中，我们学会了分析与思考，学会了丰富与凝练，学会了合作与竞争，学会了继承与创新。这些厚的收获，宝贵的财富，无疑使我们在竞争中多了一份信心和勇气，在人生的道路上迈得更高、更快、更远！</w:t>
      </w:r>
      <w:r>
        <w:rPr>
          <w:lang w:eastAsia="zh-CN"/>
        </w:rPr>
        <w:br/>
      </w:r>
      <w:r>
        <w:rPr>
          <w:lang w:eastAsia="zh-CN"/>
        </w:rPr>
        <w:t xml:space="preserve">    毕业典礼往届毕业生发言稿 篇8 </w:t>
      </w:r>
      <w:r>
        <w:rPr>
          <w:lang w:eastAsia="zh-CN"/>
        </w:rPr>
        <w:br/>
      </w:r>
      <w:r>
        <w:rPr>
          <w:lang w:eastAsia="zh-CN"/>
        </w:rPr>
        <w:t>　　尊敬的各位领导、老师，亲爱的同学们：</w:t>
      </w:r>
      <w:r>
        <w:rPr>
          <w:lang w:eastAsia="zh-CN"/>
        </w:rPr>
        <w:br/>
      </w:r>
      <w:r>
        <w:rPr>
          <w:lang w:eastAsia="zh-CN"/>
        </w:rPr>
        <w:t>　　大家上午好!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能够在今天的毕业典礼上作为20__届毕业生代表发言，是我大学生活中所获得的最珍贵、分量的一份荣誉!此时，每个毕业生心中都有千言万语，想要说给母校、诉诸同窗，但有一句话却一定是大家内心最无法抑制的，那就是：我们，毕业了!此刻，青海民族大学20__届的毕业生们已经褪去了迷茫，抚平了离殇，唯有胸中不灭的是未来憧憬的豪情万丈，心里不舍的是母校情丝的眷恋绵长。</w:t>
      </w:r>
      <w:r>
        <w:rPr>
          <w:lang w:eastAsia="zh-CN"/>
        </w:rPr>
        <w:br/>
      </w:r>
      <w:r>
        <w:rPr>
          <w:lang w:eastAsia="zh-CN"/>
        </w:rPr>
        <w:t>　　是的，毕业了!从初入校门时一日看尽长安花的青涩与开怀，到今天蓦然回首，那人却在灯火阑珊处的喜悦与沉淀。正是在学校进德修业，自强不息的校训氛围熏陶下，伴着何峰校长那篇文笔精炼、内蕴深厚的《磐石记》的引领，我们一点点发现着自己的内心，也一点点书写着自己的人生。这里，铭刻着我们的青春记忆，这里，铸就了我们的未来动力。</w:t>
      </w:r>
      <w:r>
        <w:rPr>
          <w:lang w:eastAsia="zh-CN"/>
        </w:rPr>
        <w:br/>
      </w:r>
      <w:r>
        <w:rPr>
          <w:lang w:eastAsia="zh-CN"/>
        </w:rPr>
        <w:t>　　今天早上，我又一次漫步在校园里，历史的光影与现实的辉煌在我的脑海中不断的交错变换。第一次走进校园的欣喜，第一次住进宿舍的无眠，第一次感受到提前花完生活费、囊中羞涩的拮据，第一次独立处理那么多问题的紧张和解决问题后的兴奋想起了曾经军训时弄得自己满身泥泞的土操场，而今已成为绿茵缤纷、喷泉相伴的磐石广场;看到了在我们不长的几年大学时光中拔地而起的新图书馆、逸夫综合楼、小岛文体馆和即将竣工而我们已无缘入住的四栋崭新的宿舍楼;触到了20__年青海民族学院正式更名青海民族大学那里程碑意义一刻的兴奋与激动;听到了在60周年校庆大会上强卫书记对学校那三个基地，一个窗口的高度评价这些都让我愈发感到对母校深深的热爱和眷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曾经，我们也会在私底下、闲谈中，抱怨学校的种.种：抱怨馨香餐厅的饭菜太差，抱怨那还在使用的60年代的绿桃公寓，抱怨鸿文楼阶梯教室的设备不清晰，抱怨学校时间观念差、办事效率低、官僚气息重，抱怨图书资料缺乏，甚至抱怨学校的漂亮太少。可是，当这所有的一切都即将成为过去，都和自己最美好的青春一起凝结成一段化不开的回忆的时候，我们才会发现，正因为深深地爱着母校，我们才会对她如此挑剔。今后，步入社会，我们恐怕再也找不到一年只要1000块的房子，再也找不到这么多好朋友一起玩三国杀，再也找不到能在宿舍楼下点燃心形蜡烛手捧玫瑰的男孩儿，再也找不到这么多兄弟姐妹在一起的家。</w:t>
      </w:r>
      <w:r>
        <w:rPr>
          <w:lang w:eastAsia="zh-CN"/>
        </w:rPr>
        <w:br/>
      </w:r>
      <w:r>
        <w:rPr>
          <w:lang w:eastAsia="zh-CN"/>
        </w:rPr>
        <w:t>　　然而，弹指一挥间，大学时光已经悄然结束了，我们终将背起行囊，开赴新的征程。母校以偌大的胸怀，包容过我们的稚嫩，见证着我们的发展，更将目睹我们的成功。李开复先生说：经过大学四年，你会从思考中确立自我，从学习中寻求真理，从独立中体验自主，从计划中把握时间，从交流中锻炼表达，从交友中品味成熟，从实践中赢得价值，从兴趣中攫取快乐，从追求中获得力量。在青海民族大学的时光，我们收获的，不仅仅是知识，更是灵动的个性;我们领略的，不仅仅是开阔的视野，更是仰望星空与脚踏实地相伴的进取精神。虽然我们的母校与一流大学还有些许距离，但它同样给了我们一个奋斗的驿站，一个公平的展示自我、锻炼自我的舞台，而我们正是这个舞台上自由的舞者。几年来，我们由当初的天真烂漫、懵懂无知，到今天成熟稳重、壮志满怀，因此，我们成长了。成长了，这便是我们在母校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们会永远铭记，恩师们对我们的谆谆教诲和亲切关怀。何其有幸，在大学里如饥似渴求学的我们，遇到过多少位德高学厚、兢兢授业，将我们这群懵懂无知的学子领进了神圣学术殿堂的授业导师;又何其有幸，遇到了我们的班主任和专、兼职辅导员，他们昭昭传道、孜孜诲人，对我们倾注了满腔的关怀和家人般的温暖。</w:t>
      </w:r>
      <w:r>
        <w:rPr>
          <w:lang w:eastAsia="zh-CN"/>
        </w:rPr>
        <w:br/>
      </w:r>
      <w:r>
        <w:rPr>
          <w:lang w:eastAsia="zh-CN"/>
        </w:rPr>
        <w:t>　　让陪伴了我们整个大学生活的英华楼作证，让无悔的青春作证，承载着各位领导、老师们的殷切期望和深情嘱托，青海民族大学20__届的毕业生们一定会做拥有智慧并富有的人，做胸怀大志并脚踏实地的人，做德才兼备并勇于创新的人，做富有责任并敢挑重担的人!我们进德修业，允文允武，立地擎天，自强不息，同心同德，负重致远!在青海民族大学发展的史册上，我们注定会写就属于自己的精彩篇章!光荣和梦想属于我们，我们将在您厚重的肩膀上展翅飞翔，在您宽广的胸怀里激流勇进，在您智慧的目光下高歌远航!</w:t>
      </w:r>
      <w:r>
        <w:rPr>
          <w:lang w:eastAsia="zh-CN"/>
        </w:rPr>
        <w:br/>
      </w:r>
      <w:r>
        <w:rPr>
          <w:lang w:eastAsia="zh-CN"/>
        </w:rPr>
        <w:t>　　似水流年的大学时光匆匆而过，今天我们将在此离别。我们没有办法像徐志摩先生那么潇洒，挥一挥衣袖，不带走一片云彩。因为，我们把成长的足迹留在这里，把美好的回忆留在这里，把一生中最动人最美丽并将永不归来的一段青春都留在了这里。从今以后，不论我们走多远，我们灵魂的归宿永远是雪域高原上青海民族大学的这片圣土。</w:t>
      </w:r>
      <w:r>
        <w:rPr>
          <w:lang w:eastAsia="zh-CN"/>
        </w:rPr>
        <w:br/>
      </w:r>
      <w:r>
        <w:rPr>
          <w:lang w:eastAsia="zh-CN"/>
        </w:rPr>
        <w:t>　　最后，我谨代表全体毕业生衷心的祝愿：</w:t>
      </w:r>
      <w:r>
        <w:rPr>
          <w:lang w:eastAsia="zh-CN"/>
        </w:rPr>
        <w:br/>
      </w:r>
      <w:r>
        <w:rPr>
          <w:lang w:eastAsia="zh-CN"/>
        </w:rPr>
        <w:t>　　祝愿我们的母校在《行动计划》的指引下与时俱进、蒸蒸日上、再铸辉煌!</w:t>
      </w:r>
      <w:r>
        <w:rPr>
          <w:lang w:eastAsia="zh-CN"/>
        </w:rPr>
        <w:br/>
      </w:r>
      <w:r>
        <w:rPr>
          <w:lang w:eastAsia="zh-CN"/>
        </w:rPr>
        <w:t>　　祝愿我们的各位领导和老师们身体健康，桃李芬芳，硕果累累，工作顺利!</w:t>
      </w:r>
      <w:r>
        <w:rPr>
          <w:lang w:eastAsia="zh-CN"/>
        </w:rPr>
        <w:br/>
      </w:r>
      <w:r>
        <w:rPr>
          <w:lang w:eastAsia="zh-CN"/>
        </w:rPr>
        <w:t>　　祝愿学弟学妹们的青春时光精彩绚烂，大学生涯繁花似锦!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祝愿20__届的毕业生们大鹏一日同风起，扶摇直上九万里!</w:t>
      </w:r>
      <w:r>
        <w:rPr>
          <w:lang w:eastAsia="zh-CN"/>
        </w:rPr>
        <w:br/>
      </w:r>
      <w:r>
        <w:rPr>
          <w:lang w:eastAsia="zh-CN"/>
        </w:rPr>
        <w:t>　　再见了，纯真的青春时光;再见了，尊敬的领导和老师;再见了，亲爱的兄弟和姐妹;再见了，我的母校，我的大学!</w:t>
      </w:r>
      <w:r>
        <w:rPr>
          <w:lang w:eastAsia="zh-CN"/>
        </w:rPr>
        <w:br/>
      </w:r>
      <w:r>
        <w:rPr>
          <w:lang w:eastAsia="zh-CN"/>
        </w:rPr>
        <w:t>　　毕业生毕业典礼演讲稿800字2</w:t>
      </w:r>
      <w:r>
        <w:rPr>
          <w:lang w:eastAsia="zh-CN"/>
        </w:rPr>
        <w:br/>
      </w:r>
      <w:r>
        <w:rPr>
          <w:lang w:eastAsia="zh-CN"/>
        </w:rPr>
        <w:t>　　尊敬的各位领导、老师、亲爱的同学们:</w:t>
      </w:r>
      <w:r>
        <w:rPr>
          <w:lang w:eastAsia="zh-CN"/>
        </w:rPr>
        <w:br/>
      </w:r>
      <w:r>
        <w:rPr>
          <w:lang w:eastAsia="zh-CN"/>
        </w:rPr>
        <w:t>　　大家好!</w:t>
      </w:r>
      <w:r>
        <w:rPr>
          <w:lang w:eastAsia="zh-CN"/>
        </w:rPr>
        <w:br/>
      </w:r>
      <w:r>
        <w:rPr>
          <w:lang w:eastAsia="zh-CN"/>
        </w:rPr>
        <w:t>　　作为毕业生的代表，今天在这庄严的毕业典礼上，代表全体毕业生在此发言，我深感荣幸。首先，我代表全体同学向学院的各位老师说声：您们辛苦了!向朝夕相处的兄弟姐妹道声：继续努力!</w:t>
      </w:r>
      <w:r>
        <w:rPr>
          <w:lang w:eastAsia="zh-CN"/>
        </w:rPr>
        <w:br/>
      </w:r>
      <w:r>
        <w:rPr>
          <w:lang w:eastAsia="zh-CN"/>
        </w:rPr>
        <w:t>　　几年的大学时光如白驹过隙，转瞬即逝。弹指一挥间，我们已从渴求知识的新生，成长为略有所成的毕业生。相信大学生活里的酸、甜、苦、辣，给每个人留下了弥足珍贵的回忆;相信大学几年的学习会成为每个人未来发展的不竭动力。</w:t>
      </w:r>
      <w:r>
        <w:rPr>
          <w:lang w:eastAsia="zh-CN"/>
        </w:rPr>
        <w:br/>
      </w:r>
      <w:r>
        <w:rPr>
          <w:lang w:eastAsia="zh-CN"/>
        </w:rPr>
        <w:t>　　经历了大学几年的紧张和忙碌，我此刻的心情应当和在座的各位同学一样，纵然喜悦，也掩不住回忆与留恋。面对母校，即将毕业的我们感慨万千。正是由于您的培养，使我们在发展方向上拥有充分的个性空间;正是由于您的关怀，使我们可以自信地面队任何艰难困苦;正是由于您的呵护，才使得我们顺利完成学业，获得继续深造与建功立业的机会;正是你的宽容，使我们可以犯错，可以按自己的方式，按自己的理想爱好学会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几年的课堂，老师们或滔滔不绝，或循循善诱，或旁征博引的风格，为我们展现了知识的无限魅力。如果黑板就是浩淼的大海，那么，老师便是海上的水手。铃声响起那刻，你用教职工鞭作浆，划动那船只般泊在港口的课本。课桌上，那难题堆放，犹如暗礁一样布列，你手势生动如一只飞翔的鸟，在讲台上挥一条优美弧线——船只穿过……天空飘不来一片云，犹如你亮堂堂的心，一派高远。</w:t>
      </w:r>
      <w:r>
        <w:rPr>
          <w:lang w:eastAsia="zh-CN"/>
        </w:rPr>
        <w:br/>
      </w:r>
      <w:r>
        <w:rPr>
          <w:lang w:eastAsia="zh-CN"/>
        </w:rPr>
        <w:t>　　也许还有一些遗憾吧，那么多精彩的讲座，我们已经来不及聆听;那么多精彩的活动，我们已经来不及参与。也许还有一些愧疚吧，面对慈父严母般的老师，我们总能杜撰出各种逃课的理由。面对认真批改作业的各科老师，我们很多时候都只能拿出一个版本。</w:t>
      </w:r>
      <w:r>
        <w:rPr>
          <w:lang w:eastAsia="zh-CN"/>
        </w:rPr>
        <w:br/>
      </w:r>
      <w:r>
        <w:rPr>
          <w:lang w:eastAsia="zh-CN"/>
        </w:rPr>
        <w:t>　　这几年的大学生活里，我们收获了太多，也错过了太多，而时间从未像现在这样吝啬，连一分一秒也不愿多留给我们。我们总以为自己已经长大，总以为自己可以毫不在乎，但当离别就这样不依不饶地到来的时候，才发现自己与这个集体已经血脉相连，荣辱与共了。</w:t>
      </w:r>
      <w:r>
        <w:rPr>
          <w:lang w:eastAsia="zh-CN"/>
        </w:rPr>
        <w:br/>
      </w:r>
      <w:r>
        <w:rPr>
          <w:lang w:eastAsia="zh-CN"/>
        </w:rPr>
        <w:t>　　最近，我常常考虑一个问题:假如我可以再度过一次大学生活，又会选择怎样的生活方式?会努力地追求些什么?放弃些什么?有些问题真的会有和当时不一样的答案。</w:t>
      </w:r>
      <w:r>
        <w:rPr>
          <w:lang w:eastAsia="zh-CN"/>
        </w:rPr>
        <w:br/>
      </w:r>
      <w:r>
        <w:rPr>
          <w:lang w:eastAsia="zh-CN"/>
        </w:rPr>
        <w:t>　　总有太多发自肺腑的感谢，怕来不及说出口：</w:t>
      </w:r>
      <w:r>
        <w:rPr>
          <w:lang w:eastAsia="zh-CN"/>
        </w:rPr>
        <w:br/>
      </w:r>
      <w:r>
        <w:rPr>
          <w:lang w:eastAsia="zh-CN"/>
        </w:rPr>
        <w:t>　　亲爱的母校，是您包容了我们的懵懂无知，是您孕育了我们的睿智果断，是您给了我们展示自我的舞台。学校的学习风气、学习理念将使我们终生受益。我们不仅学到了知识，而且学会了怎样做人，做一个勤奋、诚实的人，这是学院给我们的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亲爱的老师，是您的辛劳付出，是您的无私奉献换来了我们的收获与成长;您知识渊博，并毫无保留地传授给我们;您体贴入微，使我们的生活充满了家的温暖;您独特的人格魅力更是令我们折服;您的磨练与指导，在我们成长的道路上留下深深的印迹。衷心地感谢您!</w:t>
      </w:r>
      <w:r>
        <w:rPr>
          <w:lang w:eastAsia="zh-CN"/>
        </w:rPr>
        <w:br/>
      </w:r>
      <w:r>
        <w:rPr>
          <w:lang w:eastAsia="zh-CN"/>
        </w:rPr>
        <w:t>　　亲爱的父母，一路上风雨兼程，你们撑起一片灿烂无比的晴空，用细致无私的爱，给了我们温暖的港湾和不断前行的力量，却从不索求，让我们把诚挚的谢意献给你们，用一生去回报你们无尽的恩情。</w:t>
      </w:r>
      <w:r>
        <w:rPr>
          <w:lang w:eastAsia="zh-CN"/>
        </w:rPr>
        <w:br/>
      </w:r>
      <w:r>
        <w:rPr>
          <w:lang w:eastAsia="zh-CN"/>
        </w:rPr>
        <w:t>　　现在，我们即将离开，让我们认真保存好每张合影，因为合影上的灿烂笑容已经定格在记忆中;让我们用力拥抱每一个我们喜欢、我们欣赏或曾经帮助过我们的人，因为很多人，此生将很难再重逢;让我们对曾经起过争执冲突的人说声“对不起”，不再追究谁对谁错，因为我们不想把友情的缺憾带入今后的生活;让我们再对每位老师，对校内各岗位上的工作人员说声“谢谢”，因为他们的存在，我们才可以舒心的学习和生活;也让我们在送别的时候，别泪水涟涟，因为我们应更多的记住彼此灿烂的笑脸!</w:t>
      </w:r>
      <w:r>
        <w:rPr>
          <w:lang w:eastAsia="zh-CN"/>
        </w:rPr>
        <w:br/>
      </w:r>
      <w:r>
        <w:rPr>
          <w:lang w:eastAsia="zh-CN"/>
        </w:rPr>
        <w:t>　　在这里，我们共同祝愿母校的明天更加美好，更加灿烂，我们也衷心祝愿每一位老师身体健康、工作顺利，祝愿学弟学妹们继续开创美好的未来!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即将踏上新的人生旅途的时候，我们所有人都将记住：没有大海的壮美，可以有小溪的娟秀，没有高山的巍峨，可以有山路的曲折，没有激昂的乐章，可以有抒情的小调。长风破浪会有时，直挂云帆济沧海。在以后漫长的人生旅程中，找到自己的方向，做个的自我!这样的人生也美丽!</w:t>
      </w:r>
      <w:r>
        <w:rPr>
          <w:lang w:eastAsia="zh-CN"/>
        </w:rPr>
        <w:br/>
      </w:r>
      <w:r>
        <w:rPr>
          <w:lang w:eastAsia="zh-CN"/>
        </w:rPr>
        <w:t xml:space="preserve">    毕业典礼往届毕业生发言稿 篇9 </w:t>
      </w:r>
      <w:r>
        <w:rPr>
          <w:lang w:eastAsia="zh-CN"/>
        </w:rPr>
        <w:br/>
      </w:r>
      <w:r>
        <w:rPr>
          <w:lang w:eastAsia="zh-CN"/>
        </w:rPr>
        <w:t>　　尊敬的各位领导、各位老师，亲爱的同学们：</w:t>
      </w:r>
      <w:r>
        <w:rPr>
          <w:lang w:eastAsia="zh-CN"/>
        </w:rPr>
        <w:br/>
      </w:r>
      <w:r>
        <w:rPr>
          <w:lang w:eastAsia="zh-CN"/>
        </w:rPr>
        <w:t>　　大家好！我是学院_系的_届毕业生，很荣幸能作为毕业生代表站在这里，代表大家倾诉毕业生的心声。首先，请允许我代表_届学院全体毕业生，向院系的各位领导和辛勤培育我们的老师们致以最崇高的敬意！同时，也预祝学院_届毕业生在人生旅途中攀登一个个新的高峰！</w:t>
      </w:r>
      <w:r>
        <w:rPr>
          <w:lang w:eastAsia="zh-CN"/>
        </w:rPr>
        <w:br/>
      </w:r>
      <w:r>
        <w:rPr>
          <w:lang w:eastAsia="zh-CN"/>
        </w:rPr>
        <w:t>　　此时此刻，我们每个毕业生的心情都很不平静。往昔的点点滴滴清晰地印在我们的脑海中，挥之不去。送别学长学姐的场面依然历历在目，可今天，我们自己也成为了新一届的毕业生。我们在中澳学院这个摇篮里长大了，成熟了。我们为成长而骄傲，为毕业而激动，为离别而留恋，为未来而思考。几天来，校园里到处可以看到我们依依惜别的身影，我们舍不得母校，回忆大学的付出和收获，奋斗的艰辛和快乐，校园的宁静和多彩，我们的心理充满了太多的感慨和留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同学们，丰富多彩的大学校园是一座熔炉，炼就出每个人与众不同的精彩人生。我们走过了大一的纯真岁月，告别了大二的紧张忙碌，来到大三今日的依依惜别。三年来，我们见证了学院的快速发展。随着学院学习氛围的营造和校园环境的改善，我们感受到了母校对我们人格的塑造和素养的提升。同时，在老师们的言传身教中，我们学会了分析与思考，学会了丰富与凝练，学会了合作与竞争，学会了继承与创新。这些丰厚的收获，宝贵的财富，无疑使我们在竞争中更多了一份信心和勇气，在人生的道路上迈得更高、更快、更远！</w:t>
      </w:r>
      <w:r>
        <w:rPr>
          <w:lang w:eastAsia="zh-CN"/>
        </w:rPr>
        <w:br/>
      </w:r>
      <w:r>
        <w:rPr>
          <w:lang w:eastAsia="zh-CN"/>
        </w:rPr>
        <w:t>　　如今我们就要毕业了，所有这些温暖的记忆都将铭刻在我们每个人灵魂的最深处。这三年，我们成长着、成熟着，知道了为学当勉励、懂得了为人当自强，经历着挫折磨难、品尝着胜利喜悦。在困难中慢慢成长，在成功中默默感恩。今天，我也要感谢一个人，她的名字就叫辅导员。有人总结辅导员的工作：没有你时，会时刻想到你；有你时，时时刻刻没人想你；出了问题时，谁都会想到你。而就算这样，她们也依旧坚守着自己的岗位。我想，也正是辅导员反映了中澳所有教职工的面貌。中澳的领导和老师，都是一切以同学为主，尽心尽责的付出！</w:t>
      </w:r>
      <w:r>
        <w:rPr>
          <w:lang w:eastAsia="zh-CN"/>
        </w:rPr>
        <w:br/>
      </w:r>
      <w:r>
        <w:rPr>
          <w:lang w:eastAsia="zh-CN"/>
        </w:rPr>
        <w:t>　　雄关漫道真如铁，而今迈步从头越。我们中有人将走上讲台，有人将进入公司、去创业，不管走到哪里，我们都想对母校说一句：请母校和老师放心，您为我们插上了翅膀，我们即将飞翔，我们会以优异的成绩为母校争光。我期待着在几年之后，母校的15周年、20周年甚至30周年庆典之时，能和在座的诸位老师、同学、朋友们，再次聚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们慕名而来，我们又满载而归，在离别母校的前夕，我想代表全体毕业生说声：感谢老师，感谢母校给我们的一切，在这短暂的在校时间我们将为学弟学妹们树文明榜样、做优秀示范，服从学院统一离校安排和管理。祝愿母校与时俱进、蒸蒸日上，迈向更加辉煌的明天；祝愿各位领导和老师身体健康，万事如意。</w:t>
      </w:r>
      <w:r>
        <w:rPr>
          <w:lang w:eastAsia="zh-CN"/>
        </w:rPr>
        <w:br/>
      </w:r>
      <w:r>
        <w:rPr>
          <w:lang w:eastAsia="zh-CN"/>
        </w:rPr>
        <w:t>　　谢谢大家。</w:t>
      </w:r>
      <w:r>
        <w:rPr>
          <w:lang w:eastAsia="zh-CN"/>
        </w:rPr>
        <w:br/>
      </w:r>
      <w:r>
        <w:rPr>
          <w:lang w:eastAsia="zh-CN"/>
        </w:rPr>
        <w:t xml:space="preserve">    毕业典礼往届毕业生发言稿 篇10 </w:t>
      </w:r>
      <w:r>
        <w:rPr>
          <w:lang w:eastAsia="zh-CN"/>
        </w:rPr>
        <w:br/>
      </w:r>
      <w:r>
        <w:rPr>
          <w:lang w:eastAsia="zh-CN"/>
        </w:rPr>
        <w:t>　　尊敬的领导、老师们，亲爱的同学们：</w:t>
      </w:r>
      <w:r>
        <w:rPr>
          <w:lang w:eastAsia="zh-CN"/>
        </w:rPr>
        <w:br/>
      </w:r>
      <w:r>
        <w:rPr>
          <w:lang w:eastAsia="zh-CN"/>
        </w:rPr>
        <w:t>　　大家好!</w:t>
      </w:r>
      <w:r>
        <w:rPr>
          <w:lang w:eastAsia="zh-CN"/>
        </w:rPr>
        <w:br/>
      </w:r>
      <w:r>
        <w:rPr>
          <w:lang w:eastAsia="zh-CN"/>
        </w:rPr>
        <w:t>　　回想三年前的金秋时节，当时新来的同学来到这个礼堂来参加开学典礼，从此开启了三年初中生活的历程。时光如水，今天，在这个美好的夏日我们又迎来了毕业典礼这一隆重的瞬间。在此，我有幸代表学校全体教师，向圆满完成初中学业、即将步入人生新航程的各位同学，表示衷心的祝愿!向关心、呵护九年级师生的学校领导、老师致以诚挚的谢意!</w:t>
      </w:r>
      <w:r>
        <w:rPr>
          <w:lang w:eastAsia="zh-CN"/>
        </w:rPr>
        <w:br/>
      </w:r>
      <w:r>
        <w:rPr>
          <w:lang w:eastAsia="zh-CN"/>
        </w:rPr>
        <w:t>　　三年之间，我们一起见证了同学们从懵懂走向成熟。三年之间，我们朝夕相伴，一起走过春夏，走过秋冬。三年之间，我们有过苦，有过乐，一起面对过艰难坎坷。三年之间，同学给老师们留下了深刻的印象，你们给母校增添了靓丽的色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你们是一群有情有意的孩子。还记得每年的教师节，你们用优美的歌声、甜美的笑容、真诚的话语送给我们最真挚的祝愿;还记得每到元旦、新年，你们用精心制作的贺卡、饱含真情的短信表达对老师的理解和感恩;还记得你们的随笔作文，字里行间汩汩流淌的是脉脉的亲情、友情、师生情;还记得你们曾在伤心难过时趴在老师肩头哭泣，记得你们曾在欣喜若狂时与老师击掌庆贺，记得你们曾在老师病痛时亲切探问殷切祝福，记得你们一声一声动情地喊“妈妈”，争着抢着做老师的孩子……我相信：有情有意的人最能赢得别人的信赖。</w:t>
      </w:r>
      <w:r>
        <w:rPr>
          <w:lang w:eastAsia="zh-CN"/>
        </w:rPr>
        <w:br/>
      </w:r>
      <w:r>
        <w:rPr>
          <w:lang w:eastAsia="zh-CN"/>
        </w:rPr>
        <w:t>　　你们是一群有朝气、有激情的孩子。你们曾在课堂上积极思考、小组合作探究、踊跃回答问题;你们曾为一个难题冥思苦想、彼此争论得面红耳赤;你们曾在课本剧、历史剧的展演中头角初绽，令人惊艳;你们曾在“我行我秀”的舞台上展示自己婉转的歌喉、优美的舞步、强劲的剑道;你们曾在运动场上挥洒自己的汗水，赢得一场场拔河、篮球、跳高、跑步、跳绳比赛的成功;你们曾在颜色日、义卖会、校会上展现自己的才情，奉献自己的力量……我相信：有朝气、有激情的人最能爆发自己的潜能。</w:t>
      </w:r>
      <w:r>
        <w:rPr>
          <w:lang w:eastAsia="zh-CN"/>
        </w:rPr>
        <w:br/>
      </w:r>
      <w:r>
        <w:rPr>
          <w:lang w:eastAsia="zh-CN"/>
        </w:rPr>
        <w:t>　　你们是一群勇于面对自我、乐于成长的孩子。也许你们曾厌烦过老师的唠叨、埋怨过老师的严厉、反感过老师的批评，但是，你们还是理解了老师“恨铁不成钢”的心情，你们还是理解了老师渴盼你们立志成才的心愿。毕业季进行时，你们的笔下老师是循循善诱、热情睿智的长者，是守望相助、亲密无间的朋友……也许你们曾沉迷于游戏的快乐，曾疏懒于各科的作业，曾流连于周末假期的轻松自在，但是，你们还是放下了那份贪玩、那份迷醉，回到繁重的课业，希冀着美好的未来……我相信：勇于面对自我、乐于成长的人最有可能闯出一片天地，实现自己的梦想。</w:t>
      </w:r>
      <w:r>
        <w:rPr>
          <w:lang w:eastAsia="zh-CN"/>
        </w:rPr>
        <w:br/>
      </w:r>
      <w:r>
        <w:rPr>
          <w:lang w:eastAsia="zh-CN"/>
        </w:rPr>
        <w:t>　　毕业在即，老师还要借古人的几句诗权作临别的赠言，希望九年级的同学能心领神会，也期待初一初二的同学能够与你们共勉。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杜秋娘说：“劝君莫惜金缕衣，劝君惜取少年时。花开堪折直须折，莫待花落空折枝。”也许你们曾在初一初二的时候觉得努力尚早，只需坐等初三的到来。但当中考的临近逼迫你埋头在书桌上苦干的时候，我想你们应该懂得了珍惜时间，看重当下。</w:t>
      </w:r>
      <w:r>
        <w:rPr>
          <w:lang w:eastAsia="zh-CN"/>
        </w:rPr>
        <w:br/>
      </w:r>
      <w:r>
        <w:rPr>
          <w:lang w:eastAsia="zh-CN"/>
        </w:rPr>
        <w:t>　　郑板桥说：“咬定青山不放松，立根原在破岩中。千磨万击还坚劲，任尔东西南北风。”也许你们曾试图寻觅快乐学习的道路，但是初三这一年的坚持，浸透了奋斗的泪和汗的入学通知书递到你手上的时候，我想你们应该懂得了收获绝不来自片刻的付出，而是来自长期不懈的坚持。</w:t>
      </w:r>
      <w:r>
        <w:rPr>
          <w:lang w:eastAsia="zh-CN"/>
        </w:rPr>
        <w:br/>
      </w:r>
      <w:r>
        <w:rPr>
          <w:lang w:eastAsia="zh-CN"/>
        </w:rPr>
        <w:t>　　陆游说：“山重水复疑无路，柳暗花明又一村。”也许你们曾有过忐忑、纠结，也许你们曾有过惧怕、怀疑，也许你们曾有过痛苦、懦弱，但是今日再回首，青春的时光已经阴霾不再，当新一天的朝阳冲破雾霭映照着你们灿烂的笑脸的时候，我想你们应该懂得了人生固然有失意困顿的时刻，但光明一直就在不远处迎接你。</w:t>
      </w:r>
      <w:r>
        <w:rPr>
          <w:lang w:eastAsia="zh-CN"/>
        </w:rPr>
        <w:br/>
      </w:r>
      <w:r>
        <w:rPr>
          <w:lang w:eastAsia="zh-CN"/>
        </w:rPr>
        <w:t>　　朱熹说：“问渠那得清如许，为有源头活水来。”校园里遍地蒲公英的种子乘风飞远了，它们会在新的土地上扎根、发芽、成长。你们也将踏上新的人生旅程，继续自己的成长故事。无论你们今后身在何方，我想你一定会记得有一处地方面朝大海，背倚高山;有一处地方你洒下过汗水，种下过希望;有一处地方你流下过青涩的泪水，有一处地方你从那里启程。我想你一定会记得那里有一群陪伴你们走过青春年华的人，那里有一群真诚扶助过你、为你答疑解惑的人。我想你一定不会忘记自己的母校——_，不会忘记自己的恩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是的，同学们，我希望你们珍惜时间，看重当下。我希望你们明白收获绝不来自片刻的付出，而是来自长期不懈的坚持。我希望你们懂得人生固然有失意困顿的时刻，但光明一直就在不远处迎接你。我希望你们莫忘母校、莫忘师友。</w:t>
      </w:r>
      <w:r>
        <w:rPr>
          <w:lang w:eastAsia="zh-CN"/>
        </w:rPr>
        <w:br/>
      </w:r>
      <w:r>
        <w:rPr>
          <w:lang w:eastAsia="zh-CN"/>
        </w:rPr>
        <w:t xml:space="preserve">    毕业典礼往届毕业生发言稿 篇11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六年时光匆匆流走，我们从懵懂学童成长为青涩少年。有过苦恼，有过快乐，有过泪水，有过欢笑。很多记忆将成为我们生命中最为珍贵的收藏：宽阔的操场，如画的长廊，明亮的教室......同学们一定还记得刚入校时你我所立的雄心壮志，一定还记得在教室、图书馆和实验室中你我孜孜不倦学习、研究的身影，一定还记得老师的谆谆教诲和习题获得突破时你我那种发自内心的喜悦，.....曾经有太多太多的情景值得我们去回忆、去怀念。“宝剑锋自磨砺出，梅花香自苦寒来”回望六年来学习中的每个镜头，我们都经历了一个日积月累的过程，是睿智的，也是情感的。在这里，我们看到了世界的过去、现在和未来，看到了祖国的生命和血脉，更看到了无数的机遇和挑战。老师的关怀，同学的友谊，六年里所有的酸甜苦辣都凝聚成今日的成果，我们的小学生活也即将画上一个圆满的句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站在时间的交汇点上，我们回望过去，远眺未来，原来，毕业是伤情而张扬的告别，让今宵的月色格外亲切，让明朝的阳光别样热烈。毕业是一种去意回徨的境界，是行色匆匆的回眸一瞥，所有缤纷灿烂的往昔时光，都被点击成生动传神的细节，曾经有过的光荣梦想，曾经有过的深沉激越，正召唤着我们重新聆听爱的声音。传唱那飘逝的日月春秋。低眉处无奈流年似水，扬帆行有志风华如火。让时间作证，承载着母校领导、老师们的殷切期望和深情嘱托，我们一定会做拥有智慧并富有激情的人，做胸怀大志并脚踏实地的人，做德才兼备并勇于创新的人，做富有责任并敢挑重担的人。乘风破浪会有时，直挂云帆济沧海!</w:t>
      </w:r>
      <w:r>
        <w:rPr>
          <w:lang w:eastAsia="zh-CN"/>
        </w:rPr>
        <w:br/>
      </w:r>
      <w:r>
        <w:rPr>
          <w:lang w:eastAsia="zh-CN"/>
        </w:rPr>
        <w:t>　　最后，让我们再次对辛勤培育我们成长的各位老师，表示衷心的感谢!同时也祝愿各位同学拥有更加美好的未来!</w:t>
      </w:r>
      <w:r>
        <w:rPr>
          <w:lang w:eastAsia="zh-CN"/>
        </w:rPr>
        <w:br/>
      </w:r>
      <w:r>
        <w:rPr>
          <w:lang w:eastAsia="zh-CN"/>
        </w:rPr>
        <w:t>　　我的演讲完毕，谢谢大家!</w:t>
      </w:r>
      <w:r>
        <w:rPr>
          <w:lang w:eastAsia="zh-CN"/>
        </w:rPr>
        <w:br/>
      </w:r>
      <w:r>
        <w:rPr>
          <w:lang w:eastAsia="zh-CN"/>
        </w:rPr>
        <w:t xml:space="preserve">    毕业典礼往届毕业生发言稿 篇12 </w:t>
      </w:r>
      <w:r>
        <w:rPr>
          <w:lang w:eastAsia="zh-CN"/>
        </w:rPr>
        <w:br/>
      </w:r>
      <w:r>
        <w:rPr>
          <w:lang w:eastAsia="zh-CN"/>
        </w:rPr>
        <w:t>　　尊敬的各位领导、老师们、同学们：</w:t>
      </w:r>
      <w:r>
        <w:rPr>
          <w:lang w:eastAsia="zh-CN"/>
        </w:rPr>
        <w:br/>
      </w:r>
      <w:r>
        <w:rPr>
          <w:lang w:eastAsia="zh-CN"/>
        </w:rPr>
        <w:t>　　大家好!</w:t>
      </w:r>
      <w:r>
        <w:rPr>
          <w:lang w:eastAsia="zh-CN"/>
        </w:rPr>
        <w:br/>
      </w:r>
      <w:r>
        <w:rPr>
          <w:lang w:eastAsia="zh-CN"/>
        </w:rPr>
        <w:t>　　非常荣幸能作为毕业生代表，站在这里发言。首先请允许我代表20_级全体同学感谢我们的母校和老师，感谢你们这四年来的悉心教导和精心栽培!</w:t>
      </w:r>
      <w:r>
        <w:rPr>
          <w:lang w:eastAsia="zh-CN"/>
        </w:rPr>
        <w:br/>
      </w:r>
      <w:r>
        <w:rPr>
          <w:lang w:eastAsia="zh-CN"/>
        </w:rPr>
        <w:t>　　现在我站在这里，很荣幸，也很忐忑。作为即将离开武汉大学的年轻一员，我一直在思考：我们——新一代武大人，在社会浪潮中该如何传承我们的文化，又该如何在此基础上有所超越?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孔子曰：“大道之行，天下为公。”武大给我们的最大财富，不是权威的理论，不是枯燥的课本，而是一种对真善美的执着信仰和由衷热爱。当白发苍苍、德高望重的老教授们给我们如数家珍般地诠释深奥的学术概念时，我们领悟到了什么是大师的睿智;当锐意进取、开拓创新的中青年学者挥洒自如地展现他们恢弘的风采时，我们体会到了什么是专家的敏锐。在武大，每一次讲授都是一次教育，每一堂讨论都是一次提高，每一次体验都是一次升华。</w:t>
      </w:r>
      <w:r>
        <w:rPr>
          <w:lang w:eastAsia="zh-CN"/>
        </w:rPr>
        <w:br/>
      </w:r>
      <w:r>
        <w:rPr>
          <w:lang w:eastAsia="zh-CN"/>
        </w:rPr>
        <w:t>　　庄子曰：“吾生也有涯，而知也无涯。”武大，用对理性的思辨和对人文的关注教出了一群善于思考，勤于钻研，理论和实践同样出色的学生。弱者权利保护中心里的知行合一;辩论赛场上的理性与睿智;支援西部建设无私奉献;风云学子的成长舞台;学术科研，你我争占鳌头;综合竞赛，人人欲领风骚。这一切，是我作为05级毕业生的普通一员，对自己成长在武大的总结，更是每一位从武大走出的学子丰富的四年生活，多彩成长足迹的缩影。因为这里自由的氛围，好学的风气，悠久的传承，厚重的积淀，已经在我们身上深深烙下了印记。每一位武大人拥有的三分信仰，三分思辩，三分历练，还有一分兼容并包，让我们不管将来从事什么行业，都会时刻秉承自强的品性，弘毅的精神，求是的理念和拓新的勇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曾子曰：“吾日三省吾身。”请母校放心：不论我们走到哪里，都会谨记母校的教诲，为社会做出自己的贡献!晨钟催醒巍巍江城，东方朝日在此升腾，长江汉水春潮滚滚，扬起新的武大精神。让时间作证，承载着领导的殷殷期盼和老师的深情嘱托，我们04级所有的毕业生，一定会做拥有智慧并富有激情的人，做胸怀大智并脚踏实地的人，做富有责任并敢于勇挑重担的人，不畏艰险、追求卓越，用我们的热血铸造起武大之魂，用我们的脊梁托起一个新的乾坤，不辱武汉大学学生的称号。</w:t>
      </w:r>
      <w:r>
        <w:rPr>
          <w:lang w:eastAsia="zh-CN"/>
        </w:rPr>
        <w:br/>
      </w:r>
      <w:r>
        <w:rPr>
          <w:lang w:eastAsia="zh-CN"/>
        </w:rPr>
        <w:t>　　最后，我代表05级所有的毕业生，衷心祝福所有的师长万事顺意，每一位学弟学妹鹏程万里，祝愿我们的武汉大学永远年轻美丽</w:t>
      </w:r>
      <w:r>
        <w:rPr>
          <w:lang w:eastAsia="zh-CN"/>
        </w:rPr>
        <w:br/>
      </w:r>
      <w:r>
        <w:rPr>
          <w:lang w:eastAsia="zh-CN"/>
        </w:rPr>
        <w:t xml:space="preserve">    毕业典礼往届毕业生发言稿 篇13 </w:t>
      </w:r>
      <w:r>
        <w:rPr>
          <w:lang w:eastAsia="zh-CN"/>
        </w:rPr>
        <w:br/>
      </w:r>
      <w:r>
        <w:rPr>
          <w:lang w:eastAsia="zh-CN"/>
        </w:rPr>
        <w:t>　　敬爱的老师、亲爱的同学们：</w:t>
      </w:r>
      <w:r>
        <w:rPr>
          <w:lang w:eastAsia="zh-CN"/>
        </w:rPr>
        <w:br/>
      </w:r>
      <w:r>
        <w:rPr>
          <w:lang w:eastAsia="zh-CN"/>
        </w:rPr>
        <w:t>　　你们好!</w:t>
      </w:r>
      <w:r>
        <w:rPr>
          <w:lang w:eastAsia="zh-CN"/>
        </w:rPr>
        <w:br/>
      </w:r>
      <w:r>
        <w:rPr>
          <w:lang w:eastAsia="zh-CN"/>
        </w:rPr>
        <w:t>　　我是六年_班的，很荣幸能有这个难得的机会代表六年级同学发言。此时此刻，我相信六年级全体同学的心情都和我一样，又高兴又难过。高兴的是我们满载着六年的收获顺利的完成了小学学业，即将步入新的起点。难过的是快乐的小学生活即将结束，我们就要告别辛勤培育我们的老师们，还有这所哺育我们成长的摇篮——_学校。</w:t>
      </w:r>
      <w:r>
        <w:rPr>
          <w:lang w:eastAsia="zh-CN"/>
        </w:rPr>
        <w:br/>
      </w:r>
      <w:r>
        <w:rPr>
          <w:lang w:eastAsia="zh-CN"/>
        </w:rPr>
        <w:t>　　光阴似箭，日月如梭，六年的时光是那么短暂，六年的生活是那么快乐。忘不了，黑板前，老师那洪亮的讲课声和那熟悉的动作表情;忘不了，放学后的教室里，老师为同学们补课，那永不疲倦的目光和身影;忘不了，老师的声声教导，带给我们的温暖和喜悦;忘不了，课外活动时师生们的自娱自乐。六年来，老师不仅教会了我们书本上的知识，更重要的是，老师用自己对教育事业的忠诚和那种执着的敬业精神，教会了我们如何做人。这一切的一切，是那么令人难忘，令人回味无穷。同学们，让我们记住小学时光吧!因为我们在这里放飞了理想，播种了希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_考试临近了，亲爱的老师们，我们一定会从容应考，用一份满意的答卷来回报你们和伟大的母校。今后，无论我们走到哪里，无论我们在干什么，都不会忘记我们的老师，不会忘记母校六年来对我们的培养和教育。我们一定不会辜负母校的期望，努力学习，掌握更多的知识和本领，将来走上工作岗位，成为一名对国家，对人民有用的人。</w:t>
      </w:r>
      <w:r>
        <w:rPr>
          <w:lang w:eastAsia="zh-CN"/>
        </w:rPr>
        <w:br/>
      </w:r>
      <w:r>
        <w:rPr>
          <w:lang w:eastAsia="zh-CN"/>
        </w:rPr>
        <w:t>　　再见了，同学们，不要忘记我们在一起的每时每刻和我们之间那份珍贵的友谊。</w:t>
      </w:r>
      <w:r>
        <w:rPr>
          <w:lang w:eastAsia="zh-CN"/>
        </w:rPr>
        <w:br/>
      </w:r>
      <w:r>
        <w:rPr>
          <w:lang w:eastAsia="zh-CN"/>
        </w:rPr>
        <w:t>　　再见了，老师们，我们不会忘记您对我们的谆谆教导，无限关爱与呵护。再次，让我代表六年级全体同学诚心诚意地说一声：谢谢你们!</w:t>
      </w:r>
      <w:r>
        <w:rPr>
          <w:lang w:eastAsia="zh-CN"/>
        </w:rPr>
        <w:br/>
      </w:r>
      <w:r>
        <w:rPr>
          <w:lang w:eastAsia="zh-CN"/>
        </w:rPr>
        <w:t>　　最后，祝愿同学们快乐成长，祝愿老师们工作顺利，祝愿领导们身体健康，祝愿我们伟大的母校教育事业蒸蒸日上，再创辉煌!</w:t>
      </w:r>
      <w:r>
        <w:rPr>
          <w:lang w:eastAsia="zh-CN"/>
        </w:rPr>
        <w:br/>
      </w:r>
      <w:r>
        <w:rPr>
          <w:lang w:eastAsia="zh-CN"/>
        </w:rPr>
        <w:t>　　谢谢大家!</w:t>
      </w:r>
      <w:r>
        <w:rPr>
          <w:lang w:eastAsia="zh-CN"/>
        </w:rPr>
        <w:br/>
      </w:r>
      <w:r>
        <w:rPr>
          <w:lang w:eastAsia="zh-CN"/>
        </w:rPr>
        <w:t xml:space="preserve">    毕业典礼往届毕业生发言稿 篇14 </w:t>
      </w:r>
      <w:r>
        <w:rPr>
          <w:lang w:eastAsia="zh-CN"/>
        </w:rPr>
        <w:br/>
      </w:r>
      <w:r>
        <w:rPr>
          <w:lang w:eastAsia="zh-CN"/>
        </w:rPr>
        <w:t>　　今天，我的心情无比激动。此时此刻，我无法用言语来表达。喜悦和伤感同时占据着我的脑海，喜悦的是，通过两年多时间在衡阳电大的努力学习，我即将圆了我的大学梦。它是我多年来一直梦想的心愿，为了这个心愿，我刻苦学习，努力上进，今天终于要实现了。伤感的是，从此，我将告别培养我成长的电大母校、告别给予我无尽帮助和辛勤培养的电大老师们，也将告别与我风雨同舟的电大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回顾这几年的工作和学习，我觉得我非常幸运，是中央广播电视大学“人才培养模式改革和开放教育试点”给了我上大学的机会。在衡阳电大，我得到了学校领导和老师们的辛勤培养，因此，我取得了较为突出的成绩。在本职工作中，我利用在校学到的计算机知识，本着学以致用的目的，我把所学到的理论知识与实践工作有机的结合起来，不断提高自身紧急处理事务的能力，敢于挑战，为此得到了单位领导、同事们的肯定和称赞。总结这几年，我深切感受到，是衡阳电大赋予我知识灵魂，是衡阳电大让我有能力施展才华的广阔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我的身边、我的同事中，有许许多多的电大校友，有中专的、有大专的。他们通过自己的辛勤努力和无私奉献，不论在什么样的岗位上，都做出了喜人的成绩，有些电大校友还跃据企业的管理高层，为企业把风掌舵，创造企业神话。今天，我有幸作为一名电大学生，深感无比光荣和自豪。以前，我总错误地认为，只有考入名牌大学，成为名校高才生才会有出息，而我自己又因上高中时学习严重偏科，贻误了考大学的最佳时机而成终身憾事。参加工作以后，接触到的新事物越多，越感觉到自己的专业知识匮乏，甚至于感到将要被当今社会所淘汰。这种危机感越强烈，我的求学欲也越强烈。中央广播电视大学开展“人才培养模式改革和开方教育试点”工作，使从未进大学校门的我看到了希望。我按捺不住激动的心情，报名入学，成为千万电大学员中的一员。不学不知道，一学离不了，这种学习方法非常适宜于在职学员的学习，不仅能够在学校面对老师直接听课，而且还能够在家里通过学习和随时求教，甚至还可以通过电大在线BBS系统和异地的老师、同学们探讨问题、解释疑惑，学习效率大为提高。通过在电大的这几年学习，我深切地感受到我的理论知识水平在显著提高，还能及时的应用到工作实践中去为了扭转被动局面，渐渐地，自学已成为我目前生活、工作和学习的主要生活方式。</w:t>
      </w:r>
      <w:r>
        <w:rPr>
          <w:lang w:eastAsia="zh-CN"/>
        </w:rPr>
        <w:br/>
      </w:r>
      <w:r>
        <w:rPr>
          <w:lang w:eastAsia="zh-CN"/>
        </w:rPr>
        <w:t>　　优秀毕业生发言稿优秀毕业生发言稿回顾这两年，感慨万千，我由衷地想说一句话：“谢谢您，电大，我的母校”。</w:t>
      </w:r>
      <w:r>
        <w:rPr>
          <w:lang w:eastAsia="zh-CN"/>
        </w:rPr>
        <w:br/>
      </w:r>
      <w:r>
        <w:rPr>
          <w:lang w:eastAsia="zh-CN"/>
        </w:rPr>
        <w:t xml:space="preserve">    毕业典礼往届毕业生发言稿 篇15 </w:t>
      </w:r>
      <w:r>
        <w:rPr>
          <w:lang w:eastAsia="zh-CN"/>
        </w:rPr>
        <w:br/>
      </w:r>
      <w:r>
        <w:rPr>
          <w:lang w:eastAsia="zh-CN"/>
        </w:rPr>
        <w:t>　　尊敬的各位领导、各位老师，亲爱的同学们：</w:t>
      </w:r>
      <w:r>
        <w:rPr>
          <w:lang w:eastAsia="zh-CN"/>
        </w:rPr>
        <w:br/>
      </w:r>
      <w:r>
        <w:rPr>
          <w:lang w:eastAsia="zh-CN"/>
        </w:rPr>
        <w:t>　　我是来自文法系20_级法律专业的马杰，今天很荣幸能够代表毕业生发言，首先，我代表全体毕业生，向三年来辛勤培育我们的各位领导、各位老师，向一直关心帮助我们的各位学弟学妹，表示衷心地感谢!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三年的大学生活，我们见证了学院的发展壮大，学院也见证了我的成长和进步。平时，我总喜欢回头看一看自己走过的路，或者有心，或者无心，直到现在，当我最后再走一遍学校的角角落落，就要走出这个校园的时候，我才忽然发现，那么多的收获和荣誉都是这片土地给予的。三年来，我共获得四次一等奖学金，一次三等奖学金;20_年通过大学英语四级考试;20_年10月完成山东大学自学考试法学本科全部课程并以优异成绩通过论文答辩并申请学士学位;在20_年的山东省专升本考试中以全省第14名的成绩被山东政法学院录取;20_年底获得国家教育部颁发的国家奖学金，在即将毕业的时候，我又光荣地加入了中国共产党。感谢这片土地给我孕育成功的土壤，感谢母校的老师给我播撒成长的种子，感谢身边的同学在我成长时的相互扶持。我们走过了三个希冀的春天，经历了三个收获的秋天，今天我们的羽翼逐渐丰满，终于要离开母校的怀抱试着去独立飞翔。</w:t>
      </w:r>
      <w:r>
        <w:rPr>
          <w:lang w:eastAsia="zh-CN"/>
        </w:rPr>
        <w:br/>
      </w:r>
    </w:p>
    <w:p w:rsidR="001B1F19" w14:textId="27C3F48A">
      <w:pPr>
        <w:rPr>
          <w:rFonts w:hint="eastAsia"/>
          <w:lang w:eastAsia="zh-CN"/>
        </w:rPr>
      </w:pPr>
      <w:r>
        <w:rPr>
          <w:lang w:eastAsia="zh-CN"/>
        </w:rPr>
        <w:t>　　真诚希望我们每个同学，不管是毕业生还是在校的学弟学妹，在今后的工作学习中都能有很好的收获，但是这种成功不仅取决于你的能力，更重要的在于你的态度，为了不让生活留下遗憾和后悔，我们应该尽可能地抓住一切改变生活的机会，我们要利用我们年轻的资本在有限的时间里去拼搏一次，为我们自己争取时间、争取空间、争取未来，有句话叫做“宁愿笑着流眼泪，绝不哭着说后悔”，正是这句话支撑着我们走到了现在。另外，除了态度，同样重要的还有我们对做人的看法，新东方教育集团有限公司董事长兼总裁俞敏洪曾说过：“当你是地平线上一棵草的时候，不要指望别人会在远处看到你，即使他们从你身边走过甚至从你身上踩过，也没有办法，因为你只是一棵草;而如果你变成了一棵树，即使在很远的地方，别人也会看到你，并且欣赏你，因为你是一棵树!”所以，我们每一个人，都应该像树一样的成长，即使我们现在什么都不是，但是只要你有树的种子，即使你被踩到泥土中间，你依然能够吸收泥土的养分，自己成长起来。当你长成参天大树以后，遥远的地方，人们就能看到你;走近你，你能给人一片绿色和树阴。活着是美丽的风景，死了依然是栋梁之才，活着死了都有用。这就是我们每一个同学做人的标准和成长的标准!我们都要以树的标准严格要求自己，大学时光我们在学校这棵大树下面安心成长，但有一天我们离开学校的时候也要有勇气和能力去承担一切的风雨!希望我们都能够做到而且做得最好。</w:t>
      </w:r>
      <w:r>
        <w:rPr>
          <w:lang w:eastAsia="zh-CN"/>
        </w:rPr>
        <w:br/>
      </w:r>
      <w:r>
        <w:rPr>
          <w:lang w:eastAsia="zh-CN"/>
        </w:rPr>
        <w:t>　　毕业是一首久唱不衰的老歌，是散场之后的余音缭绕，所有甜美或者苦涩的故事定格为热泪盈眶的欣悦，依然真诚直率的目光，依然奔流激荡的热血。终于要离开了，但毕业并不是一个终点，而是一个新的起点，以后的日子我们或工作或继续求学深造，不管在什么岗位、什么地方，我们都不会忘记这片深情的校园，这里慈父严母般的老师和可爱的同学。</w:t>
      </w:r>
      <w:r>
        <w:rPr>
          <w:lang w:eastAsia="zh-CN"/>
        </w:rPr>
        <w:br/>
      </w:r>
      <w:r>
        <w:rPr>
          <w:lang w:eastAsia="zh-CN"/>
        </w:rPr>
        <w:t>　　最后，祝愿母校的领导、老师、同学身体健康，工作学习万事如意!祝即将离开母校的全体毕业生在新的生活中再创辉煌，以优异的成绩回报母校、回报社会!祝我们的母校今年平安校园评估、德育评估、校园文明评估争创三甲，当我们再回母校时，会看到更加美丽、更加朝气蓬勃、更加一流的校园!</w:t>
      </w:r>
      <w:r>
        <w:rPr>
          <w:lang w:eastAsia="zh-CN"/>
        </w:rPr>
        <w:br/>
      </w:r>
      <w:r>
        <w:rPr>
          <w:lang w:eastAsia="zh-CN"/>
        </w:rPr>
        <w:t>　　谢谢!</w:t>
      </w:r>
      <w:r>
        <w:rPr>
          <w:lang w:eastAsia="zh-CN"/>
        </w:rPr>
        <w:br/>
      </w:r>
      <w:r>
        <w:rPr>
          <w:lang w:eastAsia="zh-CN"/>
        </w:rPr>
        <w:t xml:space="preserve">    毕业典礼往届毕业生发言稿 篇16 </w:t>
      </w:r>
      <w:r>
        <w:rPr>
          <w:lang w:eastAsia="zh-CN"/>
        </w:rPr>
        <w:br/>
      </w:r>
      <w:r>
        <w:rPr>
          <w:lang w:eastAsia="zh-CN"/>
        </w:rPr>
        <w:t>　　尊敬的各位领导、老师，亲爱的同学们：</w:t>
      </w:r>
      <w:r>
        <w:rPr>
          <w:lang w:eastAsia="zh-CN"/>
        </w:rPr>
        <w:br/>
      </w:r>
      <w:r>
        <w:rPr>
          <w:lang w:eastAsia="zh-CN"/>
        </w:rPr>
        <w:t>　　大家好！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https://d.book118.com/306030131201010043</w:t>
        </w:r>
      </w:hyperlink>
    </w:p>
    <w:p w:rsidR="001B1F19">
      <w:pPr>
        <w:rPr>
          <w:rFonts w:hint="eastAsia"/>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06030131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