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月度销售工作计划</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月度销售工作计划 篇1</w:t>
      </w:r>
      <w:r>
        <w:rPr>
          <w:lang w:eastAsia="zh-CN"/>
        </w:rPr>
        <w:br/>
      </w:r>
      <w:r>
        <w:rPr>
          <w:lang w:eastAsia="zh-CN"/>
        </w:rPr>
        <w:t>　　加强学习</w:t>
      </w:r>
      <w:r>
        <w:rPr>
          <w:lang w:eastAsia="zh-CN"/>
        </w:rPr>
        <w:br/>
      </w:r>
      <w:r>
        <w:rPr>
          <w:lang w:eastAsia="zh-CN"/>
        </w:rPr>
        <w:t>　　“学海无涯，尽是书”人身本来就是活到老就学到老，知识乃人不可缺少的财富。在工作之余，我会去大量阅读网络销售、电子商务、市场销售及价格谈判方面的书籍，加强专业知识，掌握更多的业务技能，为将来的工作打好坚实的基础。另外，我还会抽出时间在网上自学，提升自身的英语水平，并计划下参加成人，对自身进行就业继续再，希望能拿一个文凭。</w:t>
      </w:r>
      <w:r>
        <w:rPr>
          <w:lang w:eastAsia="zh-CN"/>
        </w:rPr>
        <w:br/>
      </w:r>
      <w:r>
        <w:rPr>
          <w:lang w:eastAsia="zh-CN"/>
        </w:rPr>
        <w:t>　　新老客户的维护与服务</w:t>
      </w:r>
      <w:r>
        <w:rPr>
          <w:lang w:eastAsia="zh-CN"/>
        </w:rPr>
        <w:br/>
      </w:r>
      <w:r>
        <w:rPr>
          <w:lang w:eastAsia="zh-CN"/>
        </w:rPr>
        <w:t>　　客户的维护显得至关重要。能够解决用户的`问题的销售者才是成功的，立足于中户，那么才能处在不败之地。</w:t>
      </w:r>
      <w:r>
        <w:rPr>
          <w:lang w:eastAsia="zh-CN"/>
        </w:rPr>
        <w:br/>
      </w:r>
      <w:r>
        <w:rPr>
          <w:lang w:eastAsia="zh-CN"/>
        </w:rPr>
        <w:t>　　1、对于老客户，和固定客户，要经常保持联系，平常要经常打电话和在上联系。在有时间有条件的情况下，送一些小礼物或宴请客户，好稳定与客户关系。</w:t>
      </w:r>
      <w:r>
        <w:rPr>
          <w:lang w:eastAsia="zh-CN"/>
        </w:rPr>
        <w:br/>
      </w:r>
      <w:r>
        <w:rPr>
          <w:lang w:eastAsia="zh-CN"/>
        </w:rPr>
        <w:t>　　2、对所有客户的工作态度都要一样，加强产品质量和服务意识，及时处理客户反映的产品质量及其它问题，及时更新产品资料并抓好sgs和rohs，为公司树立更好的形象，让客户相信我们的公司实力，才能更好的和客户。</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3、和公司其他同事要有良好的沟通，有意识，多交流，多探讨，才能不断增长业务技能。</w:t>
      </w:r>
      <w:r>
        <w:rPr>
          <w:lang w:eastAsia="zh-CN"/>
        </w:rPr>
        <w:br/>
      </w:r>
      <w:r>
        <w:rPr>
          <w:lang w:eastAsia="zh-CN"/>
        </w:rPr>
        <w:t>　　20__产品在网络推广的计划：</w:t>
      </w:r>
      <w:r>
        <w:rPr>
          <w:lang w:eastAsia="zh-CN"/>
        </w:rPr>
        <w:br/>
      </w:r>
      <w:r>
        <w:rPr>
          <w:lang w:eastAsia="zh-CN"/>
        </w:rPr>
        <w:t>　　经过对本公司网站上产品品名的了解，发现搜索排名前20位的工业胶带类的一个都没有，包装胶带类的只有2—3个上榜。另外，像铝箔胶带、醋酸布胶带、防滑胶带（地板胶带）等常卖的产品，既然在旺铺和公司网站上都没有搜索到。而这三种产品在胶带搜索排名前20位中榜上有名。所以在以后的工作中，新增的产品要及时上传旺铺或公司的网站上，对网站进行搜索优化及产品关键词优化。</w:t>
      </w:r>
      <w:r>
        <w:rPr>
          <w:lang w:eastAsia="zh-CN"/>
        </w:rPr>
        <w:br/>
      </w:r>
      <w:r>
        <w:rPr>
          <w:lang w:eastAsia="zh-CN"/>
        </w:rPr>
        <w:t>　　推广网络的目的是为了销售，销售是重要环节。俗话说，没有卖不出去的产品，只有不会说话的销售者。网络销售现在是一个发展的不可抵挡的洪流，电子商务发展的时代，必须有适合自己企业的发展规划，树立企业的良好的形象，这时候就需要在网络上做推广。网络的竞争也开始越来越激烈。每年总有大量的网站下架，同时有一批新的网站更新上去，这就需要对网站的各个方面进行有效的规划。　　月度销售工作计划 篇2</w:t>
      </w:r>
      <w:r>
        <w:rPr>
          <w:lang w:eastAsia="zh-CN"/>
        </w:rPr>
        <w:br/>
      </w:r>
      <w:r>
        <w:rPr>
          <w:lang w:eastAsia="zh-CN"/>
        </w:rPr>
        <w:t>　　一、_月工作总结</w:t>
      </w:r>
      <w:r>
        <w:rPr>
          <w:lang w:eastAsia="zh-CN"/>
        </w:rPr>
        <w:br/>
      </w:r>
      <w:r>
        <w:rPr>
          <w:lang w:eastAsia="zh-CN"/>
        </w:rPr>
        <w:t>　　_月份工作业绩不是很理想，带着压力走进了_月份，从月初起想象每一天都是月底的最后期限来冲刺，心里定下一个目标，没有退路的去完成，想放弃的时候再逼自己一把，实现的时候才发现原来失败的理由都是种种借口。</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打不出意向客户从前总是抱怨打不出意向客户，上班到下班，为了打电话而打电话，下班打卡的'时候抱怨一句，没有意向客户，现在才发现是没用心去打，目的性太强让我的表述过于直接，只会让客户和自己的距离越来越远，做不到沟通，更谈不上成单。</w:t>
      </w:r>
      <w:r>
        <w:rPr>
          <w:lang w:eastAsia="zh-CN"/>
        </w:rPr>
        <w:br/>
      </w:r>
      <w:r>
        <w:rPr>
          <w:lang w:eastAsia="zh-CN"/>
        </w:rPr>
        <w:t>　　逼单技巧不能灵活运用客户总有各种理由推脱，而我总是一味的被客户牵着走，有时甚至为客户找理由，时间一长，客户没兴趣了，有可能的单子也黄了。</w:t>
      </w:r>
      <w:r>
        <w:rPr>
          <w:lang w:eastAsia="zh-CN"/>
        </w:rPr>
        <w:br/>
      </w:r>
      <w:r>
        <w:rPr>
          <w:lang w:eastAsia="zh-CN"/>
        </w:rPr>
        <w:t>　　不能让客户记住没有把自己成功的推销给客户，意向客户很少，竞争者很多，做不到跟踪，又没有自身优势，总容易把客户跟丢了。</w:t>
      </w:r>
      <w:r>
        <w:rPr>
          <w:lang w:eastAsia="zh-CN"/>
        </w:rPr>
        <w:br/>
      </w:r>
      <w:r>
        <w:rPr>
          <w:lang w:eastAsia="zh-CN"/>
        </w:rPr>
        <w:t>　　把握不好意向客户花费很长时间投入很大精力跟踪的客户，到头来发现不是关键人导致最终把机会拱手让人已经发生了三五次，甚至跟踪到最后发现客户早已合作。而对于某些客户没有足够的敏感度而错失良机也一再发生。</w:t>
      </w:r>
      <w:r>
        <w:rPr>
          <w:lang w:eastAsia="zh-CN"/>
        </w:rPr>
        <w:br/>
      </w:r>
      <w:r>
        <w:rPr>
          <w:lang w:eastAsia="zh-CN"/>
        </w:rPr>
        <w:t>　　失败固然能总结教训，但一次签单也能让人从中总结出经验，希望已经到来的_月我能总结以往的经验教训灵活运用谈单技巧顺利完成目标任务。</w:t>
      </w:r>
      <w:r>
        <w:rPr>
          <w:lang w:eastAsia="zh-CN"/>
        </w:rPr>
        <w:br/>
      </w:r>
      <w:r>
        <w:rPr>
          <w:lang w:eastAsia="zh-CN"/>
        </w:rPr>
        <w:t>　　二、_月工作计划</w:t>
      </w:r>
      <w:r>
        <w:rPr>
          <w:lang w:eastAsia="zh-CN"/>
        </w:rPr>
        <w:br/>
      </w:r>
      <w:r>
        <w:rPr>
          <w:lang w:eastAsia="zh-CN"/>
        </w:rPr>
        <w:t>　　_月份我的目标任务是__，分配到每个周就是月初一周一张月中两张，月末才能顺利完成任务，本月及以后我要牢记以下几点；</w:t>
      </w:r>
      <w:r>
        <w:rPr>
          <w:lang w:eastAsia="zh-CN"/>
        </w:rPr>
        <w:br/>
      </w:r>
      <w:r>
        <w:rPr>
          <w:lang w:eastAsia="zh-CN"/>
        </w:rPr>
        <w:t>　　1、保证电话量每一个电话都用心去打，才会被客户记住，把握好每一个客户，既然客户把电话打回来，肯定是有意向，一定提醒自己不要忽视。</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2、不要把时间都放在挖掘下一个意向客户身上，及时回访很重要。对于心里认定为AB类的客户一定要及时约见。</w:t>
      </w:r>
      <w:r>
        <w:rPr>
          <w:lang w:eastAsia="zh-CN"/>
        </w:rPr>
        <w:br/>
      </w:r>
      <w:r>
        <w:rPr>
          <w:lang w:eastAsia="zh-CN"/>
        </w:rPr>
        <w:t>　　3、多和同事打打配合电话。</w:t>
      </w:r>
      <w:r>
        <w:rPr>
          <w:lang w:eastAsia="zh-CN"/>
        </w:rPr>
        <w:br/>
      </w:r>
      <w:r>
        <w:rPr>
          <w:lang w:eastAsia="zh-CN"/>
        </w:rPr>
        <w:t>　　_月已经开始了，一切清零重新计时，我会把每一天当做最后一天按部就班的去完成任务。　　月度销售工作计划 篇3</w:t>
      </w:r>
      <w:r>
        <w:rPr>
          <w:lang w:eastAsia="zh-CN"/>
        </w:rPr>
        <w:br/>
      </w:r>
      <w:r>
        <w:rPr>
          <w:lang w:eastAsia="zh-CN"/>
        </w:rPr>
        <w:t>　　一、加强员工的业务培训，提高员工的综合素质</w:t>
      </w:r>
      <w:r>
        <w:rPr>
          <w:lang w:eastAsia="zh-CN"/>
        </w:rPr>
        <w:br/>
      </w:r>
      <w:r>
        <w:rPr>
          <w:lang w:eastAsia="zh-CN"/>
        </w:rPr>
        <w:t>　　前厅部的每一位成员都是酒店的形象窗口，不仅整体形象要能接受考验，业务知识与服务技巧更是体现一个酒店的管理水平，要想将业务知识与服务技巧保持在一个基础之上，必须抓好培训工作，如果培训工作不跟上，很容易导致员工对工作缺乏热情与业务水平松懈，因此，本职计划每月根据员工接受业务的进度和运用的情况进行必要的每周一次培训，培训方式主要是偏向授课与现场模拟。同时在每月5日前向总办与人力资源部上交上月的培训总结与本月的培训计划进行监督。</w:t>
      </w:r>
      <w:r>
        <w:rPr>
          <w:lang w:eastAsia="zh-CN"/>
        </w:rPr>
        <w:br/>
      </w:r>
      <w:r>
        <w:rPr>
          <w:lang w:eastAsia="zh-CN"/>
        </w:rPr>
        <w:t>　　二、加强员工的销售意识和技巧，提高入住率</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酒店经过了十九年的风风雨雨，随着时间的逝去酒店的'硬件设施也跟着陈旧、老化，面对江门的酒店行业市场，竞争很激烈，也可说是任重道远。因酒店的硬件设施的陈旧、老化，时常出现工程问题影响对客的正常服务，对于高档次的客人会随着装修新型、豪华酒店的出现而流失一部份，作为酒店的成员，深知客房是酒店经济创收的重要部门之一，也是利润的一个部门，因此作为酒店的每一位成员都有责任、有义务做好销售工作。要想为了更好的做好销售工作，本职计划对前台接待员进行培训售房方式方法与实战技巧，同时灌输酒店_领导的指示，强调员工在接待过程中“只要是到总台的客人我们都应想办法把客人留下来”的宗旨，尽可能的为酒店争取住客率，提高酒店的经济效益。</w:t>
      </w:r>
      <w:r>
        <w:rPr>
          <w:lang w:eastAsia="zh-CN"/>
        </w:rPr>
        <w:br/>
      </w:r>
      <w:r>
        <w:rPr>
          <w:lang w:eastAsia="zh-CN"/>
        </w:rPr>
        <w:t>　　三、响应酒店领导提倡“节能降耗”的口号</w:t>
      </w:r>
      <w:r>
        <w:rPr>
          <w:lang w:eastAsia="zh-CN"/>
        </w:rPr>
        <w:br/>
      </w:r>
      <w:r>
        <w:rPr>
          <w:lang w:eastAsia="zh-CN"/>
        </w:rPr>
        <w:t>　　节能降耗是很多酒店一直在号召这个口号，本部也将响应酒店领导的号召，严格要求每位员工用好每一张纸、每一支笔，以旧换新，将废旧的纸张收集裁剪成册供一线岗位应急之用。同时对大堂灯光、空调的开关控制、办公室用电、前台部门电脑用电进行合理的调整与规划。</w:t>
      </w:r>
      <w:r>
        <w:rPr>
          <w:lang w:eastAsia="zh-CN"/>
        </w:rPr>
        <w:br/>
      </w:r>
      <w:r>
        <w:rPr>
          <w:lang w:eastAsia="zh-CN"/>
        </w:rPr>
        <w:t>　　四、保持与员工沟通交流的习惯，以增近彼此的了解便于工作的开展与实施</w:t>
      </w:r>
      <w:r>
        <w:rPr>
          <w:lang w:eastAsia="zh-CN"/>
        </w:rPr>
        <w:br/>
      </w:r>
      <w:r>
        <w:rPr>
          <w:lang w:eastAsia="zh-CN"/>
        </w:rPr>
        <w:t>　　计划每个月找部门各岗位的员工进行谈话，主要是围绕着工作与生活为重点，让员工在自己所属的工作部门能找到倾诉对象，根据员工提出合理性的要求，本职将员工心里存在的问题当成自己的问题去用心解决，做力所能及的。如果解决不了的将上报酒店领导。让员工真正感受到自己在部门、在酒店受到尊重与重视。</w:t>
      </w:r>
      <w:r>
        <w:rPr>
          <w:lang w:eastAsia="zh-CN"/>
        </w:rPr>
        <w:br/>
      </w:r>
      <w:r>
        <w:rPr>
          <w:lang w:eastAsia="zh-CN"/>
        </w:rPr>
        <w:t>　　五、做好部门内部的质检工作</w:t>
      </w:r>
      <w:r>
        <w:rPr>
          <w:lang w:eastAsia="zh-CN"/>
        </w:rPr>
        <w:br/>
      </w:r>
      <w:r>
        <w:rPr>
          <w:lang w:eastAsia="zh-CN"/>
        </w:rPr>
        <w:t>　　计划每个月对部门员工进行一次质检，主要检查各岗位员工的仪容仪表、礼节礼貌、岗位操作技能与踪合应变能力。质检人由部门的大堂副理、分部领班、经理组成。对在质检出存在问题的给一定时间进行整改，在规定的时间若没有整改完成将进行个人的经济罚款处理。　　月度销售工作计划 篇4</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成绩：首次成为公司月销售冠军，而且是全公司唯一连续两月完成任务的人。而且，公司的一个一直销不动的新产品我也创下了一个销售新高。</w:t>
      </w:r>
      <w:r>
        <w:rPr>
          <w:lang w:eastAsia="zh-CN"/>
        </w:rPr>
        <w:br/>
      </w:r>
      <w:r>
        <w:rPr>
          <w:lang w:eastAsia="zh-CN"/>
        </w:rPr>
        <w:t>　　8月份：适应一切的变化，使自己变得更强</w:t>
      </w:r>
      <w:r>
        <w:rPr>
          <w:lang w:eastAsia="zh-CN"/>
        </w:rPr>
        <w:br/>
      </w:r>
      <w:r>
        <w:rPr>
          <w:lang w:eastAsia="zh-CN"/>
        </w:rPr>
        <w:t>　　在知道我成为上月销售冠军的喜讯的同时，也传来了一个坏消息，我的主管由于家庭的原因辞职了。我在我主管身上学习到了很多，而且也是他一直在鼓励着我，他离职了，是否会影响到我的表现呢？</w:t>
      </w:r>
      <w:r>
        <w:rPr>
          <w:lang w:eastAsia="zh-CN"/>
        </w:rPr>
        <w:br/>
      </w:r>
      <w:r>
        <w:rPr>
          <w:lang w:eastAsia="zh-CN"/>
        </w:rPr>
        <w:t>　　后来自己想了想，能教我的，他都已经教了，剩下的，也都该由我自己去领悟了。而且，只有离开了他的光芒，我的光芒才能显露出来。那么这个月开始，就是我发挥的时候了。</w:t>
      </w:r>
      <w:r>
        <w:rPr>
          <w:lang w:eastAsia="zh-CN"/>
        </w:rPr>
        <w:br/>
      </w:r>
      <w:r>
        <w:rPr>
          <w:lang w:eastAsia="zh-CN"/>
        </w:rPr>
        <w:t>　　成绩：主打产品基本保住了第一，但其它产品由于费用兑付不及时等原因销量普遍下滑。</w:t>
      </w:r>
      <w:r>
        <w:rPr>
          <w:lang w:eastAsia="zh-CN"/>
        </w:rPr>
        <w:br/>
      </w:r>
      <w:r>
        <w:rPr>
          <w:lang w:eastAsia="zh-CN"/>
        </w:rPr>
        <w:t>　　9月份：No e_cuse，执行力是关键</w:t>
      </w:r>
      <w:r>
        <w:rPr>
          <w:lang w:eastAsia="zh-CN"/>
        </w:rPr>
        <w:br/>
      </w:r>
      <w:r>
        <w:rPr>
          <w:lang w:eastAsia="zh-CN"/>
        </w:rPr>
        <w:t>　　新一季度的任务指标又下来了，而且这次的还明显不合理，按上季度的销量来分，做得好的做多点，差的做少点，但奖金却和完成率挂钩。我的指标再次上升。经理却还放出话来，由于主打产品离年度任务还差挺远的，现在可以有促销活动，但所有人的任务都要100%完成，就算压货也得完成。没办法，还得干。既然经理都把话说死了，那就没有任何借口了，只有去执行咯。反正我也已经有了压货的经验，这点儿量我还是有办法的。</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成绩：成功完成了本月任务，同时也为逐步确定了年度销售冠军的位置。</w:t>
      </w:r>
      <w:r>
        <w:rPr>
          <w:lang w:eastAsia="zh-CN"/>
        </w:rPr>
        <w:br/>
      </w:r>
      <w:r>
        <w:rPr>
          <w:lang w:eastAsia="zh-CN"/>
        </w:rPr>
        <w:t>　　10月份：想得比别人更多更远</w:t>
      </w:r>
      <w:r>
        <w:rPr>
          <w:lang w:eastAsia="zh-CN"/>
        </w:rPr>
        <w:br/>
      </w:r>
      <w:r>
        <w:rPr>
          <w:lang w:eastAsia="zh-CN"/>
        </w:rPr>
        <w:t>　　由于上个月主打产品货都压得很死了，所以这个月把重点转为终端建设和其他产品的销售。</w:t>
      </w:r>
      <w:r>
        <w:rPr>
          <w:lang w:eastAsia="zh-CN"/>
        </w:rPr>
        <w:br/>
      </w:r>
      <w:r>
        <w:rPr>
          <w:lang w:eastAsia="zh-CN"/>
        </w:rPr>
        <w:t>　　由于我负责的地区销量做得好，公司愿意拨出一笔钱给我做卖场的陈列。于是，我抓住了这个机会。让公司对我感到满意，期间我运用了GROW思考模式：</w:t>
      </w:r>
      <w:r>
        <w:rPr>
          <w:lang w:eastAsia="zh-CN"/>
        </w:rPr>
        <w:br/>
      </w:r>
      <w:r>
        <w:rPr>
          <w:lang w:eastAsia="zh-CN"/>
        </w:rPr>
        <w:t>　　G（目的）：公司要求为两个指定产品做好端架陈列，为公司增加品牌知名度。</w:t>
      </w:r>
      <w:r>
        <w:rPr>
          <w:lang w:eastAsia="zh-CN"/>
        </w:rPr>
        <w:br/>
      </w:r>
      <w:r>
        <w:rPr>
          <w:lang w:eastAsia="zh-CN"/>
        </w:rPr>
        <w:t>　　R（现在有什么）：主打产品由于我一直工作做得不差，已经陈列得非常好，其他产品由于有OTC产品但还没有OTC标志，以及保健品没有上促销员等原因，一直陈列得不太好。</w:t>
      </w:r>
      <w:r>
        <w:rPr>
          <w:lang w:eastAsia="zh-CN"/>
        </w:rPr>
        <w:br/>
      </w:r>
      <w:r>
        <w:rPr>
          <w:lang w:eastAsia="zh-CN"/>
        </w:rPr>
        <w:t>　　O（有什么选择）：1、可以按照公司的`要求，买一个端架，专门陈列指定的两个产品。但对我的销量没什么帮助，而且一个端架有四层，只做两个产品太浪费了。2、利用这笔费用同时做好原先陈列得不好的产品，但由于有OTC和保健品，内服药和外用药，无法陈列在同一个端架上，不过可以分开陈列，每个产品占一层端架，只是对建立品牌的效果没集中陈列那么大，但对各产品的销量增长都有帮助。</w:t>
      </w:r>
      <w:r>
        <w:rPr>
          <w:lang w:eastAsia="zh-CN"/>
        </w:rPr>
        <w:br/>
      </w:r>
      <w:r>
        <w:rPr>
          <w:lang w:eastAsia="zh-CN"/>
        </w:rPr>
        <w:t>　　W（要做什么）：经过思考，认为第二个选择能获得最大效果，并尽量争取更多的利益。</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最后，我除了按照第二个选择，一共做了5个产品，每个产品都争取到最好的位置外，还为我们的主打产品争取到了一个堆头陈列。</w:t>
      </w:r>
      <w:r>
        <w:rPr>
          <w:lang w:eastAsia="zh-CN"/>
        </w:rPr>
        <w:br/>
      </w:r>
      <w:r>
        <w:rPr>
          <w:lang w:eastAsia="zh-CN"/>
        </w:rPr>
        <w:t>　　成绩：主打产品销量下滑，但达到公司要求的最低完成标准。其他产品普遍少量增长。陈列和堆头虽然与公司原意不同，但却获得众领导的一致好评。</w:t>
      </w:r>
      <w:r>
        <w:rPr>
          <w:lang w:eastAsia="zh-CN"/>
        </w:rPr>
        <w:br/>
      </w:r>
      <w:r>
        <w:rPr>
          <w:lang w:eastAsia="zh-CN"/>
        </w:rPr>
        <w:t>　　11月份：做销售，没有不可能做到的事</w:t>
      </w:r>
      <w:r>
        <w:rPr>
          <w:lang w:eastAsia="zh-CN"/>
        </w:rPr>
        <w:br/>
      </w:r>
      <w:r>
        <w:rPr>
          <w:lang w:eastAsia="zh-CN"/>
        </w:rPr>
        <w:t>　　又接到了一个新的任务：由于我们的某一个新产品在某连锁销量一直不理想，面临着退场的尴尬。这个连锁在广州，以平价卖场为主，因为我的卖场都做得不错，经理要求我做出一个样板店来，避免退场。我这只有一家门店。之前由于他们的配送一直不稳定，老是无原因断货，我一直没有把它当作重点来做。这家连锁是出了名的不合作，广州同事做不好的原因也无非就是因为费用分配不合理，要么全给了采购，货都压在门店买不出去，要么全给了店员，却因为老是断货而影响了销量。既然接到了任务，那我也没有任何借口，我把费用合理地安排了一下，以2：3的比例分给了采购和店员，既保证了我的药品不断货，又让店员有了帮我推荐的动力。然后我再额外申请了促销活动（经理既然让我做样板店来避免退场，自然也要答应），这样，三管齐下的情况下，我这家难缠的店也被我摆平了。</w:t>
      </w:r>
      <w:r>
        <w:rPr>
          <w:lang w:eastAsia="zh-CN"/>
        </w:rPr>
        <w:br/>
      </w:r>
      <w:r>
        <w:rPr>
          <w:lang w:eastAsia="zh-CN"/>
        </w:rPr>
        <w:t>　　成绩：该卖场该产品的销量增加了100%，连带着其它产品的销量也有所增加。总体成绩还没做最后的统计。</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总结：入行的第一年，以学习和积累经验为主，有幸跟在一个好主管和好经理下面学习，主管很无私地把他懂的都教我，而经理也很信任我，有很多事情都愿意放手让我去干。所以也取得了较为可喜的成绩：如果没什么意外将会是公司年度销售冠军。</w:t>
      </w:r>
      <w:r>
        <w:rPr>
          <w:lang w:eastAsia="zh-CN"/>
        </w:rPr>
        <w:br/>
      </w:r>
      <w:r>
        <w:rPr>
          <w:lang w:eastAsia="zh-CN"/>
        </w:rPr>
        <w:t>　　展望：接下来将是以带新人为主了，因为又有一批我们的师弟进来公司实习了，他们也将是接下来的培养对象。另外06年我的岗位也将发生调整，将调回广州专门负责平价大卖场，我将向重点客户管理的方向努力了！　　月度销售工作计划 篇5</w:t>
      </w:r>
      <w:r>
        <w:rPr>
          <w:lang w:eastAsia="zh-CN"/>
        </w:rPr>
        <w:br/>
      </w:r>
      <w:r>
        <w:rPr>
          <w:lang w:eastAsia="zh-CN"/>
        </w:rPr>
        <w:t>　　____年已远去，____年在人们的期待中到来了，这是个充满了挑战与机遇的年份。在新的一年里，我公司将站在新的起点上，图谋更大的发展，用更快的速度、风大的步伐，推动企业迈上新的台阶，使公司各方面更上一层楼。</w:t>
      </w:r>
      <w:r>
        <w:rPr>
          <w:lang w:eastAsia="zh-CN"/>
        </w:rPr>
        <w:br/>
      </w:r>
      <w:r>
        <w:rPr>
          <w:lang w:eastAsia="zh-CN"/>
        </w:rPr>
        <w:t>　　一、____年工作指导思想</w:t>
      </w:r>
      <w:r>
        <w:rPr>
          <w:lang w:eastAsia="zh-CN"/>
        </w:rPr>
        <w:br/>
      </w:r>
      <w:r>
        <w:rPr>
          <w:lang w:eastAsia="zh-CN"/>
        </w:rPr>
        <w:t>　　面对____年汽车销售服务产业中可能存在的市场和服务的竞争、资金和经营的压力以及行业地位和市场份额的挑战，我公司将认真学习集团《____年集团重点工作指导意见》，全面贯彻坚持学习健康、客户导向两大发展战略和“谦虚、责任、感恩、快乐”的工作理念，围绕公司经营指标和管理指标，确保公司财务管理、干部员工管理、预算管理、学习与健康工作等各项企业日常管理工作的顺利开展。</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根据集团所下达的《关于____年企业经营计划预指标安排的通知》，我们将以打造集团最卓越汽车销售服务公司为发展目标，以创新、突破、超越为公司总体工作要求，进行管理体制、机制创新，对企业经营风险进行防范工作，使管理水平实现新跨越，并实现利润最大化，开源节流，降本增效；同时加快我公司干部员工队伍梯队建设，提升员工队伍的整体素质与员工满意度，打造企业核心竞争力。</w:t>
      </w:r>
      <w:r>
        <w:rPr>
          <w:lang w:eastAsia="zh-CN"/>
        </w:rPr>
        <w:br/>
      </w:r>
      <w:r>
        <w:rPr>
          <w:lang w:eastAsia="zh-CN"/>
        </w:rPr>
        <w:t>　　二、____年工作目标</w:t>
      </w:r>
      <w:r>
        <w:rPr>
          <w:lang w:eastAsia="zh-CN"/>
        </w:rPr>
        <w:br/>
      </w:r>
      <w:r>
        <w:rPr>
          <w:lang w:eastAsia="zh-CN"/>
        </w:rPr>
        <w:t>　　1、公司主要经营指标</w:t>
      </w:r>
      <w:r>
        <w:rPr>
          <w:lang w:eastAsia="zh-CN"/>
        </w:rPr>
        <w:br/>
      </w:r>
      <w:r>
        <w:rPr>
          <w:lang w:eastAsia="zh-CN"/>
        </w:rPr>
        <w:t>　　根据____年我公司经营指标的完成情况以及集团所下发的《关于____年企业经营计划预指标安排的通知》，结合汽车销售服务行业市场特点，平衡人财物各资源要素，按照积极稳妥原则，我公司计划经营目标安排如下：</w:t>
      </w:r>
      <w:r>
        <w:rPr>
          <w:lang w:eastAsia="zh-CN"/>
        </w:rPr>
        <w:br/>
      </w:r>
      <w:r>
        <w:rPr>
          <w:lang w:eastAsia="zh-CN"/>
        </w:rPr>
        <w:t>　　2、公司管理目标</w:t>
      </w:r>
      <w:r>
        <w:rPr>
          <w:lang w:eastAsia="zh-CN"/>
        </w:rPr>
        <w:br/>
      </w:r>
      <w:r>
        <w:rPr>
          <w:lang w:eastAsia="zh-CN"/>
        </w:rPr>
        <w:t>　　按照集团年度工作指导思想和工作思路，以及贯彻管理简洁高效的原则，我公司将在延伸业务开发、财务管理、人力资源管理、法务审计、市场营销等部门的管理职责进行强化管理，优化公司管理体系，提高管理效率。</w:t>
      </w:r>
      <w:r>
        <w:rPr>
          <w:lang w:eastAsia="zh-CN"/>
        </w:rPr>
        <w:br/>
      </w:r>
      <w:r>
        <w:rPr>
          <w:lang w:eastAsia="zh-CN"/>
        </w:rPr>
        <w:t>　　（1）做好客户信息数据的录入、维护、更新等基础工作，加强对提升客户满意度各项工作的落实到位，运用新手段变革创新；</w:t>
      </w:r>
      <w:r>
        <w:rPr>
          <w:lang w:eastAsia="zh-CN"/>
        </w:rPr>
        <w:br/>
      </w:r>
      <w:r>
        <w:rPr>
          <w:lang w:eastAsia="zh-CN"/>
        </w:rPr>
        <w:t>　　（2）深化完善销售、售后高级客户服务管理机制，进一步落实全员服务质量责任制，加大激励和奖惩工作力度，全面提升客户员工的满意度；</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（3）积极引导和鼓励干部和员工自我学习、拾遗补缺，完善考核和激励机制，提供各种学习平台，鼓励关键岗位干部员工通过学习培训，实现个人专业技能和职业层级的提高；</w:t>
      </w:r>
      <w:r>
        <w:rPr>
          <w:lang w:eastAsia="zh-CN"/>
        </w:rPr>
        <w:br/>
      </w:r>
      <w:r>
        <w:rPr>
          <w:lang w:eastAsia="zh-CN"/>
        </w:rPr>
        <w:t>　　（4）加强企业干部梯队建设，加快各类专业技术和管理人才的引进培养；</w:t>
      </w:r>
      <w:r>
        <w:rPr>
          <w:lang w:eastAsia="zh-CN"/>
        </w:rPr>
        <w:br/>
      </w:r>
      <w:r>
        <w:rPr>
          <w:lang w:eastAsia="zh-CN"/>
        </w:rPr>
        <w:t>　　（5）建立新形势下适应企业经营管理模式调整的财务管理体系，实现财务管理的职能、方法和手段的转变和创新；</w:t>
      </w:r>
      <w:r>
        <w:rPr>
          <w:lang w:eastAsia="zh-CN"/>
        </w:rPr>
        <w:br/>
      </w:r>
      <w:r>
        <w:rPr>
          <w:lang w:eastAsia="zh-CN"/>
        </w:rPr>
        <w:t>　　（6）做好企业文化的提炼和提升，增加企业文化的新内涵，开展样式多样的企业文化宣讲教育活动，积极完善员工的管理和技术职业发展通道建设，抓实抓好干部员工八大实事工程，加强爱心、教育和行车三大基金会的年度工作，弘扬企业文化传承，凝聚干部员工创造力。</w:t>
      </w:r>
      <w:r>
        <w:rPr>
          <w:lang w:eastAsia="zh-CN"/>
        </w:rPr>
        <w:br/>
      </w:r>
      <w:r>
        <w:rPr>
          <w:lang w:eastAsia="zh-CN"/>
        </w:rPr>
        <w:t>　　三、____年年度主要工作内容、思路及方法</w:t>
      </w:r>
      <w:r>
        <w:rPr>
          <w:lang w:eastAsia="zh-CN"/>
        </w:rPr>
        <w:br/>
      </w:r>
      <w:r>
        <w:rPr>
          <w:lang w:eastAsia="zh-CN"/>
        </w:rPr>
        <w:t>　　1、销售部年度工作内容、思路及方法</w:t>
      </w:r>
      <w:r>
        <w:rPr>
          <w:lang w:eastAsia="zh-CN"/>
        </w:rPr>
        <w:br/>
      </w:r>
      <w:r>
        <w:rPr>
          <w:lang w:eastAsia="zh-CN"/>
        </w:rPr>
        <w:t>　　（1）认真研究集团以及东风日产厂方下达的各项经营指标和年度商务政策，结合市场，根据历来销售淡、旺季制定销售目标和有效促销方案；继续延续去年好的做法做到每周有店头活动，提供销售顾问邀约客户二次来店由头和话术，提高成交率。</w:t>
      </w:r>
      <w:r>
        <w:rPr>
          <w:lang w:eastAsia="zh-CN"/>
        </w:rPr>
        <w:br/>
      </w:r>
      <w:r>
        <w:rPr>
          <w:lang w:eastAsia="zh-CN"/>
        </w:rPr>
        <w:t>　　（2）利用好集团大用户资源，和厂方大用户政策来开拓大用户购车渠道，从而提高销量以及利润的补充；狠抓边际利润，控制降低裸车销售，力争做到销售每一辆车有保险、有装潢、有上牌。</w:t>
      </w:r>
      <w:r>
        <w:rPr>
          <w:lang w:eastAsia="zh-CN"/>
        </w:rPr>
        <w:br/>
      </w:r>
      <w:r>
        <w:rPr>
          <w:lang w:eastAsia="zh-CN"/>
        </w:rPr>
        <w:t>　　（3）加强展厅接待服务质量，各小组组长负责担任当日值班的展厅经理，负责本组的展厅5S，展车5S以及人员5S管理及协调。由客户运营中心负责人进行检核，并纳入绩效。</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4）提高夕会质量，要求组长汇总各小组一天的工作内容，并提供支持和指导，特别是意向客户的情况了解和跟踪，好的销售技巧和话术进行推广。会后销售经理召集各小组组长进行一天工作总结和第二天工作的布置。</w:t>
      </w:r>
      <w:r>
        <w:rPr>
          <w:lang w:eastAsia="zh-CN"/>
        </w:rPr>
        <w:br/>
      </w:r>
      <w:r>
        <w:rPr>
          <w:lang w:eastAsia="zh-CN"/>
        </w:rPr>
        <w:t>　　（5）客户满意度是销售行业的命脉，因此____年的满意度的提升依然是工作的重中之重，首先加强流程培训和检核，确保从客户接待到交车以后的回访，每个环节确保客户满意。加强回访机制，除了销售顾问负责自己客户的回访，客户运营中心将对提车客户进行满意度回访，从而更客观的了解销售顾问的服务质量，和不满意客户的情况反映，已备销售经理进行情况掌握和修复工作的开展和落实使得客户满意得到提升。满意度的回访结果将纳入绩效考核。</w:t>
      </w:r>
      <w:r>
        <w:rPr>
          <w:lang w:eastAsia="zh-CN"/>
        </w:rPr>
        <w:br/>
      </w:r>
      <w:r>
        <w:rPr>
          <w:lang w:eastAsia="zh-CN"/>
        </w:rPr>
        <w:t>　　2、市场部年度工作内容、思路及方法</w:t>
      </w:r>
      <w:r>
        <w:rPr>
          <w:lang w:eastAsia="zh-CN"/>
        </w:rPr>
        <w:br/>
      </w:r>
      <w:r>
        <w:rPr>
          <w:lang w:eastAsia="zh-CN"/>
        </w:rPr>
        <w:t>　　（1）严格控制新车投保率，凡是店外投保的客户，必须进行二次商谈，本人签署免保单及店外投保风险提示函，遇到经销商提车或要求返点的客户，商业险可返点15%，以把保单做下为第一准则。</w:t>
      </w:r>
      <w:r>
        <w:rPr>
          <w:lang w:eastAsia="zh-CN"/>
        </w:rPr>
        <w:br/>
      </w:r>
      <w:r>
        <w:rPr>
          <w:lang w:eastAsia="zh-CN"/>
        </w:rPr>
        <w:t>　　（2）每月制定三级续保指标，完成第一级不奖不罚，完成第二级奖励续保团队500元活动经费，完成第三级奖励续保团队1000元活动经费，此外与厂方积极沟通组织不定期的续保竞赛，以激发续保专员的业务热情。</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坚持多渠道营销宣传策略。在龙东大道上进行为期一年的户外大牌广告；每双月保证三期报纸硬广，其中一期为主流媒体；争取做三次MINIBOOTH巡展；争取在年中做一次东方CJ；每双月做一次小胖看车团之类的看车团业务；计划与易车网、汽车之家合作开展会员平台网络营销业务。</w:t>
      </w:r>
      <w:r>
        <w:rPr>
          <w:lang w:eastAsia="zh-CN"/>
        </w:rPr>
        <w:br/>
      </w:r>
      <w:r>
        <w:rPr>
          <w:lang w:eastAsia="zh-CN"/>
        </w:rPr>
        <w:t>　　3、旧车部年度工作内容、思路及方法</w:t>
      </w:r>
      <w:r>
        <w:rPr>
          <w:lang w:eastAsia="zh-CN"/>
        </w:rPr>
        <w:br/>
      </w:r>
      <w:r>
        <w:rPr>
          <w:lang w:eastAsia="zh-CN"/>
        </w:rPr>
        <w:t>　　（1）加强二手车从业人员的技能培训以及销售业代和售后业代的置换培训。由于二手车竞争更加激烈，不仅有开心置换、国拍放心拍、车王二手车、安美途和盛大二手车，还有各4S店的`竞争，所以首先做好基本功，才能更好地应对客户。</w:t>
      </w:r>
      <w:r>
        <w:rPr>
          <w:lang w:eastAsia="zh-CN"/>
        </w:rPr>
        <w:br/>
      </w:r>
      <w:r>
        <w:rPr>
          <w:lang w:eastAsia="zh-CN"/>
        </w:rPr>
        <w:t>　　（2）重点开发公司的保有客户资源。我公司作为已有9年经营经验的老专营店，保有客户在15000名左右，客户车大都已行驶5年以上，已到换车的时候，通过售后业代、销售业代和客户运行中心共同来开发这些客户来店置换和收购。</w:t>
      </w:r>
      <w:r>
        <w:rPr>
          <w:lang w:eastAsia="zh-CN"/>
        </w:rPr>
        <w:br/>
      </w:r>
      <w:r>
        <w:rPr>
          <w:lang w:eastAsia="zh-CN"/>
        </w:rPr>
        <w:t>　　（3）制定二手车年度营销规划。根据以往全年二手车收购冷热程度的时期制定不同的二手车营销活动，吸引客户来店评估，提升二手车的置换量和收购量。</w:t>
      </w:r>
      <w:r>
        <w:rPr>
          <w:lang w:eastAsia="zh-CN"/>
        </w:rPr>
        <w:br/>
      </w:r>
      <w:r>
        <w:rPr>
          <w:lang w:eastAsia="zh-CN"/>
        </w:rPr>
        <w:t>　　（4）加强对二手车从业人员的考核。考核的指标有：二手车评估的标准动作，二手车信息输入的及时性，二手车意向客户的回访及时性，二手车系统输入的准确性，二手车办证的流程，二手车收购的月度指标，二手车收购的年度指标。只有对二手车从业人员设定明确的指标，才能把工作做得更细，有利于业务的提升。</w:t>
      </w:r>
      <w:r>
        <w:rPr>
          <w:lang w:eastAsia="zh-CN"/>
        </w:rPr>
        <w:br/>
      </w:r>
      <w:r>
        <w:rPr>
          <w:lang w:eastAsia="zh-CN"/>
        </w:rPr>
        <w:t>　　（5）提升二手车的零售业务能力。二手车的零售业务是提升二手车利润的基础，二手车通过零售才能使车辆的利润最大化，零售价格高了对二手车的收购能力也会提升。</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4、售后部年度工作内容、思路及方法</w:t>
      </w:r>
      <w:r>
        <w:rPr>
          <w:lang w:eastAsia="zh-CN"/>
        </w:rPr>
        <w:br/>
      </w:r>
      <w:r>
        <w:rPr>
          <w:lang w:eastAsia="zh-CN"/>
        </w:rPr>
        <w:t>　　（1）招揽车辆回厂，以完成各项经营指标。在____年度，我公司将延续之前在做好厂方活动的基础上，充分发挥品牌之优势，结合节气、市场环境等因素每月展开自主活动，以求在活动内容上更具吸引力，更贴近客户的需求。具体活动方案如下：</w:t>
      </w:r>
      <w:r>
        <w:rPr>
          <w:lang w:eastAsia="zh-CN"/>
        </w:rPr>
        <w:br/>
      </w:r>
      <w:r>
        <w:rPr>
          <w:lang w:eastAsia="zh-CN"/>
        </w:rPr>
        <w:t>　　（2）提高预约率。</w:t>
      </w:r>
      <w:r>
        <w:rPr>
          <w:lang w:eastAsia="zh-CN"/>
        </w:rPr>
        <w:br/>
      </w:r>
      <w:r>
        <w:rPr>
          <w:lang w:eastAsia="zh-CN"/>
        </w:rPr>
        <w:t>　　这也是招揽车辆回厂有效手段。由于主动邀约客户回厂有大的成长空间，且定期保养提醒专员已到岗，故将由其对预约率、定期保养召回率等方面进行有相应统计，通过主动出击，增强客户的车辆养护意识，提高邀约成功率，从而达到提高车辆回厂率的目的。</w:t>
      </w:r>
      <w:r>
        <w:rPr>
          <w:lang w:eastAsia="zh-CN"/>
        </w:rPr>
        <w:br/>
      </w:r>
      <w:r>
        <w:rPr>
          <w:lang w:eastAsia="zh-CN"/>
        </w:rPr>
        <w:t>　　（3）充分挖掘客户的消费潜能，提高车辆的单车营收。</w:t>
      </w:r>
      <w:r>
        <w:rPr>
          <w:lang w:eastAsia="zh-CN"/>
        </w:rPr>
        <w:br/>
      </w:r>
      <w:r>
        <w:rPr>
          <w:lang w:eastAsia="zh-CN"/>
        </w:rPr>
        <w:t>　　从去年的总体营收情况来看，比较乐观的，因而可以挖掘的空间仍然存在。首先要提高养护产品的着装率，力争把养护产品全面覆盖到进厂的每一台车上。通过服务顾问向客户的全面介绍、通过宣传单页的阅读、通过定期对客户进行用车知识讲座、通过每月举行的各项促销活动等，全面提高客户的养车意识，使客户自觉自愿的使用养护产品。</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其次是车辆精品销售的落实与开展。在个人经营指标下达至每一名SA时，很多SA都抱怨指标高、难完成。其实，车辆精品的销售也是提高营收的有效途径，之前，SA对此项目并不重视，甚至忽略对其进行销售。本年度我将与装潢部联系更紧密，通过对精品在前台、休息区的展示，通过对SA进行精品销售知识的培训等，全面提高SA对精品销售的重视度，从而达成提高单车营收的目标。同时追加项目工作的深入开展也是提高单车营收的有效途径。SA要在接车时将客户反映的问题充分反馈给车间技师，车间技师对车辆检查要做的深入仔细，SA与技师要及时沟通、相互协作，把追加项目工作提高上去。</w:t>
      </w:r>
      <w:r>
        <w:rPr>
          <w:lang w:eastAsia="zh-CN"/>
        </w:rPr>
        <w:br/>
      </w:r>
      <w:r>
        <w:rPr>
          <w:lang w:eastAsia="zh-CN"/>
        </w:rPr>
        <w:t>　　（4）势必要提高工作效率。____年度将在效率管理上采取相应措施。通过对进厂车辆各环节各时间节点及责任人的记录，从而对各工种人员工作效率进行管控，做到责任到岗，责任到人。</w:t>
      </w:r>
      <w:r>
        <w:rPr>
          <w:lang w:eastAsia="zh-CN"/>
        </w:rPr>
        <w:br/>
      </w:r>
      <w:r>
        <w:rPr>
          <w:lang w:eastAsia="zh-CN"/>
        </w:rPr>
        <w:t>　　（5）保证客户满意度。首先要保证员工满意，做好员工的沟通工作至关重要，要时刻了解员工的所想所需，引导和督促各主管对其下的员工的沟通工作。对各主管进行人员流失方面的绩效考核，对于因主管原因而导致员工流失的情况，将对主管进行经济处罚。力争实现售后团队建设。</w:t>
      </w:r>
      <w:r>
        <w:rPr>
          <w:lang w:eastAsia="zh-CN"/>
        </w:rPr>
        <w:br/>
      </w:r>
      <w:r>
        <w:rPr>
          <w:lang w:eastAsia="zh-CN"/>
        </w:rPr>
        <w:t>　　5、财务部工作内容、思路及方法</w:t>
      </w:r>
      <w:r>
        <w:rPr>
          <w:lang w:eastAsia="zh-CN"/>
        </w:rPr>
        <w:br/>
      </w:r>
      <w:r>
        <w:rPr>
          <w:lang w:eastAsia="zh-CN"/>
        </w:rPr>
        <w:t>　　（1）通过对企业融资结构的细化分析及优化方案的制定及协调落实，降低企业资金成本，建立库存现金及暂支额度管理制度，确保企业资金安全。</w:t>
      </w:r>
      <w:r>
        <w:rPr>
          <w:lang w:eastAsia="zh-CN"/>
        </w:rPr>
        <w:br/>
      </w:r>
      <w:r>
        <w:rPr>
          <w:lang w:eastAsia="zh-CN"/>
        </w:rPr>
        <w:t>　　（2）加强应收款项的管理范围，加大债权管理力度，减少企业财务风险；提高各项工作效率，合理安排日常及阶段性的工作。</w:t>
      </w:r>
      <w:r>
        <w:rPr>
          <w:lang w:eastAsia="zh-CN"/>
        </w:rPr>
        <w:br/>
      </w:r>
      <w:r>
        <w:rPr>
          <w:lang w:eastAsia="zh-CN"/>
        </w:rPr>
        <w:t>　　（3）通过强化岗位职责和服务意识，提高窗口服务质量，提升部门服务意识。</w:t>
      </w:r>
      <w:r>
        <w:rPr>
          <w:lang w:eastAsia="zh-CN"/>
        </w:rPr>
        <w:br/>
      </w:r>
    </w:p>
    <w:p w:rsidR="001B1F19" w14:textId="27C3F48A">
      <w:pPr>
        <w:rPr>
          <w:lang w:eastAsia="zh-CN"/>
        </w:rPr>
      </w:pPr>
      <w:r>
        <w:rPr>
          <w:lang w:eastAsia="zh-CN"/>
        </w:rPr>
        <w:t>　　（4）对各项核算工作建立健全统计台账，进一步实现财务监督管理职能；整合保险业务相关台账报表，做好员工绩效信息统计。</w:t>
      </w:r>
      <w:r>
        <w:rPr>
          <w:lang w:eastAsia="zh-CN"/>
        </w:rPr>
        <w:br/>
      </w:r>
      <w:r>
        <w:rPr>
          <w:lang w:eastAsia="zh-CN"/>
        </w:rPr>
        <w:t>　　6、客户服务部工作内容、思路及方法</w:t>
      </w:r>
      <w:r>
        <w:rPr>
          <w:lang w:eastAsia="zh-CN"/>
        </w:rPr>
        <w:br/>
      </w:r>
      <w:r>
        <w:rPr>
          <w:lang w:eastAsia="zh-CN"/>
        </w:rPr>
        <w:t>　　（1）客户满意度。将客户满意度分为电话回访和面访两个方面去做。通过满意度回访了解客户需求，解决客户不满。与相关部门保持沟通，做好反馈。</w:t>
      </w:r>
      <w:r>
        <w:rPr>
          <w:lang w:eastAsia="zh-CN"/>
        </w:rPr>
        <w:br/>
      </w:r>
      <w:r>
        <w:rPr>
          <w:lang w:eastAsia="zh-CN"/>
        </w:rPr>
        <w:t>　　（2）会员管理。继续做好俱乐部会员的开卡工作，配合销售和售后部会员工作。工作重点从发卡转移到积分管理，积分消耗和提高会员忠诚度。会员积分的管理，做到每天核对积分。每季度开展一次会员活动。</w:t>
      </w:r>
      <w:r>
        <w:rPr>
          <w:lang w:eastAsia="zh-CN"/>
        </w:rPr>
        <w:br/>
      </w:r>
      <w:r>
        <w:rPr>
          <w:lang w:eastAsia="zh-CN"/>
        </w:rPr>
        <w:t>　　（3）数据分析。每月对销售数据KPI和销售顾问个人情况做分析，每周做通报，监控异常。配合其他部门的工作，完成临时性任务。</w:t>
      </w:r>
      <w:r>
        <w:rPr>
          <w:lang w:eastAsia="zh-CN"/>
        </w:rPr>
        <w:br/>
      </w:r>
      <w:r>
        <w:rPr>
          <w:lang w:eastAsia="zh-CN"/>
        </w:rPr>
        <w:t>　　（4）加强内部管理，做好团队建设，部门每个员工做好3E和6S要求。将工作更加细化，加强与销售和售后的沟通，追究问题客户的反馈处理结果。</w:t>
      </w:r>
      <w:r>
        <w:rPr>
          <w:lang w:eastAsia="zh-CN"/>
        </w:rPr>
        <w:br/>
      </w:r>
      <w:r>
        <w:rPr>
          <w:lang w:eastAsia="zh-CN"/>
        </w:rPr>
        <w:t>　　7、其他工作</w:t>
      </w:r>
      <w:r>
        <w:rPr>
          <w:lang w:eastAsia="zh-CN"/>
        </w:rPr>
        <w:br/>
      </w:r>
      <w:r>
        <w:rPr>
          <w:lang w:eastAsia="zh-CN"/>
        </w:rPr>
        <w:t>　　帮助其他店走出困境，整合我公司人财物各资源要素，对青浦店进行定期工作指导，实时交流，并开展一帮一带教，全力帮助其渡过难关。　　月度销售工作计划 篇6</w:t>
      </w:r>
      <w:r>
        <w:rPr>
          <w:lang w:eastAsia="zh-CN"/>
        </w:rPr>
        <w:br/>
      </w:r>
      <w:r>
        <w:rPr>
          <w:lang w:eastAsia="zh-CN"/>
        </w:rPr>
        <w:t>　　加强知识学习</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https://d.book118.com/307010143015006045</w:t>
        </w:r>
      </w:hyperlink>
    </w:p>
    <w:p w:rsidR="001B1F19">
      <w:pPr>
        <w:rPr>
          <w:lang w:eastAsia="zh-CN"/>
        </w:rPr>
      </w:pPr>
    </w:p>
    <w:sectPr>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07010143015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