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出纳年度总结范文（34篇）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转眼间我们送走了__年迎来了崭新的20__年，回顾这1年来的工作情况，还是收获颇丰，作为单位出纳，我在收付、反映、监督、管理四个方面尽到了应尽的职责，在不断改善工作方式方法的同时，顺利完成如下工作：</w:t>
      </w:r>
      <w:r>
        <w:rPr>
          <w:lang w:eastAsia="zh-CN"/>
        </w:rPr>
        <w:br/>
      </w:r>
      <w:r>
        <w:rPr>
          <w:lang w:eastAsia="zh-CN"/>
        </w:rPr>
        <w:t>　　一、现金业务</w:t>
      </w:r>
      <w:r>
        <w:rPr>
          <w:lang w:eastAsia="zh-CN"/>
        </w:rPr>
        <w:br/>
      </w:r>
      <w:r>
        <w:rPr>
          <w:lang w:eastAsia="zh-CN"/>
        </w:rPr>
        <w:t>　　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r>
        <w:rPr>
          <w:lang w:eastAsia="zh-CN"/>
        </w:rPr>
        <w:br/>
      </w:r>
      <w:r>
        <w:rPr>
          <w:lang w:eastAsia="zh-CN"/>
        </w:rPr>
        <w:t>　　二、银行业务</w:t>
      </w:r>
      <w:r>
        <w:rPr>
          <w:lang w:eastAsia="zh-CN"/>
        </w:rPr>
        <w:br/>
      </w:r>
      <w:r>
        <w:rPr>
          <w:lang w:eastAsia="zh-CN"/>
        </w:rPr>
        <w:t>　　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三、其他工作</w:t>
      </w:r>
      <w:r>
        <w:rPr>
          <w:lang w:eastAsia="zh-CN"/>
        </w:rPr>
        <w:br/>
      </w:r>
      <w:r>
        <w:rPr>
          <w:lang w:eastAsia="zh-CN"/>
        </w:rPr>
        <w:t>　　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r>
        <w:rPr>
          <w:lang w:eastAsia="zh-CN"/>
        </w:rPr>
        <w:br/>
      </w:r>
      <w:r>
        <w:rPr>
          <w:lang w:eastAsia="zh-CN"/>
        </w:rPr>
        <w:t>　　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w:t>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xml:space="preserve"> 尽自己的最大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r>
        <w:rPr>
          <w:lang w:eastAsia="zh-CN"/>
        </w:rPr>
        <w:br/>
      </w:r>
      <w:r>
        <w:rPr>
          <w:lang w:eastAsia="zh-CN"/>
        </w:rPr>
        <w:t>　　最后，我再一次衷心感谢我身边的每一位同事和领导，有了大家这样好同事好领导，在这样的一个优秀的集体里，我相信我们的公司明天会更好！而我们也将收获无限的希望！</w:t>
      </w:r>
      <w:r>
        <w:rPr>
          <w:lang w:eastAsia="zh-CN"/>
        </w:rPr>
        <w:br/>
      </w:r>
      <w:r>
        <w:rPr>
          <w:lang w:eastAsia="zh-CN"/>
        </w:rPr>
        <w:t xml:space="preserve">    出纳年度总结范文 篇11 </w:t>
      </w:r>
      <w:r>
        <w:rPr>
          <w:lang w:eastAsia="zh-CN"/>
        </w:rPr>
        <w:br/>
      </w:r>
      <w:r>
        <w:rPr>
          <w:lang w:eastAsia="zh-CN"/>
        </w:rPr>
        <w:t>　　回顾这一年来的出纳工作，先是失误、还是失误，最后才有了小的成绩和经验。下面，我将出纳工作总结如下，敬请大家提出宝贵意见。</w:t>
      </w:r>
      <w:r>
        <w:rPr>
          <w:lang w:eastAsia="zh-CN"/>
        </w:rPr>
        <w:br/>
      </w:r>
      <w:r>
        <w:rPr>
          <w:lang w:eastAsia="zh-CN"/>
        </w:rPr>
        <w:t>　　一、失误、缺点和经验简谈</w:t>
      </w:r>
      <w:r>
        <w:rPr>
          <w:lang w:eastAsia="zh-CN"/>
        </w:rPr>
        <w:br/>
      </w:r>
      <w:r>
        <w:rPr>
          <w:lang w:eastAsia="zh-CN"/>
        </w:rPr>
        <w:t>　　以前在公司是做会计工作的，出纳的业务没具体操作和实践过，总认为是“调虫小技”，不以为然，可就是抱着这种心态刚开始干出纳工作出现不少的失误，</w:t>
      </w:r>
      <w:r>
        <w:rPr>
          <w:lang w:eastAsia="zh-CN"/>
        </w:rPr>
        <w:br/>
      </w:r>
      <w:r>
        <w:rPr>
          <w:lang w:eastAsia="zh-CN"/>
        </w:rPr>
        <w:t>　　第一失误就是开具支票上的错误。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r>
        <w:rPr>
          <w:lang w:eastAsia="zh-CN"/>
        </w:rPr>
        <w:br/>
      </w:r>
      <w:r>
        <w:rPr>
          <w:lang w:eastAsia="zh-CN"/>
        </w:rPr>
        <w:t>　　基于上述业务需求，根据自己在软件公司的软件实施经验和电脑知识，为自己的岗位需求开发了e_cel系统的交行票据套打系统，解决了在实际工作中出现的缺点问题，提高了工作效率。</w:t>
      </w:r>
      <w:r>
        <w:rPr>
          <w:lang w:eastAsia="zh-CN"/>
        </w:rPr>
        <w:br/>
      </w:r>
      <w:r>
        <w:rPr>
          <w:lang w:eastAsia="zh-CN"/>
        </w:rPr>
        <w:t>　　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r>
        <w:rPr>
          <w:lang w:eastAsia="zh-CN"/>
        </w:rPr>
        <w:br/>
      </w:r>
      <w:r>
        <w:rPr>
          <w:lang w:eastAsia="zh-CN"/>
        </w:rPr>
        <w:t>　　二、取得的成绩</w:t>
      </w:r>
      <w:r>
        <w:rPr>
          <w:lang w:eastAsia="zh-CN"/>
        </w:rPr>
        <w:br/>
      </w:r>
      <w:r>
        <w:rPr>
          <w:lang w:eastAsia="zh-CN"/>
        </w:rPr>
        <w:t>　　在这期间，在财务和内勤上我作了如下具体工作。</w:t>
      </w:r>
      <w:r>
        <w:rPr>
          <w:lang w:eastAsia="zh-CN"/>
        </w:rPr>
        <w:br/>
      </w:r>
      <w:r>
        <w:rPr>
          <w:lang w:eastAsia="zh-CN"/>
        </w:rPr>
        <w:t>　　1、严格按照财务制度的要求，办理费用报销，现金、支票的收付业务。</w:t>
      </w:r>
      <w:r>
        <w:rPr>
          <w:lang w:eastAsia="zh-CN"/>
        </w:rPr>
        <w:br/>
      </w:r>
      <w:r>
        <w:rPr>
          <w:lang w:eastAsia="zh-CN"/>
        </w:rPr>
        <w:t>　　2、每月第八个工作日按时作好单位职工的薪金发放。</w:t>
      </w:r>
      <w:r>
        <w:rPr>
          <w:lang w:eastAsia="zh-CN"/>
        </w:rPr>
        <w:br/>
      </w:r>
      <w:r>
        <w:rPr>
          <w:lang w:eastAsia="zh-CN"/>
        </w:rPr>
        <w:t>　　3、及时登记现金、银行存款日记帐。月末编制银行余额调节表。</w:t>
      </w:r>
      <w:r>
        <w:rPr>
          <w:lang w:eastAsia="zh-CN"/>
        </w:rPr>
        <w:br/>
      </w:r>
      <w:r>
        <w:rPr>
          <w:lang w:eastAsia="zh-CN"/>
        </w:rPr>
        <w:t>　　4、起草财经公文、人事公文并及时发放、传阅、存档、保管。</w:t>
      </w:r>
      <w:r>
        <w:rPr>
          <w:lang w:eastAsia="zh-CN"/>
        </w:rPr>
        <w:br/>
      </w:r>
      <w:r>
        <w:rPr>
          <w:lang w:eastAsia="zh-CN"/>
        </w:rPr>
        <w:t>　　5、监督人员考勤登记，办公饮用水的安排。</w:t>
      </w:r>
      <w:r>
        <w:rPr>
          <w:lang w:eastAsia="zh-CN"/>
        </w:rPr>
        <w:br/>
      </w:r>
      <w:r>
        <w:rPr>
          <w:lang w:eastAsia="zh-CN"/>
        </w:rPr>
        <w:t>　　6、开具日常收款业务发票，并保管好空白发票和其它支票。</w:t>
      </w:r>
      <w:r>
        <w:rPr>
          <w:lang w:eastAsia="zh-CN"/>
        </w:rPr>
        <w:br/>
      </w:r>
      <w:r>
        <w:rPr>
          <w:lang w:eastAsia="zh-CN"/>
        </w:rPr>
        <w:t>　　7、开发了e_cel平台票据套打系统。</w:t>
      </w:r>
      <w:r>
        <w:rPr>
          <w:lang w:eastAsia="zh-CN"/>
        </w:rPr>
        <w:br/>
      </w:r>
      <w:r>
        <w:rPr>
          <w:lang w:eastAsia="zh-CN"/>
        </w:rPr>
        <w:t>　　8、填写地税申报表。</w:t>
      </w:r>
      <w:r>
        <w:rPr>
          <w:lang w:eastAsia="zh-CN"/>
        </w:rPr>
        <w:br/>
      </w:r>
      <w:r>
        <w:rPr>
          <w:lang w:eastAsia="zh-CN"/>
        </w:rPr>
        <w:t>　　9、完成财务经理交待的工作。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r>
        <w:rPr>
          <w:lang w:eastAsia="zh-CN"/>
        </w:rPr>
        <w:br/>
      </w:r>
      <w:r>
        <w:rPr>
          <w:lang w:eastAsia="zh-CN"/>
        </w:rPr>
        <w:t>　　三、今后的努力方向</w:t>
      </w:r>
      <w:r>
        <w:rPr>
          <w:lang w:eastAsia="zh-CN"/>
        </w:rPr>
        <w:br/>
      </w:r>
      <w:r>
        <w:rPr>
          <w:lang w:eastAsia="zh-CN"/>
        </w:rPr>
        <w:t>　　作为一个合格的'出纳，必须具备以下的基本要求：</w:t>
      </w:r>
      <w:r>
        <w:rPr>
          <w:lang w:eastAsia="zh-CN"/>
        </w:rPr>
        <w:br/>
      </w:r>
      <w:r>
        <w:rPr>
          <w:lang w:eastAsia="zh-CN"/>
        </w:rPr>
        <w:t>　　1、学习、了解和掌握政策法规和公司制度，不断提高自己的业务水平和知识技能。</w:t>
      </w:r>
      <w:r>
        <w:rPr>
          <w:lang w:eastAsia="zh-CN"/>
        </w:rPr>
        <w:br/>
      </w:r>
      <w:r>
        <w:rPr>
          <w:lang w:eastAsia="zh-CN"/>
        </w:rPr>
        <w:t>　　2、学会制订本职岗位工作内部控制制度，发挥财务控制、监督的作用。</w:t>
      </w:r>
      <w:r>
        <w:rPr>
          <w:lang w:eastAsia="zh-CN"/>
        </w:rPr>
        <w:br/>
      </w:r>
      <w:r>
        <w:rPr>
          <w:lang w:eastAsia="zh-CN"/>
        </w:rPr>
        <w:t>　　3、出纳人员要恪守良好的职业道德。</w:t>
      </w:r>
      <w:r>
        <w:rPr>
          <w:lang w:eastAsia="zh-CN"/>
        </w:rPr>
        <w:br/>
      </w:r>
      <w:r>
        <w:rPr>
          <w:lang w:eastAsia="zh-CN"/>
        </w:rPr>
        <w:t>　　4、出纳人员要有较强的安全意识，现金、有价证券、票据、各种印鉴，既要有内部的保管分工，各负其责，并相互牵制。</w:t>
      </w:r>
      <w:r>
        <w:rPr>
          <w:lang w:eastAsia="zh-CN"/>
        </w:rPr>
        <w:br/>
      </w:r>
      <w:r>
        <w:rPr>
          <w:lang w:eastAsia="zh-CN"/>
        </w:rPr>
        <w:t>　　5、很好的沟通能力。特别是和工商、税务、社保等单位的外联沟通能力。</w:t>
      </w:r>
      <w:r>
        <w:rPr>
          <w:lang w:eastAsia="zh-CN"/>
        </w:rPr>
        <w:br/>
      </w:r>
      <w:r>
        <w:rPr>
          <w:lang w:eastAsia="zh-CN"/>
        </w:rPr>
        <w:t>　　以上是我近一年工作以来的一些体会和认识，也是我不断在工作中将所学的知识与实践相结合的一个过程。在以后的工作和学习中我还将不懈的努力和拼搏，做好出纳工作计划，认真工作，努力实现自己的人生价值。</w:t>
      </w:r>
      <w:r>
        <w:rPr>
          <w:lang w:eastAsia="zh-CN"/>
        </w:rPr>
        <w:br/>
      </w:r>
      <w:r>
        <w:rPr>
          <w:lang w:eastAsia="zh-CN"/>
        </w:rPr>
        <w:t>　　在此，我要特别感谢公司领导和各位同仁在工作和生活中。</w:t>
      </w:r>
      <w:r>
        <w:rPr>
          <w:lang w:eastAsia="zh-CN"/>
        </w:rPr>
        <w:br/>
      </w:r>
      <w:r>
        <w:rPr>
          <w:lang w:eastAsia="zh-CN"/>
        </w:rPr>
        <w:t xml:space="preserve">    出纳年度总结范文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r>
        <w:rPr>
          <w:lang w:eastAsia="zh-CN"/>
        </w:rPr>
        <w:br/>
      </w:r>
      <w:r>
        <w:rPr>
          <w:lang w:eastAsia="zh-CN"/>
        </w:rPr>
        <w:t>　　首先，我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r>
        <w:rPr>
          <w:lang w:eastAsia="zh-CN"/>
        </w:rPr>
        <w:br/>
      </w:r>
      <w:r>
        <w:rPr>
          <w:lang w:eastAsia="zh-CN"/>
        </w:rPr>
        <w:t>　　其次作为公司出纳，我在收付、反映、监督、管理四个方面尽到了应尽的职责，过去的一年里在不断改善工作方式方法的同时，顺利完成如下工作：</w:t>
      </w:r>
      <w:r>
        <w:rPr>
          <w:lang w:eastAsia="zh-CN"/>
        </w:rPr>
        <w:br/>
      </w:r>
      <w:r>
        <w:rPr>
          <w:lang w:eastAsia="zh-CN"/>
        </w:rPr>
        <w:t>　　　　一、日常工作：</w:t>
      </w:r>
      <w:r>
        <w:rPr>
          <w:lang w:eastAsia="zh-CN"/>
        </w:rPr>
        <w:br/>
      </w:r>
      <w:r>
        <w:rPr>
          <w:lang w:eastAsia="zh-CN"/>
        </w:rPr>
        <w:t>　　1、严格执行现金管理和结算制度，定期向会计核对现金与帐目，发现金额不符，做到及时汇报，及时处理。</w:t>
      </w:r>
      <w:r>
        <w:rPr>
          <w:lang w:eastAsia="zh-CN"/>
        </w:rPr>
        <w:br/>
      </w:r>
      <w:r>
        <w:rPr>
          <w:lang w:eastAsia="zh-CN"/>
        </w:rPr>
        <w:t>　　2、及时收回公司各项收入，开出收据，及时收回现金存入银行。</w:t>
      </w:r>
      <w:r>
        <w:rPr>
          <w:lang w:eastAsia="zh-CN"/>
        </w:rPr>
        <w:br/>
      </w:r>
      <w:r>
        <w:rPr>
          <w:lang w:eastAsia="zh-CN"/>
        </w:rPr>
        <w:t>　　3、根据会计提供的依据，与银行相关部门联系，井然有序地完成了职工工资和其它应发放的经费发放工作。</w:t>
      </w:r>
      <w:r>
        <w:rPr>
          <w:lang w:eastAsia="zh-CN"/>
        </w:rPr>
        <w:br/>
      </w:r>
      <w:r>
        <w:rPr>
          <w:lang w:eastAsia="zh-CN"/>
        </w:rPr>
        <w:t>　　4、坚持财务手续，严格审核算（发票上必须有经手人、验收人、审批人签字方可报帐），对不符手续的发票不付款。</w:t>
      </w:r>
      <w:r>
        <w:rPr>
          <w:lang w:eastAsia="zh-CN"/>
        </w:rPr>
        <w:br/>
      </w:r>
      <w:r>
        <w:rPr>
          <w:lang w:eastAsia="zh-CN"/>
        </w:rPr>
        <w:t>　　　　二、其他工作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1、迎接公司评估，准备所需财务相关材料，及时送交办公室。</w:t>
      </w:r>
      <w:r>
        <w:rPr>
          <w:lang w:eastAsia="zh-CN"/>
        </w:rPr>
        <w:br/>
      </w:r>
      <w:r>
        <w:rPr>
          <w:lang w:eastAsia="zh-CN"/>
        </w:rPr>
        <w:t>　　2、为迎接审计部门对我公司帐务情况的检查工作，做好前期自查自纠工作，对检查中可能出现的问题做好统计，并提交领导审阅。在工作中，我忠于职守，尽力而为，领导和同事们也给了我很大的帮助和鼓励。</w:t>
      </w:r>
      <w:r>
        <w:rPr>
          <w:lang w:eastAsia="zh-CN"/>
        </w:rPr>
        <w:br/>
      </w:r>
      <w:r>
        <w:rPr>
          <w:lang w:eastAsia="zh-CN"/>
        </w:rPr>
        <w:t>　　回顾检查自身存在的问题，我认为：</w:t>
      </w:r>
      <w:r>
        <w:rPr>
          <w:lang w:eastAsia="zh-CN"/>
        </w:rPr>
        <w:br/>
      </w:r>
      <w:r>
        <w:rPr>
          <w:lang w:eastAsia="zh-CN"/>
        </w:rPr>
        <w:t>　　1、学习不够。当前，以信息技术为基础的新经济蓬勃发展，新情况新问题层出不穷，新知识新科学不断问世。面对严峻的.挑战，缺乏学习的紧迫感和自觉性。理论基础、专业知识、文化水平、工作方法等不能适应新的要求。</w:t>
      </w:r>
      <w:r>
        <w:rPr>
          <w:lang w:eastAsia="zh-CN"/>
        </w:rPr>
        <w:br/>
      </w:r>
      <w:r>
        <w:rPr>
          <w:lang w:eastAsia="zh-CN"/>
        </w:rPr>
        <w:t>　　2、在工作较累的时候，有过松弛思想，这是自己政治素质不高，也是世界观、人生观、价值观解决不好的表现。</w:t>
      </w:r>
      <w:r>
        <w:rPr>
          <w:lang w:eastAsia="zh-CN"/>
        </w:rPr>
        <w:br/>
      </w:r>
      <w:r>
        <w:rPr>
          <w:lang w:eastAsia="zh-CN"/>
        </w:rPr>
        <w:t>　　针对以上问题，今后的努力方向是：</w:t>
      </w:r>
      <w:r>
        <w:rPr>
          <w:lang w:eastAsia="zh-CN"/>
        </w:rPr>
        <w:br/>
      </w:r>
      <w:r>
        <w:rPr>
          <w:lang w:eastAsia="zh-CN"/>
        </w:rPr>
        <w:t>　　1、加强理论学习，进一步提高自身素质。</w:t>
      </w:r>
      <w:r>
        <w:rPr>
          <w:lang w:eastAsia="zh-CN"/>
        </w:rPr>
        <w:br/>
      </w:r>
      <w:r>
        <w:rPr>
          <w:lang w:eastAsia="zh-CN"/>
        </w:rPr>
        <w:t>　　2、增强大局观念，转变工作作风，努力克服自己的消极情绪，提高工作质量和效率，积极配合领导同事们把工作做得更好。</w:t>
      </w:r>
      <w:r>
        <w:rPr>
          <w:lang w:eastAsia="zh-CN"/>
        </w:rPr>
        <w:br/>
      </w:r>
      <w:r>
        <w:rPr>
          <w:lang w:eastAsia="zh-CN"/>
        </w:rPr>
        <w:t xml:space="preserve">    出纳年度总结范文 篇13 </w:t>
      </w:r>
      <w:r>
        <w:rPr>
          <w:lang w:eastAsia="zh-CN"/>
        </w:rPr>
        <w:br/>
      </w:r>
      <w:r>
        <w:rPr>
          <w:lang w:eastAsia="zh-CN"/>
        </w:rPr>
        <w:t>　　时间如梭，转眼间又将跨过一个年度，在20__年中，在领导及同事们的帮助指导下，通过自身的努力，我个人无论是在敬业精神、思想境界?还是在业务素质、工作能力上都得到进一步提高，其工作总结如下：</w:t>
      </w:r>
      <w:r>
        <w:rPr>
          <w:lang w:eastAsia="zh-CN"/>
        </w:rPr>
        <w:br/>
      </w:r>
      <w:r>
        <w:rPr>
          <w:lang w:eastAsia="zh-CN"/>
        </w:rPr>
        <w:t>　　一、日常工作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1、收费</w:t>
      </w:r>
      <w:r>
        <w:rPr>
          <w:lang w:eastAsia="zh-CN"/>
        </w:rPr>
        <w:br/>
      </w:r>
      <w:r>
        <w:rPr>
          <w:lang w:eastAsia="zh-CN"/>
        </w:rPr>
        <w:t>　　2、依据现金收支单据编制收支日报、收入日报、收入月报及出纳账，由会计员审核签名</w:t>
      </w:r>
      <w:r>
        <w:rPr>
          <w:lang w:eastAsia="zh-CN"/>
        </w:rPr>
        <w:br/>
      </w:r>
      <w:r>
        <w:rPr>
          <w:lang w:eastAsia="zh-CN"/>
        </w:rPr>
        <w:t>　　3、清点库存现金</w:t>
      </w:r>
      <w:r>
        <w:rPr>
          <w:lang w:eastAsia="zh-CN"/>
        </w:rPr>
        <w:br/>
      </w:r>
      <w:r>
        <w:rPr>
          <w:lang w:eastAsia="zh-CN"/>
        </w:rPr>
        <w:t>　　4、查询银行余额与账面余额核对清楚，并查询已开发票的金额是否到账。</w:t>
      </w:r>
      <w:r>
        <w:rPr>
          <w:lang w:eastAsia="zh-CN"/>
        </w:rPr>
        <w:br/>
      </w:r>
      <w:r>
        <w:rPr>
          <w:lang w:eastAsia="zh-CN"/>
        </w:rPr>
        <w:t>　　5、收入存行</w:t>
      </w:r>
      <w:r>
        <w:rPr>
          <w:lang w:eastAsia="zh-CN"/>
        </w:rPr>
        <w:br/>
      </w:r>
      <w:r>
        <w:rPr>
          <w:lang w:eastAsia="zh-CN"/>
        </w:rPr>
        <w:t>　　6、报销及借支</w:t>
      </w:r>
      <w:r>
        <w:rPr>
          <w:lang w:eastAsia="zh-CN"/>
        </w:rPr>
        <w:br/>
      </w:r>
      <w:r>
        <w:rPr>
          <w:lang w:eastAsia="zh-CN"/>
        </w:rPr>
        <w:t>　　10、工资的发放，制工资发放表，核对员工的账号与金额，开支票在银行转账。</w:t>
      </w:r>
      <w:r>
        <w:rPr>
          <w:lang w:eastAsia="zh-CN"/>
        </w:rPr>
        <w:br/>
      </w:r>
      <w:r>
        <w:rPr>
          <w:lang w:eastAsia="zh-CN"/>
        </w:rPr>
        <w:t>　　11、每个星期五准备备用金退装修按金</w:t>
      </w:r>
      <w:r>
        <w:rPr>
          <w:lang w:eastAsia="zh-CN"/>
        </w:rPr>
        <w:br/>
      </w:r>
      <w:r>
        <w:rPr>
          <w:lang w:eastAsia="zh-CN"/>
        </w:rPr>
        <w:t>　　12、会计每三个月会打交款通知单?将其装订好，以便查阅和统计缴费户数。</w:t>
      </w:r>
      <w:r>
        <w:rPr>
          <w:lang w:eastAsia="zh-CN"/>
        </w:rPr>
        <w:br/>
      </w:r>
      <w:r>
        <w:rPr>
          <w:lang w:eastAsia="zh-CN"/>
        </w:rPr>
        <w:t>　　二、工作中遇到的问题</w:t>
      </w:r>
      <w:r>
        <w:rPr>
          <w:lang w:eastAsia="zh-CN"/>
        </w:rPr>
        <w:br/>
      </w:r>
      <w:r>
        <w:rPr>
          <w:lang w:eastAsia="zh-CN"/>
        </w:rPr>
        <w:t>　　在工作中如遇到自己无法解决的问题，应请示领导给予提示或是解决问题的方法。</w:t>
      </w:r>
      <w:r>
        <w:rPr>
          <w:lang w:eastAsia="zh-CN"/>
        </w:rPr>
        <w:br/>
      </w:r>
      <w:r>
        <w:rPr>
          <w:lang w:eastAsia="zh-CN"/>
        </w:rPr>
        <w:t>　　三、总结的目的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回顾10个月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r>
        <w:rPr>
          <w:lang w:eastAsia="zh-CN"/>
        </w:rPr>
        <w:br/>
      </w:r>
      <w:r>
        <w:rPr>
          <w:lang w:eastAsia="zh-CN"/>
        </w:rPr>
        <w:t xml:space="preserve">    出纳年度总结范文 篇14 </w:t>
      </w:r>
      <w:r>
        <w:rPr>
          <w:lang w:eastAsia="zh-CN"/>
        </w:rPr>
        <w:br/>
      </w:r>
      <w:r>
        <w:rPr>
          <w:lang w:eastAsia="zh-CN"/>
        </w:rPr>
        <w:t>　　一、端正工作态度，完成财务工作</w:t>
      </w:r>
      <w:r>
        <w:rPr>
          <w:lang w:eastAsia="zh-CN"/>
        </w:rPr>
        <w:br/>
      </w:r>
      <w:r>
        <w:rPr>
          <w:lang w:eastAsia="zh-CN"/>
        </w:rPr>
        <w:t>　　做好财务工作，首先就是要做好每月的财务预算，严格按照每月的预算执行，保证资金的正常运行。在总结了上学年的财务收支状况后，结合我们本学年除了正常的收支外，其他需要支出的部分，做了一份本学年的收支预算表，保证收支的平衡。从这一年的执行情况来看，每月的收支基本都在预算范围内，部分由于特殊情况不在范围内的支出，通过报告请示获批后，给与了支付。</w:t>
      </w:r>
      <w:r>
        <w:rPr>
          <w:lang w:eastAsia="zh-CN"/>
        </w:rPr>
        <w:br/>
      </w:r>
      <w:r>
        <w:rPr>
          <w:lang w:eastAsia="zh-CN"/>
        </w:rPr>
        <w:t>　　账本记好后，再根据凭证做好试算平衡表，业务活动表和资产负债表。其中幼儿伙食费严格按照要求单独核算做账，每日的食物和价格登记在幼儿伙食账本上，并按分类做好幼儿伙食费月结算表，每月的_日前张贴在园告示栏向家长公示。每月初根据各类报表分别和_家银行及做好对账工作，完成地税及国税的网上申报任务，年末按时完成区教育局的教育经费统计报表，并在规定时间内上交教育局计财科。</w:t>
      </w:r>
      <w:r>
        <w:rPr>
          <w:lang w:eastAsia="zh-CN"/>
        </w:rPr>
        <w:br/>
      </w:r>
      <w:r>
        <w:rPr>
          <w:lang w:eastAsia="zh-CN"/>
        </w:rPr>
        <w:t>　　二、热情接待家长，做好招生工作</w:t>
      </w:r>
      <w:r>
        <w:rPr>
          <w:lang w:eastAsia="zh-CN"/>
        </w:rPr>
        <w:br/>
      </w:r>
      <w:r>
        <w:rPr>
          <w:lang w:eastAsia="zh-CN"/>
        </w:rPr>
        <w:t>　　招生工作在上学期中已经完成，但仍然能接到不少想要入园的幼儿家长电话，虽然已经满额，也要耐心的回答家长一些关于入园的问题，能解决的尽量帮家长解决，或者告知他们附近还有哪些幼儿园，提供一些合理的建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在本学期中还接受了__名中大班幼儿插班，对于询问中、大班插班的家长，在可以招收的情况下，都提前告知学费及助学券等相关入园事宜，热情接待幼儿及家长参观班级，让幼儿了解新班级、新老师。</w:t>
      </w:r>
      <w:r>
        <w:rPr>
          <w:lang w:eastAsia="zh-CN"/>
        </w:rPr>
        <w:br/>
      </w:r>
      <w:r>
        <w:rPr>
          <w:lang w:eastAsia="zh-CN"/>
        </w:rPr>
        <w:t>　　三、细心做好人事，保证教工利益</w:t>
      </w:r>
      <w:r>
        <w:rPr>
          <w:lang w:eastAsia="zh-CN"/>
        </w:rPr>
        <w:br/>
      </w:r>
      <w:r>
        <w:rPr>
          <w:lang w:eastAsia="zh-CN"/>
        </w:rPr>
        <w:t>　　工资是大家的经济命脉，也是人们最关心，最关注的，我认真做好工资表的编制，工资项目仔细核对，做到万无一失，不能让任何一个人的个人利益受到损失。节日前，要为大家购买物美价廉的节日福利，争取给大家选购到最实惠的物品。</w:t>
      </w:r>
      <w:r>
        <w:rPr>
          <w:lang w:eastAsia="zh-CN"/>
        </w:rPr>
        <w:br/>
      </w:r>
      <w:r>
        <w:rPr>
          <w:lang w:eastAsia="zh-CN"/>
        </w:rPr>
        <w:t>　　其次是个人所得税和社保。每个月都要进行所得税和社保的核算工作，月初进行网上申报，并把税款按时交到银行。由于今年开始与南京市社保接轨，在_月初收集齐了所有人员的信息资料，统一为大家更换了最新的医保卡，在_月底有一名保育员因个人原因离职，_月初及时为她办理了社保转出及终解备案手续，并为新来的人员也及时办理了合同签订和社保转入。</w:t>
      </w:r>
      <w:r>
        <w:rPr>
          <w:lang w:eastAsia="zh-CN"/>
        </w:rPr>
        <w:br/>
      </w:r>
      <w:r>
        <w:rPr>
          <w:lang w:eastAsia="zh-CN"/>
        </w:rPr>
        <w:t>　　四、及时沟通班级，耐心服务幼儿</w:t>
      </w:r>
      <w:r>
        <w:rPr>
          <w:lang w:eastAsia="zh-CN"/>
        </w:rPr>
        <w:br/>
      </w:r>
      <w:r>
        <w:rPr>
          <w:lang w:eastAsia="zh-CN"/>
        </w:rPr>
        <w:t>　　每年秋季的新生入园都会是哭声一片，没有进行过集体生活的幼儿都会因刚刚离开家的不适应而哭闹不已，为了帮助他们尽快适应幼儿园的生活，我在小一班协助班级教师安抚每个哭着要爸爸妈妈的孩子，陪孩子们一起适应了一个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班级幼儿的伙食费每月总会有粗心的家长忘记存钱，为了不增加老师的负担，扣款后及时给未存钱的家长发短信，提醒他们存钱。幼儿的学平险费用也在开学初收齐付给保险公司，收集齐的名单上报到教育局，为了不影响幼儿的保险报销，仔细查看家长提交的出险材料，指导填写报销表格，尽快的送到教育局，以免影响幼儿保险的报销。</w:t>
      </w:r>
      <w:r>
        <w:rPr>
          <w:lang w:eastAsia="zh-CN"/>
        </w:rPr>
        <w:br/>
      </w:r>
      <w:r>
        <w:rPr>
          <w:lang w:eastAsia="zh-CN"/>
        </w:rPr>
        <w:t>　　五、认真完成每项工作，保持良好的工作状态</w:t>
      </w:r>
      <w:r>
        <w:rPr>
          <w:lang w:eastAsia="zh-CN"/>
        </w:rPr>
        <w:br/>
      </w:r>
      <w:r>
        <w:rPr>
          <w:lang w:eastAsia="zh-CN"/>
        </w:rPr>
        <w:t>　　完成了民政局年审工作的同时，还参加了民办非企业单位规范化建设评估，这是一项新的创建，由于对其还不够了解，不知道该如何提供各项资料，在参照评估指标及多位老师的协助下，完成了评估且获得了等级。</w:t>
      </w:r>
      <w:r>
        <w:rPr>
          <w:lang w:eastAsia="zh-CN"/>
        </w:rPr>
        <w:br/>
      </w:r>
      <w:r>
        <w:rPr>
          <w:lang w:eastAsia="zh-CN"/>
        </w:rPr>
        <w:t>　　除了上述工作以外，我的兼职工作是保健，在需要的时候要协助保健老师完成保健工作。工作是琐碎的，但完成工作要有条理，有计划，把所有的事情尽量做到，不管是本职工作还是其他交待的任务，都要认真对待，继续保持这种良好的工作状态一直工作下去。</w:t>
      </w:r>
      <w:r>
        <w:rPr>
          <w:lang w:eastAsia="zh-CN"/>
        </w:rPr>
        <w:br/>
      </w:r>
      <w:r>
        <w:rPr>
          <w:lang w:eastAsia="zh-CN"/>
        </w:rPr>
        <w:t xml:space="preserve">    出纳年度总结范文 篇15 </w:t>
      </w:r>
      <w:r>
        <w:rPr>
          <w:lang w:eastAsia="zh-CN"/>
        </w:rPr>
        <w:br/>
      </w:r>
      <w:r>
        <w:rPr>
          <w:lang w:eastAsia="zh-CN"/>
        </w:rPr>
        <w:t>　　我是__公司财务部的出纳林源，以下为我对今年出纳工作的总结。</w:t>
      </w:r>
      <w:r>
        <w:rPr>
          <w:lang w:eastAsia="zh-CN"/>
        </w:rPr>
        <w:br/>
      </w:r>
      <w:r>
        <w:rPr>
          <w:lang w:eastAsia="zh-CN"/>
        </w:rPr>
        <w:t>　　今年我公司各部门都取得了可喜的成就，作为公司出纳，我在收付、反映、监督、管理四个方面尽到了应尽的职责，特别是在非典期间，仍按时到银行保险等公共场合办理业务。</w:t>
      </w:r>
      <w:r>
        <w:rPr>
          <w:lang w:eastAsia="zh-CN"/>
        </w:rPr>
        <w:br/>
      </w:r>
      <w:r>
        <w:rPr>
          <w:lang w:eastAsia="zh-CN"/>
        </w:rPr>
        <w:t>　　在过去的一年里在不断改善工作方式方法的同时，顺利完成如下工作：</w:t>
      </w:r>
      <w:r>
        <w:rPr>
          <w:lang w:eastAsia="zh-CN"/>
        </w:rPr>
        <w:br/>
      </w:r>
      <w:r>
        <w:rPr>
          <w:lang w:eastAsia="zh-CN"/>
        </w:rPr>
        <w:t>　　一、开学期间日常工作：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1、与银行相关部门联系，井然有序地完成了职工工资发放工作。</w:t>
      </w:r>
      <w:r>
        <w:rPr>
          <w:lang w:eastAsia="zh-CN"/>
        </w:rPr>
        <w:br/>
      </w:r>
      <w:r>
        <w:rPr>
          <w:lang w:eastAsia="zh-CN"/>
        </w:rPr>
        <w:t>　　2、清理客户欠费名单，并与各个相关部门通力合作，共同完成欠费的催收工作。</w:t>
      </w:r>
      <w:r>
        <w:rPr>
          <w:lang w:eastAsia="zh-CN"/>
        </w:rPr>
        <w:br/>
      </w:r>
      <w:r>
        <w:rPr>
          <w:lang w:eastAsia="zh-CN"/>
        </w:rPr>
        <w:t>　　3、核对保险名单，与保险公司办理好交接手续，完成对我公司职工的意外伤害险的投保工作。</w:t>
      </w:r>
      <w:r>
        <w:rPr>
          <w:lang w:eastAsia="zh-CN"/>
        </w:rPr>
        <w:br/>
      </w:r>
      <w:r>
        <w:rPr>
          <w:lang w:eastAsia="zh-CN"/>
        </w:rPr>
        <w:t>　　4、做好200_年各种财务报表及统计报表，并及时送交相关主管部门。</w:t>
      </w:r>
      <w:r>
        <w:rPr>
          <w:lang w:eastAsia="zh-CN"/>
        </w:rPr>
        <w:br/>
      </w:r>
      <w:r>
        <w:rPr>
          <w:lang w:eastAsia="zh-CN"/>
        </w:rPr>
        <w:t>　　二、其他工作</w:t>
      </w:r>
      <w:r>
        <w:rPr>
          <w:lang w:eastAsia="zh-CN"/>
        </w:rPr>
        <w:br/>
      </w:r>
      <w:r>
        <w:rPr>
          <w:lang w:eastAsia="zh-CN"/>
        </w:rPr>
        <w:t>　　1、迎接公司评估，准备所需财务相关材料，及时送交办公室。</w:t>
      </w:r>
      <w:r>
        <w:rPr>
          <w:lang w:eastAsia="zh-CN"/>
        </w:rPr>
        <w:br/>
      </w:r>
      <w:r>
        <w:rPr>
          <w:lang w:eastAsia="zh-CN"/>
        </w:rPr>
        <w:t>　　2、为迎接审计部门对我公司帐务情况的检查工作，做好前期自查自纠工作，对检查中可能出现的问题做好统计，并提交领导审阅。</w:t>
      </w:r>
      <w:r>
        <w:rPr>
          <w:lang w:eastAsia="zh-CN"/>
        </w:rPr>
        <w:br/>
      </w:r>
      <w:r>
        <w:rPr>
          <w:lang w:eastAsia="zh-CN"/>
        </w:rPr>
        <w:t>　　3、按照公司部署，做好了社会公益活动及困难职工救济工作。</w:t>
      </w:r>
      <w:r>
        <w:rPr>
          <w:lang w:eastAsia="zh-CN"/>
        </w:rPr>
        <w:br/>
      </w:r>
      <w:r>
        <w:rPr>
          <w:lang w:eastAsia="zh-CN"/>
        </w:rPr>
        <w:t>　　三、在本年度工作中</w:t>
      </w:r>
      <w:r>
        <w:rPr>
          <w:lang w:eastAsia="zh-CN"/>
        </w:rPr>
        <w:br/>
      </w:r>
      <w:r>
        <w:rPr>
          <w:lang w:eastAsia="zh-CN"/>
        </w:rPr>
        <w:t>　　1、严格执行现金管理和结算制度，定期向会计核对现金与帐目，发现现金金额不符，做到及时汇报，及时处理。</w:t>
      </w:r>
      <w:r>
        <w:rPr>
          <w:lang w:eastAsia="zh-CN"/>
        </w:rPr>
        <w:br/>
      </w:r>
      <w:r>
        <w:rPr>
          <w:lang w:eastAsia="zh-CN"/>
        </w:rPr>
        <w:t>　　2、及时收回公司各项收入，开出收据，及时收回现金存入银行，从无坐支现金。</w:t>
      </w:r>
      <w:r>
        <w:rPr>
          <w:lang w:eastAsia="zh-CN"/>
        </w:rPr>
        <w:br/>
      </w:r>
      <w:r>
        <w:rPr>
          <w:lang w:eastAsia="zh-CN"/>
        </w:rPr>
        <w:t>　　3、根据会计提供的依据，及时发放教工工资和其它应发放的经费。</w:t>
      </w:r>
      <w:r>
        <w:rPr>
          <w:lang w:eastAsia="zh-CN"/>
        </w:rPr>
        <w:br/>
      </w:r>
      <w:r>
        <w:rPr>
          <w:lang w:eastAsia="zh-CN"/>
        </w:rPr>
        <w:t>　　4、坚持财务手续，严格审核算（发票上必须有经手人、验收人、审批人签字方可报帐），对不符手续的发票不付款。</w:t>
      </w:r>
      <w:r>
        <w:rPr>
          <w:lang w:eastAsia="zh-CN"/>
        </w:rPr>
        <w:br/>
      </w:r>
      <w:r>
        <w:rPr>
          <w:lang w:eastAsia="zh-CN"/>
        </w:rPr>
        <w:t xml:space="preserve">    出纳年度总结范文 篇16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今年是我到第一年，虽说是第一年，但是在领导的引导和同事帮助下，我圆满的完成了一年的工作计划。现在对过去的工作进行简单总结，具体的情况是：</w:t>
      </w:r>
      <w:r>
        <w:rPr>
          <w:lang w:eastAsia="zh-CN"/>
        </w:rPr>
        <w:br/>
      </w:r>
      <w:r>
        <w:rPr>
          <w:lang w:eastAsia="zh-CN"/>
        </w:rPr>
        <w:t>　　一、职能发展</w:t>
      </w:r>
      <w:r>
        <w:rPr>
          <w:lang w:eastAsia="zh-CN"/>
        </w:rPr>
        <w:br/>
      </w:r>
      <w:r>
        <w:rPr>
          <w:lang w:eastAsia="zh-CN"/>
        </w:rPr>
        <w:t>　　1、建立了成本费用明细分类目录，使成本费用核算、预算合同管理，有了统一归口的依据。</w:t>
      </w:r>
      <w:r>
        <w:rPr>
          <w:lang w:eastAsia="zh-CN"/>
        </w:rPr>
        <w:br/>
      </w:r>
      <w:r>
        <w:rPr>
          <w:lang w:eastAsia="zh-CN"/>
        </w:rPr>
        <w:t>　　2、对会计报表进行梳理、格式作相应的调整，制订了会计报表管理办法。使会计报表更趋于管理的需要。</w:t>
      </w:r>
      <w:r>
        <w:rPr>
          <w:lang w:eastAsia="zh-CN"/>
        </w:rPr>
        <w:br/>
      </w:r>
      <w:r>
        <w:rPr>
          <w:lang w:eastAsia="zh-CN"/>
        </w:rPr>
        <w:t>　　3、修改完善了会计结算单，推出了会计凭证管理办法，为加强内部管理做好前期工作。</w:t>
      </w:r>
      <w:r>
        <w:rPr>
          <w:lang w:eastAsia="zh-CN"/>
        </w:rPr>
        <w:br/>
      </w:r>
      <w:r>
        <w:rPr>
          <w:lang w:eastAsia="zh-CN"/>
        </w:rPr>
        <w:t>　　4、设置了资金预算管理表式及办法，为公司进一步规范目标化管理、提高经营绩效、统筹及高效地运用资金，铺下了良好的基础。 财务合同管理月总结　公司推出“财务、合同管理月活动”，说明公司领导对财务、合同管理工作的重视，同时也说明目前财务管理工作还达不到公司领导的要求。</w:t>
      </w:r>
      <w:r>
        <w:rPr>
          <w:lang w:eastAsia="zh-CN"/>
        </w:rPr>
        <w:br/>
      </w:r>
      <w:r>
        <w:rPr>
          <w:lang w:eastAsia="zh-CN"/>
        </w:rPr>
        <w:t>　　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r>
        <w:rPr>
          <w:lang w:eastAsia="zh-CN"/>
        </w:rPr>
        <w:br/>
      </w:r>
      <w:r>
        <w:rPr>
          <w:lang w:eastAsia="zh-CN"/>
        </w:rPr>
        <w:t>　　6、配合目标责任制，对财务内部管理报表的格式及其内容进行再调整，目的，一是要符合财务管理求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二、满足责任人取值及内部考核的要求。</w:t>
      </w:r>
      <w:r>
        <w:rPr>
          <w:lang w:eastAsia="zh-CN"/>
        </w:rPr>
        <w:br/>
      </w:r>
      <w:r>
        <w:rPr>
          <w:lang w:eastAsia="zh-CN"/>
        </w:rPr>
        <w:t>　　财务内部管理报表已经多次调整修改，建议集团公司对新调整的财务内部管理报表的格式及其内容进行一次认证，并于明确，作为一定时期内相对稳定的表式。</w:t>
      </w:r>
      <w:r>
        <w:rPr>
          <w:lang w:eastAsia="zh-CN"/>
        </w:rPr>
        <w:br/>
      </w:r>
      <w:r>
        <w:rPr>
          <w:lang w:eastAsia="zh-CN"/>
        </w:rPr>
        <w:t>　　1、针对外地公司远离集团公司，财务又独立设立核算机构，为加强集团公司对外地公司的管理，保证核算的统一性、信息反馈的及时性，提出了与驻外地公司财务工作联系要求。__月份与宁波公司财务进行交流，将财务核算要求、信息传递、对外报表的审批程序、上报集团公司的报表都进行了明确。</w:t>
      </w:r>
      <w:r>
        <w:rPr>
          <w:lang w:eastAsia="zh-CN"/>
        </w:rPr>
        <w:br/>
      </w:r>
      <w:r>
        <w:rPr>
          <w:lang w:eastAsia="zh-CN"/>
        </w:rPr>
        <w:t>　　2、对各公司进行一次内部审计，目的，是对各公司经营状况进行一次全面地了解，为今后财务管理做好基础工作。</w:t>
      </w:r>
      <w:r>
        <w:rPr>
          <w:lang w:eastAsia="zh-CN"/>
        </w:rPr>
        <w:br/>
      </w:r>
      <w:r>
        <w:rPr>
          <w:lang w:eastAsia="zh-CN"/>
        </w:rPr>
        <w:t>　　3、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 经过调研、沟通、设计，于_年__月推出《成本费用明细分类目录及说明》;于_年__月__日推出《会计报表管理试行办法》;_年_月__日推出《会计凭证管理试行办法》。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4、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r>
        <w:rPr>
          <w:lang w:eastAsia="zh-CN"/>
        </w:rPr>
        <w:br/>
      </w:r>
      <w:r>
        <w:rPr>
          <w:lang w:eastAsia="zh-CN"/>
        </w:rPr>
        <w:t xml:space="preserve">    出纳年度总结范文 篇17 </w:t>
      </w:r>
      <w:r>
        <w:rPr>
          <w:lang w:eastAsia="zh-CN"/>
        </w:rPr>
        <w:br/>
      </w:r>
      <w:r>
        <w:rPr>
          <w:lang w:eastAsia="zh-CN"/>
        </w:rPr>
        <w:t>　　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r>
        <w:rPr>
          <w:lang w:eastAsia="zh-CN"/>
        </w:rPr>
        <w:br/>
      </w:r>
      <w:r>
        <w:rPr>
          <w:lang w:eastAsia="zh-CN"/>
        </w:rPr>
        <w:t>　　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r>
        <w:rPr>
          <w:lang w:eastAsia="zh-CN"/>
        </w:rPr>
        <w:br/>
      </w:r>
      <w:r>
        <w:rPr>
          <w:lang w:eastAsia="zh-CN"/>
        </w:rPr>
        <w:t>　　其次作为公司出纳，我在收付、反映、监督四个方面尽到了应尽的职责，过去的几个月里在不断改善工作方式方法的同时，顺利完成如下工作：</w:t>
      </w:r>
      <w:r>
        <w:rPr>
          <w:lang w:eastAsia="zh-CN"/>
        </w:rPr>
        <w:br/>
      </w:r>
      <w:r>
        <w:rPr>
          <w:lang w:eastAsia="zh-CN"/>
        </w:rPr>
        <w:t>　　一、日常工作：</w:t>
      </w:r>
      <w:r>
        <w:rPr>
          <w:lang w:eastAsia="zh-CN"/>
        </w:rPr>
        <w:br/>
      </w:r>
      <w:r>
        <w:rPr>
          <w:lang w:eastAsia="zh-CN"/>
        </w:rPr>
        <w:t>　　1、严格执行现金管理和结算制度，定期向会计核对现金与帐目，发现金额不符，做到及时汇报，及时处理。</w:t>
      </w:r>
      <w:r>
        <w:rPr>
          <w:lang w:eastAsia="zh-CN"/>
        </w:rPr>
        <w:br/>
      </w:r>
      <w:r>
        <w:rPr>
          <w:lang w:eastAsia="zh-CN"/>
        </w:rPr>
        <w:t>　　2、及时收回公司各项收入，开出收据，及时收回现金存入银行。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3、根据会计提供的依据，与银行相关部门联系，井然有序地完成了职工工资和其它应发放的经费发放工作。</w:t>
      </w:r>
      <w:r>
        <w:rPr>
          <w:lang w:eastAsia="zh-CN"/>
        </w:rPr>
        <w:br/>
      </w:r>
      <w:r>
        <w:rPr>
          <w:lang w:eastAsia="zh-CN"/>
        </w:rPr>
        <w:t>　　4、坚持财务手续，严格审核(凭证上必须有经手人及相关领导的签字才能给予支付)，对不符手续的凭证不付款。</w:t>
      </w:r>
      <w:r>
        <w:rPr>
          <w:lang w:eastAsia="zh-CN"/>
        </w:rPr>
        <w:br/>
      </w:r>
      <w:r>
        <w:rPr>
          <w:lang w:eastAsia="zh-CN"/>
        </w:rPr>
        <w:t>　　二、其他工作</w:t>
      </w:r>
      <w:r>
        <w:rPr>
          <w:lang w:eastAsia="zh-CN"/>
        </w:rPr>
        <w:br/>
      </w:r>
      <w:r>
        <w:rPr>
          <w:lang w:eastAsia="zh-CN"/>
        </w:rPr>
        <w:t>　　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r>
        <w:rPr>
          <w:lang w:eastAsia="zh-CN"/>
        </w:rPr>
        <w:br/>
      </w:r>
      <w:r>
        <w:rPr>
          <w:lang w:eastAsia="zh-CN"/>
        </w:rPr>
        <w:t>　　2.完成领导交付的其他工作。</w:t>
      </w:r>
      <w:r>
        <w:rPr>
          <w:lang w:eastAsia="zh-CN"/>
        </w:rPr>
        <w:br/>
      </w:r>
      <w:r>
        <w:rPr>
          <w:lang w:eastAsia="zh-CN"/>
        </w:rPr>
        <w:t>　　三.回顾检查自身存在的问题，我认为：</w:t>
      </w:r>
      <w:r>
        <w:rPr>
          <w:lang w:eastAsia="zh-CN"/>
        </w:rPr>
        <w:br/>
      </w:r>
      <w:r>
        <w:rPr>
          <w:lang w:eastAsia="zh-CN"/>
        </w:rPr>
        <w:t>　　一、学习不够。当前，以信息技术为基础的会计软件的应用及理论基础、专业知识、工作方法等不能完全适应新的工作。</w:t>
      </w:r>
      <w:r>
        <w:rPr>
          <w:lang w:eastAsia="zh-CN"/>
        </w:rPr>
        <w:br/>
      </w:r>
      <w:r>
        <w:rPr>
          <w:lang w:eastAsia="zh-CN"/>
        </w:rPr>
        <w:t>　　二、对针对以上问题，今后的努力方向是：</w:t>
      </w:r>
      <w:r>
        <w:rPr>
          <w:lang w:eastAsia="zh-CN"/>
        </w:rPr>
        <w:br/>
      </w:r>
      <w:r>
        <w:rPr>
          <w:lang w:eastAsia="zh-CN"/>
        </w:rPr>
        <w:t>　　加强理论学习，进一步提高工作效率。对业务的熟悉，必须通过相关专业知识的学习，虚心请教领导和同事增强分析问题、解决问题的能力，努力学习，争取在明年取得会计从业资格证书。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w:t>
      </w:r>
      <w:r>
        <w:rPr>
          <w:lang w:eastAsia="zh-CN"/>
        </w:rPr>
        <w:br/>
      </w:r>
      <w:r>
        <w:rPr>
          <w:lang w:eastAsia="zh-CN"/>
        </w:rPr>
        <w:t xml:space="preserve">    出纳年度总结范文 篇18 </w:t>
      </w:r>
      <w:r>
        <w:rPr>
          <w:lang w:eastAsia="zh-CN"/>
        </w:rPr>
        <w:br/>
      </w:r>
      <w:r>
        <w:rPr>
          <w:lang w:eastAsia="zh-CN"/>
        </w:rPr>
        <w:t>　　恪守规章制度，履行岗位职责。</w:t>
      </w:r>
      <w:r>
        <w:rPr>
          <w:lang w:eastAsia="zh-CN"/>
        </w:rPr>
        <w:br/>
      </w:r>
      <w:r>
        <w:rPr>
          <w:lang w:eastAsia="zh-CN"/>
        </w:rPr>
        <w:t>　　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r>
        <w:rPr>
          <w:lang w:eastAsia="zh-CN"/>
        </w:rPr>
        <w:br/>
      </w:r>
      <w:r>
        <w:rPr>
          <w:lang w:eastAsia="zh-CN"/>
        </w:rPr>
        <w:t>　　增强防范意识，落实“三防一保”。</w:t>
      </w:r>
      <w:r>
        <w:rPr>
          <w:lang w:eastAsia="zh-CN"/>
        </w:rPr>
        <w:br/>
      </w:r>
      <w:r>
        <w:rPr>
          <w:lang w:eastAsia="zh-CN"/>
        </w:rPr>
        <w:t>　　安全保卫方面。一年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r>
        <w:rPr>
          <w:lang w:eastAsia="zh-CN"/>
        </w:rPr>
        <w:br/>
      </w:r>
      <w:r>
        <w:rPr>
          <w:lang w:eastAsia="zh-CN"/>
        </w:rPr>
        <w:t>　　团结奋进，共同营造良好的工作环境。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团结他人，与人为善”一直是我待人的准则。在工作中，能够团结同事，和睦相处，相互学习、相互促进；在生活中，互相帮助，互相关心，共同创造和谐的氛围。同时，不断地进行自我定位，更新观念，提高服务意识，增强服务水平。</w:t>
      </w:r>
      <w:r>
        <w:rPr>
          <w:lang w:eastAsia="zh-CN"/>
        </w:rPr>
        <w:br/>
      </w:r>
      <w:r>
        <w:rPr>
          <w:lang w:eastAsia="zh-CN"/>
        </w:rPr>
        <w:t>　　总之，一年来，在上级领导和同事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事的热情帮助下，我必定会把工作做得更稳更好，争取在新的一年中会有更好的成绩。</w:t>
      </w:r>
      <w:r>
        <w:rPr>
          <w:lang w:eastAsia="zh-CN"/>
        </w:rPr>
        <w:br/>
      </w:r>
      <w:r>
        <w:rPr>
          <w:lang w:eastAsia="zh-CN"/>
        </w:rPr>
        <w:t xml:space="preserve">    出纳年度总结范文 篇19 </w:t>
      </w:r>
      <w:r>
        <w:rPr>
          <w:lang w:eastAsia="zh-CN"/>
        </w:rPr>
        <w:br/>
      </w:r>
      <w:r>
        <w:rPr>
          <w:lang w:eastAsia="zh-CN"/>
        </w:rPr>
        <w:t>　　20__年已近接近尾声，回顾过去一段时间的工作，具体的可分为几方面的内容：</w:t>
      </w:r>
      <w:r>
        <w:rPr>
          <w:lang w:eastAsia="zh-CN"/>
        </w:rPr>
        <w:br/>
      </w:r>
      <w:r>
        <w:rPr>
          <w:lang w:eastAsia="zh-CN"/>
        </w:rPr>
        <w:t>　　一、日常工作：</w:t>
      </w:r>
      <w:r>
        <w:rPr>
          <w:lang w:eastAsia="zh-CN"/>
        </w:rPr>
        <w:br/>
      </w:r>
      <w:r>
        <w:rPr>
          <w:lang w:eastAsia="zh-CN"/>
        </w:rPr>
        <w:t>　　1、严格执行现金管理和结算制度，定期向会计核对现金与帐目，发现金额不符，做到及时汇报，及时处理。</w:t>
      </w:r>
      <w:r>
        <w:rPr>
          <w:lang w:eastAsia="zh-CN"/>
        </w:rPr>
        <w:br/>
      </w:r>
      <w:r>
        <w:rPr>
          <w:lang w:eastAsia="zh-CN"/>
        </w:rPr>
        <w:t>　　2、及时收回公司各项收入，开出收据，及时收回现金存入银行。</w:t>
      </w:r>
      <w:r>
        <w:rPr>
          <w:lang w:eastAsia="zh-CN"/>
        </w:rPr>
        <w:br/>
      </w:r>
      <w:r>
        <w:rPr>
          <w:lang w:eastAsia="zh-CN"/>
        </w:rPr>
        <w:t>　　3、根据会计提供的依据，与银行相关部门联系，井然有序地完成了职工工资和其它应发放的经费发放工作。</w:t>
      </w:r>
      <w:r>
        <w:rPr>
          <w:lang w:eastAsia="zh-CN"/>
        </w:rPr>
        <w:br/>
      </w:r>
      <w:r>
        <w:rPr>
          <w:lang w:eastAsia="zh-CN"/>
        </w:rPr>
        <w:t>　　4、坚持财务手续，严格审核(凭证上必须有经手人及相关领导的签字才能给予支付)，对不符手续的凭证不付款。</w:t>
      </w:r>
      <w:r>
        <w:rPr>
          <w:lang w:eastAsia="zh-CN"/>
        </w:rPr>
        <w:br/>
      </w:r>
      <w:r>
        <w:rPr>
          <w:lang w:eastAsia="zh-CN"/>
        </w:rPr>
        <w:t>　　二、其他工作</w:t>
      </w:r>
      <w:r>
        <w:rPr>
          <w:lang w:eastAsia="zh-CN"/>
        </w:rPr>
        <w:br/>
      </w:r>
      <w:r>
        <w:rPr>
          <w:lang w:eastAsia="zh-CN"/>
        </w:rPr>
        <w:t>　　1、</w:t>
      </w:r>
    </w:p>
    <w:p w:rsidR="001B1F19" w14:textId="27C3F48A">
      <w:pPr>
        <w:rPr>
          <w:rFonts w:hint="eastAsia"/>
          <w:lang w:eastAsia="zh-CN"/>
        </w:rPr>
      </w:pPr>
      <w:r>
        <w:rPr>
          <w:lang w:eastAsia="zh-CN"/>
        </w:rPr>
        <w:t xml:space="preserve"> 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r>
        <w:rPr>
          <w:lang w:eastAsia="zh-CN"/>
        </w:rPr>
        <w:br/>
      </w:r>
      <w:r>
        <w:rPr>
          <w:lang w:eastAsia="zh-CN"/>
        </w:rPr>
        <w:t>　　2.完成领导交付的其他工作。</w:t>
      </w:r>
      <w:r>
        <w:rPr>
          <w:lang w:eastAsia="zh-CN"/>
        </w:rPr>
        <w:br/>
      </w:r>
      <w:r>
        <w:rPr>
          <w:lang w:eastAsia="zh-CN"/>
        </w:rPr>
        <w:t>　　三.回顾检查自身存在的问题，我认为：</w:t>
      </w:r>
      <w:r>
        <w:rPr>
          <w:lang w:eastAsia="zh-CN"/>
        </w:rPr>
        <w:br/>
      </w:r>
      <w:r>
        <w:rPr>
          <w:lang w:eastAsia="zh-CN"/>
        </w:rPr>
        <w:t>　　1、学习不够。当前，以信息技术为基础的会计软件的应用及理论基储专业知识、工作方法等不能完全适应新的工作。</w:t>
      </w:r>
      <w:r>
        <w:rPr>
          <w:lang w:eastAsia="zh-CN"/>
        </w:rPr>
        <w:br/>
      </w:r>
      <w:r>
        <w:rPr>
          <w:lang w:eastAsia="zh-CN"/>
        </w:rPr>
        <w:t>　　2、对针对以上问题，今后的努力方向是：</w:t>
      </w:r>
      <w:r>
        <w:rPr>
          <w:lang w:eastAsia="zh-CN"/>
        </w:rPr>
        <w:br/>
      </w:r>
      <w:r>
        <w:rPr>
          <w:lang w:eastAsia="zh-CN"/>
        </w:rPr>
        <w:t>　　加强理论学习，进一步提高工作效率。对业务的熟悉，必须通过相关专业知识的学习，虚心请教领导和同事增强分析问题、解决问题的能力，努力学习，争取在明年取得会计从业资格证书。</w:t>
      </w:r>
      <w:r>
        <w:rPr>
          <w:lang w:eastAsia="zh-CN"/>
        </w:rPr>
        <w:br/>
      </w:r>
      <w:r>
        <w:rPr>
          <w:lang w:eastAsia="zh-CN"/>
        </w:rPr>
        <w:t>　　在以后的工作中，我将刻苦学习，勤奋思考，向同事请教，不断提高自己的工作能力，为公司发展出一份力。</w:t>
      </w:r>
      <w:r>
        <w:rPr>
          <w:lang w:eastAsia="zh-CN"/>
        </w:rPr>
        <w:br/>
      </w:r>
      <w:r>
        <w:rPr>
          <w:lang w:eastAsia="zh-CN"/>
        </w:rPr>
        <w:t xml:space="preserve">    出纳年度总结范文 篇20 </w:t>
      </w:r>
      <w:r>
        <w:rPr>
          <w:lang w:eastAsia="zh-CN"/>
        </w:rPr>
        <w:br/>
      </w:r>
      <w:r>
        <w:rPr>
          <w:lang w:eastAsia="zh-CN"/>
        </w:rPr>
        <w:t>　　根据中心20__年工作重点和整体安排及思路，我按照年初确定的目标和要求，团结协作，密切配合，在领导下、以及各财务人员的大力支持下，完成了各项财务工作任务，确保中心财务工作有序、高效运转，比较好地履行了会计职能，为保证中心财务工作顺利进行发挥了积极的作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https://d.book118.com/308100035113006045</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0810003511300604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