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企业职工2024年个人工作总结（31篇）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企业职工2024年个人工作总结（精选31篇）</w:t>
      </w:r>
      <w:r>
        <w:rPr>
          <w:lang w:eastAsia="zh-CN"/>
        </w:rPr>
        <w:br/>
      </w:r>
      <w:r>
        <w:rPr>
          <w:lang w:eastAsia="zh-CN"/>
        </w:rPr>
        <w:t xml:space="preserve">    企业职工2024年个人工作总结 篇1 </w:t>
      </w:r>
      <w:r>
        <w:rPr>
          <w:lang w:eastAsia="zh-CN"/>
        </w:rPr>
        <w:br/>
      </w:r>
      <w:r>
        <w:rPr>
          <w:lang w:eastAsia="zh-CN"/>
        </w:rPr>
        <w:t>　　对于工作这个词，是潜移默化的接受的，自20__年7月份从学校毕业，带着一身稚气来到公司参加工作。从开始的对工作环境的茫然，到后来把工作这个概念强加到自己的观念中，从分厂的一线上升到制造公司的生产管理，从一个眼光狭小的高校毕业生慢慢的树立起全局的系统观念，我在一步步成长起来。</w:t>
      </w:r>
      <w:r>
        <w:rPr>
          <w:lang w:eastAsia="zh-CN"/>
        </w:rPr>
        <w:br/>
      </w:r>
      <w:r>
        <w:rPr>
          <w:lang w:eastAsia="zh-CN"/>
        </w:rPr>
        <w:t>　　没有太多宏伟的高瞻远瞩，也没有过于细腻的深切体会，只是在这一年中的一些琐碎的想法和话语，分为不太清楚的几方面在下面慢慢道来：</w:t>
      </w:r>
      <w:r>
        <w:rPr>
          <w:lang w:eastAsia="zh-CN"/>
        </w:rPr>
        <w:br/>
      </w:r>
      <w:r>
        <w:rPr>
          <w:lang w:eastAsia="zh-CN"/>
        </w:rPr>
        <w:t>　　一、学习业务知识，作好本职工作</w:t>
      </w:r>
      <w:r>
        <w:rPr>
          <w:lang w:eastAsia="zh-CN"/>
        </w:rPr>
        <w:br/>
      </w:r>
      <w:r>
        <w:rPr>
          <w:lang w:eastAsia="zh-CN"/>
        </w:rPr>
        <w:t>　　20__年1-7月，我在特种电机组学习火电生产管理方法。由于自身对电机知识和管理知识的欠缺，初期就表现出了对工作的盲目以及被动排斥，给自己的岗位学习造成了极大的阻碍。后来经过领导和师父的及时引导，加上自我深入到生产现场对产品进行了进一步的感性认识，在经过几次的思想调整过后，就逐渐的适应了生产管理的工作节奏和工作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由于所学的专业为机械设计与制造，对机械加工有一些理论上的了解，很快就熟悉了汽发机的主要部件的机加工，对于各分厂的主要设备也有了初步的认识。慢慢的，通过每天到生产现场进行学习和观察，然后结合专业工艺路线表和图纸，我开始对汽发机的各个部套和总装有了整体的认识，这样，我对产品就有初步的了解了。</w:t>
      </w:r>
      <w:r>
        <w:rPr>
          <w:lang w:eastAsia="zh-CN"/>
        </w:rPr>
        <w:br/>
      </w:r>
      <w:r>
        <w:rPr>
          <w:lang w:eastAsia="zh-CN"/>
        </w:rPr>
        <w:t>　　在了解了产品之后，接下来就是管理了。制造分公司作为生产系统的核心管理部门，生产计划便是生产能顺利开展起来的灵魂，作好生产计划也是一个生产管理者的必备素质。优秀的生产计划必须要具备良好的可执行性、合理客观的生产周期以及应对偏差的纠正性。要作出这样一份优秀的生产计划，作为生产管理者，首先要了解产品的工艺路线，然后根据分厂的设备能力和人员配备情况，还要能预计在实际生产中的突发情况，综合判定生产周期，并在计划的执行过程中要及时跟踪以及时纠偏。在拥有了编制生产计划的能力后，要想计划在分厂能够正在的落实下去，除了计划本身的优质性，我们更需要具有良好的沟通和协调能力。由于分厂的各管理人员在年龄、性格、文化水平存在较大差异，再加上他们的地域文化差异，就使得他们处理对待事情的方式方法不尽相同，这就要求我们必须要学会和多种不同类型的人员正确沟通交流，并在此过程中不断的总结经验，不断增强自己的协调能力。</w:t>
      </w:r>
      <w:r>
        <w:rPr>
          <w:lang w:eastAsia="zh-CN"/>
        </w:rPr>
        <w:br/>
      </w:r>
      <w:r>
        <w:rPr>
          <w:lang w:eastAsia="zh-CN"/>
        </w:rPr>
        <w:t>　　当然，要想成为一名优秀的管理者，还必须掌握常用的现代办公软件，以及学习其他优秀的管理方法。在这方面，我平时除了学习一些常用的文字、图像处理软件外，还在分公司领导的关心下，开始接触一些专业的生产管理方面的书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虽然现在收效甚微，但对我以后的发展是大有帮助的。</w:t>
      </w:r>
      <w:r>
        <w:rPr>
          <w:lang w:eastAsia="zh-CN"/>
        </w:rPr>
        <w:br/>
      </w:r>
      <w:r>
        <w:rPr>
          <w:lang w:eastAsia="zh-CN"/>
        </w:rPr>
        <w:t>　　二、理论联系实际，在实践中成长</w:t>
      </w:r>
      <w:r>
        <w:rPr>
          <w:lang w:eastAsia="zh-CN"/>
        </w:rPr>
        <w:br/>
      </w:r>
      <w:r>
        <w:rPr>
          <w:lang w:eastAsia="zh-CN"/>
        </w:rPr>
        <w:t>　　无论我们的理论知识多么丰富，最后都是要回归到实践中来，因为工作本身就是实践性的。</w:t>
      </w:r>
      <w:r>
        <w:rPr>
          <w:lang w:eastAsia="zh-CN"/>
        </w:rPr>
        <w:br/>
      </w:r>
      <w:r>
        <w:rPr>
          <w:lang w:eastAsia="zh-CN"/>
        </w:rPr>
        <w:t>　　在以前谈到理论联系实际，就会潜意识的理解为把书面的理论知识转化为被动的动作行为。在参加工作之后才发现，以前的想法都是片面的或形而上学的，因为以前思考问题都是基于完全的理论之上，没有真正触碰到实践的东西，才会导致理解结果显得单薄和脆弱。直到慢慢的接触到实际的工作，并在工作中去处理以一些问题，才发现理论和实际其实是相辅相成的，理论联系实际本事是应该具备主观能动性的，理论和实践又是一个长时间的互相转化的过程。我们的实践需要以理论作为基石，然后在理论基础上去探索和实施;而我们在实践过程中又不断的进行总结和思考，为自己的理论知识补充鲜活的营养。理论和实践又是一个长时间的`互相转化的过程，</w:t>
      </w:r>
      <w:r>
        <w:rPr>
          <w:lang w:eastAsia="zh-CN"/>
        </w:rPr>
        <w:br/>
      </w:r>
      <w:r>
        <w:rPr>
          <w:lang w:eastAsia="zh-CN"/>
        </w:rPr>
        <w:t>　　冰冻三尺，非一日之寒。经过漫长的实践，自己在编制计划和到分厂处理协调事情上都有了明显的进步，每次遇到困难时，我就虚心系向别人请教，事后自己又归纳总结，不断的改进自己的方式方法，虽然壳盎故窍缘弥赡酆痛植冢一嵩诮窈蟮墓ぷ髦胁欢系睦泛吞嵘摹</w:t>
      </w:r>
      <w:r>
        <w:rPr>
          <w:lang w:eastAsia="zh-CN"/>
        </w:rPr>
        <w:br/>
      </w:r>
      <w:r>
        <w:rPr>
          <w:lang w:eastAsia="zh-CN"/>
        </w:rPr>
        <w:t>　　三、加强思想文化建设，提升综合素质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我作为制造分公司的一名新人，也将是未来的新生力量，深感肩上的责任重大。分公司的领导也时常教导我们要多学习各种知识，多参加各种活动，锻炼自己多方面的能力，以提高自身的素质层次。</w:t>
      </w:r>
      <w:r>
        <w:rPr>
          <w:lang w:eastAsia="zh-CN"/>
        </w:rPr>
        <w:br/>
      </w:r>
      <w:r>
        <w:rPr>
          <w:lang w:eastAsia="zh-CN"/>
        </w:rPr>
        <w:t>　　作为一名共产党员，我主动学习党的新的思想政策，随时用最新的先进思想武装自己，对于国内外发生的大事件，我也密切关注。对于别人的批评，我都是虚心接受，然后冷静思考，认真分析，并慢慢的改进自己。我还多次参加分公司党委和公司团委举办的各种培训，不断的充实自己。</w:t>
      </w:r>
      <w:r>
        <w:rPr>
          <w:lang w:eastAsia="zh-CN"/>
        </w:rPr>
        <w:br/>
      </w:r>
      <w:r>
        <w:rPr>
          <w:lang w:eastAsia="zh-CN"/>
        </w:rPr>
        <w:t>　　我平时也保持着读书的习惯，读中国古典的名著和现当代的一些励志的书籍，并坚持写作，定期向公司广播站和团委等机构投稿。对于公司开展的各项文体活动，我也是积极参与，认真对待。</w:t>
      </w:r>
      <w:r>
        <w:rPr>
          <w:lang w:eastAsia="zh-CN"/>
        </w:rPr>
        <w:br/>
      </w:r>
      <w:r>
        <w:rPr>
          <w:lang w:eastAsia="zh-CN"/>
        </w:rPr>
        <w:t>　　四、针对工作中遇到的困难，提出自己的建议</w:t>
      </w:r>
      <w:r>
        <w:rPr>
          <w:lang w:eastAsia="zh-CN"/>
        </w:rPr>
        <w:br/>
      </w:r>
      <w:r>
        <w:rPr>
          <w:lang w:eastAsia="zh-CN"/>
        </w:rPr>
        <w:t>　　在长期的工作中，通过实际的处理各种生产问题，发现在其中还存在着许多阻碍生产的事实或问题：</w:t>
      </w:r>
      <w:r>
        <w:rPr>
          <w:lang w:eastAsia="zh-CN"/>
        </w:rPr>
        <w:br/>
      </w:r>
      <w:r>
        <w:rPr>
          <w:lang w:eastAsia="zh-CN"/>
        </w:rPr>
        <w:t>　　问题1.零件按时完工，却未能及时转序。分厂往往以没有交转车或者行车为由，拖延交转时间。特别是涉及到转下序分厂的零件，转序的不及时往往成为阻碍生产的重要因素。以一个零件的加工转序举例，①零件在一天内完工，却在三天后转下序;②这个零件在三天内完工，在一天后转下序。表面上看起来第一种情况比第二种情况完工及时，但是两种情况下，到达下序的时间都是四天，对生产造成的阻碍是一样的。若在设备和人员紧张的情况下，第一种情况造成的阻碍会更糟，因为要在短时间内完工，必定会占用紧张的设备的人员，给其他急需的零件加工造成阻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建议：对零件的交转应引起高度重视，特别是交转车的安排协调，提高交转车的利用率，避免造成交转车单边空载行驶，将零件的交转纳入生产周期，以零件转下序的时间节点为完工信号对分厂进行考核。</w:t>
      </w:r>
      <w:r>
        <w:rPr>
          <w:lang w:eastAsia="zh-CN"/>
        </w:rPr>
        <w:br/>
      </w:r>
      <w:r>
        <w:rPr>
          <w:lang w:eastAsia="zh-CN"/>
        </w:rPr>
        <w:t>　　问题2.人员指20__年终企业新员工的工作总结</w:t>
      </w:r>
      <w:r>
        <w:rPr>
          <w:lang w:eastAsia="zh-CN"/>
        </w:rPr>
        <w:br/>
      </w:r>
      <w:r>
        <w:rPr>
          <w:lang w:eastAsia="zh-CN"/>
        </w:rPr>
        <w:t>　　多月的时间，在这段时间里，我应该放平自己的心态，冷静对待，不应急于求成，好好把握现在每一个的学习机会，让自己一点点去积淀，为以后接管项目作好充分的准备。</w:t>
      </w:r>
      <w:r>
        <w:rPr>
          <w:lang w:eastAsia="zh-CN"/>
        </w:rPr>
        <w:br/>
      </w:r>
      <w:r>
        <w:rPr>
          <w:lang w:eastAsia="zh-CN"/>
        </w:rPr>
        <w:t>　　在我明年成为项目负责人之后，我还是要保持这种学习的态度，多向前辈们请教，多在实践中去总结，并要形成自己的一套高效合理的工作管理方法，努力使自己所负责的电站项目又好又快的完成。</w:t>
      </w:r>
      <w:r>
        <w:rPr>
          <w:lang w:eastAsia="zh-CN"/>
        </w:rPr>
        <w:br/>
      </w:r>
      <w:r>
        <w:rPr>
          <w:lang w:eastAsia="zh-CN"/>
        </w:rPr>
        <w:t>　　在不断提高自己在生产管理上的能力的同时，还要敦促自己学习技术方面的知识，多下现场，多向分厂技术人员和操作者请教，学会自己去判断产品生产过程中出现的问题，甚至要学会自己去思考和提出解决问题的方案，争做生产线上全面发展的管理者。</w:t>
      </w:r>
      <w:r>
        <w:rPr>
          <w:lang w:eastAsia="zh-CN"/>
        </w:rPr>
        <w:br/>
      </w:r>
      <w:r>
        <w:rPr>
          <w:lang w:eastAsia="zh-CN"/>
        </w:rPr>
        <w:t xml:space="preserve">    企业职工2024年个人工作总结 篇2 </w:t>
      </w:r>
      <w:r>
        <w:rPr>
          <w:lang w:eastAsia="zh-CN"/>
        </w:rPr>
        <w:br/>
      </w:r>
      <w:r>
        <w:rPr>
          <w:lang w:eastAsia="zh-CN"/>
        </w:rPr>
        <w:t>　　从踏入第一步开始明白一份工作的不易，所以在乎每一分收获，自进入酒店财务部做一名前台收银开始，近一年的工作和学习，在领导的带领下，在同事的帮助下，严格要求自己，自觉履行酒店规章制度和工作纪律，认真完成各项必须所要完成的工作内容，现将一年来的工作情况作以简要总结：</w:t>
      </w:r>
      <w:r>
        <w:rPr>
          <w:lang w:eastAsia="zh-CN"/>
        </w:rPr>
        <w:br/>
      </w:r>
      <w:r>
        <w:rPr>
          <w:lang w:eastAsia="zh-CN"/>
        </w:rPr>
        <w:t>　　一、服从管理，虑心学习。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做为一名收银员，最重要的是要明白心中的责任，在领导的合理安排下，认真学习业务知识，从进前台的那一刻，深知前台是酒店的窗口，代表着酒店的形象，言行举止一定要严格要求自己，收银员工作纪律铭记在心，加快脚步熟悉前台的基本情况，从房态图到办理入住，从押金单到宾客账单，从小吧到杂项收费，从退房结账到发票统计，等等。每一步操作都认真地跟着老员工一步步学习，实践中虑心接受老员工对自己的批评和建议，坚持向领导和同事学习，取人之长补已之短，努力丰富自己，提高自己。</w:t>
      </w:r>
      <w:r>
        <w:rPr>
          <w:lang w:eastAsia="zh-CN"/>
        </w:rPr>
        <w:br/>
      </w:r>
      <w:r>
        <w:rPr>
          <w:lang w:eastAsia="zh-CN"/>
        </w:rPr>
        <w:t>　　二、尊重自己的工作，尊重每一个人。</w:t>
      </w:r>
      <w:r>
        <w:rPr>
          <w:lang w:eastAsia="zh-CN"/>
        </w:rPr>
        <w:br/>
      </w:r>
      <w:r>
        <w:rPr>
          <w:lang w:eastAsia="zh-CN"/>
        </w:rPr>
        <w:t>　　坚信一点:任何人没有贵贱之分，只有境遇，经验和基础的差异，从工作的开始尊重我们的职业，只有在我们为别人打工时尊重我们的工作，我们的职业，我们才会在自己的工作领域内，勤恳努力，有所成就。顾客是上帝，同事是兄弟，领导是家人，在果岭这个环境优美的大家庭里，我们相互尊重，相互学习，相互创造，部门与部门之间像接力赛一样，把关在每一个重要环节，为酒店创效益创佳绩。</w:t>
      </w:r>
      <w:r>
        <w:rPr>
          <w:lang w:eastAsia="zh-CN"/>
        </w:rPr>
        <w:br/>
      </w:r>
      <w:r>
        <w:rPr>
          <w:lang w:eastAsia="zh-CN"/>
        </w:rPr>
        <w:t>　　三、注重细节，服务第一。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记得章银环经理培训的“100-1=0”这个质量公式，在的用心服务中，要想客人之所疑，要替客人之所急，我牢牢记着质量公式的最后一句话:服务工作无小事，一切应从细节入手。正是这样，多为客人考虑一点，自己的服务质量将提高一点，一点点的积累，一点点的进步，不仅证实了自己的能力，也为工作中增添光彩，努力努力，顾客是上帝。当然，面客中难免出现差错，但要学会客服困难，遇到问题及时上报领导，在原则的基础上灵活处理。</w:t>
      </w:r>
      <w:r>
        <w:rPr>
          <w:lang w:eastAsia="zh-CN"/>
        </w:rPr>
        <w:br/>
      </w:r>
      <w:r>
        <w:rPr>
          <w:lang w:eastAsia="zh-CN"/>
        </w:rPr>
        <w:t>　　四、明确目标，正确把握。</w:t>
      </w:r>
      <w:r>
        <w:rPr>
          <w:lang w:eastAsia="zh-CN"/>
        </w:rPr>
        <w:br/>
      </w:r>
      <w:r>
        <w:rPr>
          <w:lang w:eastAsia="zh-CN"/>
        </w:rPr>
        <w:t>　　用学习的眼光去看待工作，不仅学好业务知识，熟练操作工具和流程，还要更多地了解酒店企业文化，前台是似一个综合信息处理器，要学的东西有很多，与客交流中也可以从中学到很多包括做人做事的道理，这样就不会一直只停留在一个阶段，从工作的开始就给自己定一个方向，要做到什么程度是要给自己一个完美的交待，明确自己的目标，让自己更清楚自己正在做什么和下一步需要怎么做。通过自己的努力，20__年8月份进入办公室工作，开始了解日夜审工作内容，办公室基本工作流程，办公室具体工作任务，在坚持职责的同时牢记办公室人员工作职责，在领导的信任和同事的监督下，努力完成各项晋级考核，先将自己的目标画上一个完美的逗号，因为，这并不是自己所期望的，小小的.认可将不断的激励自己前进，前进，现将明年工作计划作以简要概括：</w:t>
      </w:r>
      <w:r>
        <w:rPr>
          <w:lang w:eastAsia="zh-CN"/>
        </w:rPr>
        <w:br/>
      </w:r>
      <w:r>
        <w:rPr>
          <w:lang w:eastAsia="zh-CN"/>
        </w:rPr>
        <w:t>　　(一)深入学习，责人责已。不能停止学习的脚步，不能放慢学习的进度，对酒店对部门对岗位熟知并负责，在要求员工的同时更加严格要求自己，树立标本，树立形象。</w:t>
      </w:r>
      <w:r>
        <w:rPr>
          <w:lang w:eastAsia="zh-CN"/>
        </w:rPr>
        <w:br/>
      </w:r>
      <w:r>
        <w:rPr>
          <w:lang w:eastAsia="zh-CN"/>
        </w:rPr>
        <w:t>　　(二)加强监督，严格把关。每一个岗位都代表着财务部，更代表着酒店，监督员工的每一项工作也正是对自己工作的监督，避免错账，减少风险，将一切犯错误的可能性及时打消，保证每一笔账清楚，每一项收入准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三)阳光心态，相互创造。端正工作态度，遇事不急不躁，做到稳，准，优，讲效率比质量，团结同事，关心下属，服从管理和安排，积极配合，不断鼓励，让每一位员感受到财务部的温暖，相互学习，求长补短。</w:t>
      </w:r>
      <w:r>
        <w:rPr>
          <w:lang w:eastAsia="zh-CN"/>
        </w:rPr>
        <w:br/>
      </w:r>
      <w:r>
        <w:rPr>
          <w:lang w:eastAsia="zh-CN"/>
        </w:rPr>
        <w:t>　　(四)再接再厉，永创佳绩。没有好的个人，只有好的团队，每一年都会有每一年的收获，20__年即将到来，近期前台人员少，已经停休，上班时间长，消耗体力大，努力解决人员流失问题，确保员工的休息时间，用最短的时间内招聘两名新员工。与各部门协调一致，共同进步。</w:t>
      </w:r>
      <w:r>
        <w:rPr>
          <w:lang w:eastAsia="zh-CN"/>
        </w:rPr>
        <w:br/>
      </w:r>
      <w:r>
        <w:rPr>
          <w:lang w:eastAsia="zh-CN"/>
        </w:rPr>
        <w:t>　　以上是我个人的一个工作初步计划，可能具体的还不够完善和成熟，但是我会尽我努力去执行，请领导审核。如有不完整的地方不对的地方也请领导补充并及时加以指导。</w:t>
      </w:r>
      <w:r>
        <w:rPr>
          <w:lang w:eastAsia="zh-CN"/>
        </w:rPr>
        <w:br/>
      </w:r>
      <w:r>
        <w:rPr>
          <w:lang w:eastAsia="zh-CN"/>
        </w:rPr>
        <w:t xml:space="preserve">    企业职工2024年个人工作总结 篇3 </w:t>
      </w:r>
      <w:r>
        <w:rPr>
          <w:lang w:eastAsia="zh-CN"/>
        </w:rPr>
        <w:br/>
      </w:r>
      <w:r>
        <w:rPr>
          <w:lang w:eastAsia="zh-CN"/>
        </w:rPr>
        <w:t>　　20__年初加入保险公司，从事不熟悉的保险工作。半年来，在公司的亲切关怀和其他老师傅的热心帮助下，我已经能够从一个保险门外汉独立从事和开展保险营销业务，在自己的业务岗位上没有任何违法违规行为，与整个部门的员工共同努力，更好地完成和上级交办的各项任务。以下是我上半年工作。</w:t>
      </w:r>
      <w:r>
        <w:rPr>
          <w:lang w:eastAsia="zh-CN"/>
        </w:rPr>
        <w:br/>
      </w:r>
      <w:r>
        <w:rPr>
          <w:lang w:eastAsia="zh-CN"/>
        </w:rPr>
        <w:t>　　第一，努力提高政治素养和道德水平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积极参加上级公司、分公司、部门组织的各类政治学习、主题教育、职业教育活动、组织活动、文娱活动，无无故缺席；能坚持正确的政治方向，主动从各方面提高自己的政治素养和道德水平，在政治上有所进步。</w:t>
      </w:r>
      <w:r>
        <w:rPr>
          <w:lang w:eastAsia="zh-CN"/>
        </w:rPr>
        <w:br/>
      </w:r>
      <w:r>
        <w:rPr>
          <w:lang w:eastAsia="zh-CN"/>
        </w:rPr>
        <w:t>　　二、努力提高专业素质和服务水平</w:t>
      </w:r>
      <w:r>
        <w:rPr>
          <w:lang w:eastAsia="zh-CN"/>
        </w:rPr>
        <w:br/>
      </w:r>
      <w:r>
        <w:rPr>
          <w:lang w:eastAsia="zh-CN"/>
        </w:rPr>
        <w:t>　　积极参加上级公司、分公司、部门组织的各种业务学习培训和考试，勤于学习，善于创造，不断加强自身业务素质培训，不断提高业务操作技能和服务客户的基本技能，掌握应有的专业业务技能和服务技能，能够熟练处理各种业务，了解公司经营的各种业务产品，进行有针对性的宣传和推广。</w:t>
      </w:r>
      <w:r>
        <w:rPr>
          <w:lang w:eastAsia="zh-CN"/>
        </w:rPr>
        <w:br/>
      </w:r>
      <w:r>
        <w:rPr>
          <w:lang w:eastAsia="zh-CN"/>
        </w:rPr>
        <w:t>　　第三，严格执行各项规章制度</w:t>
      </w:r>
      <w:r>
        <w:rPr>
          <w:lang w:eastAsia="zh-CN"/>
        </w:rPr>
        <w:br/>
      </w:r>
      <w:r>
        <w:rPr>
          <w:lang w:eastAsia="zh-CN"/>
        </w:rPr>
        <w:t>　　在过去的半年里，我们能够严格执行上级公司和分公司的规章制度、内部控制制度和服务规定，坚持使用文明用语，不越权，不以权谋私，没有受到客户投诉或其他违规行为。业余时间自律，不参加赌博等不良行为。</w:t>
      </w:r>
      <w:r>
        <w:rPr>
          <w:lang w:eastAsia="zh-CN"/>
        </w:rPr>
        <w:br/>
      </w:r>
      <w:r>
        <w:rPr>
          <w:lang w:eastAsia="zh-CN"/>
        </w:rPr>
        <w:t>　　四、完成分公司和部门的工作</w:t>
      </w:r>
      <w:r>
        <w:rPr>
          <w:lang w:eastAsia="zh-CN"/>
        </w:rPr>
        <w:br/>
      </w:r>
      <w:r>
        <w:rPr>
          <w:lang w:eastAsia="zh-CN"/>
        </w:rPr>
        <w:t xml:space="preserve">    企业职工2024年个人工作总结 篇4 </w:t>
      </w:r>
      <w:r>
        <w:rPr>
          <w:lang w:eastAsia="zh-CN"/>
        </w:rPr>
        <w:br/>
      </w:r>
      <w:r>
        <w:rPr>
          <w:lang w:eastAsia="zh-CN"/>
        </w:rPr>
        <w:t>　　上任以来，在销售部的正确引导和指导下，不断加强自身建设，努力提高理论和业务水平，树立良好形象。把握公司发展战略，坚持原则，以中小企业和金融企业满意为标准，热情服务，讲解，耐心服务。明确销售人员的工作职责，搭建金典联合公司与中小企业之间的桥梁。以下是我任职期间的工作：</w:t>
      </w:r>
      <w:r>
        <w:rPr>
          <w:lang w:eastAsia="zh-CN"/>
        </w:rPr>
        <w:br/>
      </w:r>
      <w:r>
        <w:rPr>
          <w:lang w:eastAsia="zh-CN"/>
        </w:rPr>
        <w:t>　　1、全面学习，提高业务素质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实习期间，我努力做到：在上跟上公司的发展步伐；规范销售人员的行为；我们将继续加强我们的原则性、科学性、预见性和创造性工作。同时，在学习公司发展战略理论和业务技能时，纠正工作与学习的关系。第一，确保工作的及时性。在此基础上，充分利用课余时间，始终坚持云技术对企业信用信息服务的.优势，注重学习效果。他用心参与公司的业务学习，力求深入、透彻、理解、理解，达到了理论学习与实际工作相结合的目的。此外，我还非常重视与本单位其他优秀销售人员的交流，经常向一些工作经验丰富的同事学习，在学习过程中及时解决自己的问题和实际工作中遇到的问题</w:t>
      </w:r>
      <w:r>
        <w:rPr>
          <w:lang w:eastAsia="zh-CN"/>
        </w:rPr>
        <w:br/>
      </w:r>
      <w:r>
        <w:rPr>
          <w:lang w:eastAsia="zh-CN"/>
        </w:rPr>
        <w:t>　　2、在上，我们要注意理论联系实际</w:t>
      </w:r>
      <w:r>
        <w:rPr>
          <w:lang w:eastAsia="zh-CN"/>
        </w:rPr>
        <w:br/>
      </w:r>
      <w:r>
        <w:rPr>
          <w:lang w:eastAsia="zh-CN"/>
        </w:rPr>
        <w:t>　　金典联公司的销售工作任务繁重，业务性强，业务性强。这是一项需要长期坚持甚至持续改进的工作。因此，它将销售理论知识的学习融入到实际工作中。在工作中，我结合实际情况推动工作的发展。就是在具体工作的实施中把原则性和灵活性有机地结合起来，站出来，实事求是。向众多中小企业宣传信息云服务，推动各中小企业逐步以先进的信息技术取代人工采集，有效解决中小企业传统信息采集不准确、滞后、成本高的问题，实现中小企业授信、动态监管和信用评估，有效实现创新信息技术与金融服务的完美结合，有效解决中小企业融资难问题</w:t>
      </w:r>
      <w:r>
        <w:rPr>
          <w:lang w:eastAsia="zh-CN"/>
        </w:rPr>
        <w:br/>
      </w:r>
      <w:r>
        <w:rPr>
          <w:lang w:eastAsia="zh-CN"/>
        </w:rPr>
        <w:t>　　3、努力增加笔的收入，华章的好处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我们努力克服困难，不断创新提高销售业绩，努力完成公司规定的销售任务，大力支持金典联航公司的发展。到目前为止，完成的总销售业绩为元（请根据实际情况填写）。这组看似简单的数据充满了我对公司销售工作的奉献和汗水。他关心公司的发展，在努力工作中谱写了辉煌的章。回顾我的职业生涯，我去了怀柔、天津和合肥进行商务谈判。凭借专业知识和努力工作，我继续探索并找到了一种具有特色的新销售方式</w:t>
      </w:r>
      <w:r>
        <w:rPr>
          <w:lang w:eastAsia="zh-CN"/>
        </w:rPr>
        <w:br/>
      </w:r>
      <w:r>
        <w:rPr>
          <w:lang w:eastAsia="zh-CN"/>
        </w:rPr>
        <w:t>　　通过这次商务洽谈，我更深刻地了解到，公司的融资业务深受广大中小企业的喜爱，可以大大加快这些企业的资金周转，降低企业关闭风险，提高运营潜力</w:t>
      </w:r>
      <w:r>
        <w:rPr>
          <w:lang w:eastAsia="zh-CN"/>
        </w:rPr>
        <w:br/>
      </w:r>
      <w:r>
        <w:rPr>
          <w:lang w:eastAsia="zh-CN"/>
        </w:rPr>
        <w:t>　　然而，在入职过程中，我仍然存在一些问题：从我目前的情况来看，我认为我不是一名合格的优秀销售人员。在平时的工作中，他们还没有突破自己的缺点，心理素质还不够高，还需要大力挖掘自己的潜力；我们还需要进一步了解金电联合公司的各种产品在准确获取中小企业信息方面的作用，以及每家公司适合做什么样的融资业务。只有深入了解这些条件，才能在更大程度上帮助企业解决发展过程中获取信息的一系列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通过对入职工作的，我在今后的工作中需要重点关注以下几个方面：一是根据公司在此期间的融资销售情况和市场变化，有计划地划分重点工作领域；第二，对于老客户和固定客户，我们应始终保持联系，以稳定现有客户群；第三，除了这些老客户，我们还需要不断获取更多的融资信息；第四，要不断加强业务知识的学习，不断拓展自己的视野，采取多样化的形式，更好地结合自己的业务知识和沟通技巧，更好地做好今后的业务工作。并结合实际工作，引入科学的销售理念，加强业务知识的学习，不断提高销售水平。在未来，我将更加努力，达到一个新的高度，为公司的业务发展贡献我微薄的力量。</w:t>
      </w:r>
      <w:r>
        <w:rPr>
          <w:lang w:eastAsia="zh-CN"/>
        </w:rPr>
        <w:br/>
      </w:r>
      <w:r>
        <w:rPr>
          <w:lang w:eastAsia="zh-CN"/>
        </w:rPr>
        <w:t xml:space="preserve">    企业职工2024年个人工作总结 篇5 </w:t>
      </w:r>
      <w:r>
        <w:rPr>
          <w:lang w:eastAsia="zh-CN"/>
        </w:rPr>
        <w:br/>
      </w:r>
      <w:r>
        <w:rPr>
          <w:lang w:eastAsia="zh-CN"/>
        </w:rPr>
        <w:t>　　20__年弹指间已过一年。总结我这一年来的工作，只能说是忙碌而充实。一年来在领导的指导、关心下，在同事们的帮助和亲切配合下，我的工作取得了一定进步，为了总结经验，吸取教训，更好地前行，现将我这一年的工作总结如下：</w:t>
      </w:r>
      <w:r>
        <w:rPr>
          <w:lang w:eastAsia="zh-CN"/>
        </w:rPr>
        <w:br/>
      </w:r>
      <w:r>
        <w:rPr>
          <w:lang w:eastAsia="zh-CN"/>
        </w:rPr>
        <w:t>　　一、端正态度，热爱本职工作</w:t>
      </w:r>
      <w:r>
        <w:rPr>
          <w:lang w:eastAsia="zh-CN"/>
        </w:rPr>
        <w:br/>
      </w:r>
      <w:r>
        <w:rPr>
          <w:lang w:eastAsia="zh-CN"/>
        </w:rPr>
        <w:t>　　态度决定一切，不能用正确的态度对待工作，就不能在工作中尽职尽责。既然改变不了环境，那就改变自己，尽到自己本份，尽力完成应该做的事情。只有热爱自己的本职工作，才能把工作做好，最重要的是保持一种积极的态度，本着对工作积极、认真、负责的态度，踏实的干好本职工作。</w:t>
      </w:r>
      <w:r>
        <w:rPr>
          <w:lang w:eastAsia="zh-CN"/>
        </w:rPr>
        <w:br/>
      </w:r>
      <w:r>
        <w:rPr>
          <w:lang w:eastAsia="zh-CN"/>
        </w:rPr>
        <w:t>　　二、培养团队意识，端正合作态度</w:t>
      </w:r>
      <w:r>
        <w:rPr>
          <w:lang w:eastAsia="zh-CN"/>
        </w:rPr>
        <w:br/>
      </w:r>
      <w:r>
        <w:rPr>
          <w:lang w:eastAsia="zh-CN"/>
        </w:rPr>
        <w:t>　　在工作中，每个人都有自己的长处和优点。培养自己的团队意识和合作态度，互相协作，互补不足。工作才能更顺利的进行。仅靠个人的力量是不够得，我们所处的环境就需要大家心往一处想，劲往一处使，不计较个人得失，这样才能把工作圆满完成。</w:t>
      </w:r>
      <w:r>
        <w:rPr>
          <w:lang w:eastAsia="zh-CN"/>
        </w:rPr>
        <w:br/>
      </w:r>
      <w:r>
        <w:rPr>
          <w:lang w:eastAsia="zh-CN"/>
        </w:rPr>
        <w:t>　　三、存在不足</w:t>
      </w:r>
      <w:r>
        <w:rPr>
          <w:lang w:eastAsia="zh-CN"/>
        </w:rPr>
        <w:br/>
      </w:r>
      <w:r>
        <w:rPr>
          <w:lang w:eastAsia="zh-CN"/>
        </w:rPr>
        <w:t>　　工作有成绩，也存在不足。主要是加强业务知识学习和克服自身的缺点，今后要认真总结经验，克服不足，把工作干好。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(一)强化自制力。工作中无论你做什么事，都要对自己的工作负责，要加强自我克制和容忍，加强团队意识，理智的处理问题，不给大家和谈对造成麻烦，培养大局意识。</w:t>
      </w:r>
      <w:r>
        <w:rPr>
          <w:lang w:eastAsia="zh-CN"/>
        </w:rPr>
        <w:br/>
      </w:r>
      <w:r>
        <w:rPr>
          <w:lang w:eastAsia="zh-CN"/>
        </w:rPr>
        <w:t>　　(二)加强沟通。同事之间要坦诚、宽容、沟通和信任。我能做到坦诚、宽容和信任，就欠缺沟通，有效沟通可以消除误会，增进了解融洽关系，保证工作质量，提高工作效率，工作中有些问题往往就是因为没有及时沟通引起的，以后工作中要与领导与同事加强沟通。</w:t>
      </w:r>
      <w:r>
        <w:rPr>
          <w:lang w:eastAsia="zh-CN"/>
        </w:rPr>
        <w:br/>
      </w:r>
      <w:r>
        <w:rPr>
          <w:lang w:eastAsia="zh-CN"/>
        </w:rPr>
        <w:t>　　(三)加强自身学习，提高自身素质。积累工作经验，改进工作方法，向周围同志学习，注重别人优点，学习他们处理问题的方法，查找不足，提高自己。</w:t>
      </w:r>
      <w:r>
        <w:rPr>
          <w:lang w:eastAsia="zh-CN"/>
        </w:rPr>
        <w:br/>
      </w:r>
      <w:r>
        <w:rPr>
          <w:lang w:eastAsia="zh-CN"/>
        </w:rPr>
        <w:t>　　最后还是感谢，感谢领导和同事的支持和帮助，我深知自己还存在很多缺点和不足，工作方式不够成熟,业务知识不够全面等等，在今后的工作中，我要积累经验教训，努力克服缺点,在工作中磨练自己，尽职尽责的做好各项工作!</w:t>
      </w:r>
      <w:r>
        <w:rPr>
          <w:lang w:eastAsia="zh-CN"/>
        </w:rPr>
        <w:br/>
      </w:r>
      <w:r>
        <w:rPr>
          <w:lang w:eastAsia="zh-CN"/>
        </w:rPr>
        <w:t xml:space="preserve">    企业职工2024年个人工作总结 篇6 </w:t>
      </w:r>
      <w:r>
        <w:rPr>
          <w:lang w:eastAsia="zh-CN"/>
        </w:rPr>
        <w:br/>
      </w:r>
      <w:r>
        <w:rPr>
          <w:lang w:eastAsia="zh-CN"/>
        </w:rPr>
        <w:t>　　在公司工作也已经有一段时间了，我觉得我应该要为自己这段时间的表现做一个鉴定了，这样能够让自己再一次的回顾自己之前所做的工作，能够找出自己身上存在的一些问题，解决这些问题之后我才能够更好的去把自己的工作做得更好，同时也能够知道自己有哪些地方做得还不够好的，在之后努力的把这些做得不够好的地方做到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我觉得自己这段时间的工作还是非常的不错的，能够很好的完成领导交代的任务，我认为我的工作态度是很不错的，至少我工作的这段时间我是没有迟到过一次的，虽然有的时候在工作上会因为粗心出现一些错误，但我在完成工作之后会自己先检查一遍，也能够找出自己出现的错误，及时的改正。其实我也知道有一些错误其实是不应该出现的，但因为我改变不了自己粗心的坏习惯，所以我也只能够多花一点时间去检查我所做的工作，降低我出现错误的可能性。我也是非常的遵守公司的纪律的，违反纪律的事情我是没有做过的，以后也是不会去做的。作为员工在除了完成自己的工作之外就是要遵守公司的纪律了，这是必须要做的。</w:t>
      </w:r>
      <w:r>
        <w:rPr>
          <w:lang w:eastAsia="zh-CN"/>
        </w:rPr>
        <w:br/>
      </w:r>
      <w:r>
        <w:rPr>
          <w:lang w:eastAsia="zh-CN"/>
        </w:rPr>
        <w:t>　　我认为自己是很认真的在对待每一天的工作的，虽然我并不是最优秀的员工，也没有把自己的工作做到最好，但我的工作态度是非常的积极的，我也一直都在不断的进步，我相信只要我保持着这样的工作态度，我是一定能够做到最好的。我也知道自己是有很多的缺点的，比如我很容易粗心，有的时候自己是明明知道应该要怎么做才是最合适的，但当我真正要去做的时候我又会不记得自己是应该要怎么做的，这是我之后应该要改变的一个地方。我工作也是没有一个计划性的，所以很多的时候会浪费掉我自己很多的时间，这也是我之后要改变的地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其实我也是一直都知道自己的缺点的，但是我也一直都没有想要去改变它，我觉得我之后不仅是要做好我应该要做的工作，也要改掉自己身上的一些会影响到我的工作的毛病，这样才能够把工作做得更好。现在我虽然已经能够做好我的工作了，但也还是有进步的空间的，所以我之后是应该要继续的努力的，我也会向其他的做的好的同事学习的，我相信我这样的态度是能够帮我更好的完成我的工作的。我也要保持好我现在这样的工作态度，经常的反省自己，及时的对自己的工作态度进行更正。</w:t>
      </w:r>
      <w:r>
        <w:rPr>
          <w:lang w:eastAsia="zh-CN"/>
        </w:rPr>
        <w:br/>
      </w:r>
      <w:r>
        <w:rPr>
          <w:lang w:eastAsia="zh-CN"/>
        </w:rPr>
        <w:t xml:space="preserve">    企业职工2024年个人工作总结 篇7 </w:t>
      </w:r>
      <w:r>
        <w:rPr>
          <w:lang w:eastAsia="zh-CN"/>
        </w:rPr>
        <w:br/>
      </w:r>
      <w:r>
        <w:rPr>
          <w:lang w:eastAsia="zh-CN"/>
        </w:rPr>
        <w:t>　　这一年对于我这个刚刚离开校园的职场新人来说，可谓是职业生涯中经历的第一个丰收之年，无论是在行为上还是思维上都切身感觉到了有所提升和进步，公司员工年度工作。当然，所有的一切要感谢公司对我的赏识并给予了我相对广阔的发展空间，以及测试团队全体成员的相互帮助和共同努力。以下对我在20__年所做的工作进行全面：</w:t>
      </w:r>
      <w:r>
        <w:rPr>
          <w:lang w:eastAsia="zh-CN"/>
        </w:rPr>
        <w:br/>
      </w:r>
      <w:r>
        <w:rPr>
          <w:lang w:eastAsia="zh-CN"/>
        </w:rPr>
        <w:t>　　1.团队管理</w:t>
      </w:r>
      <w:r>
        <w:rPr>
          <w:lang w:eastAsia="zh-CN"/>
        </w:rPr>
        <w:br/>
      </w:r>
      <w:r>
        <w:rPr>
          <w:lang w:eastAsia="zh-CN"/>
        </w:rPr>
        <w:t>　　我的团队，以现在的表现和对我的关怀与安慰而让我感动。</w:t>
      </w:r>
      <w:r>
        <w:rPr>
          <w:lang w:eastAsia="zh-CN"/>
        </w:rPr>
        <w:br/>
      </w:r>
      <w:r>
        <w:rPr>
          <w:lang w:eastAsia="zh-CN"/>
        </w:rPr>
        <w:t>　　测试人员是一个比较特殊的群体，以发现缺陷和保障质量为根本目标。这就要求我们在公司并不规范的项目管理与工作流程背景下，测试既要服从于现状、又不能安于现状。自20__年5月被正式提升为测试团队负责人之后，我将绝大部分时间和精力倾注在团队建设上，主要体现为团队成员的技术提升与培养、部门制度建设和文档标准建设、测试与开发的工作交互流程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在团队管理上逐渐尝试，本着先理后管的原则，将原本人心涣散的团队建设为一支相互关心、相互帮助的高凝聚力团队。坦白的讲，因为自身管理经验的欠缺，这个摸索过程中我走了许多弯路，但结果却使我受益良多。是我的团队教会了我这些，让我初步懂得了什么是管理，让我明白管的是理而并非是人。如果事情难以理通，那么在此之上的管只能是强制的，仅仅在表象上完成事情而已。所以一定要先理清楚然后再管，这时其实已经不需要管了，因为已经理顺，大家都会去积极主动的执行。有理的同时，还要帮助整个团队去，给予团队每位成员必要的工作帮助，比如工作思路和工作资源。除此之外，还包括适当的日常沟通和引导，通过绩效考核、部门例会、部门培训、单人交谈和部门聚会等形式，在工作时间和非工作时间进行交流，实现了团队成员之间的相互信任和相互认可，工作《公司员工年度工作》。在这个过程中，我的性格优势得以充分体现，我能够在第一时间发觉团队成员的状态，并通过及时的交谈予以解决，同时也体现出了我的性格劣势。记得在一次例会结束后，我要求每位团队成员写出5条关于我的意见和建议，结果让我非常欣慰，这说明团队成员对我的信任，也期望我有所成长。我也会以此为戒，逐渐改进。</w:t>
      </w:r>
      <w:r>
        <w:rPr>
          <w:lang w:eastAsia="zh-CN"/>
        </w:rPr>
        <w:br/>
      </w:r>
      <w:r>
        <w:rPr>
          <w:lang w:eastAsia="zh-CN"/>
        </w:rPr>
        <w:t>　　2.团队工作</w:t>
      </w:r>
      <w:r>
        <w:rPr>
          <w:lang w:eastAsia="zh-CN"/>
        </w:rPr>
        <w:br/>
      </w:r>
      <w:r>
        <w:rPr>
          <w:lang w:eastAsia="zh-CN"/>
        </w:rPr>
        <w:t>　　对工作模式进行改进，在团队工作的执行模式上完全改变了之前测试人员归属项目组的不规范情况。统一测试管理平台增强了测试人员的沟通频度，促进了大家的相互交流和相互帮助，并使得测试工作可以根据实际情况执行交互性测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综合年的测试结果，我至少为整个团队的表现打90分，可以说这一年的工作结果是令人满意的，当然主要是指经历了八月调整之后的测试团队。最让人难忘的是年的八月、九月和十月期间，测试团队刚刚经历了八月末的人员调整，以3旧1新的4人阵容承担了原来7人的工作量，并在高强度的工作压力下顺利的度过了团队调整期。面对这一充满压力的过程，我想，只有兔子在哪里的故事是让大家难以忘记的。</w:t>
      </w:r>
      <w:r>
        <w:rPr>
          <w:lang w:eastAsia="zh-CN"/>
        </w:rPr>
        <w:br/>
      </w:r>
      <w:r>
        <w:rPr>
          <w:lang w:eastAsia="zh-CN"/>
        </w:rPr>
        <w:t>　　如今的测试团队有着完备的内部机制和运作方式，我们已经做好了相应准备，随时应对公司发展所必须的各种调整。</w:t>
      </w:r>
      <w:r>
        <w:rPr>
          <w:lang w:eastAsia="zh-CN"/>
        </w:rPr>
        <w:br/>
      </w:r>
      <w:r>
        <w:rPr>
          <w:lang w:eastAsia="zh-CN"/>
        </w:rPr>
        <w:t>　　3.个人工作</w:t>
      </w:r>
      <w:r>
        <w:rPr>
          <w:lang w:eastAsia="zh-CN"/>
        </w:rPr>
        <w:br/>
      </w:r>
      <w:r>
        <w:rPr>
          <w:lang w:eastAsia="zh-CN"/>
        </w:rPr>
        <w:t>　　20__年03月初，我已向郭总提交一份20__年11月12日到20__年3月的工作，其中所描述的工作内容均为当时参与的ARPT项目的工作进展情况。自20__年4月开始，我与项目组全体成员参与了ARPT奥运项目的投标文件编写工作，这也是我第一次参与标书编写，但从自身来讲，我已经倾尽全部所能。</w:t>
      </w:r>
      <w:r>
        <w:rPr>
          <w:lang w:eastAsia="zh-CN"/>
        </w:rPr>
        <w:br/>
      </w:r>
      <w:r>
        <w:rPr>
          <w:lang w:eastAsia="zh-CN"/>
        </w:rPr>
        <w:t>　　在标书编写结束后，除继续负责ARPT软件的测试外，逐渐将工作重心向团队建设偏移。在合理分配工作任务的前提下，适当从事部分模块的测试工作。关于团队管理内容，之前已经有所介绍，在此不再赘述。</w:t>
      </w:r>
      <w:r>
        <w:rPr>
          <w:lang w:eastAsia="zh-CN"/>
        </w:rPr>
        <w:br/>
      </w:r>
      <w:r>
        <w:rPr>
          <w:lang w:eastAsia="zh-CN"/>
        </w:rPr>
        <w:t>　　4.</w:t>
      </w:r>
      <w:r>
        <w:rPr>
          <w:lang w:eastAsia="zh-CN"/>
        </w:rPr>
        <w:br/>
      </w:r>
      <w:r>
        <w:rPr>
          <w:lang w:eastAsia="zh-CN"/>
        </w:rPr>
        <w:t>　　年终结束，我的人生观和价值观也随着时间的推移而逐步发生改变，更加清晰的了解了自身优势与不足，包括职业发展过程中的一些必要能力，我也会在此经验的基础上渐渐的和调整。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个人进步的载体是公司的发展。在整整一年的工作生活当中，我真真的感受到了公司所发生的变化，看到了各位同事为了公司发展所做出的努力。</w:t>
      </w:r>
      <w:r>
        <w:rPr>
          <w:lang w:eastAsia="zh-CN"/>
        </w:rPr>
        <w:br/>
      </w:r>
      <w:r>
        <w:rPr>
          <w:lang w:eastAsia="zh-CN"/>
        </w:rPr>
        <w:t>　　螺旋上升--用这个哲学词语来形容公司的发展过程再确切不过了。一切仿佛是旋转车轮上的一个点，回到原处的同时也发生了距离的变化。伴随着这个变化的过程，我心内中喷发过激情、也感伤过失落；发泄过愤恨、也滋生过冷漠，最后在压抑与崩溃的临界点上重新燃起了希望，与此同时我更期盼着公司能够加速发展步伐，一改现在了没有执行，执行了没有改变，改变了没有思考的不正常现状。一年的结束，一年的开始，我已经准备好了迎接它的热情，期望付出努力，渴望收获硕果。</w:t>
      </w:r>
      <w:r>
        <w:rPr>
          <w:lang w:eastAsia="zh-CN"/>
        </w:rPr>
        <w:br/>
      </w:r>
      <w:r>
        <w:rPr>
          <w:lang w:eastAsia="zh-CN"/>
        </w:rPr>
        <w:t>　　（一）新上技术升级项目，建设节约能源工程</w:t>
      </w:r>
      <w:r>
        <w:rPr>
          <w:lang w:eastAsia="zh-CN"/>
        </w:rPr>
        <w:br/>
      </w:r>
      <w:r>
        <w:rPr>
          <w:lang w:eastAsia="zh-CN"/>
        </w:rPr>
        <w:t>　　为了突破成本过高、供热亏损的行业性难题，公司以技术改造建设节能工程为中心，以改善供热质量、提高运行效率、降低供热成本为目标，先后推出了两个技术升级项目用于节约能源:一是系统自动化远程监控系统；二是混水工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08年3月23日，公司邀请了国内热力行业的对公司供热系统的节能进行评审，通过了混水工艺和远程监控系统论证。6月底，公司顺利完成了招投标工作，从而使公司今年新接的九个换热站实现了混水工艺。所谓混水工艺是指在一次管径不变的前提下，取消二级换热站的换热器，使主管内的高温水与从用户家出来的回水相混合，达到调温的效果。为提高混水工艺的供热效果，公司引进远程监控系统，实现首站对所有二级换热站的远程控制，使整个系统内的温度自动调节，系统上的报警器在换热站发生故障的第一时间向首站报警，达到热力平衡、节能降耗的作用。实行混水工艺与远程监控不仅大大提高了整个系统的供热效果，而且还节省了大量水、电及相关设备的费用，可行性强。主管从首站至末端的蓬莱师范换热站长达14公里，线路之长在国内不多见。目前，9个混水工艺的站已经全部运行，供暖效果良好。</w:t>
      </w:r>
      <w:r>
        <w:rPr>
          <w:lang w:eastAsia="zh-CN"/>
        </w:rPr>
        <w:br/>
      </w:r>
      <w:r>
        <w:rPr>
          <w:lang w:eastAsia="zh-CN"/>
        </w:rPr>
        <w:t>　　（二）排除万难加班加点，确保工程如期完工</w:t>
      </w:r>
      <w:r>
        <w:rPr>
          <w:lang w:eastAsia="zh-CN"/>
        </w:rPr>
        <w:br/>
      </w:r>
      <w:r>
        <w:rPr>
          <w:lang w:eastAsia="zh-CN"/>
        </w:rPr>
        <w:t>　　20__年，滨海热力公司在资金严重紧张的情况下，完成了3500万的工程。其中，蓬建集团出资50万元，向蓬莱市财政局争取200万元，但这些资金远远不够二期工程的建设款，公司又通过多种渠道筹集到了近千万元资金，为我们的供暖了经济保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在保证经济运行，实现全年安全生产无事故目标的基础上，圆满完成了师范站、电业站、芝山站、杏花苑、海韵苑、馨和站、开发区管委站、警备司令部、文化局站等九个换热站的多项工程任务，并且对政府南院站、鲁房站进行了旧管的改造。其中在改造政府南院、文化局站、电业站的过程中均有过路工程，白天根本无法施工，施工人员只能在晚上进行施工。尤其是在对政府南院供热管进行整改时，施工人员更是在秋雨中对施工路面进行人工挖掘，用铁锹、镐等一点一点的往外抠土。这样冒雨赶工是因为路面下有四五根分布不规则的电缆线，挖掘机稍一用力就会触及电线，后果不堪设想。经过连续几个昼夜的紧急抢修，工程得以顺利完工，主要路段的交通也在最短时间内恢复正常，并得到了市政府与广大市民的一致好评。这为我市集中供暖的健康、稳定发展铺平了道路。</w:t>
      </w:r>
      <w:r>
        <w:rPr>
          <w:lang w:eastAsia="zh-CN"/>
        </w:rPr>
        <w:br/>
      </w:r>
      <w:r>
        <w:rPr>
          <w:lang w:eastAsia="zh-CN"/>
        </w:rPr>
        <w:t>　　（三）齐心协力全力以赴，安全运行保障供暖</w:t>
      </w:r>
      <w:r>
        <w:rPr>
          <w:lang w:eastAsia="zh-CN"/>
        </w:rPr>
        <w:br/>
      </w:r>
      <w:r>
        <w:rPr>
          <w:lang w:eastAsia="zh-CN"/>
        </w:rPr>
        <w:t>　　20__年11月13日，公司协调东海热电公司开始供汽暖管。经过两天的初步运营，总的运营状况并不是十分理想。公司根据各换热站存在的问题，有的放矢地抓好督促、整改，并且取得了较为明显的效果。11月18日，全市供暖区域的温度基本全部达标。五天的`时间，负责运行的员工们付出了常人无法想象的努力与汗水，他们下污水井、钻排水沟，没有一个人喊累、说苦的。他们几乎每天都要加班至深夜，最紧张的几天几乎都是24小时连轴转，认真搜集数据、查找影响运行质量的原因。在运行初期，首站安排了值班人员，面对首站运行技术要求高、时间紧、任务重，大家齐心协力，保证了首站安全运行。</w:t>
      </w:r>
      <w:r>
        <w:rPr>
          <w:lang w:eastAsia="zh-CN"/>
        </w:rPr>
        <w:br/>
      </w:r>
      <w:r>
        <w:rPr>
          <w:lang w:eastAsia="zh-CN"/>
        </w:rPr>
        <w:t>　　（四）不等不靠自力更生，顶住压力实现双赢</w:t>
      </w:r>
      <w:r>
        <w:rPr>
          <w:lang w:eastAsia="zh-CN"/>
        </w:rPr>
        <w:br/>
      </w:r>
      <w:r>
        <w:rPr>
          <w:lang w:eastAsia="zh-CN"/>
        </w:rPr>
        <w:t>　　自公司成立保温分公司以来，不仅圆满完成了公司内部集中供热管线的保温工作，而且还向社会承揽了大量保温工程。保温公司的员工们能够积极钻研本职业务，干一行、爱一行、专一行。对保温时遇到的困难和难题，能够动脑筋、想办法，在供暖前圆满完成了公司的保温工作，保证了供暖的正常运行。</w:t>
      </w:r>
      <w:r>
        <w:rPr>
          <w:lang w:eastAsia="zh-CN"/>
        </w:rPr>
        <w:br/>
      </w:r>
      <w:r>
        <w:rPr>
          <w:lang w:eastAsia="zh-CN"/>
        </w:rPr>
        <w:t>　　车间除锈是项非常辛苦的工作，我们的同志都能以大局为重、不怕吃苦、不怕受累，坚持一丝不苟的把它做好。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公司在短时间内培养了三个焊工队伍，小区楼前楼内的管道施工大部分都是由公司自己的焊工队伍完成。这不仅使我们的队伍掌握了过硬的技术，而且节省了大量资金。</w:t>
      </w:r>
      <w:r>
        <w:rPr>
          <w:lang w:eastAsia="zh-CN"/>
        </w:rPr>
        <w:br/>
      </w:r>
      <w:r>
        <w:rPr>
          <w:lang w:eastAsia="zh-CN"/>
        </w:rPr>
        <w:t>　　（五）多措并举督促收费，提前完成收费任务</w:t>
      </w:r>
      <w:r>
        <w:rPr>
          <w:lang w:eastAsia="zh-CN"/>
        </w:rPr>
        <w:br/>
      </w:r>
      <w:r>
        <w:rPr>
          <w:lang w:eastAsia="zh-CN"/>
        </w:rPr>
        <w:t>　　在供热经营极其困难的形势下，为了及早筹集运行资金，公司制定了年度收费，明确了收费考核目标和责任。最大限度地提高工作人员积极性，采取多种措施，督促收费进度。</w:t>
      </w:r>
      <w:r>
        <w:rPr>
          <w:lang w:eastAsia="zh-CN"/>
        </w:rPr>
        <w:br/>
      </w:r>
      <w:r>
        <w:rPr>
          <w:lang w:eastAsia="zh-CN"/>
        </w:rPr>
        <w:t>　　08年度供热面积较往年增加幅度大，为了方便用户交费，我们在原来的收费管理基础上，改进了微机收费系统的缺陷，对软硬件设备进行了升级。针对新用户交费不能及时微机入档的实际情况，对财务收费任务实行了单户记帐、逐户备查，为新用户微机入档分户核对打下了基础。</w:t>
      </w:r>
      <w:r>
        <w:rPr>
          <w:lang w:eastAsia="zh-CN"/>
        </w:rPr>
        <w:br/>
      </w:r>
      <w:r>
        <w:rPr>
          <w:lang w:eastAsia="zh-CN"/>
        </w:rPr>
        <w:t>　　今年由于煤炭价格持续上涨，供热蒸汽成本提高，公司根据国税局、审计局、物价局等部门的审计和检查，执行蓬价字20__36号文调整了供热价格。将居民住宅供热价格调整为每建筑平方米22.5元，非住宅供热价格调整为每建筑平方米34.5元。为了提高居民交费意识，公司通过电视、报纸等媒体，广泛宣传供热政策，张贴收费通知5000余份，使收费政策家喻户晓、人人皆知。</w:t>
      </w:r>
      <w:r>
        <w:rPr>
          <w:lang w:eastAsia="zh-CN"/>
        </w:rPr>
        <w:br/>
      </w:r>
      <w:r>
        <w:rPr>
          <w:lang w:eastAsia="zh-CN"/>
        </w:rPr>
        <w:t>　　（六）全面落实政务公开，树立良好服务形象</w:t>
      </w:r>
      <w:r>
        <w:rPr>
          <w:lang w:eastAsia="zh-CN"/>
        </w:rPr>
        <w:br/>
      </w:r>
      <w:r>
        <w:rPr>
          <w:lang w:eastAsia="zh-CN"/>
        </w:rPr>
        <w:t>　　今年供热以来，为了真正让政务公开工作落实到实处，提高办事效率和服务效率，公司着重把优质服务和文明建设作为首要任务，以抓优质服务做为切入点带动整体工作，塑造企业良好形象。坚持树立“服务就是经营、服务就是效益、服务就是竞争、服务就是形象”四个意识，使公司上下形成一个浓厚的服务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服务厅是公司服务窗口，保持信息渠道畅通，监督巡查、调度和协调各部门工作，是服务厅的主要职责。在日常服务中，服务厅不仅要接待业主的各类报修、咨询、投诉和建议，更要及时地向相关部门、施工单位反映业主需求，监督维修跟进工作，对维修完成情况进行回访，完成最后闭环。为提高工作效率，在持续做好人工沟通记录的同时，服务厅还要负责收费资料的统计存档，使各种信息储存更完整，查找更方便，保持了原始资料的完整性。</w:t>
      </w:r>
      <w:r>
        <w:rPr>
          <w:lang w:eastAsia="zh-CN"/>
        </w:rPr>
        <w:br/>
      </w:r>
      <w:r>
        <w:rPr>
          <w:lang w:eastAsia="zh-CN"/>
        </w:rPr>
        <w:t>　　（七）强化安全管理工作，切实保障安全生产</w:t>
      </w:r>
      <w:r>
        <w:rPr>
          <w:lang w:eastAsia="zh-CN"/>
        </w:rPr>
        <w:br/>
      </w:r>
      <w:r>
        <w:rPr>
          <w:lang w:eastAsia="zh-CN"/>
        </w:rPr>
        <w:t>　　在工程建设和供热运行工作齐头并进的形势下，为了确保生产安全，公司加大了安全管理力度，充实了企业安全员队伍，并建立健全了安全管理制度，并在公司内层层签定了安全目标责任书，并且结合各个换热站的实际情况，一是科学合理地制定了供热安全生产重特大事故应急预案；二是加强管理人员的安全教育和培训工作，对新来同志进行培训，树立“安全第一，预防为主”的安全意识；三是供热期每班确定一名安全管理员，专职负责换热站运行期间的安全生产工作；四是加强供热期的巡查力度，由公司不定期进行巡查各个换热站的情况，发现违章操作和安全隐患及时督促处理。五是加大科技投入力度，今冬供热前投资200万元，对站属9个供热点安装了远程监控系统，该系统可以对供热送、回水温度及送、回水压力进行精确监测，有力地保障了供热安全生产运行</w:t>
      </w:r>
      <w:r>
        <w:rPr>
          <w:lang w:eastAsia="zh-CN"/>
        </w:rPr>
        <w:br/>
      </w:r>
      <w:r>
        <w:rPr>
          <w:lang w:eastAsia="zh-CN"/>
        </w:rPr>
        <w:t>　　（八）严格制度加强管理，行政工作硕果累累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__年，我们响应集团公司的号召，积极参与集体活动，各项工作均取得好成绩。综合处作为后勤部门，认真做好本职工作和日常事务性工作，做到腿勤、口勤，使票据及时报销，账目清楚，协助建立健全各项制度，保持良好的工作秩序和工作环境，使各项管理日趋正规化、规范化。完成办公日常用品购置、来人接待、上下沟通、内外联系、资料报刊订阅等大量的日常事物，各类事项安排合理有序，为公司工作的正常开展了有效保障。</w:t>
      </w:r>
      <w:r>
        <w:rPr>
          <w:lang w:eastAsia="zh-CN"/>
        </w:rPr>
        <w:br/>
      </w:r>
      <w:r>
        <w:rPr>
          <w:lang w:eastAsia="zh-CN"/>
        </w:rPr>
        <w:t xml:space="preserve">    企业职工2024年个人工作总结 篇8 </w:t>
      </w:r>
      <w:r>
        <w:rPr>
          <w:lang w:eastAsia="zh-CN"/>
        </w:rPr>
        <w:br/>
      </w:r>
      <w:r>
        <w:rPr>
          <w:lang w:eastAsia="zh-CN"/>
        </w:rPr>
        <w:t>　　光阴似箭，日月如梭，转眼间，来到__公司近一年了。自从来到 __公司工作以来至今，本人一直在项目部担任施工员，按照公司和的要求完成了广德文化中心基础工程及部分主体施工的施工管理工作，能将项目部布置的任务独立、有条不紊的完成，因此与项目部上下管理人员相处融洽。回忆在这年的施工员工作当中既忙碌着也收获着，回顾一年来工作中的经验、教训，有利于在以后的工作中扬长避短更好的做好技术管理工作，提起这支拙笔，对这一年来的工作情况进行一下，无论收获多少，感受多少，只为自己以后的工作与学习定下一个引航的标志。</w:t>
      </w:r>
      <w:r>
        <w:rPr>
          <w:lang w:eastAsia="zh-CN"/>
        </w:rPr>
        <w:br/>
      </w:r>
      <w:r>
        <w:rPr>
          <w:lang w:eastAsia="zh-CN"/>
        </w:rPr>
        <w:t>　　一、 今年的主要工作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做为施工员，过去一年的时间里，不论是施工质量、施工进度、施工现场的管理都给我很大的压力，这不是个人问题，而是直接影响到我们项目部声誉和今后发展。所以，在今年的施工中必须在认真学习施工图纸和施工规范以确保施工质量的同时把施工重点、施工方法和处罚条例都记录下来，以便技术交底中不遗漏，做到事先预料，事前解决，针对有些重点问题在每个阶段施工初期都要向施工队长提出具体要求，特别强调问题的严重性并耐心向他们讲清规范中的要求。个人认为，测量关键性的工作一是选择最佳施测，二是一定要进行复测以避免人为错误。在施工前我会详细了解人员的准备情况为下一道施工程序做好充分准备。在施工中我严格按照实施，施工期间我</w:t>
      </w:r>
      <w:r>
        <w:rPr>
          <w:lang w:eastAsia="zh-CN"/>
        </w:rPr>
        <w:br/>
      </w:r>
      <w:r>
        <w:rPr>
          <w:lang w:eastAsia="zh-CN"/>
        </w:rPr>
        <w:t>　　不间断的在施工现场巡视，对施工重点情况落实检查、对施工质量的控制、化解各施工班组之间的矛盾、解决现场施工过程中出现的问题从而管理上保证了施工进度。</w:t>
      </w:r>
      <w:r>
        <w:rPr>
          <w:lang w:eastAsia="zh-CN"/>
        </w:rPr>
        <w:br/>
      </w:r>
      <w:r>
        <w:rPr>
          <w:lang w:eastAsia="zh-CN"/>
        </w:rPr>
        <w:t>　　二、 工作中存在的问题</w:t>
      </w:r>
      <w:r>
        <w:rPr>
          <w:lang w:eastAsia="zh-CN"/>
        </w:rPr>
        <w:br/>
      </w:r>
      <w:r>
        <w:rPr>
          <w:lang w:eastAsia="zh-CN"/>
        </w:rPr>
        <w:t>　　1、 在管理上：对不听指挥、不按要求施工的班组没有进行严厉的惩罚，久而久之个别施工班组就有了侥幸的心态，至使在后期管理工作中出现了安排工作不大顺利的情况。在以后的管理工作中首先要明确自己的立场，发挥项目管理人员在施工现场起的主导作用，对施工班组做到奖罚分明，形成绝对以项目部为中心方法，对那些不听指挥的施工班组决不心慈手软，施行严打、严抓以此来树立施工威信。另外，拿技术交底工作来说，并不是简单的把交底写完交给劳务施工队签字就完成工作了。而是在书面交底工作完成后，还要在工人的实际施工过程中跟踪、检查，发现未按或未完全按技术交底施工的工人，要耐心的给予讲解和指导，这样才能使分部分项工程做到位，避免返工，在保证施工进度的同时也保证了工程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三、今后的工作打算</w:t>
      </w:r>
      <w:r>
        <w:rPr>
          <w:lang w:eastAsia="zh-CN"/>
        </w:rPr>
        <w:br/>
      </w:r>
      <w:r>
        <w:rPr>
          <w:lang w:eastAsia="zh-CN"/>
        </w:rPr>
        <w:t>　　通过一年来的工作，以后还需要多看书，认真学习好规范规程及有关文件资料，掌握好专业知识，提高自己的工作能力，加强工作责任感，及时做好个人的各项工作。在今后的工作中，我将不断的与反省，不断地鞭策自己并充实能量，提高自身素质与业务水平，以适应时代和企业的发展，与公司共同进步、共同成长。我工作与做人的态度就是一句话 “勤勤恳恳工作、踏踏实实做人”。 其实工作和做人一样，能跟得上时代的步伐，才不会被时代所淘汰。面对日益激烈的竞争形势，在这个时候，应该为自己定好前进的方向，从上武装自己、充实自己，为社会为公司作出更大的成绩。做到“奋斗成绩事业，奉献充实人生”。</w:t>
      </w:r>
      <w:r>
        <w:rPr>
          <w:lang w:eastAsia="zh-CN"/>
        </w:rPr>
        <w:br/>
      </w:r>
      <w:r>
        <w:rPr>
          <w:lang w:eastAsia="zh-CN"/>
        </w:rPr>
        <w:t>　　以上为我参加工作以来的一些和体会，由于水平有限，不免有些遗漏与不足之处，我会在以后的工作和学习过程中逐渐的提升自己为以后的工作作出更好的规划与。我坚信“天道酬勤”，我会用我的实际行动来证明我的能力与价值。</w:t>
      </w:r>
      <w:r>
        <w:rPr>
          <w:lang w:eastAsia="zh-CN"/>
        </w:rPr>
        <w:br/>
      </w:r>
      <w:r>
        <w:rPr>
          <w:lang w:eastAsia="zh-CN"/>
        </w:rPr>
        <w:t>　　最后，新年到了，祝愿我们所有的同事新年快乐，工作顺利，祝愿我们公司所有的工程项目都能够顺利并超额完成任务，愿我们都能够把握住自己美好的明天！</w:t>
      </w:r>
      <w:r>
        <w:rPr>
          <w:lang w:eastAsia="zh-CN"/>
        </w:rPr>
        <w:br/>
      </w:r>
      <w:r>
        <w:rPr>
          <w:lang w:eastAsia="zh-CN"/>
        </w:rPr>
        <w:t xml:space="preserve">    企业职工2024年个人工作总结 篇9 </w:t>
      </w:r>
      <w:r>
        <w:rPr>
          <w:lang w:eastAsia="zh-CN"/>
        </w:rPr>
        <w:br/>
      </w:r>
      <w:r>
        <w:rPr>
          <w:lang w:eastAsia="zh-CN"/>
        </w:rPr>
        <w:t>　　时光过得飞快，不知不觉中，充满希望的兔年就伴随着新年伊始即将临近。可以说，20__年是公司推进行业改革、拓展市场、持续发展的关键年。现就20__年度工作情况总结如下：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一、虚心学习，努力工作，圆满完成任务</w:t>
      </w:r>
      <w:r>
        <w:rPr>
          <w:lang w:eastAsia="zh-CN"/>
        </w:rPr>
        <w:br/>
      </w:r>
      <w:r>
        <w:rPr>
          <w:lang w:eastAsia="zh-CN"/>
        </w:rPr>
        <w:t>　　在20__年里，我自觉加强学习，不断理清工作思路，总结工作方法，一方面，干中学、学中干，不断掌握方法积累经验。我注重以工作任务为牵引，依托工作岗位学习提高，通过观察、摸索、查阅资料和实践锻炼，较快地完成任务。另一方面，问书本、问同事，不断丰富知识掌握技巧。在各级领导和同事的帮助指导下，不断进步，逐渐摸清了工作中的`基本情况，找到了切入点，把握住了工作重点和难点。爱岗敬业、扎实工作、不怕困难、勇挑重担，热情服务，在本职岗位上发挥出应有的作用。</w:t>
      </w:r>
      <w:r>
        <w:rPr>
          <w:lang w:eastAsia="zh-CN"/>
        </w:rPr>
        <w:br/>
      </w:r>
      <w:r>
        <w:rPr>
          <w:lang w:eastAsia="zh-CN"/>
        </w:rPr>
        <w:t>　　二、心系本职工作，认真履行职责，突出工作重点，落实管理目标责任制</w:t>
      </w:r>
      <w:r>
        <w:rPr>
          <w:lang w:eastAsia="zh-CN"/>
        </w:rPr>
        <w:br/>
      </w:r>
      <w:r>
        <w:rPr>
          <w:lang w:eastAsia="zh-CN"/>
        </w:rPr>
        <w:t>　　“查找不足赶先进，立足根本争先进”，作为个人我们要实现体现自已的人身价值，企事业的兴衰直接关系到个人的荣辱，作为技术部门，为实现共同的目标我们要添砖加瓦，要有艰苦创业精神、改革创新精神、拓展市场精神、精益管理精神、永不满足精神、顾全大局精神。我们要把这六种精神贯穿于具体的工作中中去，对于“如何提高自我，服务于本单位”这门必修课，我将不断地加强学习，完善自我，把“学习先进、赶超先进、争当先进”融入到工作中去，重点将工作放在加强技术管理与技术分析这两块，理清工作计划与思路.</w:t>
      </w:r>
      <w:r>
        <w:rPr>
          <w:lang w:eastAsia="zh-CN"/>
        </w:rPr>
        <w:br/>
      </w:r>
      <w:r>
        <w:rPr>
          <w:lang w:eastAsia="zh-CN"/>
        </w:rPr>
        <w:t>　　三、加强检查，及时整改，在工作中正确认识自己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经过这样紧张有序的一年，我感觉自己工作技能上了一个新台阶，做每一项工作都有了明确的计划和步骤，行动有了方向，工作有了目标，心中真正有了底！基本做到了忙而不乱，紧而不散，条理清楚，事事分明，从根本上摆脱了刚参加工作时只顾埋头苦干，不知总结经验的现象。就这样，我从无限繁忙中走进这一年，又从无限轻松中走出这一年。还有，在工作的同时，我还明白了为人处事的道理，也明白了，一个良好的心态、一份对工作的热诚及其相形之下的责任心是如何重要。总结下来：在这一年的工作中接触到了许多新事物、产生了许多新问题，也学习到了许多新知识、新经验，使自己在思想认识和工作能力上有了新的提高和进一步的完善。在日常的工作中，我时刻要求自己从实际出发，坚持高标准、严要求，力求做到业务素质和道德素质双提高。</w:t>
      </w:r>
      <w:r>
        <w:rPr>
          <w:lang w:eastAsia="zh-CN"/>
        </w:rPr>
        <w:br/>
      </w:r>
      <w:r>
        <w:rPr>
          <w:lang w:eastAsia="zh-CN"/>
        </w:rPr>
        <w:t>　　四、未来的憧憬</w:t>
      </w:r>
      <w:r>
        <w:rPr>
          <w:lang w:eastAsia="zh-CN"/>
        </w:rPr>
        <w:br/>
      </w:r>
      <w:r>
        <w:rPr>
          <w:lang w:eastAsia="zh-CN"/>
        </w:rPr>
        <w:t>　　针对20__年工作中存在的不足，为了做好20__年的工作，突出做好以下几个方面：</w:t>
      </w:r>
      <w:r>
        <w:rPr>
          <w:lang w:eastAsia="zh-CN"/>
        </w:rPr>
        <w:br/>
      </w:r>
      <w:r>
        <w:rPr>
          <w:lang w:eastAsia="zh-CN"/>
        </w:rPr>
        <w:t>　　（一）积极搞好与部门同事的协调，进一步理顺关系；</w:t>
      </w:r>
      <w:r>
        <w:rPr>
          <w:lang w:eastAsia="zh-CN"/>
        </w:rPr>
        <w:br/>
      </w:r>
      <w:r>
        <w:rPr>
          <w:lang w:eastAsia="zh-CN"/>
        </w:rPr>
        <w:t>　　（二）加强专业知识的学习提高，创新工作方法，提高工作效益；</w:t>
      </w:r>
      <w:r>
        <w:rPr>
          <w:lang w:eastAsia="zh-CN"/>
        </w:rPr>
        <w:br/>
      </w:r>
      <w:r>
        <w:rPr>
          <w:lang w:eastAsia="zh-CN"/>
        </w:rPr>
        <w:t>　　（三）加强基础工作检查，强化技术的创新实践，促进技术水平的提升。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在今后的工作中要不断创新，及时与领导同事进行沟通，认真学习公司相关政策规定，提高自己的安全意识，同时在安全生产方面要严格要求自己，为公司发展贡献自己的一份力。在明年的工作中，我会继续努力，多向领导汇报自己在工作中的思想和感受，及时纠正和弥补自身的不足和缺陷。我们的工作要团结才有力量，要合作才会成功，才能把我们的工作推向前进！我相信：在董事长的正确领导下，未来会更加美好！</w:t>
      </w:r>
      <w:r>
        <w:rPr>
          <w:lang w:eastAsia="zh-CN"/>
        </w:rPr>
        <w:br/>
      </w:r>
      <w:r>
        <w:rPr>
          <w:lang w:eastAsia="zh-CN"/>
        </w:rPr>
        <w:t xml:space="preserve">    企业职工2024年个人工作总结 篇10 </w:t>
      </w:r>
      <w:r>
        <w:rPr>
          <w:lang w:eastAsia="zh-CN"/>
        </w:rPr>
        <w:br/>
      </w:r>
      <w:r>
        <w:rPr>
          <w:lang w:eastAsia="zh-CN"/>
        </w:rPr>
        <w:t>　　20__年即将过去，我作为安环部的一名员工，在公司领导的带领下，围绕着管理制度的建立健全，工程项目的申报审批等工作要点，较好地完成了公司所交付的各项工作任务，个人的工作技能也有了明显的提高。</w:t>
      </w:r>
      <w:r>
        <w:rPr>
          <w:lang w:eastAsia="zh-CN"/>
        </w:rPr>
        <w:br/>
      </w:r>
      <w:r>
        <w:rPr>
          <w:lang w:eastAsia="zh-CN"/>
        </w:rPr>
        <w:t>　　一、20__年主要工作内容如下：</w:t>
      </w:r>
      <w:r>
        <w:rPr>
          <w:lang w:eastAsia="zh-CN"/>
        </w:rPr>
        <w:br/>
      </w:r>
      <w:r>
        <w:rPr>
          <w:lang w:eastAsia="zh-CN"/>
        </w:rPr>
        <w:t>　　1、理顺安评、环评办事程序，推进安评、环换手续办理进程。</w:t>
      </w:r>
      <w:r>
        <w:rPr>
          <w:lang w:eastAsia="zh-CN"/>
        </w:rPr>
        <w:br/>
      </w:r>
      <w:r>
        <w:rPr>
          <w:lang w:eastAsia="zh-CN"/>
        </w:rPr>
        <w:t>　　我在安环部主要负责安评、环评手续办理相关工作，由于安环部门成立不久，开发区的相关工作部门也是刚刚成立，很多工作都没人涉及过，所以首先面临的工作是如何理顺工作程序。在公司领导的带领下，我们勤走、多问，通过对zf下发文件及相关部门的办事程序的认真学习，一步一步的摸索出并总结了一套办理相关手续的工作程序，方便了今后的工作、提高了工作质量。目前，安评、环评工作都有了较大的进展。</w:t>
      </w:r>
      <w:r>
        <w:rPr>
          <w:lang w:eastAsia="zh-CN"/>
        </w:rPr>
        <w:br/>
      </w:r>
      <w:r>
        <w:rPr>
          <w:lang w:eastAsia="zh-CN"/>
        </w:rPr>
        <w:t>　　2、认真学习上级下发文件，协助建立健全公司安全、环保制度。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按相关部门要求，今年公司开始加快了厂区管理制度的建立、健全工作，很多安全、环保相关的规定都是根据领导授意，结合厂区实际情况总结制定的。这些制度的制定不仅满足了上级部门的检查要求，也方便了我们公司的管理。</w:t>
      </w:r>
      <w:r>
        <w:rPr>
          <w:lang w:eastAsia="zh-CN"/>
        </w:rPr>
        <w:br/>
      </w:r>
      <w:r>
        <w:rPr>
          <w:lang w:eastAsia="zh-CN"/>
        </w:rPr>
        <w:t>　　3、按时完成上级领导布置的检查、整改相关工作</w:t>
      </w:r>
      <w:r>
        <w:rPr>
          <w:lang w:eastAsia="zh-CN"/>
        </w:rPr>
        <w:br/>
      </w:r>
      <w:r>
        <w:rPr>
          <w:lang w:eastAsia="zh-CN"/>
        </w:rPr>
        <w:t>　　由于公司的属于新建企业，各职能部门对公司的检查和管理比较严格。在过去的一年里，我在公司领导的指导下完成了上级各部门对企业制度、项目手续等方面的检查工作。对上级部门下达的整改意见，我主动督促整改落实情况，组织人员学习培训，提高员工安全意识，对违反安全规定的人或事给予纠正，通过隐患整改，有效的保障了安全生产工作的顺利进行。</w:t>
      </w:r>
      <w:r>
        <w:rPr>
          <w:lang w:eastAsia="zh-CN"/>
        </w:rPr>
        <w:br/>
      </w:r>
      <w:r>
        <w:rPr>
          <w:lang w:eastAsia="zh-CN"/>
        </w:rPr>
        <w:t>　　4、组建了公司电脑办公网络，完成电脑维护及电脑制图等工作</w:t>
      </w:r>
      <w:r>
        <w:rPr>
          <w:lang w:eastAsia="zh-CN"/>
        </w:rPr>
        <w:br/>
      </w:r>
      <w:r>
        <w:rPr>
          <w:lang w:eastAsia="zh-CN"/>
        </w:rPr>
        <w:t>　　由于个人爱好，我在大学时自学了cad制图软件，参加工作后所从事的工作又一直都和电脑有关，所以慢慢掌握了一定的电脑维护相关知识。20__年由于办公需要，公司先后购进了多台电脑，当时公司中懂电脑的人不多，我利用自己掌握的知识完成了电脑网络的架设和日常维护工作，安环评工作及厂区设计、车间设计工作中用到的cad制图工作大都由我来完成。</w:t>
      </w:r>
      <w:r>
        <w:rPr>
          <w:lang w:eastAsia="zh-CN"/>
        </w:rPr>
        <w:br/>
      </w:r>
      <w:r>
        <w:rPr>
          <w:lang w:eastAsia="zh-CN"/>
        </w:rPr>
        <w:t>　　5、理顺人事部门工作程序，完成公司人事电子档案的初期建档工作</w:t>
      </w:r>
      <w:r>
        <w:rPr>
          <w:lang w:eastAsia="zh-CN"/>
        </w:rPr>
        <w:br/>
      </w:r>
      <w:r>
        <w:rPr>
          <w:lang w:eastAsia="zh-CN"/>
        </w:rPr>
        <w:t>　　20__年上半年，公司人员还不齐整，我兼管理人事部门的工作，为了便于管理，我努力学习相关知识，从网上搜集资料，并找到了一套免费的人事管理软件，建立了人事电子档案，使人事管理程序化、秩序化，基本理顺了人事管理工作程序。</w:t>
      </w:r>
      <w:r>
        <w:rPr>
          <w:lang w:eastAsia="zh-CN"/>
        </w:rPr>
        <w:br/>
      </w:r>
      <w:r>
        <w:rPr>
          <w:lang w:eastAsia="zh-CN"/>
        </w:rPr>
        <w:t>　　二、存在不足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一年来的工作虽然取得了一定的成绩，但也存在一些不足，主要是思想解放程度还不够，组织、沟通能力上还略有欠缺，和有经验的同事比较还有一定差距，二是涉及工作多样复杂，需要时间学习，三是工作中不够大胆，要在不断的学习过程中改变工作方法，不断创新完善。在今后工作中，我一定认真总结经验，克服不足，努力把工作做得更好。</w:t>
      </w:r>
      <w:r>
        <w:rPr>
          <w:lang w:eastAsia="zh-CN"/>
        </w:rPr>
        <w:br/>
      </w:r>
      <w:r>
        <w:rPr>
          <w:lang w:eastAsia="zh-CN"/>
        </w:rPr>
        <w:t>　　三、明年工作计划</w:t>
      </w:r>
      <w:r>
        <w:rPr>
          <w:lang w:eastAsia="zh-CN"/>
        </w:rPr>
        <w:br/>
      </w:r>
      <w:r>
        <w:rPr>
          <w:lang w:eastAsia="zh-CN"/>
        </w:rPr>
        <w:t>　　1、认真学习，努力提高自身素质及工作能力，尽职、尽责、尽快地完成安、环部的本职工作。</w:t>
      </w:r>
      <w:r>
        <w:rPr>
          <w:lang w:eastAsia="zh-CN"/>
        </w:rPr>
        <w:br/>
      </w:r>
      <w:r>
        <w:rPr>
          <w:lang w:eastAsia="zh-CN"/>
        </w:rPr>
        <w:t>　　2、发扬吃苦耐劳精神。不怕吃苦，主动找事干，做到“眼勤、嘴勤、手勤、腿勤”，积极适应各种环境，在复杂的工作中磨练意志，增长才干。</w:t>
      </w:r>
      <w:r>
        <w:rPr>
          <w:lang w:eastAsia="zh-CN"/>
        </w:rPr>
        <w:br/>
      </w:r>
      <w:r>
        <w:rPr>
          <w:lang w:eastAsia="zh-CN"/>
        </w:rPr>
        <w:t>　　3、发扬孜孜不倦的进取精神。加强学习，勇于实践，在学习的同时注意收集各类信息，广泛吸取各种“营养”;同时，讲究学习方法，端正学习态度，提高学习效率，努力培养自己具有扎实的理论 功底和踏实的工作作风。力求把工作做得更好，树立良好的形象。</w:t>
      </w:r>
      <w:r>
        <w:rPr>
          <w:lang w:eastAsia="zh-CN"/>
        </w:rPr>
        <w:br/>
      </w:r>
      <w:r>
        <w:rPr>
          <w:lang w:eastAsia="zh-CN"/>
        </w:rPr>
        <w:t>　　4、当好助手。对各项决策和出现的问题，及时提出合理化建议和解决办法供领导参考，配合部门领导完成公司下达的任务。</w:t>
      </w:r>
      <w:r>
        <w:rPr>
          <w:lang w:eastAsia="zh-CN"/>
        </w:rPr>
        <w:br/>
      </w:r>
      <w:r>
        <w:rPr>
          <w:lang w:eastAsia="zh-CN"/>
        </w:rPr>
        <w:t>　　总之，一年来，我做了一定的工作，也取得了一些成绩，但离要求有一定的差距，我将不断地总结经验，加强学习，更新观念，提高各方面的工作能力。紧紧围绕公司的中心工作，以对工作、对事业高度负责的态度，脚踏实地，尽职尽责地做好各项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门之间的工作配合，共同为工行发展努力。</w:t>
      </w:r>
      <w:r>
        <w:rPr>
          <w:lang w:eastAsia="zh-CN"/>
        </w:rPr>
        <w:br/>
      </w:r>
      <w:r>
        <w:rPr>
          <w:lang w:eastAsia="zh-CN"/>
        </w:rPr>
        <w:t xml:space="preserve">    企业职工2024年个人工作总结 篇11 </w:t>
      </w:r>
      <w:r>
        <w:rPr>
          <w:lang w:eastAsia="zh-CN"/>
        </w:rPr>
        <w:br/>
      </w:r>
      <w:r>
        <w:rPr>
          <w:lang w:eastAsia="zh-CN"/>
        </w:rPr>
        <w:t>　　__年，我们一如既往地做好日常财务核算工作，加强财务管理，推进规范化管理，加强财务知识学习和教育。实现财务工作的长期规划和短期安排。在规范化、制度化的良好环境中，更好地发挥金融工作的作用。特别制定的；</w:t>
      </w:r>
      <w:r>
        <w:rPr>
          <w:lang w:eastAsia="zh-CN"/>
        </w:rPr>
        <w:br/>
      </w:r>
      <w:r>
        <w:rPr>
          <w:lang w:eastAsia="zh-CN"/>
        </w:rPr>
        <w:t>　　1、参与财务人员的继续教育。财务人员每年参加财政局组织的财务人员继续教育</w:t>
      </w:r>
      <w:r>
        <w:rPr>
          <w:lang w:eastAsia="zh-CN"/>
        </w:rPr>
        <w:br/>
      </w:r>
      <w:r>
        <w:rPr>
          <w:lang w:eastAsia="zh-CN"/>
        </w:rPr>
        <w:t>　　一是参加财务人员继续教育，了解新标准体系的框架，掌握和理解新标准的内容、要点和实质。根据新准则的准则要求，熟练运用新准则进行账务处理，编制相关财务报表和表格。参加继续教育后，报告学习报告</w:t>
      </w:r>
      <w:r>
        <w:rPr>
          <w:lang w:eastAsia="zh-CN"/>
        </w:rPr>
        <w:br/>
      </w:r>
      <w:r>
        <w:rPr>
          <w:lang w:eastAsia="zh-CN"/>
        </w:rPr>
        <w:t>　　2、加强和规范现金管理，做好日常核算工作；</w:t>
      </w:r>
      <w:r>
        <w:rPr>
          <w:lang w:eastAsia="zh-CN"/>
        </w:rPr>
        <w:br/>
      </w:r>
      <w:r>
        <w:rPr>
          <w:lang w:eastAsia="zh-CN"/>
        </w:rPr>
        <w:t>　　1.按照新的制度和标准，结合实际，开展企业会计和财务工作</w:t>
      </w:r>
      <w:r>
        <w:rPr>
          <w:lang w:eastAsia="zh-CN"/>
        </w:rPr>
        <w:br/>
      </w:r>
      <w:r>
        <w:rPr>
          <w:lang w:eastAsia="zh-CN"/>
        </w:rPr>
        <w:t>　　2.在做好自身工作的同时，处理好与其他部门的协调关系</w:t>
      </w:r>
      <w:r>
        <w:rPr>
          <w:lang w:eastAsia="zh-CN"/>
        </w:rPr>
        <w:br/>
      </w:r>
      <w:r>
        <w:rPr>
          <w:lang w:eastAsia="zh-CN"/>
        </w:rPr>
        <w:t>　　3.做好正常的出纳核算工作。根据财务制度，办理现金收付和银行结算业务，努力开源结算，使有限的资金真正发挥作用，为公司财务保障。加强各项费用的核算。及时记账，编制出纳日报、明细表、汇总表，月初前交总经理留存，严格执行支票收款程序，按规定开具现金和转账支票</w:t>
      </w:r>
      <w:r>
        <w:rPr>
          <w:lang w:eastAsia="zh-CN"/>
        </w:rPr>
        <w:br/>
      </w:r>
      <w:r>
        <w:rPr>
          <w:lang w:eastAsia="zh-CN"/>
        </w:rPr>
        <w:t>　　4.财务人员必须坚持岗位责任制原则，秉公办事，以身作则</w:t>
      </w:r>
      <w:r>
        <w:rPr>
          <w:lang w:eastAsia="zh-CN"/>
        </w:rPr>
        <w:br/>
      </w:r>
      <w:r>
        <w:rPr>
          <w:lang w:eastAsia="zh-CN"/>
        </w:rPr>
        <w:t>　　5.完成交办的其他临时任务；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3、个人意见措施要求财务管理科学化、会计核算规范化、理化成本控制化、加强监督、细化工作，切实体现财务管理的作用。使财务运行更加合理、健康，更加符合公司发展的步伐</w:t>
      </w:r>
      <w:r>
        <w:rPr>
          <w:lang w:eastAsia="zh-CN"/>
        </w:rPr>
        <w:br/>
      </w:r>
      <w:r>
        <w:rPr>
          <w:lang w:eastAsia="zh-CN"/>
        </w:rPr>
        <w:t>　　总之，在新的一年里，我将以改革为契机，继续加强现金管理，提高业务运营能力，充分发挥财务职能作用，积极完成全年各项，最大限度地向公司汇报。为公司的稳定发展做出更大的贡献</w:t>
      </w:r>
      <w:r>
        <w:rPr>
          <w:lang w:eastAsia="zh-CN"/>
        </w:rPr>
        <w:br/>
      </w:r>
      <w:r>
        <w:rPr>
          <w:lang w:eastAsia="zh-CN"/>
        </w:rPr>
        <w:t xml:space="preserve">    企业职工2024年个人工作总结 篇12 </w:t>
      </w:r>
      <w:r>
        <w:rPr>
          <w:lang w:eastAsia="zh-CN"/>
        </w:rPr>
        <w:br/>
      </w:r>
      <w:r>
        <w:rPr>
          <w:lang w:eastAsia="zh-CN"/>
        </w:rPr>
        <w:t>　　时光飞逝，又到了年底。回顾今年的工作历程，我在各位的下，在全公司同志的全力支持与配合下，按照公司今年的工作思路、目标和任务，立足本职工作，艰苦奋斗，积极开展工作，他成功地完成了他负责的所有任务。回顾20年的工作，多思考，多感受，多收获“忙碌而收获，疲惫而快乐”已成为今年工作的主旋律，经常耳鸣并期待着它。我今年的工作如下：</w:t>
      </w:r>
      <w:r>
        <w:rPr>
          <w:lang w:eastAsia="zh-CN"/>
        </w:rPr>
        <w:br/>
      </w:r>
      <w:r>
        <w:rPr>
          <w:lang w:eastAsia="zh-CN"/>
        </w:rPr>
        <w:t>　　1、 努力学习，提高你的素质</w:t>
      </w:r>
      <w:r>
        <w:rPr>
          <w:lang w:eastAsia="zh-CN"/>
        </w:rPr>
        <w:br/>
      </w:r>
      <w:r>
        <w:rPr>
          <w:lang w:eastAsia="zh-CN"/>
        </w:rPr>
        <w:t>　　随着科学技术的飞速发展，各行各业之间的竞争激烈。特别是近年来，全球金融危机加剧，整个经济环境面临恶化趋势。我们的物流公司如何突破发展的制约，我认为需要全体吉安人的共同努力。作为公司的一员，我应该认真做好自己的工作。这就需要进一步提高我的素质和业务能力。因此，我注意加强日常学习积累</w:t>
      </w:r>
      <w:r>
        <w:rPr>
          <w:lang w:eastAsia="zh-CN"/>
        </w:rPr>
        <w:br/>
      </w:r>
      <w:r>
        <w:rPr>
          <w:lang w:eastAsia="zh-CN"/>
        </w:rPr>
        <w:t>　　一是在上与公司保持一致，坚定理想信念，树立正确的世界观、人生观、价值观，树立全心全意为客户服务的理念，无私奉献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二是重点学习公司规章制度和相关物流行业的法律知识。深入学习，用心掌握，运用到实际工作中，为自己做好每一项工作打下坚实的基础。通过学习，熟悉和掌握公司各项制度、工作纪律和基本业务知识和技能，提高履行岗位职责的能力和水平，与时俱进，增强大局意识，遵守法律法规，结合实际落实，完成上级交办的各项工作任务，取得良好效果</w:t>
      </w:r>
      <w:r>
        <w:rPr>
          <w:lang w:eastAsia="zh-CN"/>
        </w:rPr>
        <w:br/>
      </w:r>
      <w:r>
        <w:rPr>
          <w:lang w:eastAsia="zh-CN"/>
        </w:rPr>
        <w:t>　　2、 树立服务意识，做好自己的工作</w:t>
      </w:r>
      <w:r>
        <w:rPr>
          <w:lang w:eastAsia="zh-CN"/>
        </w:rPr>
        <w:br/>
      </w:r>
      <w:r>
        <w:rPr>
          <w:lang w:eastAsia="zh-CN"/>
        </w:rPr>
        <w:t>　　作为捷安公司的销售人员，我知道要做好这项工作，必须树立大局意识，全心全意为公司和客户服务。这样，客户满意度才能促进公司的业务发展。因此，在工作中，我力求爱岗敬业，尽职尽责，吃苦耐劳，后来居上，做好为客户的各项物流服务</w:t>
      </w:r>
      <w:r>
        <w:rPr>
          <w:lang w:eastAsia="zh-CN"/>
        </w:rPr>
        <w:br/>
      </w:r>
      <w:r>
        <w:rPr>
          <w:lang w:eastAsia="zh-CN"/>
        </w:rPr>
        <w:t>　　关注三个方面：</w:t>
      </w:r>
      <w:r>
        <w:rPr>
          <w:lang w:eastAsia="zh-CN"/>
        </w:rPr>
        <w:br/>
      </w:r>
      <w:r>
        <w:rPr>
          <w:lang w:eastAsia="zh-CN"/>
        </w:rPr>
        <w:t>　　一是正确定位物流服务，消除松懈和缺陷，全面更新观念，自觉规范行为，认真收集数据，联系厂家和客户，制定详细，安排运输</w:t>
      </w:r>
      <w:r>
        <w:rPr>
          <w:lang w:eastAsia="zh-CN"/>
        </w:rPr>
        <w:br/>
      </w:r>
      <w:r>
        <w:rPr>
          <w:lang w:eastAsia="zh-CN"/>
        </w:rPr>
        <w:t>　　第二，以业务技术和熟练程度为衡量服务水平的尺度，努力实践基本技能，加快业务处理，避免失误，把握质量</w:t>
      </w:r>
      <w:r>
        <w:rPr>
          <w:lang w:eastAsia="zh-CN"/>
        </w:rPr>
        <w:br/>
      </w:r>
      <w:r>
        <w:rPr>
          <w:lang w:eastAsia="zh-CN"/>
        </w:rPr>
        <w:t>　　第三，努力学习新的业务知识，掌握必要的物流知识和技能，尤其是市场营销产品和沟通的知识，为扩大业务范围，创造良好的经济效益打下基础。通过以上努力，我更熟练地掌握了与客户沟通、处理相关问题和促进公司发展的技能。我的综合分析能力和协调能力大大提高，保证了我岗位各项工作的正常运行</w:t>
      </w:r>
      <w:r>
        <w:rPr>
          <w:lang w:eastAsia="zh-CN"/>
        </w:rPr>
        <w:br/>
      </w:r>
      <w:r>
        <w:rPr>
          <w:lang w:eastAsia="zh-CN"/>
        </w:rPr>
        <w:t>　　3、 今年的业绩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作为公司的推销员，我主要负责深圳港挂车的进出口运输和香港的进出口运输。在过去的一年里，我一直坚持公司的总体战略目标，始终关注如何完善业务平台，扩大市场份额。牢固树立“长期+稳健”的经营理念，转变工作观念，增强强烈的市场竞争意识和危机意识。密切关注日常工作，积极拓展业务渠道。每天认真收集各方数据，积极打电话给工厂负责人，做好相关运输准备。另一方面，积极与客户沟通协调，了解客户需求，为客户高效、便捷、优质的物流服务；文本对齐：左；“在稳定老客户的基础上积极开拓新客户。我们的销售人员一如既往地为老客户满意的物流服务，并努力深化服务内容，增加与客户的联系，积极征求客户意见，不断加深与客户的感情，及时了解和掌握客户动态。这样，我们将继续加强新客户的开发，拓展新业务</w:t>
      </w:r>
      <w:r>
        <w:rPr>
          <w:lang w:eastAsia="zh-CN"/>
        </w:rPr>
        <w:br/>
      </w:r>
      <w:r>
        <w:rPr>
          <w:lang w:eastAsia="zh-CN"/>
        </w:rPr>
        <w:t>　　通过不断的努力，我今年的工作成绩比去年有了很大的提高。月业绩超过35万台，年营业额约295万台。今年有13个新客户，包括江门鹤山亚图市印刷有限公司等大客户。初步估计他们每月的集装箱数量约为500个。到目前为止，我们已经实现了公司1700万年目标的84%</w:t>
      </w:r>
      <w:r>
        <w:rPr>
          <w:lang w:eastAsia="zh-CN"/>
        </w:rPr>
        <w:br/>
      </w:r>
      <w:r>
        <w:rPr>
          <w:lang w:eastAsia="zh-CN"/>
        </w:rPr>
        <w:t>　　4、 工作中的缺陷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孔子说：我一天要检查三次自己。通过学习和实践，我的工作能力有了很大的提高。但是，我很清楚，与公司的要求还有很大差距。通过对一年来工作的，我很清楚自己在工作定位、工作方法等方面存在的不足：一是不保守，开拓不强，创新意识不强；二是工作方向有局限性，工作的前瞻性不够，从全面发展的高度研究和规划工作的意识不够;；三是工作方法上有时不注重细节，工作方法上不注重策略，容易产生急躁情绪，缺乏冷静细致的思考;；四是工作经验需要丰富，与同事沟通协调不够，灵活运用政策解决实际问题的经验不够</w:t>
      </w:r>
      <w:r>
        <w:rPr>
          <w:lang w:eastAsia="zh-CN"/>
        </w:rPr>
        <w:br/>
      </w:r>
      <w:r>
        <w:rPr>
          <w:lang w:eastAsia="zh-CN"/>
        </w:rPr>
        <w:t>　　5、 未来计划</w:t>
      </w:r>
      <w:r>
        <w:rPr>
          <w:lang w:eastAsia="zh-CN"/>
        </w:rPr>
        <w:br/>
      </w:r>
      <w:r>
        <w:rPr>
          <w:lang w:eastAsia="zh-CN"/>
        </w:rPr>
        <w:t>　　天生我才，君子自强不息。地势肥沃，君子携物德行。我明白这是为人民做事的原则和真正意义。有多远，脚步能走多远。无论计划有多好，行动取决于付出。形式不能代表本质。最好照你说的去做。今后，我将继续加强学习，掌握做好后勤工作的知识和技能，提高工作技能，努力按照政商复合型高素质的要求对待自己，做到敬业负责。积极加强沟通与合作，努力联系客户与公司，积极拓展业务，努力按时保质完成公司交给我的任务</w:t>
      </w:r>
      <w:r>
        <w:rPr>
          <w:lang w:eastAsia="zh-CN"/>
        </w:rPr>
        <w:br/>
      </w:r>
      <w:r>
        <w:rPr>
          <w:lang w:eastAsia="zh-CN"/>
        </w:rPr>
        <w:t>　　以上是我一年来工作的。如果我找不到任何东西，请提出您宝贵的意见和建议，以便我不断改进工作，取得更好的成绩。</w:t>
      </w:r>
      <w:r>
        <w:rPr>
          <w:lang w:eastAsia="zh-CN"/>
        </w:rPr>
        <w:br/>
      </w:r>
      <w:r>
        <w:rPr>
          <w:lang w:eastAsia="zh-CN"/>
        </w:rPr>
        <w:t xml:space="preserve">    企业职工2024年个人工作总结 篇13 </w:t>
      </w:r>
      <w:r>
        <w:rPr>
          <w:lang w:eastAsia="zh-CN"/>
        </w:rPr>
        <w:br/>
      </w:r>
      <w:r>
        <w:rPr>
          <w:lang w:eastAsia="zh-CN"/>
        </w:rPr>
        <w:t>　　时光飞逝，日月如梭，看着这半年来工作的足迹，实是感叹时间的飞逝，让自己的脚步显得如此匆忙。时光的追赶，不仅让我更成熟了一岁，更能让我体会到了付出的汗水是收获的喜悦。这半年中我在思想上按规章制度严格要求自己，在工作上勤勤恳恳、任劳任怨，在作风上艰苦朴素、务真求实，较好地完成领导和各级部门安排的各项任务。为公司尽心尽力，努力工作，主要情况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一、工作完成情况</w:t>
      </w:r>
      <w:r>
        <w:rPr>
          <w:lang w:eastAsia="zh-CN"/>
        </w:rPr>
        <w:br/>
      </w:r>
      <w:r>
        <w:rPr>
          <w:lang w:eastAsia="zh-CN"/>
        </w:rPr>
        <w:t>　　经过在公司从毕业至今的工作历练，和曾经受过的挫折，毕业时期的不安稳因素和急躁心理已逐渐平稳下来，并从中学习到了很多专业的技能性知识和做人的基本道理。我非常的感谢公司领导对我的信任、支持以及对我的培养，并且给了我一个很大的空间去尝试和提升自己，我真实的感受到这半年来学到的不仅仅是专业的知识，而的是开拓了我的视野，增长了见识。我相信大家在这个公司都会有这样的感受。</w:t>
      </w:r>
      <w:r>
        <w:rPr>
          <w:lang w:eastAsia="zh-CN"/>
        </w:rPr>
        <w:br/>
      </w:r>
      <w:r>
        <w:rPr>
          <w:lang w:eastAsia="zh-CN"/>
        </w:rPr>
        <w:t>　　通过这半年的工作积累和摸索，对于未来的发展方向也有了一个初步的规划，我个人也慢慢的觉得自己适合在这一行业走下去。以上是好的方面，差的方面也有不少。刚进公司的时候，由于工作经验的不足、阅历少，情绪波动大，对工作产生很大的影响。有时候没有做到心平气和听取意见，对自己的定位也不太清晰。特别是在看到其他人员陆续离开公司时就更体现了出来。有时没有先考虑大局，直接按照自己的思想主观臆断，结果令自己后悔不已。</w:t>
      </w:r>
      <w:r>
        <w:rPr>
          <w:lang w:eastAsia="zh-CN"/>
        </w:rPr>
        <w:br/>
      </w:r>
      <w:r>
        <w:rPr>
          <w:lang w:eastAsia="zh-CN"/>
        </w:rPr>
        <w:t>　　通过这半年多的接触和学习，让我对粉末冶金领域的专业性知识有了更加深刻的理解和积攒了一定的经验。这半年，走过的弯路不少，没有更好地去吸收别人的观点和长处以及他人的意见及观点，这和我的性格有很大关系。</w:t>
      </w:r>
      <w:r>
        <w:rPr>
          <w:lang w:eastAsia="zh-CN"/>
        </w:rPr>
        <w:br/>
      </w:r>
      <w:r>
        <w:rPr>
          <w:lang w:eastAsia="zh-CN"/>
        </w:rPr>
        <w:t>　　二、下半年的个人提升的计划</w:t>
      </w:r>
      <w:r>
        <w:rPr>
          <w:lang w:eastAsia="zh-CN"/>
        </w:rPr>
        <w:br/>
      </w:r>
    </w:p>
    <w:p w:rsidR="001B1F19" w14:textId="27C3F48A">
      <w:pPr>
        <w:rPr>
          <w:rFonts w:hint="eastAsia"/>
          <w:lang w:eastAsia="zh-CN"/>
        </w:rPr>
      </w:pPr>
      <w:r>
        <w:rPr>
          <w:lang w:eastAsia="zh-CN"/>
        </w:rPr>
        <w:t>　　对粉末冶金方面的知识进行加强学习理解，掌握对模具的设计，抑或是在销售方面发展，由于我是今年刚毕业，经验严重不足，对管理以及技术方面的知识严重空缺。需向领导和部门经理讨教，虚心学习。在本职岗位上做好本职的工作，加强本职岗位能力的学习。希望能够在技术或是销售领域多一些锻炼，了解销售和技术支持在公司运营中的关联。尽可能多的与客户沟通，良好的沟通能力是方案设计成败的关键。</w:t>
      </w:r>
      <w:r>
        <w:rPr>
          <w:lang w:eastAsia="zh-CN"/>
        </w:rPr>
        <w:br/>
      </w:r>
      <w:r>
        <w:rPr>
          <w:lang w:eastAsia="zh-CN"/>
        </w:rPr>
        <w:t>　　三、工作反思</w:t>
      </w:r>
      <w:r>
        <w:rPr>
          <w:lang w:eastAsia="zh-CN"/>
        </w:rPr>
        <w:br/>
      </w:r>
      <w:r>
        <w:rPr>
          <w:lang w:eastAsia="zh-CN"/>
        </w:rPr>
        <w:t>　　我们常为失去机会或成就嗟叹，但往往忘了为现在所拥有的感恩。我们应该认识到老板交付给我们的任务能锻炼我们的意志，上司分配给我们的工作能发展我们的才能，与同事的合作能培养我们的人格，与客户的交流能训练我们的品性。企业是我们生活的另一所学校，工作能够丰富我们的思想，增进我们的智慧。在此我要感谢__，感谢我的同事，感谢在工作上帮助支持我的每个人。</w:t>
      </w:r>
      <w:r>
        <w:rPr>
          <w:lang w:eastAsia="zh-CN"/>
        </w:rPr>
        <w:br/>
      </w:r>
      <w:r>
        <w:rPr>
          <w:lang w:eastAsia="zh-CN"/>
        </w:rPr>
        <w:t>　　人没有办法左右生命的长度，但可以拓展生命的宽度，更重要地是培养了我总结和学习的习惯。在这半年里，公司领导给我的培训和引导：__文化对我的熏陶，沟通的方法技巧，思考思维的方式，方法，为人处事的道理，绩效团队等等使我自己学习了许多，提高了许多，成长了许多。在领导的带领下，同事们的努力下，__公司会越来越强，越来越大，越来越美好!</w:t>
      </w:r>
      <w:r>
        <w:rPr>
          <w:lang w:eastAsia="zh-CN"/>
        </w:rPr>
        <w:br/>
      </w:r>
      <w:r>
        <w:rPr>
          <w:lang w:eastAsia="zh-CN"/>
        </w:rPr>
        <w:t xml:space="preserve">    企业职工2024年个人工作总结 篇14 </w:t>
      </w:r>
      <w:r>
        <w:rPr>
          <w:lang w:eastAsia="zh-CN"/>
        </w:rPr>
        <w:br/>
      </w:r>
      <w:r>
        <w:rPr>
          <w:lang w:eastAsia="zh-CN"/>
        </w:rPr>
        <w:t>　　转眼间我来到__工作已经半年的时间了。在上半年的时间里，自己学习到了很多有关宽带的知识。为了更好地完成工作，总结经验，扬长避短，提高自己的业务技能，现将工作情况总结如下：</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https://d.book118.com/308110005011006044</w:t>
        </w:r>
      </w:hyperlink>
    </w:p>
    <w:p w:rsidR="001B1F19">
      <w:pPr>
        <w:rPr>
          <w:rFonts w:hint="eastAsia"/>
          <w:lang w:eastAsia="zh-CN"/>
        </w:rPr>
      </w:pPr>
    </w:p>
    <w:sectPr>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08110005011006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