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来吧</w:t>
      </w:r>
      <w:r>
        <w:t xml:space="preserve"> </w:t>
      </w:r>
      <w:r>
        <w:t xml:space="preserve"> 来啊</w:t>
        <w:br/>
        <w:t>There</w:t>
      </w:r>
      <w:r>
        <w:t xml:space="preserve"> you</w:t>
      </w:r>
      <w:r>
        <w:t xml:space="preserve"> go,</w:t>
      </w:r>
      <w:r>
        <w:t xml:space="preserve"> come</w:t>
      </w:r>
      <w:r>
        <w:t xml:space="preserve"> on.</w:t>
        <w:br/>
        <w:t>就是这样</w:t>
        <w:br/>
        <w:t>There</w:t>
      </w:r>
      <w:r>
        <w:t xml:space="preserve"> you</w:t>
      </w:r>
      <w:r>
        <w:t xml:space="preserve"> go.</w:t>
        <w:br/>
        <w:t>漂亮</w:t>
        <w:br/>
        <w:t>Yeah.</w:t>
        <w:br/>
        <w:t>卡布雷拉</w:t>
      </w:r>
      <w:r>
        <w:t xml:space="preserve"> </w:t>
      </w:r>
      <w:r>
        <w:t xml:space="preserve"> 火力全开啊</w:t>
        <w:br/>
        <w:t>Damn,</w:t>
      </w:r>
      <w:r>
        <w:t xml:space="preserve"> Cabrera,</w:t>
      </w:r>
      <w:r>
        <w:t xml:space="preserve"> killing</w:t>
      </w:r>
      <w:r>
        <w:t xml:space="preserve"> it.</w:t>
        <w:br/>
        <w:t>内心压抑着怒火呢</w:t>
        <w:br/>
        <w:t>Got</w:t>
      </w:r>
      <w:r>
        <w:t xml:space="preserve"> some</w:t>
      </w:r>
      <w:r>
        <w:t xml:space="preserve"> pent-up</w:t>
      </w:r>
      <w:r>
        <w:t xml:space="preserve"> aggression</w:t>
      </w:r>
      <w:r>
        <w:t xml:space="preserve"> there?</w:t>
        <w:br/>
        <w:t>你觉得我需要怒气才能教训别人</w:t>
        <w:br/>
        <w:t>What</w:t>
      </w:r>
      <w:r>
        <w:t xml:space="preserve"> makes</w:t>
      </w:r>
      <w:r>
        <w:t xml:space="preserve"> you</w:t>
      </w:r>
      <w:r>
        <w:t xml:space="preserve"> think</w:t>
      </w:r>
      <w:r>
        <w:t xml:space="preserve"> I</w:t>
      </w:r>
      <w:r>
        <w:t xml:space="preserve"> need</w:t>
      </w:r>
      <w:r>
        <w:t xml:space="preserve"> to</w:t>
      </w:r>
      <w:r>
        <w:t xml:space="preserve"> be</w:t>
      </w:r>
      <w:r>
        <w:t xml:space="preserve"> angry</w:t>
      </w:r>
      <w:r>
        <w:t xml:space="preserve"> to</w:t>
      </w:r>
      <w:r>
        <w:t xml:space="preserve"> kick</w:t>
      </w:r>
      <w:r>
        <w:t xml:space="preserve"> some</w:t>
      </w:r>
      <w:r>
        <w:t xml:space="preserve"> ass?</w:t>
        <w:br/>
        <w:t>他只是习惯了斯特里特对沙包的爱抚</w:t>
        <w:br/>
        <w:t>Oh,</w:t>
      </w:r>
      <w:r>
        <w:t xml:space="preserve"> he's</w:t>
      </w:r>
      <w:r>
        <w:t xml:space="preserve"> just</w:t>
      </w:r>
      <w:r>
        <w:t xml:space="preserve"> used</w:t>
      </w:r>
      <w:r>
        <w:t xml:space="preserve"> to</w:t>
      </w:r>
      <w:r>
        <w:t xml:space="preserve"> Street's</w:t>
      </w:r>
      <w:r>
        <w:t xml:space="preserve"> little</w:t>
      </w:r>
      <w:r>
        <w:t xml:space="preserve"> love</w:t>
      </w:r>
      <w:r>
        <w:t xml:space="preserve"> taps</w:t>
      </w:r>
      <w:r>
        <w:t xml:space="preserve"> on</w:t>
      </w:r>
      <w:r>
        <w:t xml:space="preserve"> the</w:t>
      </w:r>
      <w:r>
        <w:t xml:space="preserve"> bag.</w:t>
        <w:br/>
        <w:t>你们听说了吗</w:t>
        <w:br/>
        <w:t>Hey,</w:t>
      </w:r>
      <w:r>
        <w:t xml:space="preserve"> did</w:t>
      </w:r>
      <w:r>
        <w:t xml:space="preserve"> you</w:t>
      </w:r>
      <w:r>
        <w:t xml:space="preserve"> guys</w:t>
      </w:r>
      <w:r>
        <w:t xml:space="preserve"> hear?</w:t>
        <w:br/>
        <w:t>洛城消防局昨晚大败公园警&amp;hearts;察&amp;hearts;</w:t>
      </w:r>
      <w:r>
        <w:t xml:space="preserve"> </w:t>
      </w:r>
      <w:r>
        <w:t xml:space="preserve"> 11比4</w:t>
        <w:br/>
        <w:t>LAFD</w:t>
      </w:r>
      <w:r>
        <w:t xml:space="preserve"> beat</w:t>
      </w:r>
      <w:r>
        <w:t xml:space="preserve"> Park</w:t>
      </w:r>
      <w:r>
        <w:t xml:space="preserve"> Police</w:t>
      </w:r>
      <w:r>
        <w:t xml:space="preserve"> last</w:t>
      </w:r>
      <w:r>
        <w:t xml:space="preserve"> night,</w:t>
      </w:r>
      <w:r>
        <w:t xml:space="preserve"> 11</w:t>
      </w:r>
      <w:r>
        <w:t xml:space="preserve"> to</w:t>
      </w:r>
      <w:r>
        <w:t xml:space="preserve"> four.</w:t>
        <w:br/>
        <w:t>那就表示周二的决赛</w:t>
        <w:br/>
        <w:t>That</w:t>
      </w:r>
      <w:r>
        <w:t xml:space="preserve"> means</w:t>
      </w:r>
      <w:r>
        <w:t xml:space="preserve"> cops</w:t>
      </w:r>
      <w:r>
        <w:t xml:space="preserve"> versus</w:t>
      </w:r>
      <w:r>
        <w:t xml:space="preserve"> smoke</w:t>
      </w:r>
      <w:r>
        <w:t xml:space="preserve"> eaters</w:t>
        <w:br/>
        <w:t>是警&amp;hearts;察&amp;hearts;对抗这群吃烟的家伙了</w:t>
        <w:br/>
        <w:t>in</w:t>
      </w:r>
      <w:r>
        <w:t xml:space="preserve"> the</w:t>
      </w:r>
      <w:r>
        <w:t xml:space="preserve"> championship</w:t>
      </w:r>
      <w:r>
        <w:t xml:space="preserve"> game</w:t>
      </w:r>
      <w:r>
        <w:t xml:space="preserve"> on</w:t>
      </w:r>
      <w:r>
        <w:t xml:space="preserve"> Tuesday.</w:t>
        <w:br/>
        <w:t>对</w:t>
      </w:r>
      <w:r>
        <w:t xml:space="preserve"> </w:t>
      </w:r>
      <w:r>
        <w:t xml:space="preserve"> 他们可是支厉害队伍</w:t>
        <w:br/>
        <w:t>Yeah.</w:t>
      </w:r>
      <w:r>
        <w:t xml:space="preserve"> They're</w:t>
      </w:r>
      <w:r>
        <w:t xml:space="preserve"> a</w:t>
      </w:r>
      <w:r>
        <w:t xml:space="preserve"> tough</w:t>
      </w:r>
      <w:r>
        <w:t xml:space="preserve"> team.</w:t>
        <w:br/>
        <w:t>他们队里有几个男生击球很厉害</w:t>
        <w:br/>
        <w:t>Got</w:t>
      </w:r>
      <w:r>
        <w:t xml:space="preserve"> a</w:t>
      </w:r>
      <w:r>
        <w:t xml:space="preserve"> couple</w:t>
      </w:r>
      <w:r>
        <w:t xml:space="preserve"> big</w:t>
      </w:r>
      <w:r>
        <w:t xml:space="preserve"> boys</w:t>
      </w:r>
      <w:r>
        <w:t xml:space="preserve"> who</w:t>
      </w:r>
      <w:r>
        <w:t xml:space="preserve"> can</w:t>
      </w:r>
      <w:r>
        <w:t xml:space="preserve"> hit</w:t>
      </w:r>
      <w:r>
        <w:t xml:space="preserve"> the</w:t>
      </w:r>
      <w:r>
        <w:t xml:space="preserve"> crap</w:t>
      </w:r>
      <w:r>
        <w:t xml:space="preserve"> out</w:t>
      </w:r>
      <w:r>
        <w:t xml:space="preserve"> of</w:t>
      </w:r>
      <w:r>
        <w:t xml:space="preserve"> the</w:t>
      </w:r>
      <w:r>
        <w:t xml:space="preserve"> ball.</w:t>
        <w:br/>
        <w:t>幸好我们有谭这个投手</w:t>
        <w:br/>
        <w:t>Well,</w:t>
      </w:r>
      <w:r>
        <w:t xml:space="preserve"> good</w:t>
      </w:r>
      <w:r>
        <w:t xml:space="preserve"> thing</w:t>
      </w:r>
      <w:r>
        <w:t xml:space="preserve"> we</w:t>
      </w:r>
      <w:r>
        <w:t xml:space="preserve"> got</w:t>
      </w:r>
      <w:r>
        <w:t xml:space="preserve"> Tan</w:t>
      </w:r>
      <w:r>
        <w:t xml:space="preserve"> on</w:t>
      </w:r>
      <w:r>
        <w:t xml:space="preserve"> the</w:t>
      </w:r>
      <w:r>
        <w:t xml:space="preserve"> mound.</w:t>
        <w:br/>
        <w:t>正是我要找的队友</w:t>
        <w:br/>
        <w:t>Just</w:t>
      </w:r>
      <w:r>
        <w:t xml:space="preserve"> the</w:t>
      </w:r>
      <w:r>
        <w:t xml:space="preserve"> crew</w:t>
      </w:r>
      <w:r>
        <w:t xml:space="preserve"> I</w:t>
      </w:r>
      <w:r>
        <w:t xml:space="preserve"> was</w:t>
      </w:r>
      <w:r>
        <w:t xml:space="preserve"> looking</w:t>
      </w:r>
      <w:r>
        <w:t xml:space="preserve"> for.</w:t>
        <w:br/>
        <w:t>你们要是没想起来</w:t>
      </w:r>
      <w:r>
        <w:t xml:space="preserve"> </w:t>
      </w:r>
      <w:r>
        <w:t xml:space="preserve"> 我来提醒一下</w:t>
        <w:br/>
        <w:t>Wanted</w:t>
      </w:r>
      <w:r>
        <w:t xml:space="preserve"> to</w:t>
      </w:r>
      <w:r>
        <w:t xml:space="preserve"> remind</w:t>
      </w:r>
      <w:r>
        <w:t xml:space="preserve"> you,</w:t>
      </w:r>
      <w:r>
        <w:t xml:space="preserve"> if</w:t>
      </w:r>
      <w:r>
        <w:t xml:space="preserve"> you</w:t>
      </w:r>
      <w:r>
        <w:t xml:space="preserve"> haven't</w:t>
      </w:r>
      <w:r>
        <w:t xml:space="preserve"> already,</w:t>
        <w:br/>
        <w:t>记得报名参加</w:t>
        <w:br/>
        <w:t>to</w:t>
      </w:r>
      <w:r>
        <w:t xml:space="preserve"> sign</w:t>
      </w:r>
      <w:r>
        <w:t xml:space="preserve"> up</w:t>
      </w:r>
      <w:r>
        <w:t xml:space="preserve"> for</w:t>
        <w:br/>
        <w:t>周二的特警队意面之夜资金筹集活动</w:t>
        <w:br/>
        <w:t>Tuesday's</w:t>
      </w:r>
      <w:r>
        <w:t xml:space="preserve"> SWAT</w:t>
      </w:r>
      <w:r>
        <w:t xml:space="preserve"> pasta</w:t>
      </w:r>
      <w:r>
        <w:t xml:space="preserve"> night</w:t>
      </w:r>
      <w:r>
        <w:t xml:space="preserve"> fundraiser.</w:t>
        <w:br/>
        <w:t>我知道洪都参加</w:t>
      </w:r>
      <w:r>
        <w:t xml:space="preserve"> </w:t>
      </w:r>
      <w:r>
        <w:t xml:space="preserve"> 他会带自&amp;hearts;制&amp;hearts;的提拉米苏</w:t>
        <w:br/>
        <w:t>Now,</w:t>
      </w:r>
      <w:r>
        <w:t xml:space="preserve"> I</w:t>
      </w:r>
      <w:r>
        <w:t xml:space="preserve"> know</w:t>
      </w:r>
      <w:r>
        <w:t xml:space="preserve"> Hondo's</w:t>
      </w:r>
      <w:r>
        <w:t xml:space="preserve"> in.</w:t>
      </w:r>
      <w:r>
        <w:t xml:space="preserve"> He's</w:t>
      </w:r>
      <w:r>
        <w:t xml:space="preserve"> bringing</w:t>
      </w:r>
      <w:r>
        <w:t xml:space="preserve"> homemade</w:t>
      </w:r>
      <w:r>
        <w:t xml:space="preserve"> tiramisu.</w:t>
        <w:br/>
        <w:t>洪都做甜点</w:t>
        <w:br/>
        <w:t>Hondo's</w:t>
      </w:r>
      <w:r>
        <w:t xml:space="preserve"> making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dessert.</w:t>
        <w:br/>
        <w:t>我们该觉得诱人吗</w:t>
        <w:br/>
        <w:t>Is</w:t>
      </w:r>
      <w:r>
        <w:t xml:space="preserve"> that</w:t>
      </w:r>
      <w:r>
        <w:t xml:space="preserve"> really</w:t>
      </w:r>
      <w:r>
        <w:t xml:space="preserve"> supposed</w:t>
      </w:r>
      <w:r>
        <w:t xml:space="preserve"> to</w:t>
      </w:r>
      <w:r>
        <w:t xml:space="preserve"> tempt</w:t>
      </w:r>
      <w:r>
        <w:t xml:space="preserve"> us?</w:t>
        <w:br/>
        <w:t>那其实是尼歇尔的配方</w:t>
      </w:r>
      <w:r>
        <w:t xml:space="preserve"> </w:t>
      </w:r>
      <w:r>
        <w:t xml:space="preserve"> 鲍威尔</w:t>
        <w:br/>
        <w:t>It's</w:t>
      </w:r>
      <w:r>
        <w:t xml:space="preserve"> actually</w:t>
      </w:r>
      <w:r>
        <w:t xml:space="preserve"> Nichelle's</w:t>
      </w:r>
      <w:r>
        <w:t xml:space="preserve"> recipe,</w:t>
      </w:r>
      <w:r>
        <w:t xml:space="preserve"> Powell,</w:t>
        <w:br/>
        <w:t>我劝你慎重措辞</w:t>
        <w:br/>
        <w:t>so</w:t>
      </w:r>
      <w:r>
        <w:t xml:space="preserve"> I</w:t>
      </w:r>
      <w:r>
        <w:t xml:space="preserve"> would</w:t>
      </w:r>
      <w:r>
        <w:t xml:space="preserve"> choose</w:t>
      </w:r>
      <w:r>
        <w:t xml:space="preserve"> your</w:t>
      </w:r>
      <w:r>
        <w:t xml:space="preserve"> next</w:t>
      </w:r>
      <w:r>
        <w:t xml:space="preserve"> words</w:t>
      </w:r>
      <w:r>
        <w:t xml:space="preserve"> very</w:t>
      </w:r>
      <w:r>
        <w:t xml:space="preserve"> carefully.</w:t>
        <w:br/>
        <w:t>大家都来吧</w:t>
        <w:br/>
        <w:t>So,</w:t>
      </w:r>
      <w:r>
        <w:t xml:space="preserve"> everybody's</w:t>
      </w:r>
      <w:r>
        <w:t xml:space="preserve"> in?</w:t>
        <w:br/>
        <w:t>不确定</w:t>
      </w:r>
      <w:r>
        <w:t xml:space="preserve"> </w:t>
      </w:r>
      <w:r>
        <w:t xml:space="preserve"> 迪肯</w:t>
        <w:br/>
        <w:t>I</w:t>
      </w:r>
      <w:r>
        <w:t xml:space="preserve"> don't</w:t>
      </w:r>
      <w:r>
        <w:t xml:space="preserve"> know,</w:t>
      </w:r>
      <w:r>
        <w:t xml:space="preserve"> Deacon.</w:t>
        <w:br/>
        <w:t>我可能不去了</w:t>
        <w:br/>
        <w:t>Might</w:t>
      </w:r>
      <w:r>
        <w:t xml:space="preserve"> take</w:t>
      </w:r>
      <w:r>
        <w:t xml:space="preserve"> a</w:t>
      </w:r>
      <w:r>
        <w:t xml:space="preserve"> pass</w:t>
      </w:r>
      <w:r>
        <w:t xml:space="preserve"> on</w:t>
      </w:r>
      <w:r>
        <w:t xml:space="preserve"> that.</w:t>
        <w:br/>
        <w:t>我也是</w:t>
      </w:r>
      <w:r>
        <w:t xml:space="preserve"> </w:t>
      </w:r>
      <w:r>
        <w:t xml:space="preserve"> 你知道我不吃麸质食物的</w:t>
        <w:br/>
        <w:t>Ditto.</w:t>
      </w:r>
      <w:r>
        <w:t xml:space="preserve"> You</w:t>
      </w:r>
      <w:r>
        <w:t xml:space="preserve"> know</w:t>
      </w:r>
      <w:r>
        <w:t xml:space="preserve"> me</w:t>
      </w:r>
      <w:r>
        <w:t xml:space="preserve"> and</w:t>
      </w:r>
      <w:r>
        <w:t xml:space="preserve"> gluten.</w:t>
        <w:br/>
        <w:t>意面对我不友好</w:t>
        <w:br/>
        <w:t>Pasta</w:t>
      </w:r>
      <w:r>
        <w:t xml:space="preserve"> is</w:t>
      </w:r>
      <w:r>
        <w:t xml:space="preserve"> not</w:t>
      </w:r>
      <w:r>
        <w:t xml:space="preserve"> my</w:t>
      </w:r>
      <w:r>
        <w:t xml:space="preserve"> friend.</w:t>
        <w:br/>
        <w:t>意面之夜是特警队的传统活动</w:t>
        <w:br/>
        <w:t>Pasta</w:t>
      </w:r>
      <w:r>
        <w:t xml:space="preserve"> night</w:t>
      </w:r>
      <w:r>
        <w:t xml:space="preserve"> is</w:t>
      </w:r>
      <w:r>
        <w:t xml:space="preserve"> a</w:t>
      </w:r>
      <w:r>
        <w:t xml:space="preserve"> SWAT</w:t>
      </w:r>
      <w:r>
        <w:t xml:space="preserve"> tradition.</w:t>
        <w:br/>
        <w:t>已经持续了很长一段时间了</w:t>
        <w:br/>
        <w:t>It's</w:t>
      </w:r>
      <w:r>
        <w:t xml:space="preserve"> been</w:t>
      </w:r>
      <w:r>
        <w:t xml:space="preserve"> going</w:t>
      </w:r>
      <w:r>
        <w:t xml:space="preserve"> on</w:t>
      </w:r>
      <w:r>
        <w:t xml:space="preserve"> for</w:t>
      </w:r>
      <w:r>
        <w:t xml:space="preserve"> a</w:t>
      </w:r>
      <w:r>
        <w:t xml:space="preserve"> really</w:t>
      </w:r>
      <w:r>
        <w:t xml:space="preserve"> long</w:t>
      </w:r>
      <w:r>
        <w:t xml:space="preserve"> time,</w:t>
        <w:br/>
        <w:t>而且所有筹集到的钱都要捐给慈善组织</w:t>
        <w:br/>
        <w:t>and</w:t>
      </w:r>
      <w:r>
        <w:t xml:space="preserve"> all</w:t>
      </w:r>
      <w:r>
        <w:t xml:space="preserve"> the</w:t>
      </w:r>
      <w:r>
        <w:t xml:space="preserve"> money</w:t>
      </w:r>
      <w:r>
        <w:t xml:space="preserve"> raised</w:t>
      </w:r>
      <w:r>
        <w:t xml:space="preserve"> goes</w:t>
      </w:r>
      <w:r>
        <w:t xml:space="preserve"> to</w:t>
      </w:r>
      <w:r>
        <w:t xml:space="preserve"> charity.</w:t>
        <w:br/>
        <w:t>行吧</w:t>
      </w:r>
      <w:r>
        <w:t xml:space="preserve"> </w:t>
      </w:r>
      <w:r>
        <w:t xml:space="preserve"> 算我一个</w:t>
      </w:r>
      <w:r>
        <w:t xml:space="preserve"> </w:t>
      </w:r>
      <w:r>
        <w:t xml:space="preserve"> 迪肯</w:t>
        <w:br/>
        <w:t>Yeah,</w:t>
      </w:r>
      <w:r>
        <w:t xml:space="preserve"> all</w:t>
      </w:r>
      <w:r>
        <w:t xml:space="preserve"> right.</w:t>
      </w:r>
      <w:r>
        <w:t xml:space="preserve"> Count</w:t>
      </w:r>
      <w:r>
        <w:t xml:space="preserve"> me</w:t>
      </w:r>
      <w:r>
        <w:t xml:space="preserve"> in,</w:t>
      </w:r>
      <w:r>
        <w:t xml:space="preserve"> Deac.</w:t>
        <w:br/>
        <w:t>很好</w:t>
      </w:r>
      <w:r>
        <w:t xml:space="preserve"> </w:t>
      </w:r>
      <w:r>
        <w:t xml:space="preserve"> 报名表在厨房&amp;hearts;里</w:t>
        <w:br/>
        <w:t>Good.</w:t>
      </w:r>
      <w:r>
        <w:t xml:space="preserve"> Sign-up</w:t>
      </w:r>
      <w:r>
        <w:t xml:space="preserve"> sheet's</w:t>
      </w:r>
      <w:r>
        <w:t xml:space="preserve"> in</w:t>
      </w:r>
      <w:r>
        <w:t xml:space="preserve"> the</w:t>
      </w:r>
      <w:r>
        <w:t xml:space="preserve"> kitchen.</w:t>
        <w:br/>
        <w:t>我就是通知下大家</w:t>
        <w:br/>
        <w:t>Just</w:t>
      </w:r>
      <w:r>
        <w:t xml:space="preserve"> so</w:t>
      </w:r>
      <w:r>
        <w:t xml:space="preserve"> the</w:t>
      </w:r>
      <w:r>
        <w:t xml:space="preserve"> rest</w:t>
      </w:r>
      <w:r>
        <w:t xml:space="preserve"> of</w:t>
      </w:r>
      <w:r>
        <w:t xml:space="preserve"> you</w:t>
      </w:r>
      <w:r>
        <w:t xml:space="preserve"> know.</w:t>
        <w:br/>
        <w:t>怎么了</w:t>
        <w:br/>
        <w:t>What?</w:t>
        <w:br/>
        <w:t>我喜欢这样</w:t>
        <w:br/>
        <w:t>I</w:t>
      </w:r>
      <w:r>
        <w:t xml:space="preserve"> love</w:t>
      </w:r>
      <w:r>
        <w:t xml:space="preserve"> this.</w:t>
        <w:br/>
        <w:t>我们很久没这样了</w:t>
        <w:br/>
        <w:t>We</w:t>
      </w:r>
      <w:r>
        <w:t xml:space="preserve"> haven't</w:t>
      </w:r>
      <w:r>
        <w:t xml:space="preserve"> done</w:t>
      </w:r>
      <w:r>
        <w:t xml:space="preserve"> this</w:t>
      </w:r>
      <w:r>
        <w:t xml:space="preserve"> in</w:t>
      </w:r>
      <w:r>
        <w:t xml:space="preserve"> a</w:t>
      </w:r>
      <w:r>
        <w:t xml:space="preserve"> while.</w:t>
        <w:br/>
        <w:t>能过二人世界太好了</w:t>
        <w:br/>
        <w:t>It's</w:t>
      </w:r>
      <w:r>
        <w:t xml:space="preserve"> nice</w:t>
      </w:r>
      <w:r>
        <w:t xml:space="preserve"> to</w:t>
      </w:r>
      <w:r>
        <w:t xml:space="preserve"> have</w:t>
      </w:r>
      <w:r>
        <w:t xml:space="preserve"> a</w:t>
      </w:r>
      <w:r>
        <w:t xml:space="preserve"> little</w:t>
      </w:r>
      <w:r>
        <w:t xml:space="preserve"> alone</w:t>
      </w:r>
      <w:r>
        <w:t xml:space="preserve"> time.</w:t>
        <w:br/>
        <w:t>感觉我最近都没怎么见到你</w:t>
        <w:br/>
        <w:t>Feels</w:t>
      </w:r>
      <w:r>
        <w:t xml:space="preserve"> like</w:t>
      </w:r>
      <w:r>
        <w:t xml:space="preserve"> I</w:t>
      </w:r>
      <w:r>
        <w:t xml:space="preserve"> haven't</w:t>
      </w:r>
      <w:r>
        <w:t xml:space="preserve"> seen</w:t>
      </w:r>
      <w:r>
        <w:t xml:space="preserve"> you</w:t>
      </w:r>
      <w:r>
        <w:t xml:space="preserve"> that</w:t>
      </w:r>
      <w:r>
        <w:t xml:space="preserve"> much</w:t>
      </w:r>
      <w:r>
        <w:t xml:space="preserve"> lately.</w:t>
        <w:br/>
        <w:t>我知道</w:t>
      </w:r>
      <w:r>
        <w:t xml:space="preserve"> </w:t>
      </w:r>
      <w:r>
        <w:t xml:space="preserve"> 宝贝</w:t>
        <w:br/>
        <w:t>I</w:t>
      </w:r>
      <w:r>
        <w:t xml:space="preserve"> know,</w:t>
      </w:r>
      <w:r>
        <w:t xml:space="preserve"> baby,</w:t>
        <w:br/>
        <w:t>抱歉</w:t>
      </w:r>
      <w:r>
        <w:t xml:space="preserve"> </w:t>
      </w:r>
      <w:r>
        <w:t xml:space="preserve"> 但是</w:t>
        <w:br/>
        <w:t>and</w:t>
      </w:r>
      <w:r>
        <w:t xml:space="preserve"> I'm</w:t>
      </w:r>
      <w:r>
        <w:t xml:space="preserve"> sorry,</w:t>
      </w:r>
      <w:r>
        <w:t xml:space="preserve"> but,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hey,</w:t>
        <w:br/>
        <w:t>我们感情不变</w:t>
      </w:r>
      <w:r>
        <w:t xml:space="preserve"> </w:t>
      </w:r>
      <w:r>
        <w:t xml:space="preserve"> 别担心</w:t>
        <w:br/>
        <w:t>we're</w:t>
      </w:r>
      <w:r>
        <w:t xml:space="preserve"> good.</w:t>
      </w:r>
      <w:r>
        <w:t xml:space="preserve"> Don't</w:t>
      </w:r>
      <w:r>
        <w:t xml:space="preserve"> worry.</w:t>
        <w:br/>
        <w:t>我不担心</w:t>
        <w:br/>
        <w:t>I'm</w:t>
      </w:r>
      <w:r>
        <w:t xml:space="preserve"> not</w:t>
      </w:r>
      <w:r>
        <w:t xml:space="preserve"> worried.</w:t>
        <w:br/>
        <w:t>不代表我不想多见见你</w:t>
        <w:br/>
        <w:t>Doesn't</w:t>
      </w:r>
      <w:r>
        <w:t xml:space="preserve"> mean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see</w:t>
      </w:r>
      <w:r>
        <w:t xml:space="preserve"> more</w:t>
      </w:r>
      <w:r>
        <w:t xml:space="preserve"> of</w:t>
      </w:r>
      <w:r>
        <w:t xml:space="preserve"> you.</w:t>
        <w:br/>
        <w:t>你有想过我们什么时候能偷偷去度蜜月吗</w:t>
        <w:br/>
        <w:t>You</w:t>
      </w:r>
      <w:r>
        <w:t xml:space="preserve"> give</w:t>
      </w:r>
      <w:r>
        <w:t xml:space="preserve"> any</w:t>
      </w:r>
      <w:r>
        <w:t xml:space="preserve"> thought</w:t>
      </w:r>
      <w:r>
        <w:t xml:space="preserve"> to</w:t>
      </w:r>
      <w:r>
        <w:t xml:space="preserve"> when</w:t>
      </w:r>
      <w:r>
        <w:t xml:space="preserve"> we</w:t>
      </w:r>
      <w:r>
        <w:t xml:space="preserve"> might</w:t>
      </w:r>
      <w:r>
        <w:t xml:space="preserve"> sneak</w:t>
      </w:r>
      <w:r>
        <w:t xml:space="preserve"> in</w:t>
      </w:r>
      <w:r>
        <w:t xml:space="preserve"> a</w:t>
      </w:r>
      <w:r>
        <w:t xml:space="preserve"> honeymoon?</w:t>
        <w:br/>
        <w:t>薇薇有四位祖父母</w:t>
        <w:br/>
        <w:t>Vivie</w:t>
      </w:r>
      <w:r>
        <w:t xml:space="preserve"> has</w:t>
      </w:r>
      <w:r>
        <w:t xml:space="preserve"> four</w:t>
      </w:r>
      <w:r>
        <w:t xml:space="preserve"> grandparents,</w:t>
        <w:br/>
        <w:t>他们都愿意照顾她</w:t>
      </w:r>
      <w:r>
        <w:t xml:space="preserve"> </w:t>
      </w:r>
      <w:r>
        <w:t xml:space="preserve"> 我们什么时候出发都行</w:t>
        <w:br/>
        <w:t>all</w:t>
      </w:r>
      <w:r>
        <w:t xml:space="preserve"> willing</w:t>
      </w:r>
      <w:r>
        <w:t xml:space="preserve"> to</w:t>
      </w:r>
      <w:r>
        <w:t xml:space="preserve"> watch</w:t>
      </w:r>
      <w:r>
        <w:t xml:space="preserve"> her</w:t>
      </w:r>
      <w:r>
        <w:t xml:space="preserve"> any</w:t>
      </w:r>
      <w:r>
        <w:t xml:space="preserve"> time</w:t>
      </w:r>
      <w:r>
        <w:t xml:space="preserve"> we</w:t>
      </w:r>
      <w:r>
        <w:t xml:space="preserve"> want</w:t>
      </w:r>
      <w:r>
        <w:t xml:space="preserve"> to</w:t>
      </w:r>
      <w:r>
        <w:t xml:space="preserve"> slip</w:t>
      </w:r>
      <w:r>
        <w:t xml:space="preserve"> away.</w:t>
        <w:br/>
        <w:t>我当然知道</w:t>
        <w:br/>
        <w:t>And</w:t>
      </w:r>
      <w:r>
        <w:t xml:space="preserve"> I</w:t>
      </w:r>
      <w:r>
        <w:t xml:space="preserve"> am</w:t>
      </w:r>
      <w:r>
        <w:t xml:space="preserve"> well</w:t>
      </w:r>
      <w:r>
        <w:t xml:space="preserve"> aware.</w:t>
        <w:br/>
        <w:t>只不过现在有点走不开</w:t>
        <w:br/>
        <w:t>It's</w:t>
      </w:r>
      <w:r>
        <w:t xml:space="preserve"> just</w:t>
      </w:r>
      <w:r>
        <w:t xml:space="preserve"> been</w:t>
      </w:r>
      <w:r>
        <w:t xml:space="preserve"> a</w:t>
      </w:r>
      <w:r>
        <w:t xml:space="preserve"> little</w:t>
      </w:r>
      <w:r>
        <w:t xml:space="preserve"> tricky</w:t>
      </w:r>
      <w:r>
        <w:t xml:space="preserve"> with</w:t>
        <w:br/>
        <w:t>斯特里特在长滩参加特警队特训</w:t>
        <w:br/>
        <w:t>Street</w:t>
      </w:r>
      <w:r>
        <w:t xml:space="preserve"> running</w:t>
      </w:r>
      <w:r>
        <w:t xml:space="preserve"> SWAT</w:t>
      </w:r>
      <w:r>
        <w:t xml:space="preserve"> training</w:t>
      </w:r>
      <w:r>
        <w:t xml:space="preserve"> down</w:t>
      </w:r>
      <w:r>
        <w:t xml:space="preserve"> in</w:t>
      </w:r>
      <w:r>
        <w:t xml:space="preserve"> Long</w:t>
      </w:r>
      <w:r>
        <w:t xml:space="preserve"> Beach</w:t>
        <w:br/>
        <w:t>卢卡在伦敦还没回</w:t>
        <w:br/>
        <w:t>and</w:t>
      </w:r>
      <w:r>
        <w:t xml:space="preserve"> Luca</w:t>
      </w:r>
      <w:r>
        <w:t xml:space="preserve"> still</w:t>
      </w:r>
      <w:r>
        <w:t xml:space="preserve"> in</w:t>
      </w:r>
      <w:r>
        <w:t xml:space="preserve"> London,</w:t>
        <w:br/>
        <w:t>但是宝贝</w:t>
      </w:r>
      <w:r>
        <w:t xml:space="preserve"> </w:t>
      </w:r>
      <w:r>
        <w:t xml:space="preserve"> 你说得对</w:t>
      </w:r>
      <w:r>
        <w:t xml:space="preserve"> </w:t>
      </w:r>
      <w:r>
        <w:t xml:space="preserve"> 我们的确需要抽个时间</w:t>
        <w:br/>
        <w:t>but,</w:t>
      </w:r>
      <w:r>
        <w:t xml:space="preserve"> baby,</w:t>
      </w:r>
      <w:r>
        <w:t xml:space="preserve"> you</w:t>
      </w:r>
      <w:r>
        <w:t xml:space="preserve"> are</w:t>
      </w:r>
      <w:r>
        <w:t xml:space="preserve"> right,</w:t>
      </w:r>
      <w:r>
        <w:t xml:space="preserve"> we</w:t>
      </w:r>
      <w:r>
        <w:t xml:space="preserve"> do</w:t>
      </w:r>
      <w:r>
        <w:t xml:space="preserve"> need</w:t>
      </w:r>
      <w:r>
        <w:t xml:space="preserve"> to</w:t>
      </w:r>
      <w:r>
        <w:t xml:space="preserve"> find</w:t>
      </w:r>
      <w:r>
        <w:t xml:space="preserve"> the</w:t>
      </w:r>
      <w:r>
        <w:t xml:space="preserve"> time.</w:t>
        <w:br/>
        <w:t>希望那时我们还在新婚期</w:t>
        <w:br/>
        <w:t>Hopefully</w:t>
      </w:r>
      <w:r>
        <w:t xml:space="preserve"> while</w:t>
      </w:r>
      <w:r>
        <w:t xml:space="preserve"> we're</w:t>
      </w:r>
      <w:r>
        <w:t xml:space="preserve"> still</w:t>
      </w:r>
      <w:r>
        <w:t xml:space="preserve"> newlyweds.</w:t>
        <w:br/>
        <w:t>是办公室的电&amp;hearts;话&amp;hearts;</w:t>
        <w:br/>
        <w:t>It's</w:t>
      </w:r>
      <w:r>
        <w:t xml:space="preserve"> from</w:t>
      </w:r>
      <w:r>
        <w:t xml:space="preserve"> my</w:t>
      </w:r>
      <w:r>
        <w:t xml:space="preserve"> office.</w:t>
        <w:br/>
        <w:t>总督察</w:t>
      </w:r>
      <w:r>
        <w:t xml:space="preserve"> </w:t>
      </w:r>
      <w:r>
        <w:t xml:space="preserve"> 她今天要见我</w:t>
        <w:br/>
        <w:t>The</w:t>
      </w:r>
      <w:r>
        <w:t xml:space="preserve"> inspector</w:t>
      </w:r>
      <w:r>
        <w:t xml:space="preserve"> general,</w:t>
      </w:r>
      <w:r>
        <w:t xml:space="preserve"> she</w:t>
      </w:r>
      <w:r>
        <w:t xml:space="preserve"> needs</w:t>
      </w:r>
      <w:r>
        <w:t xml:space="preserve"> to</w:t>
      </w:r>
      <w:r>
        <w:t xml:space="preserve"> see</w:t>
      </w:r>
      <w:r>
        <w:t xml:space="preserve"> me</w:t>
      </w:r>
      <w:r>
        <w:t xml:space="preserve"> today.</w:t>
        <w:br/>
        <w:t>你今天不是休息吗</w:t>
        <w:br/>
        <w:t>I</w:t>
      </w:r>
      <w:r>
        <w:t xml:space="preserve"> thought</w:t>
      </w:r>
      <w:r>
        <w:t xml:space="preserve"> this</w:t>
      </w:r>
      <w:r>
        <w:t xml:space="preserve"> was</w:t>
      </w:r>
      <w:r>
        <w:t xml:space="preserve"> your</w:t>
      </w:r>
      <w:r>
        <w:t xml:space="preserve"> day</w:t>
      </w:r>
      <w:r>
        <w:t xml:space="preserve"> off.</w:t>
        <w:br/>
        <w:t>看看现在是谁忙工作抽不开身</w:t>
        <w:br/>
        <w:t>Now</w:t>
      </w:r>
      <w:r>
        <w:t xml:space="preserve"> look</w:t>
      </w:r>
      <w:r>
        <w:t xml:space="preserve"> whose</w:t>
      </w:r>
      <w:r>
        <w:t xml:space="preserve"> job</w:t>
      </w:r>
      <w:r>
        <w:t xml:space="preserve"> is</w:t>
      </w:r>
      <w:r>
        <w:t xml:space="preserve"> pulling</w:t>
      </w:r>
      <w:r>
        <w:t xml:space="preserve"> us</w:t>
      </w:r>
      <w:r>
        <w:t xml:space="preserve"> apart.</w:t>
        <w:br/>
        <w:t>抱歉</w:t>
      </w:r>
      <w:r>
        <w:t xml:space="preserve"> </w:t>
      </w:r>
      <w:r>
        <w:t xml:space="preserve"> 请帮我们买&amp;hearts;&amp;hearts;单</w:t>
        <w:br/>
        <w:t>Excuse</w:t>
      </w:r>
      <w:r>
        <w:t xml:space="preserve"> me.</w:t>
      </w:r>
      <w:r>
        <w:t xml:space="preserve"> Can</w:t>
      </w:r>
      <w:r>
        <w:t xml:space="preserve"> we</w:t>
      </w:r>
      <w:r>
        <w:t xml:space="preserve"> get</w:t>
      </w:r>
      <w:r>
        <w:t xml:space="preserve"> the</w:t>
      </w:r>
      <w:r>
        <w:t xml:space="preserve"> check,</w:t>
      </w:r>
      <w:r>
        <w:t xml:space="preserve"> please?</w:t>
        <w:br/>
        <w:t>马上来</w:t>
        <w:br/>
        <w:t>Right</w:t>
      </w:r>
      <w:r>
        <w:t xml:space="preserve"> away.</w:t>
        <w:br/>
        <w:t>你觉得这片区域怎么样</w:t>
        <w:br/>
        <w:t>Hey,</w:t>
      </w:r>
      <w:r>
        <w:t xml:space="preserve"> 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of</w:t>
      </w:r>
      <w:r>
        <w:t xml:space="preserve"> this</w:t>
      </w:r>
      <w:r>
        <w:t xml:space="preserve"> area?</w:t>
        <w:br/>
        <w:t>挺不错的吧</w:t>
        <w:br/>
        <w:t>I</w:t>
      </w:r>
      <w:r>
        <w:t xml:space="preserve"> mean,</w:t>
      </w:r>
      <w:r>
        <w:t xml:space="preserve"> it's</w:t>
      </w:r>
      <w:r>
        <w:t xml:space="preserve"> pretty</w:t>
      </w:r>
      <w:r>
        <w:t xml:space="preserve"> cool,</w:t>
      </w:r>
      <w:r>
        <w:t xml:space="preserve"> right?</w:t>
        <w:br/>
        <w:t>要是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要是我们在这附近找个房&amp;hearts;怎么样</w:t>
        <w:br/>
        <w:t>What</w:t>
      </w:r>
      <w:r>
        <w:t xml:space="preserve"> if,</w:t>
      </w:r>
      <w:r>
        <w:t xml:space="preserve"> uh,</w:t>
      </w:r>
      <w:r>
        <w:t xml:space="preserve"> what</w:t>
      </w:r>
      <w:r>
        <w:t xml:space="preserve"> if</w:t>
      </w:r>
      <w:r>
        <w:t xml:space="preserve"> we</w:t>
      </w:r>
      <w:r>
        <w:t xml:space="preserve"> got</w:t>
      </w:r>
      <w:r>
        <w:t xml:space="preserve"> a</w:t>
      </w:r>
      <w:r>
        <w:t xml:space="preserve"> place</w:t>
      </w:r>
      <w:r>
        <w:t xml:space="preserve"> around</w:t>
      </w:r>
      <w:r>
        <w:t xml:space="preserve"> here?</w:t>
        <w:br/>
        <w:t>我们</w:t>
        <w:br/>
        <w:t>We?</w:t>
        <w:br/>
        <w:t>对</w:t>
        <w:br/>
        <w:t>Yeah.</w:t>
        <w:br/>
        <w:t>我想也许我们应该搬到一起住了</w:t>
        <w:br/>
        <w:t>Well,</w:t>
      </w:r>
      <w:r>
        <w:t xml:space="preserve"> I</w:t>
      </w:r>
      <w:r>
        <w:t xml:space="preserve"> was</w:t>
      </w:r>
      <w:r>
        <w:t xml:space="preserve"> thinking</w:t>
      </w:r>
      <w:r>
        <w:t xml:space="preserve"> maybe</w:t>
      </w:r>
      <w:r>
        <w:t xml:space="preserve"> we</w:t>
      </w:r>
      <w:r>
        <w:t xml:space="preserve"> should</w:t>
      </w:r>
      <w:r>
        <w:t xml:space="preserve"> move</w:t>
      </w:r>
      <w:r>
        <w:t xml:space="preserve"> in</w:t>
      </w:r>
      <w:r>
        <w:t xml:space="preserve"> together.</w:t>
        <w:br/>
        <w:t>这个主意不好吗</w:t>
        <w:br/>
        <w:t>Is</w:t>
      </w:r>
      <w:r>
        <w:t xml:space="preserve"> it--</w:t>
      </w:r>
      <w:r>
        <w:t xml:space="preserve"> is</w:t>
      </w:r>
      <w:r>
        <w:t xml:space="preserve"> that</w:t>
      </w:r>
      <w:r>
        <w:t xml:space="preserve"> a</w:t>
      </w:r>
      <w:r>
        <w:t xml:space="preserve"> bad</w:t>
      </w:r>
      <w:r>
        <w:t xml:space="preserve"> idea?</w:t>
        <w:br/>
        <w:t>这</w:t>
        <w:br/>
        <w:t>It's...</w:t>
        <w:br/>
        <w:t>只是觉得有点快</w:t>
        <w:br/>
        <w:t>kind</w:t>
      </w:r>
      <w:r>
        <w:t xml:space="preserve"> of</w:t>
      </w:r>
      <w:r>
        <w:t xml:space="preserve"> fast,</w:t>
      </w:r>
      <w:r>
        <w:t xml:space="preserve"> that's</w:t>
      </w:r>
      <w:r>
        <w:t xml:space="preserve"> all.</w:t>
        <w:br/>
        <w:t>我只是想着</w:t>
      </w:r>
      <w:r>
        <w:t xml:space="preserve"> </w:t>
      </w:r>
      <w:r>
        <w:t xml:space="preserve"> 既然我们之间相处得挺好</w:t>
        <w:br/>
        <w:t>Well,</w:t>
      </w:r>
      <w:r>
        <w:t xml:space="preserve"> I-I</w:t>
      </w:r>
      <w:r>
        <w:t xml:space="preserve"> just</w:t>
      </w:r>
      <w:r>
        <w:t xml:space="preserve"> thought</w:t>
      </w:r>
      <w:r>
        <w:t xml:space="preserve"> since</w:t>
      </w:r>
      <w:r>
        <w:t xml:space="preserve"> things</w:t>
      </w:r>
      <w:r>
        <w:t xml:space="preserve"> are</w:t>
      </w:r>
      <w:r>
        <w:t xml:space="preserve"> going</w:t>
      </w:r>
      <w:r>
        <w:t xml:space="preserve"> so</w:t>
      </w:r>
      <w:r>
        <w:t xml:space="preserve"> well.</w:t>
        <w:br/>
        <w:t>但是</w:t>
      </w:r>
      <w:r>
        <w:t xml:space="preserve"> </w:t>
      </w:r>
      <w:r>
        <w:t xml:space="preserve"> 听着...</w:t>
        <w:br/>
        <w:t>But,</w:t>
      </w:r>
      <w:r>
        <w:t xml:space="preserve"> look...</w:t>
        <w:br/>
        <w:t>...如果这个想法吓到你了</w:t>
      </w:r>
      <w:r>
        <w:t xml:space="preserve"> </w:t>
      </w:r>
      <w:r>
        <w:t xml:space="preserve"> 我们不用</w:t>
        <w:br/>
        <w:t>...if</w:t>
      </w:r>
      <w:r>
        <w:t xml:space="preserve"> the</w:t>
      </w:r>
      <w:r>
        <w:t xml:space="preserve"> idea</w:t>
      </w:r>
      <w:r>
        <w:t xml:space="preserve"> freaks</w:t>
      </w:r>
      <w:r>
        <w:t xml:space="preserve"> you</w:t>
      </w:r>
      <w:r>
        <w:t xml:space="preserve"> out,</w:t>
      </w:r>
      <w:r>
        <w:t xml:space="preserve"> we</w:t>
      </w:r>
      <w:r>
        <w:t xml:space="preserve"> really</w:t>
      </w:r>
      <w:r>
        <w:t xml:space="preserve"> don't...</w:t>
        <w:br/>
        <w:t>快走</w:t>
      </w:r>
      <w:r>
        <w:t xml:space="preserve"> </w:t>
      </w:r>
      <w:r>
        <w:t xml:space="preserve"> 这边</w:t>
        <w:br/>
        <w:t>Come</w:t>
      </w:r>
      <w:r>
        <w:t xml:space="preserve"> on.</w:t>
      </w:r>
      <w:r>
        <w:t xml:space="preserve"> This</w:t>
      </w:r>
      <w:r>
        <w:t xml:space="preserve"> way.</w:t>
        <w:br/>
        <w:t>空</w:t>
      </w:r>
      <w:r>
        <w:t xml:space="preserve"> </w:t>
      </w:r>
      <w:r>
        <w:t xml:space="preserve"> 我们要去哪</w:t>
      </w:r>
      <w:r>
        <w:t xml:space="preserve"> </w:t>
      </w:r>
      <w:r>
        <w:t xml:space="preserve"> 药房&amp;hearts;</w:t>
        <w:br/>
        <w:t>Suki,</w:t>
      </w:r>
      <w:r>
        <w:t xml:space="preserve"> wh-where</w:t>
      </w:r>
      <w:r>
        <w:t xml:space="preserve"> are</w:t>
      </w:r>
      <w:r>
        <w:t xml:space="preserve"> we</w:t>
      </w:r>
      <w:r>
        <w:t xml:space="preserve"> going?</w:t>
      </w:r>
      <w:r>
        <w:t xml:space="preserve"> A</w:t>
      </w:r>
      <w:r>
        <w:t xml:space="preserve"> dispensary?</w:t>
        <w:br/>
        <w:t>请出示身份证</w:t>
        <w:br/>
        <w:t>Need</w:t>
      </w:r>
      <w:r>
        <w:t xml:space="preserve"> to</w:t>
      </w:r>
      <w:r>
        <w:t xml:space="preserve"> see</w:t>
      </w:r>
      <w:r>
        <w:t xml:space="preserve"> an</w:t>
      </w:r>
      <w:r>
        <w:t xml:space="preserve"> ID.</w:t>
        <w:br/>
        <w:t>怎么回事</w:t>
        <w:br/>
        <w:t>What's</w:t>
      </w:r>
      <w:r>
        <w:t xml:space="preserve"> going</w:t>
      </w:r>
      <w:r>
        <w:t xml:space="preserve"> on?</w:t>
        <w:br/>
        <w:t>空</w:t>
      </w:r>
      <w:r>
        <w:t xml:space="preserve"> </w:t>
      </w:r>
      <w:r>
        <w:t xml:space="preserve"> 怎么</w:t>
        <w:br/>
        <w:t>Suki,</w:t>
      </w:r>
      <w:r>
        <w:t xml:space="preserve"> what...?</w:t>
        <w:br/>
        <w:t>告诉我怎么了</w:t>
        <w:br/>
        <w:t>Tell</w:t>
      </w:r>
      <w:r>
        <w:t xml:space="preserve"> me</w:t>
      </w:r>
      <w:r>
        <w:t xml:space="preserve"> what's</w:t>
      </w:r>
      <w:r>
        <w:t xml:space="preserve"> happening.</w:t>
        <w:br/>
        <w:t>证件</w:t>
        <w:br/>
        <w:t>ID.</w:t>
        <w:br/>
        <w:t>请出示你的身份证</w:t>
        <w:br/>
        <w:t>You</w:t>
      </w:r>
      <w:r>
        <w:t xml:space="preserve"> need</w:t>
      </w:r>
      <w:r>
        <w:t xml:space="preserve"> to</w:t>
      </w:r>
      <w:r>
        <w:t xml:space="preserve"> show</w:t>
      </w:r>
      <w:r>
        <w:t xml:space="preserve"> me</w:t>
      </w:r>
      <w:r>
        <w:t xml:space="preserve"> an</w:t>
      </w:r>
      <w:r>
        <w:t xml:space="preserve"> ID.</w:t>
        <w:br/>
        <w:t>尼歇尔</w:t>
        <w:br/>
        <w:t>Nichelle.</w:t>
        <w:br/>
        <w:t>那是枪声</w:t>
      </w:r>
      <w:r>
        <w:t xml:space="preserve"> </w:t>
      </w:r>
      <w:r>
        <w:t xml:space="preserve"> 很近</w:t>
        <w:br/>
        <w:t>That</w:t>
      </w:r>
      <w:r>
        <w:t xml:space="preserve"> was</w:t>
      </w:r>
      <w:r>
        <w:t xml:space="preserve"> gunfire.</w:t>
      </w:r>
      <w:r>
        <w:t xml:space="preserve"> It</w:t>
      </w:r>
      <w:r>
        <w:t xml:space="preserve"> was</w:t>
      </w:r>
      <w:r>
        <w:t xml:space="preserve"> close.</w:t>
        <w:br/>
        <w:t>梅伍德街上的药房&amp;hearts;员工按下了紧急按钮</w:t>
        <w:br/>
        <w:t>The</w:t>
      </w:r>
      <w:r>
        <w:t xml:space="preserve"> dispensary</w:t>
      </w:r>
      <w:r>
        <w:t xml:space="preserve"> on</w:t>
      </w:r>
      <w:r>
        <w:t xml:space="preserve"> Maywood</w:t>
      </w:r>
      <w:r>
        <w:t xml:space="preserve"> just</w:t>
      </w:r>
      <w:r>
        <w:t xml:space="preserve"> hit</w:t>
      </w:r>
      <w:r>
        <w:t xml:space="preserve"> its</w:t>
      </w:r>
      <w:r>
        <w:t xml:space="preserve"> panic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button.</w:t>
        <w:br/>
        <w:t>梅伍德就在一条街外</w:t>
        <w:br/>
        <w:t>Maywood's</w:t>
      </w:r>
      <w:r>
        <w:t xml:space="preserve"> only</w:t>
      </w:r>
      <w:r>
        <w:t xml:space="preserve"> a</w:t>
      </w:r>
      <w:r>
        <w:t xml:space="preserve"> block</w:t>
      </w:r>
      <w:r>
        <w:t xml:space="preserve"> from</w:t>
      </w:r>
      <w:r>
        <w:t xml:space="preserve"> here.</w:t>
        <w:br/>
        <w:t>好</w:t>
      </w:r>
      <w:r>
        <w:t xml:space="preserve"> </w:t>
      </w:r>
      <w:r>
        <w:t xml:space="preserve"> 打报&amp;hearts;警&amp;hearts;电&amp;hearts;话&amp;hearts;</w:t>
      </w:r>
      <w:r>
        <w:t xml:space="preserve"> </w:t>
      </w:r>
      <w:r>
        <w:t xml:space="preserve"> 告诉他们我去现场了</w:t>
        <w:br/>
        <w:t>All</w:t>
      </w:r>
      <w:r>
        <w:t xml:space="preserve"> right,</w:t>
      </w:r>
      <w:r>
        <w:t xml:space="preserve"> call</w:t>
      </w:r>
      <w:r>
        <w:t xml:space="preserve"> 911,</w:t>
      </w:r>
      <w:r>
        <w:t xml:space="preserve"> tell</w:t>
      </w:r>
      <w:r>
        <w:t xml:space="preserve"> 'em</w:t>
      </w:r>
      <w:r>
        <w:t xml:space="preserve"> I'm</w:t>
      </w:r>
      <w:r>
        <w:t xml:space="preserve"> responding,</w:t>
        <w:br/>
        <w:t>非班时间</w:t>
      </w:r>
      <w:r>
        <w:t xml:space="preserve"> </w:t>
      </w:r>
      <w:r>
        <w:t xml:space="preserve"> 便衣</w:t>
      </w:r>
      <w:r>
        <w:t xml:space="preserve"> </w:t>
      </w:r>
      <w:r>
        <w:t xml:space="preserve"> -当心</w:t>
      </w:r>
      <w:r>
        <w:t xml:space="preserve"> </w:t>
      </w:r>
      <w:r>
        <w:t xml:space="preserve"> 宝贝</w:t>
        <w:br/>
        <w:t>off-duty,</w:t>
      </w:r>
      <w:r>
        <w:t xml:space="preserve"> plainclothes.</w:t>
      </w:r>
      <w:r>
        <w:t xml:space="preserve"> -</w:t>
      </w:r>
      <w:r>
        <w:t xml:space="preserve"> Be</w:t>
      </w:r>
      <w:r>
        <w:t xml:space="preserve"> careful,</w:t>
      </w:r>
      <w:r>
        <w:t xml:space="preserve"> babe.</w:t>
        <w:br/>
        <w:t>洛城警局</w:t>
      </w:r>
      <w:r>
        <w:t xml:space="preserve"> </w:t>
      </w:r>
      <w:r>
        <w:t xml:space="preserve"> 闪开</w:t>
      </w:r>
      <w:r>
        <w:t xml:space="preserve"> </w:t>
      </w:r>
      <w:r>
        <w:t xml:space="preserve"> 闪开</w:t>
      </w:r>
      <w:r>
        <w:t xml:space="preserve"> </w:t>
      </w:r>
      <w:r>
        <w:t xml:space="preserve"> 让开</w:t>
      </w:r>
      <w:r>
        <w:t xml:space="preserve"> </w:t>
      </w:r>
      <w:r>
        <w:t xml:space="preserve"> 让开</w:t>
        <w:br/>
        <w:t>LAPD!</w:t>
      </w:r>
      <w:r>
        <w:t xml:space="preserve"> Move!</w:t>
      </w:r>
      <w:r>
        <w:t xml:space="preserve"> Move!</w:t>
      </w:r>
      <w:r>
        <w:t xml:space="preserve"> Out</w:t>
      </w:r>
      <w:r>
        <w:t xml:space="preserve"> of</w:t>
      </w:r>
      <w:r>
        <w:t xml:space="preserve"> the</w:t>
      </w:r>
      <w:r>
        <w:t xml:space="preserve"> way!</w:t>
      </w:r>
      <w:r>
        <w:t xml:space="preserve"> Out</w:t>
      </w:r>
      <w:r>
        <w:t xml:space="preserve"> of</w:t>
      </w:r>
      <w:r>
        <w:t xml:space="preserve"> the</w:t>
      </w:r>
      <w:r>
        <w:t xml:space="preserve"> way!</w:t>
        <w:br/>
        <w:t>空...</w:t>
        <w:br/>
        <w:t>Suki...</w:t>
        <w:br/>
        <w:t>你在哪</w:t>
      </w:r>
      <w:r>
        <w:t xml:space="preserve"> </w:t>
      </w:r>
      <w:r>
        <w:t xml:space="preserve"> 小花花</w:t>
        <w:br/>
        <w:t>我们知道你就在这</w:t>
        <w:br/>
        <w:t>空</w:t>
      </w:r>
      <w:r>
        <w:t xml:space="preserve"> </w:t>
      </w:r>
      <w:r>
        <w:t xml:space="preserve"> 空</w:t>
      </w:r>
      <w:r>
        <w:t xml:space="preserve"> </w:t>
      </w:r>
      <w:r>
        <w:t xml:space="preserve"> 不</w:t>
        <w:br/>
        <w:t>Suki.</w:t>
      </w:r>
      <w:r>
        <w:t xml:space="preserve"> Suki,</w:t>
      </w:r>
      <w:r>
        <w:t xml:space="preserve"> no.</w:t>
        <w:br/>
        <w:t>放开我</w:t>
        <w:br/>
        <w:t>恐怕这是不可能的</w:t>
        <w:br/>
        <w:t>洛城警局</w:t>
      </w:r>
      <w:r>
        <w:t xml:space="preserve"> </w:t>
      </w:r>
      <w:r>
        <w:t xml:space="preserve"> 放下武器</w:t>
        <w:br/>
        <w:t>LAPD!</w:t>
      </w:r>
      <w:r>
        <w:t xml:space="preserve"> Drop</w:t>
      </w:r>
      <w:r>
        <w:t xml:space="preserve"> the</w:t>
      </w:r>
      <w:r>
        <w:t xml:space="preserve"> weapon!</w:t>
        <w:br/>
        <w:t>趴到地上</w:t>
        <w:br/>
        <w:t>Get</w:t>
      </w:r>
      <w:r>
        <w:t xml:space="preserve"> on</w:t>
      </w:r>
      <w:r>
        <w:t xml:space="preserve"> the</w:t>
      </w:r>
      <w:r>
        <w:t xml:space="preserve"> ground!</w:t>
        <w:br/>
        <w:t>趴下</w:t>
      </w:r>
      <w:r>
        <w:t xml:space="preserve"> </w:t>
      </w:r>
      <w:r>
        <w:t xml:space="preserve"> 快</w:t>
      </w:r>
      <w:r>
        <w:t xml:space="preserve"> </w:t>
      </w:r>
      <w:r>
        <w:t xml:space="preserve"> 趴下</w:t>
        <w:br/>
        <w:t>Get</w:t>
      </w:r>
      <w:r>
        <w:t xml:space="preserve"> down</w:t>
      </w:r>
      <w:r>
        <w:t xml:space="preserve"> now!</w:t>
      </w:r>
      <w:r>
        <w:t xml:space="preserve"> Get</w:t>
      </w:r>
      <w:r>
        <w:t xml:space="preserve"> down!</w:t>
        <w:br/>
        <w:t>我的天</w:t>
        <w:br/>
        <w:t>Oh,</w:t>
      </w:r>
      <w:r>
        <w:t xml:space="preserve"> my</w:t>
      </w:r>
      <w:r>
        <w:t xml:space="preserve"> God.</w:t>
        <w:br/>
        <w:t>快离开马路</w:t>
        <w:br/>
        <w:t>Get</w:t>
      </w:r>
      <w:r>
        <w:t xml:space="preserve"> out</w:t>
      </w:r>
      <w:r>
        <w:t xml:space="preserve"> of</w:t>
      </w:r>
      <w:r>
        <w:t xml:space="preserve"> the</w:t>
      </w:r>
      <w:r>
        <w:t xml:space="preserve"> road!</w:t>
        <w:br/>
        <w:t>你没事吧</w:t>
      </w:r>
      <w:r>
        <w:t xml:space="preserve"> </w:t>
      </w:r>
      <w:r>
        <w:t xml:space="preserve"> -嗯</w:t>
        <w:br/>
        <w:t>You</w:t>
      </w:r>
      <w:r>
        <w:t xml:space="preserve"> okay?</w:t>
      </w:r>
      <w:r>
        <w:t xml:space="preserve"> -</w:t>
      </w:r>
      <w:r>
        <w:t xml:space="preserve"> Yeah.</w:t>
        <w:br/>
        <w:t>救救我</w:t>
        <w:br/>
        <w:t>Help</w:t>
      </w:r>
      <w:r>
        <w:t xml:space="preserve"> me,</w:t>
      </w:r>
      <w:r>
        <w:t xml:space="preserve"> please!</w:t>
        <w:br/>
        <w:t>我不清楚他们是什么人</w:t>
        <w:br/>
        <w:t>I</w:t>
      </w:r>
      <w:r>
        <w:t xml:space="preserve"> don't</w:t>
      </w:r>
      <w:r>
        <w:t xml:space="preserve"> know</w:t>
      </w:r>
      <w:r>
        <w:t xml:space="preserve"> who</w:t>
      </w:r>
      <w:r>
        <w:t xml:space="preserve"> the</w:t>
      </w:r>
      <w:r>
        <w:t xml:space="preserve"> hell</w:t>
      </w:r>
      <w:r>
        <w:t xml:space="preserve"> they</w:t>
      </w:r>
      <w:r>
        <w:t xml:space="preserve"> were,</w:t>
        <w:br/>
        <w:t>但他们是职业的</w:t>
      </w:r>
      <w:r>
        <w:t xml:space="preserve"> </w:t>
      </w:r>
      <w:r>
        <w:t xml:space="preserve"> 下手凶狠</w:t>
        <w:br/>
        <w:t>but</w:t>
      </w:r>
      <w:r>
        <w:t xml:space="preserve"> they</w:t>
      </w:r>
      <w:r>
        <w:t xml:space="preserve"> were</w:t>
      </w:r>
      <w:r>
        <w:t xml:space="preserve"> professional</w:t>
      </w:r>
      <w:r>
        <w:t xml:space="preserve"> and</w:t>
      </w:r>
      <w:r>
        <w:t xml:space="preserve"> they</w:t>
      </w:r>
      <w:r>
        <w:t xml:space="preserve"> hit</w:t>
      </w:r>
      <w:r>
        <w:t xml:space="preserve"> hard.</w:t>
        <w:br/>
        <w:t>"震慑战术"性质的袭击</w:t>
        <w:br/>
        <w:t>"Shock</w:t>
      </w:r>
      <w:r>
        <w:t xml:space="preserve"> and</w:t>
      </w:r>
      <w:r>
        <w:t xml:space="preserve"> awe"</w:t>
      </w:r>
      <w:r>
        <w:t xml:space="preserve"> assault,</w:t>
        <w:br/>
        <w:t>在艺术区的中心</w:t>
        <w:br/>
        <w:t>right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the</w:t>
      </w:r>
      <w:r>
        <w:t xml:space="preserve"> Arts</w:t>
      </w:r>
      <w:r>
        <w:t xml:space="preserve"> District.</w:t>
        <w:br/>
        <w:t>与两名雇员聊了聊</w:t>
        <w:br/>
        <w:t>Spoke</w:t>
      </w:r>
      <w:r>
        <w:t xml:space="preserve"> to</w:t>
      </w:r>
      <w:r>
        <w:t xml:space="preserve"> a</w:t>
      </w:r>
      <w:r>
        <w:t xml:space="preserve"> couple</w:t>
      </w:r>
      <w:r>
        <w:t xml:space="preserve"> of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employees.</w:t>
        <w:br/>
        <w:t>他们手头有将近十万块的现金</w:t>
        <w:br/>
        <w:t>They've</w:t>
      </w:r>
      <w:r>
        <w:t xml:space="preserve"> got</w:t>
      </w:r>
      <w:r>
        <w:t xml:space="preserve"> close</w:t>
      </w:r>
      <w:r>
        <w:t xml:space="preserve"> to</w:t>
      </w:r>
      <w:r>
        <w:t xml:space="preserve"> a</w:t>
      </w:r>
      <w:r>
        <w:t xml:space="preserve"> hundred</w:t>
      </w:r>
      <w:r>
        <w:t xml:space="preserve"> grand</w:t>
      </w:r>
      <w:r>
        <w:t xml:space="preserve"> in</w:t>
      </w:r>
      <w:r>
        <w:t xml:space="preserve"> cash</w:t>
      </w:r>
      <w:r>
        <w:t xml:space="preserve"> on</w:t>
      </w:r>
      <w:r>
        <w:t xml:space="preserve"> hand,</w:t>
        <w:br/>
        <w:t>一分钱都没拿走</w:t>
        <w:br/>
        <w:t>nothing</w:t>
      </w:r>
      <w:r>
        <w:t xml:space="preserve"> was</w:t>
      </w:r>
      <w:r>
        <w:t xml:space="preserve"> taken.</w:t>
        <w:br/>
        <w:t>对</w:t>
      </w:r>
      <w:r>
        <w:t xml:space="preserve"> </w:t>
      </w:r>
      <w:r>
        <w:t xml:space="preserve"> 目标就是那个女孩</w:t>
        <w:br/>
        <w:t>No.</w:t>
      </w:r>
      <w:r>
        <w:t xml:space="preserve"> This</w:t>
      </w:r>
      <w:r>
        <w:t xml:space="preserve"> was</w:t>
      </w:r>
      <w:r>
        <w:t xml:space="preserve"> all</w:t>
      </w:r>
      <w:r>
        <w:t xml:space="preserve"> about</w:t>
      </w:r>
      <w:r>
        <w:t xml:space="preserve"> the</w:t>
      </w:r>
      <w:r>
        <w:t xml:space="preserve"> girl.</w:t>
        <w:br/>
        <w:t>知道是为了什么吗</w:t>
        <w:br/>
        <w:t>We</w:t>
      </w:r>
      <w:r>
        <w:t xml:space="preserve"> have</w:t>
      </w:r>
      <w:r>
        <w:t xml:space="preserve"> any</w:t>
      </w:r>
      <w:r>
        <w:t xml:space="preserve"> idea</w:t>
      </w:r>
      <w:r>
        <w:t xml:space="preserve"> why?</w:t>
        <w:br/>
        <w:t>男朋友就在那</w:t>
        <w:br/>
        <w:t>The</w:t>
      </w:r>
      <w:r>
        <w:t xml:space="preserve"> boyfriend's</w:t>
      </w:r>
      <w:r>
        <w:t xml:space="preserve"> right</w:t>
      </w:r>
      <w:r>
        <w:t xml:space="preserve"> there,</w:t>
        <w:br/>
        <w:t>但那孩子还没缓过来</w:t>
        <w:br/>
        <w:t>but</w:t>
      </w:r>
      <w:r>
        <w:t xml:space="preserve"> the</w:t>
      </w:r>
      <w:r>
        <w:t xml:space="preserve"> kid's</w:t>
      </w:r>
      <w:r>
        <w:t xml:space="preserve"> still</w:t>
      </w:r>
      <w:r>
        <w:t xml:space="preserve"> in</w:t>
      </w:r>
      <w:r>
        <w:t xml:space="preserve"> shock.</w:t>
        <w:br/>
        <w:t>除了她的名字讲不出什么来</w:t>
        <w:br/>
        <w:t>Could</w:t>
      </w:r>
      <w:r>
        <w:t xml:space="preserve"> barely</w:t>
      </w:r>
      <w:r>
        <w:t xml:space="preserve"> give</w:t>
      </w:r>
      <w:r>
        <w:t xml:space="preserve"> me</w:t>
      </w:r>
      <w:r>
        <w:t xml:space="preserve"> more</w:t>
      </w:r>
      <w:r>
        <w:t xml:space="preserve"> than</w:t>
      </w:r>
      <w:r>
        <w:t xml:space="preserve"> her</w:t>
      </w:r>
      <w:r>
        <w:t xml:space="preserve"> name.</w:t>
        <w:br/>
        <w:t>伊藤空</w:t>
        <w:br/>
        <w:t>Suki</w:t>
      </w:r>
      <w:r>
        <w:t xml:space="preserve"> Ito.</w:t>
        <w:br/>
        <w:t>一定是在被抓前</w:t>
        <w:br/>
        <w:t>She</w:t>
      </w:r>
      <w:r>
        <w:t xml:space="preserve"> must've</w:t>
      </w:r>
      <w:r>
        <w:t xml:space="preserve"> dropped</w:t>
      </w:r>
      <w:r>
        <w:t xml:space="preserve"> her</w:t>
      </w:r>
      <w:r>
        <w:t xml:space="preserve"> bag</w:t>
        <w:br/>
        <w:t>把包掉了</w:t>
      </w:r>
      <w:r>
        <w:t xml:space="preserve"> </w:t>
      </w:r>
      <w:r>
        <w:t xml:space="preserve"> 但是还有个问题</w:t>
        <w:br/>
        <w:t>before</w:t>
      </w:r>
      <w:r>
        <w:t xml:space="preserve"> she</w:t>
      </w:r>
      <w:r>
        <w:t xml:space="preserve"> was</w:t>
      </w:r>
      <w:r>
        <w:t xml:space="preserve"> taken,</w:t>
      </w:r>
      <w:r>
        <w:t xml:space="preserve"> but</w:t>
      </w:r>
      <w:r>
        <w:t xml:space="preserve"> there's</w:t>
      </w:r>
      <w:r>
        <w:t xml:space="preserve"> a</w:t>
      </w:r>
      <w:r>
        <w:t xml:space="preserve"> problem.</w:t>
        <w:br/>
        <w:t>我刚刚在系统上</w:t>
        <w:br/>
        <w:t>I</w:t>
      </w:r>
      <w:r>
        <w:t xml:space="preserve"> just</w:t>
      </w:r>
      <w:r>
        <w:t xml:space="preserve"> ran</w:t>
      </w:r>
      <w:r>
        <w:t xml:space="preserve"> her</w:t>
      </w:r>
      <w:r>
        <w:t xml:space="preserve"> ID</w:t>
        <w:br/>
        <w:t>查了她的身份证</w:t>
      </w:r>
      <w:r>
        <w:t xml:space="preserve"> </w:t>
      </w:r>
      <w:r>
        <w:t xml:space="preserve"> 是伪造的</w:t>
        <w:br/>
        <w:t>through</w:t>
      </w:r>
      <w:r>
        <w:t xml:space="preserve"> the</w:t>
      </w:r>
      <w:r>
        <w:t xml:space="preserve"> system.</w:t>
      </w:r>
      <w:r>
        <w:t xml:space="preserve"> ID's</w:t>
      </w:r>
      <w:r>
        <w:t xml:space="preserve"> bogus.</w:t>
        <w:br/>
        <w:t>伊藤空并不存在</w:t>
        <w:br/>
        <w:t>Suki</w:t>
      </w:r>
      <w:r>
        <w:t xml:space="preserve"> Ito</w:t>
      </w:r>
      <w:r>
        <w:t xml:space="preserve"> doesn't</w:t>
      </w:r>
      <w:r>
        <w:t xml:space="preserve"> exist.</w:t>
        <w:br/>
        <w:t>三个日本杀手找一个身份不明的人干什么</w:t>
        <w:br/>
        <w:t>So,</w:t>
      </w:r>
      <w:r>
        <w:t xml:space="preserve"> what</w:t>
      </w:r>
      <w:r>
        <w:t xml:space="preserve"> do</w:t>
      </w:r>
      <w:r>
        <w:t xml:space="preserve"> three</w:t>
      </w:r>
      <w:r>
        <w:t xml:space="preserve"> Japanese</w:t>
      </w:r>
      <w:r>
        <w:t xml:space="preserve"> killers</w:t>
      </w:r>
      <w:r>
        <w:t xml:space="preserve"> want</w:t>
      </w:r>
      <w:r>
        <w:t xml:space="preserve"> with</w:t>
      </w:r>
      <w:r>
        <w:t xml:space="preserve"> a</w:t>
      </w:r>
      <w:r>
        <w:t xml:space="preserve"> ghost?</w:t>
        <w:br/>
        <w:t>反恐特警队</w:t>
        <w:br/>
        <w:t>第七季</w:t>
      </w:r>
      <w:r>
        <w:t xml:space="preserve"> </w:t>
      </w:r>
      <w:r>
        <w:t xml:space="preserve"> 第三集</w:t>
        <w:br/>
        <w:t>这是那个被击毙的罪犯</w:t>
      </w:r>
      <w:r>
        <w:t xml:space="preserve"> </w:t>
      </w:r>
      <w:r>
        <w:t xml:space="preserve"> 纹身可真不少</w:t>
        <w:br/>
        <w:t>This</w:t>
      </w:r>
      <w:r>
        <w:t xml:space="preserve"> the</w:t>
      </w:r>
      <w:r>
        <w:t xml:space="preserve"> dead</w:t>
      </w:r>
      <w:r>
        <w:t xml:space="preserve"> perp?</w:t>
      </w:r>
      <w:r>
        <w:t xml:space="preserve"> That's</w:t>
      </w:r>
      <w:r>
        <w:t xml:space="preserve"> a</w:t>
      </w:r>
      <w:r>
        <w:t xml:space="preserve"> lot</w:t>
      </w:r>
      <w:r>
        <w:t xml:space="preserve"> of</w:t>
      </w:r>
      <w:r>
        <w:t xml:space="preserve"> ink.</w:t>
        <w:br/>
        <w:t>日本刺青</w:t>
        <w:br/>
        <w:t>Irezumi</w:t>
      </w:r>
      <w:r>
        <w:t xml:space="preserve"> tattoos.</w:t>
        <w:br/>
        <w:t>他是黑帮的</w:t>
        <w:br/>
        <w:t>So,</w:t>
      </w:r>
      <w:r>
        <w:t xml:space="preserve"> he's</w:t>
      </w:r>
      <w:r>
        <w:t xml:space="preserve"> yakuza.</w:t>
        <w:br/>
        <w:t>法医确认了死者身份</w:t>
      </w:r>
      <w:r>
        <w:t xml:space="preserve"> </w:t>
      </w:r>
      <w:r>
        <w:t xml:space="preserve"> 贵史良</w:t>
        <w:br/>
        <w:t>Coroner</w:t>
      </w:r>
      <w:r>
        <w:t xml:space="preserve"> ID'd</w:t>
      </w:r>
      <w:r>
        <w:t xml:space="preserve"> him</w:t>
      </w:r>
      <w:r>
        <w:t xml:space="preserve"> as</w:t>
      </w:r>
      <w:r>
        <w:t xml:space="preserve"> Yoshi</w:t>
      </w:r>
      <w:r>
        <w:t xml:space="preserve"> Takashi.</w:t>
        <w:br/>
        <w:t>三天前从日本乘飞机到达这里</w:t>
        <w:br/>
        <w:t>Flew</w:t>
      </w:r>
      <w:r>
        <w:t xml:space="preserve"> in</w:t>
      </w:r>
      <w:r>
        <w:t xml:space="preserve"> from</w:t>
      </w:r>
      <w:r>
        <w:t xml:space="preserve"> Japan</w:t>
      </w:r>
      <w:r>
        <w:t xml:space="preserve"> three</w:t>
      </w:r>
      <w:r>
        <w:t xml:space="preserve"> days</w:t>
      </w:r>
      <w:r>
        <w:t xml:space="preserve"> ago.</w:t>
        <w:br/>
        <w:t>和他一起的有四个人</w:t>
        <w:br/>
        <w:t>Had</w:t>
      </w:r>
      <w:r>
        <w:t xml:space="preserve"> four</w:t>
      </w:r>
      <w:r>
        <w:t xml:space="preserve"> buddies</w:t>
      </w:r>
      <w:r>
        <w:t xml:space="preserve"> with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him.</w:t>
        <w:br/>
        <w:t>我已经和东京警署的朋友通过话</w:t>
        <w:br/>
        <w:t>Now,</w:t>
      </w:r>
      <w:r>
        <w:t xml:space="preserve"> I've</w:t>
      </w:r>
      <w:r>
        <w:t xml:space="preserve"> already</w:t>
      </w:r>
      <w:r>
        <w:t xml:space="preserve"> spoken</w:t>
      </w:r>
      <w:r>
        <w:t xml:space="preserve"> to</w:t>
      </w:r>
      <w:r>
        <w:t xml:space="preserve"> our</w:t>
      </w:r>
      <w:r>
        <w:t xml:space="preserve"> friends</w:t>
      </w:r>
      <w:r>
        <w:t xml:space="preserve"> in</w:t>
      </w:r>
      <w:r>
        <w:t xml:space="preserve"> the</w:t>
      </w:r>
      <w:r>
        <w:t xml:space="preserve"> Tokyo</w:t>
      </w:r>
      <w:r>
        <w:t xml:space="preserve"> PD.</w:t>
        <w:br/>
        <w:t>他们确认这五个人都是</w:t>
        <w:br/>
        <w:t>They</w:t>
      </w:r>
      <w:r>
        <w:t xml:space="preserve"> confirmed</w:t>
      </w:r>
      <w:r>
        <w:t xml:space="preserve"> that</w:t>
      </w:r>
      <w:r>
        <w:t xml:space="preserve"> all</w:t>
      </w:r>
      <w:r>
        <w:t xml:space="preserve"> five</w:t>
      </w:r>
      <w:r>
        <w:t xml:space="preserve"> men</w:t>
      </w:r>
      <w:r>
        <w:t xml:space="preserve"> are</w:t>
      </w:r>
      <w:r>
        <w:t xml:space="preserve"> known</w:t>
      </w:r>
      <w:r>
        <w:t xml:space="preserve"> members</w:t>
        <w:br/>
        <w:t>名为黑暗犯罪团伙的成员</w:t>
        <w:br/>
        <w:t>of</w:t>
      </w:r>
      <w:r>
        <w:t xml:space="preserve"> the</w:t>
      </w:r>
      <w:r>
        <w:t xml:space="preserve"> Yami-Yami</w:t>
      </w:r>
      <w:r>
        <w:t xml:space="preserve"> crime</w:t>
      </w:r>
      <w:r>
        <w:t xml:space="preserve"> family.</w:t>
        <w:br/>
        <w:t>日本的黑帮跑来洛杉矶闹事</w:t>
        <w:br/>
        <w:t>Mainland</w:t>
      </w:r>
      <w:r>
        <w:t xml:space="preserve"> yakuza</w:t>
      </w:r>
      <w:r>
        <w:t xml:space="preserve"> making</w:t>
      </w:r>
      <w:r>
        <w:t xml:space="preserve"> noise</w:t>
      </w:r>
      <w:r>
        <w:t xml:space="preserve"> in</w:t>
      </w:r>
      <w:r>
        <w:t xml:space="preserve"> L.A.</w:t>
        <w:br/>
        <w:t>光天化日之下绑&amp;hearts;架&amp;hearts;他人</w:t>
        <w:br/>
        <w:t>Isn't</w:t>
      </w:r>
      <w:r>
        <w:t xml:space="preserve"> a</w:t>
      </w:r>
      <w:r>
        <w:t xml:space="preserve"> broad</w:t>
      </w:r>
      <w:r>
        <w:t xml:space="preserve"> daylight</w:t>
      </w:r>
      <w:r>
        <w:t xml:space="preserve"> kidnapping</w:t>
        <w:br/>
        <w:t>动静是不是太大了点</w:t>
        <w:br/>
        <w:t>a</w:t>
      </w:r>
      <w:r>
        <w:t xml:space="preserve"> bit</w:t>
      </w:r>
      <w:r>
        <w:t xml:space="preserve"> too</w:t>
      </w:r>
      <w:r>
        <w:t xml:space="preserve"> loud</w:t>
      </w:r>
      <w:r>
        <w:t xml:space="preserve"> for</w:t>
      </w:r>
      <w:r>
        <w:t xml:space="preserve"> them?</w:t>
        <w:br/>
        <w:t>我也觉得奇怪</w:t>
      </w:r>
      <w:r>
        <w:t xml:space="preserve"> </w:t>
      </w:r>
      <w:r>
        <w:t xml:space="preserve"> 指挥官</w:t>
        <w:br/>
        <w:t>Struck</w:t>
      </w:r>
      <w:r>
        <w:t xml:space="preserve"> me</w:t>
      </w:r>
      <w:r>
        <w:t xml:space="preserve"> as</w:t>
      </w:r>
      <w:r>
        <w:t xml:space="preserve"> odd,</w:t>
      </w:r>
      <w:r>
        <w:t xml:space="preserve"> too,</w:t>
      </w:r>
      <w:r>
        <w:t xml:space="preserve"> Commander,</w:t>
        <w:br/>
        <w:br/>
        <w:t>也就意味着他们想从这个被绑的女人身上得到的东西</w:t>
        <w:br/>
        <w:t>which</w:t>
      </w:r>
      <w:r>
        <w:t xml:space="preserve"> means</w:t>
      </w:r>
      <w:r>
        <w:t xml:space="preserve"> whatever</w:t>
      </w:r>
      <w:r>
        <w:t xml:space="preserve"> they</w:t>
      </w:r>
      <w:r>
        <w:t xml:space="preserve"> wanted</w:t>
      </w:r>
      <w:r>
        <w:t xml:space="preserve"> from</w:t>
      </w:r>
      <w:r>
        <w:t xml:space="preserve"> the</w:t>
      </w:r>
      <w:r>
        <w:t xml:space="preserve"> woman</w:t>
      </w:r>
      <w:r>
        <w:t xml:space="preserve"> they</w:t>
      </w:r>
      <w:r>
        <w:t xml:space="preserve"> abducted,</w:t>
        <w:br/>
        <w:t>对他们非常重要</w:t>
        <w:br/>
        <w:t>they</w:t>
      </w:r>
      <w:r>
        <w:t xml:space="preserve"> wanted</w:t>
      </w:r>
      <w:r>
        <w:t xml:space="preserve"> it</w:t>
      </w:r>
      <w:r>
        <w:t xml:space="preserve"> badly.</w:t>
        <w:br/>
        <w:t>伊藤空是个假的身份</w:t>
        <w:br/>
        <w:t>Now,</w:t>
      </w:r>
      <w:r>
        <w:t xml:space="preserve"> Suki</w:t>
      </w:r>
      <w:r>
        <w:t xml:space="preserve"> Ito,</w:t>
      </w:r>
      <w:r>
        <w:t xml:space="preserve"> that's</w:t>
      </w:r>
      <w:r>
        <w:t xml:space="preserve"> a</w:t>
      </w:r>
      <w:r>
        <w:t xml:space="preserve"> fake</w:t>
      </w:r>
      <w:r>
        <w:t xml:space="preserve"> identity,</w:t>
        <w:br/>
        <w:t>但造得非常逼真</w:t>
        <w:br/>
        <w:t>but</w:t>
      </w:r>
      <w:r>
        <w:t xml:space="preserve"> it's</w:t>
      </w:r>
      <w:r>
        <w:t xml:space="preserve"> a</w:t>
      </w:r>
      <w:r>
        <w:t xml:space="preserve"> really</w:t>
      </w:r>
      <w:r>
        <w:t xml:space="preserve"> good</w:t>
      </w:r>
      <w:r>
        <w:t xml:space="preserve"> one.</w:t>
        <w:br/>
        <w:t>包括假护照</w:t>
      </w:r>
      <w:r>
        <w:t xml:space="preserve"> </w:t>
      </w:r>
      <w:r>
        <w:t xml:space="preserve"> 工作文件</w:t>
      </w:r>
      <w:r>
        <w:t xml:space="preserve"> </w:t>
      </w:r>
      <w:r>
        <w:t xml:space="preserve"> 社保</w:t>
        <w:br/>
        <w:t>Includes</w:t>
      </w:r>
      <w:r>
        <w:t xml:space="preserve"> bogus</w:t>
      </w:r>
      <w:r>
        <w:t xml:space="preserve"> passport,</w:t>
      </w:r>
      <w:r>
        <w:t xml:space="preserve"> work</w:t>
      </w:r>
      <w:r>
        <w:t xml:space="preserve"> docs,</w:t>
      </w:r>
      <w:r>
        <w:t xml:space="preserve"> Social.</w:t>
        <w:br/>
        <w:t>这样的假身份可不是</w:t>
        <w:br/>
        <w:t>This</w:t>
      </w:r>
      <w:r>
        <w:t xml:space="preserve"> is</w:t>
      </w:r>
      <w:r>
        <w:t xml:space="preserve"> not</w:t>
      </w:r>
      <w:r>
        <w:t xml:space="preserve"> the</w:t>
      </w:r>
      <w:r>
        <w:t xml:space="preserve"> kind</w:t>
      </w:r>
      <w:r>
        <w:t xml:space="preserve"> of</w:t>
      </w:r>
      <w:r>
        <w:t xml:space="preserve"> fake</w:t>
      </w:r>
      <w:r>
        <w:t xml:space="preserve"> ID</w:t>
        <w:br/>
        <w:t>从第六大道和阿尔瓦拉街那边买&amp;hearts;&amp;hearts;得到的</w:t>
        <w:br/>
        <w:t>you</w:t>
      </w:r>
      <w:r>
        <w:t xml:space="preserve"> get</w:t>
      </w:r>
      <w:r>
        <w:t xml:space="preserve"> down</w:t>
      </w:r>
      <w:r>
        <w:t xml:space="preserve"> on</w:t>
      </w:r>
      <w:r>
        <w:t xml:space="preserve"> Sixth</w:t>
      </w:r>
      <w:r>
        <w:t xml:space="preserve"> and</w:t>
      </w:r>
      <w:r>
        <w:t xml:space="preserve"> Alvarado.</w:t>
        <w:br/>
        <w:t>东京警视厅正在用她的照片</w:t>
        <w:br/>
        <w:t>Tokyo</w:t>
      </w:r>
      <w:r>
        <w:t xml:space="preserve"> PD's</w:t>
      </w:r>
      <w:r>
        <w:t xml:space="preserve"> running</w:t>
      </w:r>
      <w:r>
        <w:t xml:space="preserve"> her</w:t>
      </w:r>
      <w:r>
        <w:t xml:space="preserve"> photo</w:t>
        <w:br/>
        <w:t>查询他们的人脸识别系统</w:t>
        <w:br/>
        <w:t>through</w:t>
      </w:r>
      <w:r>
        <w:t xml:space="preserve"> their</w:t>
      </w:r>
      <w:r>
        <w:t xml:space="preserve"> facial</w:t>
      </w:r>
      <w:r>
        <w:t xml:space="preserve"> rec.</w:t>
        <w:br/>
        <w:t>如果能对上会通知我们的</w:t>
        <w:br/>
        <w:t>They'll</w:t>
      </w:r>
      <w:r>
        <w:t xml:space="preserve"> let</w:t>
      </w:r>
      <w:r>
        <w:t xml:space="preserve"> us</w:t>
      </w:r>
      <w:r>
        <w:t xml:space="preserve"> know</w:t>
      </w:r>
      <w:r>
        <w:t xml:space="preserve"> if</w:t>
      </w:r>
      <w:r>
        <w:t xml:space="preserve"> they</w:t>
      </w:r>
      <w:r>
        <w:t xml:space="preserve"> get</w:t>
      </w:r>
      <w:r>
        <w:t xml:space="preserve"> a</w:t>
      </w:r>
      <w:r>
        <w:t xml:space="preserve"> hit.</w:t>
        <w:br/>
        <w:t>我已经派谭和卡布雷拉</w:t>
        <w:br/>
        <w:t>All</w:t>
      </w:r>
      <w:r>
        <w:t xml:space="preserve"> right,</w:t>
      </w:r>
      <w:r>
        <w:t xml:space="preserve"> I</w:t>
      </w:r>
      <w:r>
        <w:t xml:space="preserve"> already</w:t>
      </w:r>
      <w:r>
        <w:t xml:space="preserve"> sent</w:t>
      </w:r>
      <w:r>
        <w:t xml:space="preserve"> Tan</w:t>
      </w:r>
      <w:r>
        <w:t xml:space="preserve"> and</w:t>
      </w:r>
      <w:r>
        <w:t xml:space="preserve"> Cabrera</w:t>
        <w:br/>
        <w:t>去查查空的地址</w:t>
        <w:br/>
        <w:t>to</w:t>
      </w:r>
      <w:r>
        <w:t xml:space="preserve"> check</w:t>
      </w:r>
      <w:r>
        <w:t xml:space="preserve"> Suki's</w:t>
      </w:r>
      <w:r>
        <w:t xml:space="preserve"> address.</w:t>
        <w:br/>
        <w:t>鲍威尔和阿尔法罗正在和她男朋友一起</w:t>
        <w:br/>
        <w:t>Powell</w:t>
      </w:r>
      <w:r>
        <w:t xml:space="preserve"> and</w:t>
      </w:r>
      <w:r>
        <w:t xml:space="preserve"> Alfaro</w:t>
      </w:r>
      <w:r>
        <w:t xml:space="preserve"> are</w:t>
      </w:r>
      <w:r>
        <w:t xml:space="preserve"> sitting</w:t>
      </w:r>
      <w:r>
        <w:t xml:space="preserve"> down</w:t>
      </w:r>
      <w:r>
        <w:t xml:space="preserve"> with</w:t>
      </w:r>
      <w:r>
        <w:t xml:space="preserve"> her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boyfriend.</w:t>
        <w:br/>
        <w:t>这些人万里迢迢过来惹是生非</w:t>
        <w:br/>
        <w:t>These</w:t>
      </w:r>
      <w:r>
        <w:t xml:space="preserve"> guys</w:t>
      </w:r>
      <w:r>
        <w:t xml:space="preserve"> came</w:t>
      </w:r>
      <w:r>
        <w:t xml:space="preserve"> a</w:t>
      </w:r>
      <w:r>
        <w:t xml:space="preserve"> long</w:t>
      </w:r>
      <w:r>
        <w:t xml:space="preserve"> way</w:t>
      </w:r>
      <w:r>
        <w:t xml:space="preserve"> to</w:t>
      </w:r>
      <w:r>
        <w:t xml:space="preserve"> stir</w:t>
      </w:r>
      <w:r>
        <w:t xml:space="preserve"> up</w:t>
      </w:r>
      <w:r>
        <w:t xml:space="preserve"> a</w:t>
      </w:r>
      <w:r>
        <w:t xml:space="preserve"> lot</w:t>
      </w:r>
      <w:r>
        <w:t xml:space="preserve"> of</w:t>
      </w:r>
      <w:r>
        <w:t xml:space="preserve"> trouble,</w:t>
        <w:br/>
        <w:t>我有种感觉</w:t>
      </w:r>
      <w:r>
        <w:t xml:space="preserve"> </w:t>
      </w:r>
      <w:r>
        <w:t xml:space="preserve"> 这事还远没到头</w:t>
        <w:br/>
        <w:t>and</w:t>
      </w:r>
      <w:r>
        <w:t xml:space="preserve"> something</w:t>
      </w:r>
      <w:r>
        <w:t xml:space="preserve"> tells</w:t>
      </w:r>
      <w:r>
        <w:t xml:space="preserve"> me</w:t>
      </w:r>
      <w:r>
        <w:t xml:space="preserve"> we</w:t>
      </w:r>
      <w:r>
        <w:t xml:space="preserve"> haven't</w:t>
      </w:r>
      <w:r>
        <w:t xml:space="preserve"> seen</w:t>
      </w:r>
      <w:r>
        <w:t xml:space="preserve"> the</w:t>
      </w:r>
      <w:r>
        <w:t xml:space="preserve"> end</w:t>
      </w:r>
      <w:r>
        <w:t xml:space="preserve"> of</w:t>
      </w:r>
      <w:r>
        <w:t xml:space="preserve"> it.</w:t>
        <w:br/>
        <w:t>空不是她的真名</w:t>
        <w:br/>
        <w:t>So,</w:t>
      </w:r>
      <w:r>
        <w:t xml:space="preserve"> Suki</w:t>
      </w:r>
      <w:r>
        <w:t xml:space="preserve"> isn't</w:t>
      </w:r>
      <w:r>
        <w:t xml:space="preserve"> even</w:t>
      </w:r>
      <w:r>
        <w:t xml:space="preserve"> her</w:t>
      </w:r>
      <w:r>
        <w:t xml:space="preserve"> real</w:t>
      </w:r>
      <w:r>
        <w:t xml:space="preserve"> name.</w:t>
        <w:br/>
        <w:t>你不知道吗</w:t>
        <w:br/>
        <w:t>And</w:t>
      </w:r>
      <w:r>
        <w:t xml:space="preserve"> you</w:t>
      </w:r>
      <w:r>
        <w:t xml:space="preserve"> had</w:t>
      </w:r>
      <w:r>
        <w:t xml:space="preserve"> no</w:t>
      </w:r>
      <w:r>
        <w:t xml:space="preserve"> idea?</w:t>
        <w:br/>
        <w:t>你都和她交往了六个月了</w:t>
        <w:br/>
        <w:t>Even</w:t>
      </w:r>
      <w:r>
        <w:t xml:space="preserve"> though</w:t>
      </w:r>
      <w:r>
        <w:t xml:space="preserve"> you've</w:t>
      </w:r>
      <w:r>
        <w:t xml:space="preserve"> been</w:t>
      </w:r>
      <w:r>
        <w:t xml:space="preserve"> dating</w:t>
      </w:r>
      <w:r>
        <w:t xml:space="preserve"> her</w:t>
      </w:r>
      <w:r>
        <w:t xml:space="preserve"> for</w:t>
      </w:r>
      <w:r>
        <w:t xml:space="preserve"> six</w:t>
      </w:r>
      <w:r>
        <w:t xml:space="preserve"> months?</w:t>
        <w:br/>
        <w:t>不</w:t>
      </w:r>
      <w:r>
        <w:t xml:space="preserve"> </w:t>
      </w:r>
      <w:r>
        <w:t xml:space="preserve"> 我...</w:t>
      </w:r>
      <w:r>
        <w:t xml:space="preserve"> </w:t>
      </w:r>
      <w:r>
        <w:t xml:space="preserve"> 完全不知道</w:t>
        <w:br/>
        <w:t>No,</w:t>
      </w:r>
      <w:r>
        <w:t xml:space="preserve"> I...</w:t>
      </w:r>
      <w:r>
        <w:t xml:space="preserve"> N-None</w:t>
      </w:r>
      <w:r>
        <w:t xml:space="preserve"> at</w:t>
      </w:r>
      <w:r>
        <w:t xml:space="preserve"> all.</w:t>
        <w:br/>
        <w:t>我...</w:t>
      </w:r>
      <w:r>
        <w:t xml:space="preserve"> </w:t>
      </w:r>
      <w:r>
        <w:t xml:space="preserve"> 我的天</w:t>
        <w:br/>
        <w:t>I...</w:t>
      </w:r>
      <w:r>
        <w:t xml:space="preserve"> Oh,</w:t>
      </w:r>
      <w:r>
        <w:t xml:space="preserve"> my</w:t>
      </w:r>
      <w:r>
        <w:t xml:space="preserve"> God.</w:t>
        <w:br/>
        <w:t>今早我还让她搬过来和我同居</w:t>
        <w:br/>
        <w:t>I</w:t>
      </w:r>
      <w:r>
        <w:t xml:space="preserve"> asked</w:t>
      </w:r>
      <w:r>
        <w:t xml:space="preserve"> her</w:t>
      </w:r>
      <w:r>
        <w:t xml:space="preserve"> to</w:t>
      </w:r>
      <w:r>
        <w:t xml:space="preserve"> move</w:t>
      </w:r>
      <w:r>
        <w:t xml:space="preserve"> in</w:t>
      </w:r>
      <w:r>
        <w:t xml:space="preserve"> with</w:t>
      </w:r>
      <w:r>
        <w:t xml:space="preserve"> me</w:t>
      </w:r>
      <w:r>
        <w:t xml:space="preserve"> this</w:t>
      </w:r>
      <w:r>
        <w:t xml:space="preserve"> morning.</w:t>
        <w:br/>
        <w:t>卡梅伦</w:t>
      </w:r>
      <w:r>
        <w:t xml:space="preserve"> </w:t>
      </w:r>
      <w:r>
        <w:t xml:space="preserve"> 抓了她的那些人</w:t>
        <w:br/>
        <w:t>Cameron,</w:t>
      </w:r>
      <w:r>
        <w:t xml:space="preserve"> the</w:t>
      </w:r>
      <w:r>
        <w:t xml:space="preserve"> men</w:t>
      </w:r>
      <w:r>
        <w:t xml:space="preserve"> who</w:t>
      </w:r>
      <w:r>
        <w:t xml:space="preserve"> grabbed</w:t>
      </w:r>
      <w:r>
        <w:t xml:space="preserve"> her</w:t>
        <w:br/>
        <w:t>不惜去杀人也要抓住她</w:t>
        <w:br/>
        <w:t>were</w:t>
      </w:r>
      <w:r>
        <w:t xml:space="preserve"> willing</w:t>
      </w:r>
      <w:r>
        <w:t xml:space="preserve"> to</w:t>
      </w:r>
      <w:r>
        <w:t xml:space="preserve"> kill</w:t>
      </w:r>
      <w:r>
        <w:t xml:space="preserve"> to</w:t>
      </w:r>
      <w:r>
        <w:t xml:space="preserve"> get</w:t>
      </w:r>
      <w:r>
        <w:t xml:space="preserve"> her.</w:t>
        <w:br/>
        <w:t>背后一定是有原因的</w:t>
        <w:br/>
        <w:t>There</w:t>
      </w:r>
      <w:r>
        <w:t xml:space="preserve"> must</w:t>
      </w:r>
      <w:r>
        <w:t xml:space="preserve"> be</w:t>
      </w:r>
      <w:r>
        <w:t xml:space="preserve"> a</w:t>
      </w:r>
      <w:r>
        <w:t xml:space="preserve"> reason</w:t>
      </w:r>
      <w:r>
        <w:t xml:space="preserve"> why.</w:t>
        <w:br/>
        <w:t>那是当然</w:t>
      </w:r>
      <w:r>
        <w:t xml:space="preserve"> </w:t>
      </w:r>
      <w:r>
        <w:t xml:space="preserve"> 但我不知道是怎么回事</w:t>
        <w:br/>
        <w:t>I'm</w:t>
      </w:r>
      <w:r>
        <w:t xml:space="preserve"> sure</w:t>
      </w:r>
      <w:r>
        <w:t xml:space="preserve"> there</w:t>
      </w:r>
      <w:r>
        <w:t xml:space="preserve"> is,</w:t>
      </w:r>
      <w:r>
        <w:t xml:space="preserve"> but</w:t>
      </w:r>
      <w:r>
        <w:t xml:space="preserve"> I</w:t>
      </w:r>
      <w:r>
        <w:t xml:space="preserve"> have</w:t>
      </w:r>
      <w:r>
        <w:t xml:space="preserve"> no</w:t>
      </w:r>
      <w:r>
        <w:t xml:space="preserve"> idea.</w:t>
        <w:br/>
        <w:t>好吧</w:t>
      </w:r>
      <w:r>
        <w:t xml:space="preserve"> </w:t>
      </w:r>
      <w:r>
        <w:t xml:space="preserve"> 我们会弄清楚的</w:t>
        <w:br/>
        <w:t>Okay.</w:t>
      </w:r>
      <w:r>
        <w:t xml:space="preserve"> We'll-we'll</w:t>
      </w:r>
      <w:r>
        <w:t xml:space="preserve"> figure</w:t>
      </w:r>
      <w:r>
        <w:t xml:space="preserve"> it</w:t>
      </w:r>
      <w:r>
        <w:t xml:space="preserve"> out.</w:t>
        <w:br/>
        <w:t>对于她的生活</w:t>
      </w:r>
      <w:r>
        <w:t xml:space="preserve"> </w:t>
      </w:r>
      <w:r>
        <w:t xml:space="preserve"> 你了解多少</w:t>
        <w:br/>
        <w:t>What</w:t>
      </w:r>
      <w:r>
        <w:t xml:space="preserve"> do</w:t>
      </w:r>
      <w:r>
        <w:t xml:space="preserve"> you</w:t>
      </w:r>
      <w:r>
        <w:t xml:space="preserve"> know</w:t>
      </w:r>
      <w:r>
        <w:t xml:space="preserve"> about</w:t>
      </w:r>
      <w:r>
        <w:t xml:space="preserve"> her</w:t>
      </w:r>
      <w:r>
        <w:t xml:space="preserve"> life?</w:t>
        <w:br/>
        <w:t>她以前是干什么工作的</w:t>
        <w:br/>
        <w:t>What</w:t>
      </w:r>
      <w:r>
        <w:t xml:space="preserve"> did</w:t>
      </w:r>
      <w:r>
        <w:t xml:space="preserve"> she</w:t>
      </w:r>
      <w:r>
        <w:t xml:space="preserve"> do</w:t>
      </w:r>
      <w:r>
        <w:t xml:space="preserve"> for</w:t>
      </w:r>
      <w:r>
        <w:t xml:space="preserve"> a</w:t>
      </w:r>
      <w:r>
        <w:t xml:space="preserve"> living?</w:t>
        <w:br/>
        <w:t>她...</w:t>
      </w:r>
      <w:r>
        <w:t xml:space="preserve"> </w:t>
      </w:r>
      <w:r>
        <w:t xml:space="preserve"> 好像是搞旅游业的吧</w:t>
        <w:br/>
        <w:t>She...</w:t>
      </w:r>
      <w:r>
        <w:t xml:space="preserve"> something</w:t>
      </w:r>
      <w:r>
        <w:t xml:space="preserve"> in</w:t>
      </w:r>
      <w:r>
        <w:t xml:space="preserve"> the</w:t>
      </w:r>
      <w:r>
        <w:t xml:space="preserve"> travel</w:t>
      </w:r>
      <w:r>
        <w:t xml:space="preserve"> industry?</w:t>
        <w:br/>
        <w:t>也许是</w:t>
      </w:r>
      <w:r>
        <w:t xml:space="preserve"> </w:t>
      </w:r>
      <w:r>
        <w:t xml:space="preserve"> 我真的不知道</w:t>
        <w:br/>
        <w:t>Maybe.</w:t>
      </w:r>
      <w:r>
        <w:t xml:space="preserve"> I-I--</w:t>
      </w:r>
      <w:r>
        <w:t xml:space="preserve"> Look,</w:t>
      </w:r>
      <w:r>
        <w:t xml:space="preserve"> I</w:t>
      </w:r>
      <w:r>
        <w:t xml:space="preserve"> don't</w:t>
      </w:r>
      <w:r>
        <w:t xml:space="preserve"> really</w:t>
      </w:r>
      <w:r>
        <w:t xml:space="preserve"> know.</w:t>
        <w:br/>
        <w:t>她从没说过</w:t>
        <w:br/>
        <w:t>She</w:t>
      </w:r>
      <w:r>
        <w:t xml:space="preserve"> never</w:t>
      </w:r>
      <w:r>
        <w:t xml:space="preserve"> said.</w:t>
        <w:br/>
        <w:t>而你也从没问过</w:t>
        <w:br/>
        <w:t>And</w:t>
      </w:r>
      <w:r>
        <w:t xml:space="preserve"> you</w:t>
      </w:r>
      <w:r>
        <w:t xml:space="preserve"> never</w:t>
      </w:r>
      <w:r>
        <w:t xml:space="preserve"> asked?</w:t>
        <w:br/>
        <w:t>行了吧</w:t>
      </w:r>
      <w:r>
        <w:t xml:space="preserve"> </w:t>
      </w:r>
      <w:r>
        <w:t xml:space="preserve"> 第一次约会都会问的吧</w:t>
        <w:br/>
        <w:t>Come</w:t>
      </w:r>
      <w:r>
        <w:t xml:space="preserve"> on,</w:t>
      </w:r>
      <w:r>
        <w:t xml:space="preserve"> man,</w:t>
      </w:r>
      <w:r>
        <w:t xml:space="preserve"> that's</w:t>
      </w:r>
      <w:r>
        <w:t xml:space="preserve"> first</w:t>
      </w:r>
      <w:r>
        <w:t xml:space="preserve"> date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stuff.</w:t>
        <w:br/>
        <w:t>我不想窥探别人的隐私</w:t>
        <w:br/>
        <w:t>I...</w:t>
      </w:r>
      <w:r>
        <w:t xml:space="preserve"> I</w:t>
      </w:r>
      <w:r>
        <w:t xml:space="preserve"> didn't</w:t>
      </w:r>
      <w:r>
        <w:t xml:space="preserve"> want</w:t>
      </w:r>
      <w:r>
        <w:t xml:space="preserve"> to</w:t>
      </w:r>
      <w:r>
        <w:t xml:space="preserve"> pry.</w:t>
        <w:br/>
        <w:t>她的朋友或者家人呢</w:t>
        <w:br/>
        <w:t>What</w:t>
      </w:r>
      <w:r>
        <w:t xml:space="preserve"> about</w:t>
      </w:r>
      <w:r>
        <w:t xml:space="preserve"> family</w:t>
      </w:r>
      <w:r>
        <w:t xml:space="preserve"> or</w:t>
      </w:r>
      <w:r>
        <w:t xml:space="preserve"> friends?</w:t>
        <w:br/>
        <w:t>卡梅伦</w:t>
      </w:r>
      <w:r>
        <w:t xml:space="preserve"> </w:t>
      </w:r>
      <w:r>
        <w:t xml:space="preserve"> 拜托</w:t>
        <w:br/>
        <w:t>Cameron,</w:t>
      </w:r>
      <w:r>
        <w:t xml:space="preserve"> come</w:t>
      </w:r>
      <w:r>
        <w:t xml:space="preserve"> on.</w:t>
        <w:br/>
        <w:t>你都准备跟她住一起了</w:t>
        <w:br/>
        <w:t>You</w:t>
      </w:r>
      <w:r>
        <w:t xml:space="preserve"> were</w:t>
      </w:r>
      <w:r>
        <w:t xml:space="preserve"> getting</w:t>
      </w:r>
      <w:r>
        <w:t xml:space="preserve"> ready</w:t>
      </w:r>
      <w:r>
        <w:t xml:space="preserve"> to</w:t>
      </w:r>
      <w:r>
        <w:t xml:space="preserve"> live</w:t>
      </w:r>
      <w:r>
        <w:t xml:space="preserve"> with</w:t>
      </w:r>
      <w:r>
        <w:t xml:space="preserve"> this</w:t>
      </w:r>
      <w:r>
        <w:t xml:space="preserve"> girl</w:t>
        <w:br/>
        <w:t>还对她一无所知</w:t>
        <w:br/>
        <w:t>and</w:t>
      </w:r>
      <w:r>
        <w:t xml:space="preserve"> you</w:t>
      </w:r>
      <w:r>
        <w:t xml:space="preserve"> know</w:t>
      </w:r>
      <w:r>
        <w:t xml:space="preserve"> nothing</w:t>
      </w:r>
      <w:r>
        <w:t xml:space="preserve"> about</w:t>
      </w:r>
      <w:r>
        <w:t xml:space="preserve"> her?</w:t>
        <w:br/>
        <w:t>听我说</w:t>
        <w:br/>
        <w:t>Look,</w:t>
        <w:br/>
        <w:t>她不怎么说自己的事</w:t>
        <w:br/>
        <w:t>she</w:t>
      </w:r>
      <w:r>
        <w:t xml:space="preserve"> didn't</w:t>
      </w:r>
      <w:r>
        <w:t xml:space="preserve"> really</w:t>
      </w:r>
      <w:r>
        <w:t xml:space="preserve"> talk</w:t>
      </w:r>
      <w:r>
        <w:t xml:space="preserve"> about</w:t>
      </w:r>
      <w:r>
        <w:t xml:space="preserve"> herself,</w:t>
        <w:br/>
        <w:t>在这个城市里</w:t>
      </w:r>
      <w:r>
        <w:t xml:space="preserve"> </w:t>
      </w:r>
      <w:r>
        <w:t xml:space="preserve"> 这样的女孩让我觉得耳目一新</w:t>
        <w:br/>
        <w:t>and</w:t>
      </w:r>
      <w:r>
        <w:t xml:space="preserve"> in</w:t>
      </w:r>
      <w:r>
        <w:t xml:space="preserve"> this</w:t>
      </w:r>
      <w:r>
        <w:t xml:space="preserve"> city,</w:t>
      </w:r>
      <w:r>
        <w:t xml:space="preserve"> to</w:t>
      </w:r>
      <w:r>
        <w:t xml:space="preserve"> be</w:t>
      </w:r>
      <w:r>
        <w:t xml:space="preserve"> honest,</w:t>
      </w:r>
      <w:r>
        <w:t xml:space="preserve"> I</w:t>
      </w:r>
      <w:r>
        <w:t xml:space="preserve"> found</w:t>
      </w:r>
      <w:r>
        <w:t xml:space="preserve"> that</w:t>
      </w:r>
      <w:r>
        <w:t xml:space="preserve"> refreshing.</w:t>
        <w:br/>
        <w:t>我只知道她之前在东京</w:t>
        <w:br/>
        <w:t>I-I</w:t>
      </w:r>
      <w:r>
        <w:t xml:space="preserve"> know</w:t>
      </w:r>
      <w:r>
        <w:t xml:space="preserve"> that</w:t>
      </w:r>
      <w:r>
        <w:t xml:space="preserve"> she's</w:t>
      </w:r>
      <w:r>
        <w:t xml:space="preserve"> from</w:t>
      </w:r>
      <w:r>
        <w:t xml:space="preserve"> Tokyo</w:t>
        <w:br/>
        <w:t>然后她爱我</w:t>
        <w:br/>
        <w:t>and</w:t>
      </w:r>
      <w:r>
        <w:t xml:space="preserve"> that</w:t>
      </w:r>
      <w:r>
        <w:t xml:space="preserve"> she</w:t>
      </w:r>
      <w:r>
        <w:t xml:space="preserve"> loves</w:t>
      </w:r>
      <w:r>
        <w:t xml:space="preserve"> me.</w:t>
        <w:br/>
        <w:t>行行行</w:t>
      </w:r>
      <w:r>
        <w:t xml:space="preserve"> </w:t>
      </w:r>
      <w:r>
        <w:t xml:space="preserve"> 那最近的事呢</w:t>
        <w:br/>
        <w:t>Okay,</w:t>
      </w:r>
      <w:r>
        <w:t xml:space="preserve"> look,</w:t>
      </w:r>
      <w:r>
        <w:t xml:space="preserve"> what</w:t>
      </w:r>
      <w:r>
        <w:t xml:space="preserve"> about</w:t>
      </w:r>
      <w:r>
        <w:t xml:space="preserve"> recently?</w:t>
        <w:br/>
        <w:t>你有没有注意到她有什么变化</w:t>
        <w:br/>
        <w:t>Did</w:t>
      </w:r>
      <w:r>
        <w:t xml:space="preserve"> you</w:t>
      </w:r>
      <w:r>
        <w:t xml:space="preserve"> notice</w:t>
      </w:r>
      <w:r>
        <w:t xml:space="preserve"> any</w:t>
      </w:r>
      <w:r>
        <w:t xml:space="preserve"> changes</w:t>
      </w:r>
      <w:r>
        <w:t xml:space="preserve"> in</w:t>
      </w:r>
      <w:r>
        <w:t xml:space="preserve"> her</w:t>
      </w:r>
      <w:r>
        <w:t xml:space="preserve"> personality?</w:t>
        <w:br/>
        <w:t>有什么不寻常的事吗</w:t>
        <w:br/>
        <w:t>Anything</w:t>
      </w:r>
      <w:r>
        <w:t xml:space="preserve"> out</w:t>
      </w:r>
      <w:r>
        <w:t xml:space="preserve"> of</w:t>
      </w:r>
      <w:r>
        <w:t xml:space="preserve"> the</w:t>
      </w:r>
      <w:r>
        <w:t xml:space="preserve"> ordinary?</w:t>
        <w:br/>
        <w:t>没有</w:t>
      </w:r>
      <w:r>
        <w:t xml:space="preserve"> </w:t>
      </w:r>
      <w:r>
        <w:t xml:space="preserve"> 我意思是这周都很正常</w:t>
        <w:br/>
        <w:t>No.</w:t>
      </w:r>
      <w:r>
        <w:t xml:space="preserve"> I-I</w:t>
      </w:r>
      <w:r>
        <w:t xml:space="preserve"> mean,</w:t>
      </w:r>
      <w:r>
        <w:t xml:space="preserve"> the</w:t>
      </w:r>
      <w:r>
        <w:t xml:space="preserve"> week</w:t>
      </w:r>
      <w:r>
        <w:t xml:space="preserve"> was</w:t>
      </w:r>
      <w:r>
        <w:t xml:space="preserve"> totally</w:t>
      </w:r>
      <w:r>
        <w:t xml:space="preserve"> normal.</w:t>
        <w:br/>
        <w:t>就是我们上次吵架有点奇怪</w:t>
        <w:br/>
        <w:t>Well,</w:t>
      </w:r>
      <w:r>
        <w:t xml:space="preserve"> except</w:t>
      </w:r>
      <w:r>
        <w:t xml:space="preserve"> we</w:t>
      </w:r>
      <w:r>
        <w:t xml:space="preserve"> had</w:t>
      </w:r>
      <w:r>
        <w:t xml:space="preserve"> our</w:t>
      </w:r>
      <w:r>
        <w:t xml:space="preserve"> first</w:t>
      </w:r>
      <w:r>
        <w:t xml:space="preserve"> fight,</w:t>
        <w:br/>
        <w:t>因为空平常性格都很好</w:t>
        <w:br/>
        <w:t>which</w:t>
      </w:r>
      <w:r>
        <w:t xml:space="preserve"> was</w:t>
      </w:r>
      <w:r>
        <w:t xml:space="preserve"> weird</w:t>
      </w:r>
      <w:r>
        <w:t xml:space="preserve"> 'cause</w:t>
      </w:r>
      <w:r>
        <w:t xml:space="preserve"> Suki's</w:t>
      </w:r>
      <w:r>
        <w:t xml:space="preserve"> normally</w:t>
      </w:r>
      <w:r>
        <w:t xml:space="preserve"> so</w:t>
      </w:r>
      <w:r>
        <w:t xml:space="preserve"> chill.</w:t>
        <w:br/>
        <w:t>出了什么事</w:t>
      </w:r>
      <w:r>
        <w:t xml:space="preserve"> </w:t>
      </w:r>
      <w:r>
        <w:t xml:space="preserve"> 吵架内容是什么</w:t>
        <w:br/>
        <w:t>Okay,</w:t>
      </w:r>
      <w:r>
        <w:t xml:space="preserve"> what</w:t>
      </w:r>
      <w:r>
        <w:t xml:space="preserve"> happened?</w:t>
      </w:r>
      <w:r>
        <w:t xml:space="preserve"> What...</w:t>
      </w:r>
      <w:r>
        <w:t xml:space="preserve"> what</w:t>
      </w:r>
      <w:r>
        <w:t xml:space="preserve"> was</w:t>
      </w:r>
      <w:r>
        <w:t xml:space="preserve"> that</w:t>
      </w:r>
      <w:r>
        <w:t xml:space="preserve"> about?</w:t>
        <w:br/>
        <w:t>我在社交媒体上发了我们的照片</w:t>
        <w:br/>
        <w:t>I</w:t>
      </w:r>
      <w:r>
        <w:t xml:space="preserve"> posted</w:t>
      </w:r>
      <w:r>
        <w:t xml:space="preserve"> a</w:t>
      </w:r>
      <w:r>
        <w:t xml:space="preserve"> photo</w:t>
      </w:r>
      <w:r>
        <w:t xml:space="preserve"> of</w:t>
      </w:r>
      <w:r>
        <w:t xml:space="preserve"> us</w:t>
      </w:r>
      <w:r>
        <w:t xml:space="preserve"> on</w:t>
      </w:r>
      <w:r>
        <w:t xml:space="preserve"> my</w:t>
      </w:r>
      <w:r>
        <w:t xml:space="preserve"> social</w:t>
      </w:r>
      <w:r>
        <w:t xml:space="preserve"> media.</w:t>
        <w:br/>
        <w:t>她之前说过不让发</w:t>
        <w:br/>
        <w:t>She</w:t>
      </w:r>
      <w:r>
        <w:t xml:space="preserve"> told</w:t>
      </w:r>
      <w:r>
        <w:t xml:space="preserve"> me</w:t>
      </w:r>
      <w:r>
        <w:t xml:space="preserve"> in</w:t>
      </w:r>
      <w:r>
        <w:t xml:space="preserve"> the</w:t>
      </w:r>
      <w:r>
        <w:t xml:space="preserve"> past</w:t>
      </w:r>
      <w:r>
        <w:t xml:space="preserve"> not</w:t>
      </w:r>
      <w:r>
        <w:t xml:space="preserve"> to,</w:t>
        <w:br/>
        <w:t>但我就是想秀一下恩爱</w:t>
        <w:br/>
        <w:t>but</w:t>
      </w:r>
      <w:r>
        <w:t xml:space="preserve"> I</w:t>
      </w:r>
      <w:r>
        <w:t xml:space="preserve"> just</w:t>
      </w:r>
      <w:r>
        <w:t xml:space="preserve"> wanted</w:t>
      </w:r>
      <w:r>
        <w:t xml:space="preserve"> to</w:t>
      </w:r>
      <w:r>
        <w:t xml:space="preserve"> show</w:t>
      </w:r>
      <w:r>
        <w:t xml:space="preserve"> her</w:t>
      </w:r>
      <w:r>
        <w:t xml:space="preserve"> off</w:t>
      </w:r>
      <w:r>
        <w:t xml:space="preserve"> a</w:t>
      </w:r>
      <w:r>
        <w:t xml:space="preserve"> little.</w:t>
        <w:br/>
        <w:t>卡梅伦</w:t>
      </w:r>
      <w:r>
        <w:t xml:space="preserve"> </w:t>
      </w:r>
      <w:r>
        <w:t xml:space="preserve"> 她这段时间一直藏在</w:t>
        <w:br/>
        <w:t>Cameron,</w:t>
      </w:r>
      <w:r>
        <w:t xml:space="preserve"> she's</w:t>
      </w:r>
      <w:r>
        <w:t xml:space="preserve"> been</w:t>
      </w:r>
      <w:r>
        <w:t xml:space="preserve"> living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under</w:t>
        <w:br/>
        <w:t>一个假的身份之下</w:t>
        <w:br/>
        <w:t>an</w:t>
      </w:r>
      <w:r>
        <w:t xml:space="preserve"> assumed</w:t>
      </w:r>
      <w:r>
        <w:t xml:space="preserve"> identity</w:t>
      </w:r>
      <w:r>
        <w:t xml:space="preserve"> this</w:t>
      </w:r>
      <w:r>
        <w:t xml:space="preserve"> whole</w:t>
      </w:r>
      <w:r>
        <w:t xml:space="preserve"> time,</w:t>
      </w:r>
      <w:r>
        <w:t xml:space="preserve"> hiding.</w:t>
        <w:br/>
        <w:t>噢天呐</w:t>
        <w:br/>
        <w:t>Oh,</w:t>
      </w:r>
      <w:r>
        <w:t xml:space="preserve"> my</w:t>
      </w:r>
      <w:r>
        <w:t xml:space="preserve"> God.</w:t>
        <w:br/>
        <w:t>都怪我</w:t>
      </w:r>
      <w:r>
        <w:t xml:space="preserve"> </w:t>
      </w:r>
      <w:r>
        <w:t xml:space="preserve"> 他们才会找到她的</w:t>
        <w:br/>
        <w:t>It's</w:t>
      </w:r>
      <w:r>
        <w:t xml:space="preserve"> my</w:t>
      </w:r>
      <w:r>
        <w:t xml:space="preserve"> fault</w:t>
      </w:r>
      <w:r>
        <w:t xml:space="preserve"> they</w:t>
      </w:r>
      <w:r>
        <w:t xml:space="preserve"> found</w:t>
      </w:r>
      <w:r>
        <w:t xml:space="preserve"> her,</w:t>
      </w:r>
      <w:r>
        <w:t xml:space="preserve"> isn't</w:t>
      </w:r>
      <w:r>
        <w:t xml:space="preserve"> it?</w:t>
        <w:br/>
        <w:t>求你们了</w:t>
        <w:br/>
        <w:t>please,</w:t>
        <w:br/>
        <w:t>一定要把她找回来</w:t>
        <w:br/>
        <w:t>you</w:t>
      </w:r>
      <w:r>
        <w:t xml:space="preserve"> have</w:t>
      </w:r>
      <w:r>
        <w:t xml:space="preserve"> to</w:t>
      </w:r>
      <w:r>
        <w:t xml:space="preserve"> get</w:t>
      </w:r>
      <w:r>
        <w:t xml:space="preserve"> her</w:t>
      </w:r>
      <w:r>
        <w:t xml:space="preserve"> back.</w:t>
        <w:br/>
        <w:t>布鲁斯</w:t>
      </w:r>
      <w:r>
        <w:t xml:space="preserve"> </w:t>
      </w:r>
      <w:r>
        <w:t xml:space="preserve"> 早啊</w:t>
        <w:br/>
        <w:t>Hey,</w:t>
      </w:r>
      <w:r>
        <w:t xml:space="preserve"> Bruce,</w:t>
      </w:r>
      <w:r>
        <w:t xml:space="preserve"> good</w:t>
      </w:r>
      <w:r>
        <w:t xml:space="preserve"> morning.</w:t>
        <w:br/>
        <w:t>你看到总督察了吗</w:t>
        <w:br/>
        <w:t>Have</w:t>
      </w:r>
      <w:r>
        <w:t xml:space="preserve"> you</w:t>
      </w:r>
      <w:r>
        <w:t xml:space="preserve"> seen</w:t>
      </w:r>
      <w:r>
        <w:t xml:space="preserve"> the</w:t>
      </w:r>
      <w:r>
        <w:t xml:space="preserve"> IG?</w:t>
        <w:br/>
        <w:t>她发信息她说要见我</w:t>
      </w:r>
      <w:r>
        <w:t xml:space="preserve"> </w:t>
      </w:r>
      <w:r>
        <w:t xml:space="preserve"> 但我找不到她</w:t>
        <w:br/>
        <w:t>She</w:t>
      </w:r>
      <w:r>
        <w:t xml:space="preserve"> texted,</w:t>
      </w:r>
      <w:r>
        <w:t xml:space="preserve"> said</w:t>
      </w:r>
      <w:r>
        <w:t xml:space="preserve"> she</w:t>
      </w:r>
      <w:r>
        <w:t xml:space="preserve"> needed</w:t>
      </w:r>
      <w:r>
        <w:t xml:space="preserve"> to</w:t>
      </w:r>
      <w:r>
        <w:t xml:space="preserve"> see</w:t>
      </w:r>
      <w:r>
        <w:t xml:space="preserve"> me,</w:t>
      </w:r>
      <w:r>
        <w:t xml:space="preserve"> but</w:t>
      </w:r>
      <w:r>
        <w:t xml:space="preserve"> I</w:t>
      </w:r>
      <w:r>
        <w:t xml:space="preserve"> can't</w:t>
      </w:r>
      <w:r>
        <w:t xml:space="preserve"> find</w:t>
      </w:r>
      <w:r>
        <w:t xml:space="preserve"> her.</w:t>
        <w:br/>
        <w:t>对</w:t>
      </w:r>
      <w:r>
        <w:t xml:space="preserve"> </w:t>
      </w:r>
      <w:r>
        <w:t xml:space="preserve"> 她被叫去市长办公室了</w:t>
        <w:br/>
        <w:t>Yeah,</w:t>
      </w:r>
      <w:r>
        <w:t xml:space="preserve"> she</w:t>
      </w:r>
      <w:r>
        <w:t xml:space="preserve"> got</w:t>
      </w:r>
      <w:r>
        <w:t xml:space="preserve"> called</w:t>
      </w:r>
      <w:r>
        <w:t xml:space="preserve"> over</w:t>
      </w:r>
      <w:r>
        <w:t xml:space="preserve"> to</w:t>
      </w:r>
      <w:r>
        <w:t xml:space="preserve"> the</w:t>
      </w:r>
      <w:r>
        <w:t xml:space="preserve"> mayor's</w:t>
      </w:r>
      <w:r>
        <w:t xml:space="preserve"> office.</w:t>
        <w:br/>
        <w:t>这件事发酵很快</w:t>
        <w:br/>
        <w:t>This</w:t>
      </w:r>
      <w:r>
        <w:t xml:space="preserve"> whole</w:t>
      </w:r>
      <w:r>
        <w:t xml:space="preserve"> thing</w:t>
      </w:r>
      <w:r>
        <w:t xml:space="preserve"> is</w:t>
      </w:r>
      <w:r>
        <w:t xml:space="preserve"> blowing</w:t>
      </w:r>
      <w:r>
        <w:t xml:space="preserve"> up</w:t>
      </w:r>
      <w:r>
        <w:t xml:space="preserve"> pretty</w:t>
      </w:r>
      <w:r>
        <w:t xml:space="preserve"> fast.</w:t>
        <w:br/>
        <w:t>不好意思</w:t>
      </w:r>
      <w:r>
        <w:t xml:space="preserve"> </w:t>
      </w:r>
      <w:r>
        <w:t xml:space="preserve"> 什么事</w:t>
        <w:br/>
        <w:t>I'm</w:t>
      </w:r>
      <w:r>
        <w:t xml:space="preserve"> sorry.</w:t>
      </w:r>
      <w:r>
        <w:t xml:space="preserve"> What</w:t>
      </w:r>
      <w:r>
        <w:t xml:space="preserve"> whole</w:t>
      </w:r>
      <w:r>
        <w:t xml:space="preserve"> thing?</w:t>
        <w:br/>
        <w:t>纽&amp;hearts;约&amp;hearts;时&amp;hearts;报&amp;hearts;要求对此发表意见</w:t>
        <w:br/>
        <w:t>The</w:t>
      </w:r>
      <w:r>
        <w:t xml:space="preserve"> Times</w:t>
      </w:r>
      <w:r>
        <w:t xml:space="preserve"> called</w:t>
      </w:r>
      <w:r>
        <w:t xml:space="preserve"> for</w:t>
      </w:r>
      <w:r>
        <w:t xml:space="preserve"> a</w:t>
      </w:r>
      <w:r>
        <w:t xml:space="preserve"> comment.</w:t>
        <w:br/>
        <w:t>他们要针对我们办公室的腐&amp;hearts;败&amp;hearts;问题</w:t>
        <w:br/>
        <w:t>They're</w:t>
      </w:r>
      <w:r>
        <w:t xml:space="preserve"> doing</w:t>
      </w:r>
      <w:r>
        <w:t xml:space="preserve"> a</w:t>
      </w:r>
      <w:r>
        <w:t xml:space="preserve"> big</w:t>
      </w:r>
      <w:r>
        <w:t xml:space="preserve"> investigative</w:t>
      </w:r>
      <w:r>
        <w:t xml:space="preserve"> piece</w:t>
        <w:br/>
        <w:t>做一个大型的调查报告</w:t>
        <w:br/>
        <w:t>on</w:t>
      </w:r>
      <w:r>
        <w:t xml:space="preserve"> corruption</w:t>
      </w:r>
      <w:r>
        <w:t xml:space="preserve"> in</w:t>
      </w:r>
      <w:r>
        <w:t xml:space="preserve"> this</w:t>
      </w:r>
      <w:r>
        <w:t xml:space="preserve"> office.</w:t>
        <w:br/>
        <w:t>腐&amp;hearts;败&amp;hearts;</w:t>
      </w:r>
      <w:r>
        <w:t xml:space="preserve"> </w:t>
      </w:r>
      <w:r>
        <w:t xml:space="preserve"> 什么腐&amp;hearts;败&amp;hearts;</w:t>
        <w:br/>
        <w:t>Corruption?</w:t>
      </w:r>
      <w:r>
        <w:t xml:space="preserve"> What</w:t>
      </w:r>
      <w:r>
        <w:t xml:space="preserve"> corruption?</w:t>
        <w:br/>
        <w:t>总督察办公室的宗旨不就是为了</w:t>
        <w:br/>
        <w:t>I</w:t>
      </w:r>
      <w:r>
        <w:t xml:space="preserve"> mean,</w:t>
      </w:r>
      <w:r>
        <w:t xml:space="preserve"> I</w:t>
      </w:r>
      <w:r>
        <w:t xml:space="preserve"> thought</w:t>
      </w:r>
      <w:r>
        <w:t xml:space="preserve"> the</w:t>
      </w:r>
      <w:r>
        <w:t xml:space="preserve"> whole</w:t>
      </w:r>
      <w:r>
        <w:t xml:space="preserve"> idea</w:t>
      </w:r>
      <w:r>
        <w:t xml:space="preserve"> of</w:t>
      </w:r>
      <w:r>
        <w:t xml:space="preserve"> the</w:t>
      </w:r>
      <w:r>
        <w:t xml:space="preserve"> inspector</w:t>
      </w:r>
      <w:r>
        <w:t xml:space="preserve"> general's</w:t>
      </w:r>
      <w:r>
        <w:t xml:space="preserve"> office</w:t>
        <w:br/>
        <w:t>杜绝腐&amp;hearts;败&amp;hearts;</w:t>
      </w:r>
      <w:r>
        <w:t xml:space="preserve"> </w:t>
      </w:r>
      <w:r>
        <w:t xml:space="preserve"> 怎么啦</w:t>
        <w:br/>
        <w:t>was</w:t>
      </w:r>
      <w:r>
        <w:t xml:space="preserve"> to</w:t>
      </w:r>
      <w:r>
        <w:t xml:space="preserve"> guard</w:t>
      </w:r>
      <w:r>
        <w:t xml:space="preserve"> against</w:t>
      </w:r>
      <w:r>
        <w:t xml:space="preserve"> corruption.</w:t>
      </w:r>
      <w:r>
        <w:t xml:space="preserve"> What?</w:t>
        <w:br/>
        <w:t>我只是在想你是说真的还是在装傻</w:t>
        <w:br/>
        <w:t>I'm</w:t>
      </w:r>
      <w:r>
        <w:t xml:space="preserve"> just</w:t>
      </w:r>
      <w:r>
        <w:t xml:space="preserve"> trying</w:t>
      </w:r>
      <w:r>
        <w:t xml:space="preserve"> to</w:t>
      </w:r>
      <w:r>
        <w:t xml:space="preserve"> figure</w:t>
      </w:r>
      <w:r>
        <w:t xml:space="preserve"> out</w:t>
      </w:r>
      <w:r>
        <w:t xml:space="preserve"> if</w:t>
      </w:r>
      <w:r>
        <w:t xml:space="preserve"> you're</w:t>
      </w:r>
      <w:r>
        <w:t xml:space="preserve"> for</w:t>
      </w:r>
      <w:r>
        <w:t xml:space="preserve"> real</w:t>
      </w:r>
      <w:r>
        <w:t xml:space="preserve"> or</w:t>
      </w:r>
      <w:r>
        <w:t xml:space="preserve"> not.</w:t>
        <w:br/>
        <w:t>我当然是认真的</w:t>
        <w:br/>
        <w:t>Of</w:t>
      </w:r>
      <w:r>
        <w:t xml:space="preserve"> course</w:t>
      </w:r>
      <w:r>
        <w:t xml:space="preserve"> I'm</w:t>
      </w:r>
      <w:r>
        <w:t xml:space="preserve"> for</w:t>
      </w:r>
      <w:r>
        <w:t xml:space="preserve"> real.</w:t>
        <w:br/>
        <w:t>你为什么这么说</w:t>
        <w:br/>
        <w:t>Why</w:t>
      </w:r>
      <w:r>
        <w:t xml:space="preserve"> would</w:t>
      </w:r>
      <w:r>
        <w:t xml:space="preserve"> you</w:t>
      </w:r>
      <w:r>
        <w:t xml:space="preserve"> even</w:t>
      </w:r>
      <w:r>
        <w:t xml:space="preserve"> say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that?</w:t>
        <w:br/>
        <w:t>你记得泽普建设公&amp;hearts;司&amp;hearts;吗</w:t>
        <w:br/>
        <w:t>You</w:t>
      </w:r>
      <w:r>
        <w:t xml:space="preserve"> remember</w:t>
      </w:r>
      <w:r>
        <w:t xml:space="preserve"> Zepp</w:t>
      </w:r>
      <w:r>
        <w:t xml:space="preserve"> Construction.</w:t>
        <w:br/>
        <w:t>他们拿下了合同</w:t>
      </w:r>
      <w:r>
        <w:t xml:space="preserve"> </w:t>
      </w:r>
      <w:r>
        <w:t xml:space="preserve"> 为洛杉矶警局打造新的</w:t>
        <w:br/>
        <w:t>They</w:t>
      </w:r>
      <w:r>
        <w:t xml:space="preserve"> won</w:t>
      </w:r>
      <w:r>
        <w:t xml:space="preserve"> the</w:t>
      </w:r>
      <w:r>
        <w:t xml:space="preserve"> contract</w:t>
      </w:r>
      <w:r>
        <w:t xml:space="preserve"> to</w:t>
      </w:r>
      <w:r>
        <w:t xml:space="preserve"> build</w:t>
      </w:r>
      <w:r>
        <w:t xml:space="preserve"> the</w:t>
      </w:r>
      <w:r>
        <w:t xml:space="preserve"> new</w:t>
      </w:r>
      <w:r>
        <w:t xml:space="preserve"> LAPD</w:t>
      </w:r>
      <w:r>
        <w:t xml:space="preserve"> training</w:t>
      </w:r>
      <w:r>
        <w:t xml:space="preserve"> facility.</w:t>
        <w:br/>
        <w:t>训练设施</w:t>
        <w:br/>
        <w:t>training</w:t>
      </w:r>
      <w:r>
        <w:t xml:space="preserve"> facility.</w:t>
        <w:br/>
        <w:t>但后来查出他们并不是靠</w:t>
        <w:br/>
        <w:t>Turns</w:t>
      </w:r>
      <w:r>
        <w:t xml:space="preserve"> out</w:t>
      </w:r>
      <w:r>
        <w:t xml:space="preserve"> they</w:t>
      </w:r>
      <w:r>
        <w:t xml:space="preserve"> got</w:t>
      </w:r>
      <w:r>
        <w:t xml:space="preserve"> the</w:t>
      </w:r>
      <w:r>
        <w:t xml:space="preserve"> contract</w:t>
        <w:br/>
        <w:t>最佳方案拿下合同的</w:t>
        <w:br/>
        <w:t>not</w:t>
      </w:r>
      <w:r>
        <w:t xml:space="preserve"> by</w:t>
      </w:r>
      <w:r>
        <w:t xml:space="preserve"> bringing</w:t>
      </w:r>
      <w:r>
        <w:t xml:space="preserve"> the</w:t>
      </w:r>
      <w:r>
        <w:t xml:space="preserve"> best</w:t>
      </w:r>
      <w:r>
        <w:t xml:space="preserve"> bid.</w:t>
        <w:br/>
        <w:t>他们是通过贿赂才达成了这笔交易</w:t>
        <w:br/>
        <w:t>They</w:t>
      </w:r>
      <w:r>
        <w:t xml:space="preserve"> bribed</w:t>
      </w:r>
      <w:r>
        <w:t xml:space="preserve"> their</w:t>
      </w:r>
      <w:r>
        <w:t xml:space="preserve"> way</w:t>
      </w:r>
      <w:r>
        <w:t xml:space="preserve"> into</w:t>
      </w:r>
      <w:r>
        <w:t xml:space="preserve"> the</w:t>
      </w:r>
      <w:r>
        <w:t xml:space="preserve"> deal.</w:t>
        <w:br/>
        <w:t>但是我们审查了泽普建设</w:t>
        <w:br/>
        <w:t>But</w:t>
      </w:r>
      <w:r>
        <w:t xml:space="preserve"> we</w:t>
      </w:r>
      <w:r>
        <w:t xml:space="preserve"> vetted</w:t>
      </w:r>
      <w:r>
        <w:t xml:space="preserve"> Zepp</w:t>
      </w:r>
      <w:r>
        <w:t xml:space="preserve"> Construction,</w:t>
        <w:br/>
        <w:t>我们对每家拿到市政合同的公&amp;hearts;司&amp;hearts;都一视同仁</w:t>
        <w:br/>
        <w:t>like</w:t>
      </w:r>
      <w:r>
        <w:t xml:space="preserve"> we</w:t>
      </w:r>
      <w:r>
        <w:t xml:space="preserve"> do</w:t>
      </w:r>
      <w:r>
        <w:t xml:space="preserve"> every</w:t>
      </w:r>
      <w:r>
        <w:t xml:space="preserve"> company</w:t>
      </w:r>
      <w:r>
        <w:t xml:space="preserve"> that</w:t>
      </w:r>
      <w:r>
        <w:t xml:space="preserve"> gets</w:t>
      </w:r>
      <w:r>
        <w:t xml:space="preserve"> a</w:t>
      </w:r>
      <w:r>
        <w:t xml:space="preserve"> city</w:t>
      </w:r>
      <w:r>
        <w:t xml:space="preserve"> contract.</w:t>
        <w:br/>
        <w:t>怎么会有这种事</w:t>
        <w:br/>
        <w:t>How</w:t>
      </w:r>
      <w:r>
        <w:t xml:space="preserve"> could</w:t>
      </w:r>
      <w:r>
        <w:t xml:space="preserve"> this</w:t>
      </w:r>
      <w:r>
        <w:t xml:space="preserve"> happen?</w:t>
        <w:br/>
        <w:t>这正是玛丽想找你谈话的原因</w:t>
        <w:br/>
        <w:t>I'm</w:t>
      </w:r>
      <w:r>
        <w:t xml:space="preserve"> sure</w:t>
      </w:r>
      <w:r>
        <w:t xml:space="preserve"> that's</w:t>
      </w:r>
      <w:r>
        <w:t xml:space="preserve"> what</w:t>
      </w:r>
      <w:r>
        <w:t xml:space="preserve"> Mary</w:t>
      </w:r>
      <w:r>
        <w:t xml:space="preserve"> wants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about</w:t>
        <w:br/>
        <w:t>毕竟当初是你签的合同</w:t>
        <w:br/>
        <w:t>since</w:t>
      </w:r>
      <w:r>
        <w:t xml:space="preserve"> you're</w:t>
      </w:r>
      <w:r>
        <w:t xml:space="preserve"> the</w:t>
      </w:r>
      <w:r>
        <w:t xml:space="preserve"> one</w:t>
      </w:r>
      <w:r>
        <w:t xml:space="preserve"> who</w:t>
      </w:r>
      <w:r>
        <w:t xml:space="preserve"> signed</w:t>
      </w:r>
      <w:r>
        <w:t xml:space="preserve"> off</w:t>
      </w:r>
      <w:r>
        <w:t xml:space="preserve"> on</w:t>
      </w:r>
      <w:r>
        <w:t xml:space="preserve"> the</w:t>
      </w:r>
      <w:r>
        <w:t xml:space="preserve"> deal.</w:t>
        <w:br/>
        <w:t>什么</w:t>
        <w:br/>
        <w:t>What?</w:t>
        <w:br/>
        <w:t>这确实是我的签名</w:t>
      </w:r>
      <w:r>
        <w:t xml:space="preserve"> </w:t>
      </w:r>
      <w:r>
        <w:t xml:space="preserve"> 可是...</w:t>
        <w:br/>
        <w:t>That's</w:t>
      </w:r>
      <w:r>
        <w:t xml:space="preserve"> my</w:t>
      </w:r>
      <w:r>
        <w:t xml:space="preserve"> signature,</w:t>
      </w:r>
      <w:r>
        <w:t xml:space="preserve"> but</w:t>
      </w:r>
      <w:r>
        <w:t xml:space="preserve"> I...</w:t>
        <w:br/>
        <w:t>虽然过去半年我经手了很多合同</w:t>
        <w:br/>
        <w:t>There</w:t>
      </w:r>
      <w:r>
        <w:t xml:space="preserve"> have</w:t>
      </w:r>
      <w:r>
        <w:t xml:space="preserve"> been</w:t>
      </w:r>
      <w:r>
        <w:t xml:space="preserve"> so</w:t>
      </w:r>
      <w:r>
        <w:t xml:space="preserve"> many</w:t>
      </w:r>
      <w:r>
        <w:t xml:space="preserve"> contracts</w:t>
      </w:r>
      <w:r>
        <w:t xml:space="preserve"> across</w:t>
      </w:r>
      <w:r>
        <w:t xml:space="preserve"> my</w:t>
      </w:r>
      <w:r>
        <w:t xml:space="preserve"> desk</w:t>
      </w:r>
      <w:r>
        <w:t xml:space="preserve"> the</w:t>
      </w:r>
      <w:r>
        <w:t xml:space="preserve"> last</w:t>
      </w:r>
      <w:r>
        <w:t xml:space="preserve"> six</w:t>
      </w:r>
      <w:r>
        <w:t xml:space="preserve"> months,</w:t>
        <w:br/>
        <w:t>但我一向尽忠职守</w:t>
        <w:br/>
        <w:t>but</w:t>
      </w:r>
      <w:r>
        <w:t xml:space="preserve"> I</w:t>
      </w:r>
      <w:r>
        <w:t xml:space="preserve"> always</w:t>
      </w:r>
      <w:r>
        <w:t xml:space="preserve"> do</w:t>
      </w:r>
      <w:r>
        <w:t xml:space="preserve"> my</w:t>
      </w:r>
      <w:r>
        <w:t xml:space="preserve"> due</w:t>
      </w:r>
      <w:r>
        <w:t xml:space="preserve"> diligence,</w:t>
        <w:br/>
        <w:t>绝对没有收受任何贿赂</w:t>
        <w:br/>
        <w:t>and</w:t>
      </w:r>
      <w:r>
        <w:t xml:space="preserve"> I</w:t>
      </w:r>
      <w:r>
        <w:t xml:space="preserve"> certainly</w:t>
      </w:r>
      <w:r>
        <w:t xml:space="preserve"> didn't</w:t>
      </w:r>
      <w:r>
        <w:t xml:space="preserve"> receive</w:t>
      </w:r>
      <w:r>
        <w:t xml:space="preserve"> a</w:t>
      </w:r>
      <w:r>
        <w:t xml:space="preserve"> bribe.</w:t>
        <w:br/>
        <w:t>布鲁斯</w:t>
        <w:br/>
        <w:t>Bruce.</w:t>
        <w:br/>
        <w:t>好吧</w:t>
      </w:r>
      <w:r>
        <w:t xml:space="preserve"> </w:t>
      </w:r>
      <w:r>
        <w:t xml:space="preserve"> 尼歇尔</w:t>
      </w:r>
      <w:r>
        <w:t xml:space="preserve"> </w:t>
      </w:r>
      <w:r>
        <w:t xml:space="preserve"> 我相信你</w:t>
      </w:r>
      <w:r>
        <w:t xml:space="preserve"> </w:t>
      </w:r>
      <w:r>
        <w:t xml:space="preserve"> 好吗</w:t>
        <w:br/>
        <w:t>All</w:t>
      </w:r>
      <w:r>
        <w:t xml:space="preserve"> right,</w:t>
      </w:r>
      <w:r>
        <w:t xml:space="preserve"> Nichelle,</w:t>
      </w:r>
      <w:r>
        <w:t xml:space="preserve"> I</w:t>
      </w:r>
      <w:r>
        <w:t xml:space="preserve"> believe</w:t>
      </w:r>
      <w:r>
        <w:t xml:space="preserve"> you,</w:t>
      </w:r>
      <w:r>
        <w:t xml:space="preserve"> okay?</w:t>
        <w:br/>
        <w:t>我只是不知道总督察也和我一样信任你</w:t>
        <w:br/>
        <w:t>I</w:t>
      </w:r>
      <w:r>
        <w:t xml:space="preserve"> just</w:t>
      </w:r>
      <w:r>
        <w:t xml:space="preserve"> don't</w:t>
      </w:r>
      <w:r>
        <w:t xml:space="preserve"> know</w:t>
      </w:r>
      <w:r>
        <w:t xml:space="preserve"> if</w:t>
      </w:r>
      <w:r>
        <w:t xml:space="preserve"> the</w:t>
      </w:r>
      <w:r>
        <w:t xml:space="preserve"> IG</w:t>
      </w:r>
      <w:r>
        <w:t xml:space="preserve"> will</w:t>
      </w:r>
      <w:r>
        <w:t xml:space="preserve"> have</w:t>
      </w:r>
      <w:r>
        <w:t xml:space="preserve"> that</w:t>
      </w:r>
      <w:r>
        <w:t xml:space="preserve"> luxury,</w:t>
        <w:br/>
        <w:t>尤其是她现在受到了</w:t>
        <w:br/>
        <w:t>especially</w:t>
      </w:r>
      <w:r>
        <w:t xml:space="preserve"> with</w:t>
      </w:r>
      <w:r>
        <w:t xml:space="preserve"> all</w:t>
      </w:r>
      <w:r>
        <w:t xml:space="preserve"> the</w:t>
      </w:r>
      <w:r>
        <w:t xml:space="preserve"> pressure</w:t>
        <w:br/>
        <w:t>来自市长办公室的众多压力</w:t>
        <w:br/>
        <w:t>coming</w:t>
      </w:r>
      <w:r>
        <w:t xml:space="preserve"> down</w:t>
      </w:r>
      <w:r>
        <w:t xml:space="preserve"> from</w:t>
      </w:r>
      <w:r>
        <w:t xml:space="preserve"> the</w:t>
      </w:r>
      <w:r>
        <w:t xml:space="preserve"> mayor's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office.</w:t>
        <w:br/>
        <w:t>你真的是想去和老前辈们吃意面</w:t>
        <w:br/>
        <w:t>You</w:t>
      </w:r>
      <w:r>
        <w:t xml:space="preserve"> really</w:t>
      </w:r>
      <w:r>
        <w:t xml:space="preserve"> telling</w:t>
      </w:r>
      <w:r>
        <w:t xml:space="preserve"> me</w:t>
      </w:r>
      <w:r>
        <w:t xml:space="preserve"> you'd</w:t>
      </w:r>
      <w:r>
        <w:t xml:space="preserve"> rather</w:t>
      </w:r>
      <w:r>
        <w:t xml:space="preserve"> eat</w:t>
      </w:r>
      <w:r>
        <w:t xml:space="preserve"> pasta</w:t>
      </w:r>
      <w:r>
        <w:t xml:space="preserve"> with</w:t>
      </w:r>
      <w:r>
        <w:t xml:space="preserve"> the</w:t>
      </w:r>
      <w:r>
        <w:t xml:space="preserve"> old-timers</w:t>
        <w:br/>
        <w:t>不去垒球场上狠狠地给消防局的人</w:t>
        <w:br/>
        <w:t>than</w:t>
      </w:r>
      <w:r>
        <w:t xml:space="preserve"> kick</w:t>
      </w:r>
      <w:r>
        <w:t xml:space="preserve"> the</w:t>
      </w:r>
      <w:r>
        <w:t xml:space="preserve"> crap</w:t>
      </w:r>
      <w:r>
        <w:t xml:space="preserve"> out</w:t>
      </w:r>
      <w:r>
        <w:t xml:space="preserve"> of</w:t>
      </w:r>
      <w:r>
        <w:t xml:space="preserve"> the</w:t>
      </w:r>
      <w:r>
        <w:t xml:space="preserve"> LAFD</w:t>
        <w:br/>
        <w:t>一个下马威了</w:t>
        <w:br/>
        <w:t>on</w:t>
      </w:r>
      <w:r>
        <w:t xml:space="preserve"> the</w:t>
      </w:r>
      <w:r>
        <w:t xml:space="preserve"> softball</w:t>
      </w:r>
      <w:r>
        <w:t xml:space="preserve"> diamond?</w:t>
        <w:br/>
        <w:t>那倒不是</w:t>
        <w:br/>
        <w:t>Would</w:t>
      </w:r>
      <w:r>
        <w:t xml:space="preserve"> I</w:t>
      </w:r>
      <w:r>
        <w:t xml:space="preserve"> rather?</w:t>
      </w:r>
      <w:r>
        <w:t xml:space="preserve"> No.</w:t>
        <w:br/>
        <w:t>但我不能让迪肯失望</w:t>
        <w:br/>
        <w:t>But</w:t>
      </w:r>
      <w:r>
        <w:t xml:space="preserve"> I</w:t>
      </w:r>
      <w:r>
        <w:t xml:space="preserve"> can't</w:t>
      </w:r>
      <w:r>
        <w:t xml:space="preserve"> let</w:t>
      </w:r>
      <w:r>
        <w:t xml:space="preserve"> Deacon</w:t>
      </w:r>
      <w:r>
        <w:t xml:space="preserve"> down.</w:t>
        <w:br/>
        <w:t>你们肯定能再找到一个投手的</w:t>
        <w:br/>
        <w:t>You'll</w:t>
      </w:r>
      <w:r>
        <w:t xml:space="preserve"> find</w:t>
      </w:r>
      <w:r>
        <w:t xml:space="preserve"> another</w:t>
      </w:r>
      <w:r>
        <w:t xml:space="preserve"> pitcher,</w:t>
      </w:r>
      <w:r>
        <w:t xml:space="preserve"> I</w:t>
      </w:r>
      <w:r>
        <w:t xml:space="preserve"> promise.</w:t>
        <w:br/>
        <w:t>他们都投不出你这样的球</w:t>
        <w:br/>
        <w:t>Not</w:t>
      </w:r>
      <w:r>
        <w:t xml:space="preserve"> one</w:t>
      </w:r>
      <w:r>
        <w:t xml:space="preserve"> with</w:t>
      </w:r>
      <w:r>
        <w:t xml:space="preserve"> the</w:t>
      </w:r>
      <w:r>
        <w:t xml:space="preserve"> Victor</w:t>
      </w:r>
      <w:r>
        <w:t xml:space="preserve"> Tan</w:t>
      </w:r>
      <w:r>
        <w:t xml:space="preserve"> touch.</w:t>
        <w:br/>
        <w:t>而且这个筹款是什么大事吗</w:t>
        <w:br/>
        <w:t>And</w:t>
      </w:r>
      <w:r>
        <w:t xml:space="preserve"> what's</w:t>
      </w:r>
      <w:r>
        <w:t xml:space="preserve"> the</w:t>
      </w:r>
      <w:r>
        <w:t xml:space="preserve"> big</w:t>
      </w:r>
      <w:r>
        <w:t xml:space="preserve"> deal</w:t>
      </w:r>
      <w:r>
        <w:t xml:space="preserve"> with</w:t>
      </w:r>
      <w:r>
        <w:t xml:space="preserve"> this</w:t>
      </w:r>
      <w:r>
        <w:t xml:space="preserve"> fundraiser</w:t>
      </w:r>
      <w:r>
        <w:t xml:space="preserve"> anyway?</w:t>
        <w:br/>
        <w:t>迪肯说了</w:t>
        <w:br/>
        <w:t>Like</w:t>
      </w:r>
      <w:r>
        <w:t xml:space="preserve"> Deac</w:t>
      </w:r>
      <w:r>
        <w:t xml:space="preserve"> said,</w:t>
        <w:br/>
        <w:t>这是传统</w:t>
      </w:r>
      <w:r>
        <w:t xml:space="preserve"> </w:t>
      </w:r>
      <w:r>
        <w:t xml:space="preserve"> 办了几十年了</w:t>
        <w:br/>
        <w:t>it's</w:t>
      </w:r>
      <w:r>
        <w:t xml:space="preserve"> a</w:t>
      </w:r>
      <w:r>
        <w:t xml:space="preserve"> tradition,</w:t>
      </w:r>
      <w:r>
        <w:t xml:space="preserve"> goes</w:t>
      </w:r>
      <w:r>
        <w:t xml:space="preserve"> back</w:t>
      </w:r>
      <w:r>
        <w:t xml:space="preserve"> decades.</w:t>
        <w:br/>
        <w:t>可真的很没劲</w:t>
      </w:r>
      <w:r>
        <w:t xml:space="preserve"> </w:t>
      </w:r>
      <w:r>
        <w:t xml:space="preserve"> 我们这可是冠军赛</w:t>
        <w:br/>
        <w:t>But</w:t>
      </w:r>
      <w:r>
        <w:t xml:space="preserve"> it's</w:t>
      </w:r>
      <w:r>
        <w:t xml:space="preserve"> so</w:t>
      </w:r>
      <w:r>
        <w:t xml:space="preserve"> lame,</w:t>
      </w:r>
      <w:r>
        <w:t xml:space="preserve"> and</w:t>
      </w:r>
      <w:r>
        <w:t xml:space="preserve"> this</w:t>
      </w:r>
      <w:r>
        <w:t xml:space="preserve"> is</w:t>
      </w:r>
      <w:r>
        <w:t xml:space="preserve"> the</w:t>
      </w:r>
      <w:r>
        <w:t xml:space="preserve"> championship.</w:t>
        <w:br/>
        <w:t>要是我们放弃这个机会</w:t>
        <w:br/>
        <w:t>If</w:t>
      </w:r>
      <w:r>
        <w:t xml:space="preserve"> we</w:t>
      </w:r>
      <w:r>
        <w:t xml:space="preserve"> forfeit,</w:t>
        <w:br/>
        <w:t>消防局的那些家伙就能到处吹牛了</w:t>
        <w:br/>
        <w:t>those</w:t>
      </w:r>
      <w:r>
        <w:t xml:space="preserve"> fire</w:t>
      </w:r>
      <w:r>
        <w:t xml:space="preserve"> jerks</w:t>
      </w:r>
      <w:r>
        <w:t xml:space="preserve"> get</w:t>
      </w:r>
      <w:r>
        <w:t xml:space="preserve"> bragging</w:t>
      </w:r>
      <w:r>
        <w:t xml:space="preserve"> rights.</w:t>
        <w:br/>
        <w:t>或许我们可以把到时候要在募捐会上</w:t>
        <w:br/>
        <w:t>I</w:t>
      </w:r>
      <w:r>
        <w:t xml:space="preserve"> mean,</w:t>
      </w:r>
      <w:r>
        <w:t xml:space="preserve"> maybe</w:t>
      </w:r>
      <w:r>
        <w:t xml:space="preserve"> we</w:t>
      </w:r>
      <w:r>
        <w:t xml:space="preserve"> can</w:t>
      </w:r>
      <w:r>
        <w:t xml:space="preserve"> just</w:t>
      </w:r>
      <w:r>
        <w:t xml:space="preserve"> give</w:t>
      </w:r>
      <w:r>
        <w:t xml:space="preserve"> Deac</w:t>
      </w:r>
      <w:r>
        <w:t xml:space="preserve"> the</w:t>
      </w:r>
      <w:r>
        <w:t xml:space="preserve"> money</w:t>
        <w:br/>
        <w:t>要花的钱先给迪肯</w:t>
        <w:br/>
        <w:t>we</w:t>
      </w:r>
      <w:r>
        <w:t xml:space="preserve"> would've</w:t>
      </w:r>
      <w:r>
        <w:t xml:space="preserve"> spent</w:t>
      </w:r>
      <w:r>
        <w:t xml:space="preserve"> at</w:t>
      </w:r>
      <w:r>
        <w:t xml:space="preserve"> the</w:t>
      </w:r>
      <w:r>
        <w:t xml:space="preserve"> fundraiser.</w:t>
        <w:br/>
        <w:t>空的房&amp;hearts;子就在上边</w:t>
        <w:br/>
        <w:t>Suki's</w:t>
      </w:r>
      <w:r>
        <w:t xml:space="preserve"> building's</w:t>
      </w:r>
      <w:r>
        <w:t xml:space="preserve"> right</w:t>
      </w:r>
      <w:r>
        <w:t xml:space="preserve"> up</w:t>
      </w:r>
      <w:r>
        <w:t xml:space="preserve"> here.</w:t>
        <w:br/>
        <w:t>警&amp;hearts;察&amp;hearts;</w:t>
      </w:r>
      <w:r>
        <w:t xml:space="preserve"> </w:t>
      </w:r>
      <w:r>
        <w:t xml:space="preserve"> 谢天谢地</w:t>
        <w:br/>
        <w:t>You're</w:t>
      </w:r>
      <w:r>
        <w:t xml:space="preserve"> police.</w:t>
      </w:r>
      <w:r>
        <w:t xml:space="preserve"> Thank</w:t>
      </w:r>
      <w:r>
        <w:t xml:space="preserve"> God.</w:t>
        <w:br/>
        <w:t>怎么了</w:t>
      </w:r>
      <w:r>
        <w:t xml:space="preserve"> </w:t>
      </w:r>
      <w:r>
        <w:t xml:space="preserve"> 发生了什么</w:t>
        <w:br/>
        <w:t>Why?</w:t>
      </w:r>
      <w:r>
        <w:t xml:space="preserve"> What's</w:t>
      </w:r>
      <w:r>
        <w:t xml:space="preserve"> going</w:t>
      </w:r>
      <w:r>
        <w:t xml:space="preserve"> on?</w:t>
        <w:br/>
        <w:t>我刚刚正检查信箱</w:t>
        <w:br/>
        <w:t>I</w:t>
      </w:r>
      <w:r>
        <w:t xml:space="preserve"> was</w:t>
      </w:r>
      <w:r>
        <w:t xml:space="preserve"> checking</w:t>
      </w:r>
      <w:r>
        <w:t xml:space="preserve"> my</w:t>
      </w:r>
      <w:r>
        <w:t xml:space="preserve"> mailbox,</w:t>
        <w:br/>
        <w:t>随即我就听到女人尖叫和一声巨响</w:t>
        <w:br/>
        <w:t>and</w:t>
      </w:r>
      <w:r>
        <w:t xml:space="preserve"> then</w:t>
      </w:r>
      <w:r>
        <w:t xml:space="preserve"> I</w:t>
      </w:r>
      <w:r>
        <w:t xml:space="preserve"> heard</w:t>
      </w:r>
      <w:r>
        <w:t xml:space="preserve"> a</w:t>
      </w:r>
      <w:r>
        <w:t xml:space="preserve"> woman</w:t>
      </w:r>
      <w:r>
        <w:t xml:space="preserve"> scream</w:t>
      </w:r>
      <w:r>
        <w:t xml:space="preserve"> and</w:t>
      </w:r>
      <w:r>
        <w:t xml:space="preserve"> then</w:t>
      </w:r>
      <w:r>
        <w:t xml:space="preserve"> a-a</w:t>
      </w:r>
      <w:r>
        <w:t xml:space="preserve"> loud</w:t>
      </w:r>
      <w:r>
        <w:t xml:space="preserve"> bang.</w:t>
        <w:br/>
        <w:t>哪间公&amp;hearts;寓&amp;hearts;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-308室</w:t>
        <w:br/>
        <w:t>Which</w:t>
      </w:r>
      <w:r>
        <w:t xml:space="preserve"> apartment?</w:t>
      </w:r>
      <w:r>
        <w:t xml:space="preserve"> -</w:t>
      </w:r>
      <w:r>
        <w:t xml:space="preserve"> Oh,</w:t>
      </w:r>
      <w:r>
        <w:t xml:space="preserve"> 308.</w:t>
        <w:br/>
        <w:t>那是空的公&amp;hearts;寓&amp;hearts;</w:t>
        <w:br/>
        <w:t>That's</w:t>
      </w:r>
      <w:r>
        <w:t xml:space="preserve"> Suki's</w:t>
      </w:r>
      <w:r>
        <w:t xml:space="preserve"> apartment.</w:t>
        <w:br/>
        <w:t>去外面先不要回来</w:t>
      </w:r>
      <w:r>
        <w:t xml:space="preserve"> </w:t>
      </w:r>
      <w:r>
        <w:t xml:space="preserve"> -好的</w:t>
        <w:br/>
        <w:t>Get</w:t>
      </w:r>
      <w:r>
        <w:t xml:space="preserve"> outside</w:t>
      </w:r>
      <w:r>
        <w:t xml:space="preserve"> and</w:t>
      </w:r>
      <w:r>
        <w:t xml:space="preserve"> stay</w:t>
      </w:r>
      <w:r>
        <w:t xml:space="preserve"> there.</w:t>
      </w:r>
      <w:r>
        <w:t xml:space="preserve"> -</w:t>
      </w:r>
      <w:r>
        <w:t xml:space="preserve"> Okay.</w:t>
        <w:br/>
        <w:t>一人倒地</w:t>
        <w:br/>
        <w:t>Got</w:t>
      </w:r>
      <w:r>
        <w:t xml:space="preserve"> a</w:t>
      </w:r>
      <w:r>
        <w:t xml:space="preserve"> body.</w:t>
        <w:br/>
        <w:t>空不是他们的终极目标</w:t>
        <w:br/>
        <w:t>Suki</w:t>
      </w:r>
      <w:r>
        <w:t xml:space="preserve"> wasn't</w:t>
      </w:r>
      <w:r>
        <w:t xml:space="preserve"> their</w:t>
      </w:r>
      <w:r>
        <w:t xml:space="preserve"> end</w:t>
      </w:r>
      <w:r>
        <w:t xml:space="preserve"> target.</w:t>
        <w:br/>
        <w:t>他们要的是其他东西</w:t>
        <w:br/>
        <w:t>They're</w:t>
      </w:r>
      <w:r>
        <w:t xml:space="preserve"> after</w:t>
      </w:r>
      <w:r>
        <w:t xml:space="preserve"> something</w:t>
      </w:r>
      <w:r>
        <w:t xml:space="preserve"> else.</w:t>
        <w:br/>
        <w:t>洛城警局</w:t>
        <w:br/>
        <w:t>LAPD!</w:t>
        <w:br/>
        <w:t>慢慢地走出来</w:t>
        <w:br/>
        <w:t>Come</w:t>
      </w:r>
      <w:r>
        <w:t xml:space="preserve"> out,</w:t>
      </w:r>
      <w:r>
        <w:t xml:space="preserve"> nice</w:t>
      </w:r>
      <w:r>
        <w:t xml:space="preserve"> and</w:t>
      </w:r>
      <w:r>
        <w:t xml:space="preserve"> slow.</w:t>
        <w:br/>
        <w:t>谢天谢地你们来了</w:t>
        <w:br/>
        <w:t>Thank</w:t>
      </w:r>
      <w:r>
        <w:t xml:space="preserve"> goodness</w:t>
      </w:r>
      <w:r>
        <w:t xml:space="preserve"> you're</w:t>
      </w:r>
      <w:r>
        <w:t xml:space="preserve"> here.</w:t>
        <w:br/>
        <w:t>他们闯进来我就藏了起来</w:t>
        <w:br/>
        <w:t>I</w:t>
      </w:r>
      <w:r>
        <w:t xml:space="preserve"> hid</w:t>
      </w:r>
      <w:r>
        <w:t xml:space="preserve"> when</w:t>
      </w:r>
      <w:r>
        <w:t xml:space="preserve"> they</w:t>
      </w:r>
      <w:r>
        <w:t xml:space="preserve"> came</w:t>
      </w:r>
      <w:r>
        <w:t xml:space="preserve"> in,</w:t>
        <w:br/>
        <w:t>但我听到一声枪响</w:t>
        <w:br/>
        <w:t>but</w:t>
      </w:r>
      <w:r>
        <w:t xml:space="preserve"> I</w:t>
      </w:r>
      <w:r>
        <w:t xml:space="preserve"> heard</w:t>
      </w:r>
      <w:r>
        <w:t xml:space="preserve"> a</w:t>
      </w:r>
      <w:r>
        <w:t xml:space="preserve"> shot.</w:t>
        <w:br/>
        <w:t>你现在安全了</w:t>
      </w:r>
      <w:r>
        <w:t xml:space="preserve"> </w:t>
      </w:r>
      <w:r>
        <w:t xml:space="preserve"> 女士</w:t>
      </w:r>
      <w:r>
        <w:t xml:space="preserve"> </w:t>
      </w:r>
      <w:r>
        <w:t xml:space="preserve"> 现在都没事了</w:t>
        <w:br/>
        <w:t>You're</w:t>
      </w:r>
      <w:r>
        <w:t xml:space="preserve"> safe</w:t>
      </w:r>
      <w:r>
        <w:t xml:space="preserve"> now,</w:t>
      </w:r>
      <w:r>
        <w:t xml:space="preserve"> ma'am.</w:t>
      </w:r>
      <w:r>
        <w:t xml:space="preserve"> Everything's</w:t>
      </w:r>
      <w:r>
        <w:t xml:space="preserve"> all</w:t>
      </w:r>
      <w:r>
        <w:t xml:space="preserve"> right.</w:t>
        <w:br/>
        <w:t>空小姐去哪了</w:t>
        <w:br/>
        <w:t>Wh-Where's</w:t>
      </w:r>
      <w:r>
        <w:t xml:space="preserve"> Miss</w:t>
      </w:r>
      <w:r>
        <w:t xml:space="preserve"> Suki?</w:t>
        <w:br/>
        <w:t>你能告诉我们发生了什么吗</w:t>
        <w:br/>
        <w:t>Can</w:t>
      </w:r>
      <w:r>
        <w:t xml:space="preserve"> you</w:t>
      </w:r>
      <w:r>
        <w:t xml:space="preserve"> tell</w:t>
      </w:r>
      <w:r>
        <w:t xml:space="preserve"> us</w:t>
      </w:r>
      <w:r>
        <w:t xml:space="preserve"> what</w:t>
      </w:r>
      <w:r>
        <w:t xml:space="preserve"> happened?</w:t>
        <w:br/>
        <w:t>文件旁边的保险柜里放着什么吗</w:t>
        <w:br/>
        <w:t>Was</w:t>
      </w:r>
      <w:r>
        <w:t xml:space="preserve"> there</w:t>
      </w:r>
      <w:r>
        <w:t xml:space="preserve"> anything</w:t>
      </w:r>
      <w:r>
        <w:t xml:space="preserve"> in</w:t>
      </w:r>
      <w:r>
        <w:t xml:space="preserve"> that</w:t>
      </w:r>
      <w:r>
        <w:t xml:space="preserve"> safe</w:t>
      </w:r>
      <w:r>
        <w:t xml:space="preserve"> besides</w:t>
      </w:r>
      <w:r>
        <w:t xml:space="preserve"> those</w:t>
      </w:r>
      <w:r>
        <w:t xml:space="preserve"> papers?</w:t>
        <w:br/>
        <w:br/>
        <w:t>对</w:t>
      </w:r>
      <w:r>
        <w:t xml:space="preserve"> </w:t>
      </w:r>
      <w:r>
        <w:t xml:space="preserve"> 一部手&amp;hearts;机&amp;hearts;</w:t>
        <w:br/>
        <w:t>Yeah,</w:t>
      </w:r>
      <w:r>
        <w:t xml:space="preserve"> um,</w:t>
      </w:r>
      <w:r>
        <w:t xml:space="preserve"> a</w:t>
      </w:r>
      <w:r>
        <w:t xml:space="preserve"> phone.</w:t>
        <w:br/>
        <w:t>他们为什么想要一部手&amp;hearts;机&amp;hearts;</w:t>
        <w:br/>
        <w:t>Why</w:t>
      </w:r>
      <w:r>
        <w:t xml:space="preserve"> would</w:t>
      </w:r>
      <w:r>
        <w:t xml:space="preserve"> they</w:t>
      </w:r>
      <w:r>
        <w:t xml:space="preserve"> want</w:t>
      </w:r>
      <w:r>
        <w:t xml:space="preserve"> a</w:t>
      </w:r>
      <w:r>
        <w:t xml:space="preserve"> phone?</w:t>
        <w:br/>
        <w:t>那些人强迫空小姐</w:t>
        <w:br/>
        <w:t>the</w:t>
      </w:r>
      <w:r>
        <w:t xml:space="preserve"> men</w:t>
      </w:r>
      <w:r>
        <w:t xml:space="preserve"> forced</w:t>
      </w:r>
      <w:r>
        <w:t xml:space="preserve"> Miss</w:t>
      </w:r>
      <w:r>
        <w:t xml:space="preserve"> Suki</w:t>
        <w:br/>
        <w:t>给什么人打了个电&amp;hearts;话&amp;hearts;</w:t>
        <w:br/>
        <w:t>to</w:t>
      </w:r>
      <w:r>
        <w:t xml:space="preserve"> make</w:t>
      </w:r>
      <w:r>
        <w:t xml:space="preserve"> a</w:t>
      </w:r>
      <w:r>
        <w:t xml:space="preserve"> call</w:t>
      </w:r>
      <w:r>
        <w:t xml:space="preserve"> to</w:t>
      </w:r>
      <w:r>
        <w:t xml:space="preserve"> someone.</w:t>
        <w:br/>
        <w:t>知道她打给谁了吗</w:t>
      </w:r>
      <w:r>
        <w:t xml:space="preserve"> </w:t>
      </w:r>
      <w:r>
        <w:t xml:space="preserve"> -不知道</w:t>
      </w:r>
      <w:r>
        <w:t xml:space="preserve"> </w:t>
      </w:r>
      <w:r>
        <w:t xml:space="preserve"> 是个男人</w:t>
        <w:br/>
        <w:t>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she</w:t>
      </w:r>
      <w:r>
        <w:t xml:space="preserve"> called?</w:t>
      </w:r>
      <w:r>
        <w:t xml:space="preserve"> -</w:t>
      </w:r>
      <w:r>
        <w:t xml:space="preserve"> No.</w:t>
      </w:r>
      <w:r>
        <w:t xml:space="preserve"> Just...It</w:t>
      </w:r>
      <w:r>
        <w:t xml:space="preserve"> was</w:t>
      </w:r>
      <w:r>
        <w:t xml:space="preserve"> a</w:t>
      </w:r>
      <w:r>
        <w:t xml:space="preserve"> man.</w:t>
        <w:br/>
        <w:t>听到她通话内容了吗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-听到一部分</w:t>
        <w:br/>
        <w:t>Did</w:t>
      </w:r>
      <w:r>
        <w:t xml:space="preserve"> you</w:t>
      </w:r>
      <w:r>
        <w:t xml:space="preserve"> hear</w:t>
      </w:r>
      <w:r>
        <w:t xml:space="preserve"> what</w:t>
      </w:r>
      <w:r>
        <w:t xml:space="preserve"> was</w:t>
      </w:r>
      <w:r>
        <w:t xml:space="preserve"> said?</w:t>
      </w:r>
      <w:r>
        <w:t xml:space="preserve"> -</w:t>
      </w:r>
      <w:r>
        <w:t xml:space="preserve"> Some</w:t>
      </w:r>
      <w:r>
        <w:t xml:space="preserve"> of</w:t>
      </w:r>
      <w:r>
        <w:t xml:space="preserve"> it.</w:t>
        <w:br/>
        <w:t>空告诉电&amp;hearts;话&amp;hearts;里的人</w:t>
        <w:br/>
        <w:t>Suki</w:t>
      </w:r>
      <w:r>
        <w:t xml:space="preserve"> told</w:t>
      </w:r>
      <w:r>
        <w:t xml:space="preserve"> the</w:t>
      </w:r>
      <w:r>
        <w:t xml:space="preserve"> man</w:t>
      </w:r>
      <w:r>
        <w:t xml:space="preserve"> on</w:t>
      </w:r>
      <w:r>
        <w:t xml:space="preserve"> the</w:t>
      </w:r>
      <w:r>
        <w:t xml:space="preserve"> other</w:t>
      </w:r>
      <w:r>
        <w:t xml:space="preserve"> end</w:t>
        <w:br/>
        <w:t>一点半在好莱坞公墓见面</w:t>
        <w:br/>
        <w:t>to</w:t>
      </w:r>
      <w:r>
        <w:t xml:space="preserve"> meet</w:t>
      </w:r>
      <w:r>
        <w:t xml:space="preserve"> her</w:t>
      </w:r>
      <w:r>
        <w:t xml:space="preserve"> at</w:t>
      </w:r>
      <w:r>
        <w:t xml:space="preserve"> the</w:t>
      </w:r>
      <w:r>
        <w:t xml:space="preserve"> Hollywood</w:t>
      </w:r>
      <w:r>
        <w:t xml:space="preserve"> Cemetery.</w:t>
      </w:r>
      <w:r>
        <w:t xml:space="preserve"> 1:30.</w:t>
        <w:br/>
        <w:t>是陷阱</w:t>
        <w:br/>
        <w:t>It's</w:t>
      </w:r>
      <w:r>
        <w:t xml:space="preserve"> a</w:t>
      </w:r>
      <w:r>
        <w:t xml:space="preserve"> trap.</w:t>
        <w:br/>
        <w:t>那人很可能被骗去处决掉</w:t>
        <w:br/>
        <w:t>He</w:t>
      </w:r>
      <w:r>
        <w:t xml:space="preserve"> could</w:t>
      </w:r>
      <w:r>
        <w:t xml:space="preserve"> be</w:t>
      </w:r>
      <w:r>
        <w:t xml:space="preserve"> walking</w:t>
      </w:r>
      <w:r>
        <w:t xml:space="preserve"> into</w:t>
      </w:r>
      <w:r>
        <w:t xml:space="preserve"> an</w:t>
      </w:r>
      <w:r>
        <w:t xml:space="preserve"> execution.</w:t>
        <w:br/>
        <w:t>而且快了</w:t>
        <w:br/>
        <w:t>And</w:t>
      </w:r>
      <w:r>
        <w:t xml:space="preserve"> it's</w:t>
      </w:r>
      <w:r>
        <w:t xml:space="preserve"> about</w:t>
      </w:r>
      <w:r>
        <w:t xml:space="preserve"> to</w:t>
      </w:r>
      <w:r>
        <w:t xml:space="preserve"> go</w:t>
      </w:r>
      <w:r>
        <w:t xml:space="preserve"> down.</w:t>
        <w:br/>
        <w:t>我看到两名枪手</w:t>
        <w:br/>
        <w:t>I've</w:t>
      </w:r>
      <w:r>
        <w:t xml:space="preserve"> got</w:t>
      </w:r>
      <w:r>
        <w:t xml:space="preserve"> eyes</w:t>
      </w:r>
      <w:r>
        <w:t xml:space="preserve"> on</w:t>
      </w:r>
      <w:r>
        <w:t xml:space="preserve"> two</w:t>
      </w:r>
      <w:r>
        <w:t xml:space="preserve"> shooters.</w:t>
        <w:br/>
        <w:t>11点钟方向</w:t>
      </w:r>
      <w:r>
        <w:t xml:space="preserve"> </w:t>
      </w:r>
      <w:r>
        <w:t xml:space="preserve"> 大约90米外</w:t>
        <w:br/>
        <w:t>Eleven</w:t>
      </w:r>
      <w:r>
        <w:t xml:space="preserve"> o'clock,</w:t>
      </w:r>
      <w:r>
        <w:t xml:space="preserve"> about</w:t>
      </w:r>
      <w:r>
        <w:t xml:space="preserve"> 100</w:t>
      </w:r>
      <w:r>
        <w:t xml:space="preserve"> yards.</w:t>
        <w:br/>
        <w:t>迪肯</w:t>
      </w:r>
      <w:r>
        <w:t xml:space="preserve"> </w:t>
      </w:r>
      <w:r>
        <w:t xml:space="preserve"> 还有两个</w:t>
      </w:r>
      <w:r>
        <w:t xml:space="preserve"> </w:t>
      </w:r>
      <w:r>
        <w:t xml:space="preserve"> 三点钟方向</w:t>
        <w:br/>
        <w:t>Two</w:t>
      </w:r>
      <w:r>
        <w:t xml:space="preserve"> more</w:t>
      </w:r>
      <w:r>
        <w:t xml:space="preserve"> Deac,</w:t>
      </w:r>
      <w:r>
        <w:t xml:space="preserve"> three</w:t>
      </w:r>
      <w:r>
        <w:t xml:space="preserve"> o'clock.</w:t>
        <w:br/>
        <w:t>迪肯和鲍威尔</w:t>
      </w:r>
      <w:r>
        <w:t xml:space="preserve"> </w:t>
      </w:r>
      <w:r>
        <w:t xml:space="preserve"> 包抄左边的两人</w:t>
        <w:br/>
        <w:t>Deac</w:t>
      </w:r>
      <w:r>
        <w:t xml:space="preserve"> and</w:t>
      </w:r>
      <w:r>
        <w:t xml:space="preserve"> Powell,</w:t>
      </w:r>
      <w:r>
        <w:t xml:space="preserve"> box</w:t>
      </w:r>
      <w:r>
        <w:t xml:space="preserve"> the</w:t>
      </w:r>
      <w:r>
        <w:t xml:space="preserve"> two</w:t>
      </w:r>
      <w:r>
        <w:t xml:space="preserve"> on</w:t>
      </w:r>
      <w:r>
        <w:t xml:space="preserve"> the</w:t>
      </w:r>
      <w:r>
        <w:t xml:space="preserve"> left.</w:t>
        <w:br/>
        <w:t>右边两人交给我们</w:t>
        <w:br/>
        <w:t>The</w:t>
      </w:r>
      <w:r>
        <w:t xml:space="preserve"> two</w:t>
      </w:r>
      <w:r>
        <w:t xml:space="preserve"> on</w:t>
      </w:r>
      <w:r>
        <w:t xml:space="preserve"> the</w:t>
      </w:r>
      <w:r>
        <w:t xml:space="preserve"> right</w:t>
      </w:r>
      <w:r>
        <w:t xml:space="preserve"> are</w:t>
      </w:r>
      <w:r>
        <w:t xml:space="preserve"> ours.</w:t>
        <w:br/>
        <w:t>收到</w:t>
        <w:br/>
        <w:t>We're</w:t>
      </w:r>
      <w:r>
        <w:t xml:space="preserve"> on</w:t>
      </w:r>
      <w:r>
        <w:t xml:space="preserve"> it.</w:t>
        <w:br/>
        <w:t>鲍威尔</w:t>
      </w:r>
      <w:r>
        <w:t xml:space="preserve"> </w:t>
      </w:r>
      <w:r>
        <w:t xml:space="preserve"> 跟我走</w:t>
        <w:br/>
        <w:t>Powell,</w:t>
      </w:r>
      <w:r>
        <w:t xml:space="preserve"> with</w:t>
      </w:r>
      <w:r>
        <w:t xml:space="preserve"> me.</w:t>
        <w:br/>
        <w:t>洛城警局</w:t>
      </w:r>
      <w:r>
        <w:t xml:space="preserve"> </w:t>
      </w:r>
      <w:r>
        <w:t xml:space="preserve"> 放下武器</w:t>
        <w:br/>
        <w:t>LAPD!</w:t>
      </w:r>
      <w:r>
        <w:t xml:space="preserve"> Put</w:t>
      </w:r>
      <w:r>
        <w:t xml:space="preserve"> the</w:t>
      </w:r>
      <w:r>
        <w:t xml:space="preserve"> weapons</w:t>
      </w:r>
      <w:r>
        <w:t xml:space="preserve"> down!</w:t>
        <w:br/>
        <w:t>他们躲在市民身后</w:t>
        <w:br/>
        <w:t>They're</w:t>
      </w:r>
      <w:r>
        <w:t xml:space="preserve"> hiding</w:t>
      </w:r>
      <w:r>
        <w:t xml:space="preserve"> behind</w:t>
      </w:r>
      <w:r>
        <w:t xml:space="preserve"> civilians.</w:t>
        <w:br/>
        <w:t>找不到射击角度</w:t>
        <w:br/>
        <w:t>I</w:t>
      </w:r>
      <w:r>
        <w:t xml:space="preserve"> can't</w:t>
      </w:r>
      <w:r>
        <w:t xml:space="preserve"> get</w:t>
      </w:r>
      <w:r>
        <w:t xml:space="preserve"> a</w:t>
      </w:r>
      <w:r>
        <w:t xml:space="preserve"> clear</w:t>
      </w:r>
      <w:r>
        <w:t xml:space="preserve"> shot.</w:t>
        <w:br/>
        <w:t>交火前必须得先疏散市民</w:t>
        <w:br/>
        <w:t>We</w:t>
      </w:r>
      <w:r>
        <w:t xml:space="preserve"> got</w:t>
      </w:r>
      <w:r>
        <w:t xml:space="preserve"> to</w:t>
      </w:r>
      <w:r>
        <w:t xml:space="preserve"> clear</w:t>
      </w:r>
      <w:r>
        <w:t xml:space="preserve"> 'em</w:t>
      </w:r>
      <w:r>
        <w:t xml:space="preserve"> before</w:t>
      </w:r>
      <w:r>
        <w:t xml:space="preserve"> we</w:t>
      </w:r>
      <w:r>
        <w:t xml:space="preserve"> engage.</w:t>
        <w:br/>
        <w:t>行动</w:t>
        <w:br/>
        <w:t>Move</w:t>
      </w:r>
      <w:r>
        <w:t xml:space="preserve"> in!</w:t>
        <w:br/>
        <w:t>洛城警局</w:t>
      </w:r>
      <w:r>
        <w:t xml:space="preserve"> </w:t>
      </w:r>
      <w:r>
        <w:t xml:space="preserve"> 快让开</w:t>
        <w:br/>
        <w:t>LAPD!</w:t>
      </w:r>
      <w:r>
        <w:t xml:space="preserve"> Get</w:t>
      </w:r>
      <w:r>
        <w:t xml:space="preserve"> out</w:t>
      </w:r>
      <w:r>
        <w:t xml:space="preserve"> of</w:t>
      </w:r>
      <w:r>
        <w:t xml:space="preserve"> the</w:t>
      </w:r>
      <w:r>
        <w:t xml:space="preserve"> way!</w:t>
        <w:br/>
        <w:t>出来</w:t>
      </w:r>
      <w:r>
        <w:t xml:space="preserve"> </w:t>
      </w:r>
      <w:r>
        <w:t xml:space="preserve"> 老家伙</w:t>
        <w:br/>
        <w:t>不要再躲了</w:t>
        <w:br/>
        <w:t>走</w:t>
      </w:r>
      <w:r>
        <w:t xml:space="preserve"> </w:t>
      </w:r>
      <w:r>
        <w:t xml:space="preserve"> 去外面</w:t>
      </w:r>
      <w:r>
        <w:t xml:space="preserve"> </w:t>
      </w:r>
      <w:r>
        <w:t xml:space="preserve"> 快走</w:t>
      </w:r>
      <w:r>
        <w:t xml:space="preserve"> </w:t>
      </w:r>
      <w:r>
        <w:t xml:space="preserve"> 动起来</w:t>
        <w:br/>
        <w:t>Go,</w:t>
      </w:r>
      <w:r>
        <w:t xml:space="preserve"> get</w:t>
      </w:r>
      <w:r>
        <w:t xml:space="preserve"> outside.</w:t>
      </w:r>
      <w:r>
        <w:t xml:space="preserve"> Go,</w:t>
      </w:r>
      <w:r>
        <w:t xml:space="preserve"> go,</w:t>
      </w:r>
      <w:r>
        <w:t xml:space="preserve"> go,</w:t>
      </w:r>
      <w:r>
        <w:t xml:space="preserve"> go!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Move.</w:t>
        <w:br/>
        <w:t>洛城警局</w:t>
      </w:r>
      <w:r>
        <w:t xml:space="preserve"> </w:t>
      </w:r>
      <w:r>
        <w:t xml:space="preserve"> 放下武器</w:t>
        <w:br/>
        <w:t>LAPD!</w:t>
      </w:r>
      <w:r>
        <w:t xml:space="preserve"> Drop</w:t>
      </w:r>
      <w:r>
        <w:t xml:space="preserve"> the</w:t>
      </w:r>
      <w:r>
        <w:t xml:space="preserve"> weapon.</w:t>
        <w:br/>
        <w:t>前进</w:t>
      </w:r>
      <w:r>
        <w:t xml:space="preserve"> </w:t>
      </w:r>
      <w:r>
        <w:t xml:space="preserve"> 前进</w:t>
      </w:r>
      <w:r>
        <w:t xml:space="preserve"> </w:t>
      </w:r>
      <w:r>
        <w:t xml:space="preserve"> 前进</w:t>
        <w:br/>
        <w:t>Move,</w:t>
      </w:r>
      <w:r>
        <w:t xml:space="preserve"> move,</w:t>
      </w:r>
      <w:r>
        <w:t xml:space="preserve"> move.</w:t>
        <w:br/>
        <w:t>德西维利奥花店</w:t>
        <w:br/>
        <w:t>迪肯</w:t>
        <w:br/>
        <w:t>Deacon.</w:t>
        <w:br/>
        <w:t>嫌疑人劫持货车</w:t>
      </w:r>
      <w:r>
        <w:t xml:space="preserve"> </w:t>
      </w:r>
      <w:r>
        <w:t xml:space="preserve"> 朝你方向去了</w:t>
        <w:br/>
        <w:t>Suspect</w:t>
      </w:r>
      <w:r>
        <w:t xml:space="preserve"> hijacked</w:t>
      </w:r>
      <w:r>
        <w:t xml:space="preserve"> a</w:t>
      </w:r>
      <w:r>
        <w:t xml:space="preserve"> van.</w:t>
      </w:r>
      <w:r>
        <w:t xml:space="preserve"> He's</w:t>
      </w:r>
      <w:r>
        <w:t xml:space="preserve"> headed</w:t>
      </w:r>
      <w:r>
        <w:t xml:space="preserve"> your</w:t>
      </w:r>
      <w:r>
        <w:t xml:space="preserve"> way.</w:t>
        <w:br/>
        <w:t>我们一直在找你</w:t>
        <w:br/>
        <w:t>你欠了大蛇先生太多</w:t>
        <w:br/>
        <w:t>我要把你带回日本去还债</w:t>
        <w:br/>
        <w:t>走</w:t>
        <w:br/>
        <w:t>放下武器</w:t>
      </w:r>
      <w:r>
        <w:t xml:space="preserve"> </w:t>
      </w:r>
      <w:r>
        <w:t xml:space="preserve"> -放下枪</w:t>
        <w:br/>
        <w:t>Drop</w:t>
      </w:r>
      <w:r>
        <w:t xml:space="preserve"> your</w:t>
      </w:r>
      <w:r>
        <w:t xml:space="preserve"> weapon!</w:t>
      </w:r>
      <w:r>
        <w:t xml:space="preserve"> -</w:t>
      </w:r>
      <w:r>
        <w:t xml:space="preserve"> Drop</w:t>
      </w:r>
      <w:r>
        <w:t xml:space="preserve"> the</w:t>
      </w:r>
      <w:r>
        <w:t xml:space="preserve"> gun!</w:t>
        <w:br/>
        <w:t>不许动</w:t>
        <w:br/>
        <w:t>Stop</w:t>
      </w:r>
      <w:r>
        <w:t xml:space="preserve"> right</w:t>
      </w:r>
      <w:r>
        <w:t xml:space="preserve"> there!</w:t>
        <w:br/>
        <w:t>马上</w:t>
      </w:r>
      <w:r>
        <w:t xml:space="preserve"> </w:t>
      </w:r>
      <w:r>
        <w:t xml:space="preserve"> 放下武器</w:t>
        <w:br/>
        <w:t>Do</w:t>
      </w:r>
      <w:r>
        <w:t xml:space="preserve"> it</w:t>
      </w:r>
      <w:r>
        <w:t xml:space="preserve"> now!</w:t>
      </w:r>
      <w:r>
        <w:t xml:space="preserve"> Drop</w:t>
      </w:r>
      <w:r>
        <w:t xml:space="preserve"> your</w:t>
      </w:r>
      <w:r>
        <w:t xml:space="preserve"> weapon!</w:t>
        <w:br/>
        <w:t>放下武器</w:t>
        <w:br/>
        <w:t>Drop</w:t>
      </w:r>
      <w:r>
        <w:t xml:space="preserve"> it!</w:t>
        <w:br/>
        <w:t>行动</w:t>
      </w:r>
      <w:r>
        <w:t xml:space="preserve"> </w:t>
      </w:r>
      <w:r>
        <w:t xml:space="preserve"> 行动</w:t>
        <w:br/>
        <w:t>Move,</w:t>
      </w:r>
      <w:r>
        <w:t xml:space="preserve"> move.</w:t>
        <w:br/>
        <w:t>你留下跟他一起</w:t>
        <w:br/>
        <w:t>You</w:t>
      </w:r>
      <w:r>
        <w:t xml:space="preserve"> stay</w:t>
      </w:r>
      <w:r>
        <w:t xml:space="preserve"> with</w:t>
      </w:r>
      <w:r>
        <w:t xml:space="preserve"> him.</w:t>
        <w:br/>
        <w:t>30D报告</w:t>
        <w:br/>
        <w:t>30-David.</w:t>
        <w:br/>
        <w:t>嫌疑人驾驶蓝色厢式货车逃离好莱坞公墓</w:t>
        <w:br/>
        <w:t>Suspects</w:t>
      </w:r>
      <w:r>
        <w:t xml:space="preserve"> are</w:t>
      </w:r>
      <w:r>
        <w:t xml:space="preserve"> leaving</w:t>
      </w:r>
      <w:r>
        <w:t xml:space="preserve"> the</w:t>
      </w:r>
      <w:r>
        <w:t xml:space="preserve"> Hollywood</w:t>
      </w:r>
      <w:r>
        <w:t xml:space="preserve"> Cemetery</w:t>
      </w:r>
      <w:r>
        <w:t xml:space="preserve"> in</w:t>
      </w:r>
      <w:r>
        <w:t xml:space="preserve"> a</w:t>
      </w:r>
      <w:r>
        <w:t xml:space="preserve"> blue</w:t>
      </w:r>
      <w:r>
        <w:t xml:space="preserve"> panel</w:t>
      </w:r>
      <w:r>
        <w:t xml:space="preserve"> van.</w:t>
        <w:br/>
        <w:t>沿圣莫尼卡大道向东而去</w:t>
        <w:br/>
        <w:t>Heading</w:t>
      </w:r>
      <w:r>
        <w:t xml:space="preserve"> east</w:t>
      </w:r>
      <w:r>
        <w:t xml:space="preserve"> on</w:t>
      </w:r>
      <w:r>
        <w:t xml:space="preserve"> Santa</w:t>
      </w:r>
      <w:r>
        <w:t xml:space="preserve"> Monica</w:t>
      </w:r>
      <w:r>
        <w:t xml:space="preserve"> Boulevard.</w:t>
        <w:br/>
        <w:t>未看清车牌</w:t>
      </w:r>
      <w:r>
        <w:t xml:space="preserve"> </w:t>
      </w:r>
      <w:r>
        <w:t xml:space="preserve"> -该死</w:t>
        <w:br/>
        <w:t>Couldn't</w:t>
      </w:r>
      <w:r>
        <w:t xml:space="preserve"> get</w:t>
      </w:r>
      <w:r>
        <w:t xml:space="preserve"> a</w:t>
      </w:r>
      <w:r>
        <w:t xml:space="preserve"> plate.</w:t>
      </w:r>
      <w:r>
        <w:t xml:space="preserve"> -</w:t>
      </w:r>
      <w:r>
        <w:t xml:space="preserve"> Damn</w:t>
      </w:r>
      <w:r>
        <w:t xml:space="preserve"> it.</w:t>
        <w:br/>
        <w:t>想对他做个笔录</w:t>
        <w:br/>
        <w:t>Tried</w:t>
      </w:r>
      <w:r>
        <w:t xml:space="preserve"> to</w:t>
      </w:r>
      <w:r>
        <w:t xml:space="preserve"> get</w:t>
      </w:r>
      <w:r>
        <w:t xml:space="preserve"> his</w:t>
      </w:r>
      <w:r>
        <w:t xml:space="preserve"> statement.</w:t>
        <w:br/>
        <w:t>这家伙什么都不说</w:t>
        <w:br/>
        <w:t>Our</w:t>
      </w:r>
      <w:r>
        <w:t xml:space="preserve"> guy</w:t>
      </w:r>
      <w:r>
        <w:t xml:space="preserve"> had</w:t>
      </w:r>
      <w:r>
        <w:t xml:space="preserve"> very</w:t>
      </w:r>
      <w:r>
        <w:t xml:space="preserve"> little</w:t>
      </w:r>
      <w:r>
        <w:t xml:space="preserve"> to</w:t>
      </w:r>
      <w:r>
        <w:t xml:space="preserve"> say.</w:t>
        <w:br/>
        <w:t>声称自己不知为何受到袭击</w:t>
        <w:br/>
        <w:t>Claims</w:t>
      </w:r>
      <w:r>
        <w:t xml:space="preserve"> he</w:t>
      </w:r>
      <w:r>
        <w:t xml:space="preserve"> has</w:t>
      </w:r>
      <w:r>
        <w:t xml:space="preserve"> no</w:t>
      </w:r>
      <w:r>
        <w:t xml:space="preserve"> idea</w:t>
      </w:r>
      <w:r>
        <w:t xml:space="preserve"> why</w:t>
      </w:r>
      <w:r>
        <w:t xml:space="preserve"> he</w:t>
      </w:r>
      <w:r>
        <w:t xml:space="preserve"> was</w:t>
      </w:r>
      <w:r>
        <w:t xml:space="preserve"> targeted.</w:t>
        <w:br/>
        <w:t>不</w:t>
      </w:r>
      <w:r>
        <w:t xml:space="preserve"> </w:t>
      </w:r>
      <w:r>
        <w:t xml:space="preserve"> 我才不相信他</w:t>
      </w:r>
      <w:r>
        <w:t xml:space="preserve"> </w:t>
      </w:r>
      <w:r>
        <w:t xml:space="preserve"> 他在说谎</w:t>
        <w:br/>
        <w:t>No,</w:t>
      </w:r>
      <w:r>
        <w:t xml:space="preserve"> I</w:t>
      </w:r>
      <w:r>
        <w:t xml:space="preserve"> don't</w:t>
      </w:r>
      <w:r>
        <w:t xml:space="preserve"> believe</w:t>
      </w:r>
      <w:r>
        <w:t xml:space="preserve"> that</w:t>
      </w:r>
      <w:r>
        <w:t xml:space="preserve"> for</w:t>
      </w:r>
      <w:r>
        <w:t xml:space="preserve"> a</w:t>
      </w:r>
      <w:r>
        <w:t xml:space="preserve"> second.</w:t>
      </w:r>
      <w:r>
        <w:t xml:space="preserve"> He's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lying.</w:t>
        <w:br/>
        <w:t>他说谎的不止这点</w:t>
        <w:br/>
        <w:t>It's</w:t>
      </w:r>
      <w:r>
        <w:t xml:space="preserve"> not</w:t>
      </w:r>
      <w:r>
        <w:t xml:space="preserve"> his</w:t>
      </w:r>
      <w:r>
        <w:t xml:space="preserve"> only</w:t>
      </w:r>
      <w:r>
        <w:t xml:space="preserve"> lie.</w:t>
        <w:br/>
        <w:t>身份信息显示他叫海藤智茂木</w:t>
        <w:br/>
        <w:t>His</w:t>
      </w:r>
      <w:r>
        <w:t xml:space="preserve"> ID</w:t>
      </w:r>
      <w:r>
        <w:t xml:space="preserve"> says</w:t>
      </w:r>
      <w:r>
        <w:t xml:space="preserve"> his</w:t>
      </w:r>
      <w:r>
        <w:t xml:space="preserve"> name</w:t>
      </w:r>
      <w:r>
        <w:t xml:space="preserve"> is</w:t>
      </w:r>
      <w:r>
        <w:t xml:space="preserve"> Timoki</w:t>
      </w:r>
      <w:r>
        <w:t xml:space="preserve"> Kaito.</w:t>
        <w:br/>
        <w:t>是使命植物园的园丁</w:t>
        <w:br/>
        <w:t>He's</w:t>
      </w:r>
      <w:r>
        <w:t xml:space="preserve"> a</w:t>
      </w:r>
      <w:r>
        <w:t xml:space="preserve"> groundskeeper</w:t>
      </w:r>
      <w:r>
        <w:t xml:space="preserve"> at</w:t>
      </w:r>
      <w:r>
        <w:t xml:space="preserve"> Mission</w:t>
      </w:r>
      <w:r>
        <w:t xml:space="preserve"> Botanical</w:t>
      </w:r>
      <w:r>
        <w:t xml:space="preserve"> Gardens.</w:t>
        <w:br/>
        <w:t>阿尔法罗查了一下</w:t>
        <w:br/>
        <w:t>Alfaro</w:t>
      </w:r>
      <w:r>
        <w:t xml:space="preserve"> ran</w:t>
      </w:r>
      <w:r>
        <w:t xml:space="preserve"> a</w:t>
      </w:r>
      <w:r>
        <w:t xml:space="preserve"> check.</w:t>
        <w:br/>
        <w:t>只有园丁部分是实话</w:t>
        <w:br/>
        <w:t>Groundskeeper,</w:t>
      </w:r>
      <w:r>
        <w:t xml:space="preserve"> only</w:t>
      </w:r>
      <w:r>
        <w:t xml:space="preserve"> part</w:t>
      </w:r>
      <w:r>
        <w:t xml:space="preserve"> of</w:t>
      </w:r>
      <w:r>
        <w:t xml:space="preserve"> that</w:t>
      </w:r>
      <w:r>
        <w:t xml:space="preserve"> story</w:t>
      </w:r>
      <w:r>
        <w:t xml:space="preserve"> that's</w:t>
      </w:r>
      <w:r>
        <w:t xml:space="preserve"> true.</w:t>
        <w:br/>
        <w:t>所以智茂木并不是他的真名</w:t>
        <w:br/>
        <w:t>So</w:t>
      </w:r>
      <w:r>
        <w:t xml:space="preserve"> Timoki's</w:t>
      </w:r>
      <w:r>
        <w:t xml:space="preserve"> not</w:t>
      </w:r>
      <w:r>
        <w:t xml:space="preserve"> his</w:t>
      </w:r>
      <w:r>
        <w:t xml:space="preserve"> real</w:t>
      </w:r>
      <w:r>
        <w:t xml:space="preserve"> name.</w:t>
        <w:br/>
        <w:t>对</w:t>
      </w:r>
      <w:r>
        <w:t xml:space="preserve"> </w:t>
      </w:r>
      <w:r>
        <w:t xml:space="preserve"> 假身份</w:t>
        <w:br/>
        <w:t>Yeah,</w:t>
      </w:r>
      <w:r>
        <w:t xml:space="preserve"> a</w:t>
      </w:r>
      <w:r>
        <w:t xml:space="preserve"> bogus</w:t>
      </w:r>
      <w:r>
        <w:t xml:space="preserve"> ID,</w:t>
        <w:br/>
        <w:t>和他们的第一个目标伊藤空一样</w:t>
        <w:br/>
        <w:t>same</w:t>
      </w:r>
      <w:r>
        <w:t xml:space="preserve"> as</w:t>
      </w:r>
      <w:r>
        <w:t xml:space="preserve"> their</w:t>
      </w:r>
      <w:r>
        <w:t xml:space="preserve"> first</w:t>
      </w:r>
      <w:r>
        <w:t xml:space="preserve"> target,</w:t>
      </w:r>
      <w:r>
        <w:t xml:space="preserve"> Suki</w:t>
      </w:r>
      <w:r>
        <w:t xml:space="preserve"> Ito.</w:t>
        <w:br/>
        <w:t>黑帮绑&amp;hearts;架&amp;hearts;并杀了伊藤</w:t>
        <w:br/>
        <w:t>The</w:t>
      </w:r>
      <w:r>
        <w:t xml:space="preserve"> yakuza</w:t>
      </w:r>
      <w:r>
        <w:t xml:space="preserve"> abducted</w:t>
      </w:r>
      <w:r>
        <w:t xml:space="preserve"> and</w:t>
      </w:r>
      <w:r>
        <w:t xml:space="preserve"> killed</w:t>
      </w:r>
      <w:r>
        <w:t xml:space="preserve"> Suki</w:t>
        <w:br/>
        <w:t>就为了找到这个人</w:t>
        <w:br/>
        <w:t>in</w:t>
      </w:r>
      <w:r>
        <w:t xml:space="preserve"> order</w:t>
      </w:r>
      <w:r>
        <w:t xml:space="preserve"> to</w:t>
      </w:r>
      <w:r>
        <w:t xml:space="preserve"> get</w:t>
      </w:r>
      <w:r>
        <w:t xml:space="preserve"> to</w:t>
      </w:r>
      <w:r>
        <w:t xml:space="preserve"> this</w:t>
      </w:r>
      <w:r>
        <w:t xml:space="preserve"> guy.</w:t>
        <w:br/>
        <w:t>他压根就不可能</w:t>
        <w:br/>
        <w:t>There's</w:t>
      </w:r>
      <w:r>
        <w:t xml:space="preserve"> not</w:t>
      </w:r>
      <w:r>
        <w:t xml:space="preserve"> a</w:t>
      </w:r>
      <w:r>
        <w:t xml:space="preserve"> chance</w:t>
      </w:r>
      <w:r>
        <w:t xml:space="preserve"> in</w:t>
      </w:r>
      <w:r>
        <w:t xml:space="preserve"> hell</w:t>
        <w:br/>
        <w:t>不知道这到底是怎么回事</w:t>
        <w:br/>
        <w:t>he</w:t>
      </w:r>
      <w:r>
        <w:t xml:space="preserve"> doesn't</w:t>
      </w:r>
      <w:r>
        <w:t xml:space="preserve"> know</w:t>
      </w:r>
      <w:r>
        <w:t xml:space="preserve"> what</w:t>
      </w:r>
      <w:r>
        <w:t xml:space="preserve"> this</w:t>
      </w:r>
      <w:r>
        <w:t xml:space="preserve"> is</w:t>
      </w:r>
      <w:r>
        <w:t xml:space="preserve"> about.</w:t>
        <w:br/>
        <w:t>洪都</w:t>
        <w:br/>
        <w:t>Hondo.</w:t>
        <w:br/>
        <w:t>如果是来寻找答案</w:t>
      </w:r>
      <w:r>
        <w:t xml:space="preserve"> </w:t>
      </w:r>
      <w:r>
        <w:t xml:space="preserve"> 那你找错地方了</w:t>
        <w:br/>
        <w:t>If</w:t>
      </w:r>
      <w:r>
        <w:t xml:space="preserve"> you're</w:t>
      </w:r>
      <w:r>
        <w:t xml:space="preserve"> looking</w:t>
      </w:r>
      <w:r>
        <w:t xml:space="preserve"> for</w:t>
      </w:r>
      <w:r>
        <w:t xml:space="preserve"> answers,</w:t>
      </w:r>
      <w:r>
        <w:t xml:space="preserve"> you</w:t>
      </w:r>
      <w:r>
        <w:t xml:space="preserve"> came</w:t>
      </w:r>
      <w:r>
        <w:t xml:space="preserve"> to</w:t>
      </w:r>
      <w:r>
        <w:t xml:space="preserve"> the</w:t>
      </w:r>
      <w:r>
        <w:t xml:space="preserve"> wrong</w:t>
      </w:r>
      <w:r>
        <w:t xml:space="preserve"> place.</w:t>
        <w:br/>
        <w:t>我也许找到了谜团的一点线索</w:t>
        <w:br/>
        <w:t>Well,</w:t>
      </w:r>
      <w:r>
        <w:t xml:space="preserve"> I</w:t>
      </w:r>
      <w:r>
        <w:t xml:space="preserve"> might</w:t>
      </w:r>
      <w:r>
        <w:t xml:space="preserve"> have</w:t>
      </w:r>
      <w:r>
        <w:t xml:space="preserve"> a</w:t>
      </w:r>
      <w:r>
        <w:t xml:space="preserve"> small</w:t>
      </w:r>
      <w:r>
        <w:t xml:space="preserve"> piece</w:t>
      </w:r>
      <w:r>
        <w:t xml:space="preserve"> of</w:t>
      </w:r>
      <w:r>
        <w:t xml:space="preserve"> the</w:t>
      </w:r>
      <w:r>
        <w:t xml:space="preserve"> puzzle.</w:t>
        <w:br/>
        <w:t>刚接到东京警方电&amp;hearts;话&amp;hearts;</w:t>
        <w:br/>
        <w:t>Just</w:t>
      </w:r>
      <w:r>
        <w:t xml:space="preserve"> heard</w:t>
      </w:r>
      <w:r>
        <w:t xml:space="preserve"> back</w:t>
      </w:r>
      <w:r>
        <w:t xml:space="preserve"> from</w:t>
      </w:r>
      <w:r>
        <w:t xml:space="preserve"> Tokyo</w:t>
      </w:r>
      <w:r>
        <w:t xml:space="preserve"> PD.</w:t>
        <w:br/>
        <w:t>第一个受害人</w:t>
      </w:r>
      <w:r>
        <w:t xml:space="preserve"> </w:t>
      </w:r>
      <w:r>
        <w:t xml:space="preserve"> 伊藤空</w:t>
        <w:br/>
        <w:t>The</w:t>
      </w:r>
      <w:r>
        <w:t xml:space="preserve"> first</w:t>
      </w:r>
      <w:r>
        <w:t xml:space="preserve"> victim,</w:t>
      </w:r>
      <w:r>
        <w:t xml:space="preserve"> Suki</w:t>
      </w:r>
      <w:r>
        <w:t xml:space="preserve"> Ito,</w:t>
        <w:br/>
        <w:t>她真名叫阿朵贵美子</w:t>
        <w:br/>
        <w:t>her</w:t>
      </w:r>
      <w:r>
        <w:t xml:space="preserve"> real</w:t>
      </w:r>
      <w:r>
        <w:t xml:space="preserve"> name</w:t>
      </w:r>
      <w:r>
        <w:t xml:space="preserve"> is</w:t>
      </w:r>
      <w:r>
        <w:t xml:space="preserve"> Kimiko</w:t>
      </w:r>
      <w:r>
        <w:t xml:space="preserve"> Ado.</w:t>
        <w:br/>
        <w:t>根据东京警方所说</w:t>
        <w:br/>
        <w:t>According</w:t>
      </w:r>
      <w:r>
        <w:t xml:space="preserve"> to</w:t>
      </w:r>
      <w:r>
        <w:t xml:space="preserve"> Tokyo,</w:t>
        <w:br/>
        <w:t>她是美国境内的对接人</w:t>
        <w:br/>
        <w:t>she</w:t>
      </w:r>
      <w:r>
        <w:t xml:space="preserve"> was</w:t>
      </w:r>
      <w:r>
        <w:t xml:space="preserve"> the</w:t>
      </w:r>
      <w:r>
        <w:t xml:space="preserve"> stateside</w:t>
      </w:r>
      <w:r>
        <w:t xml:space="preserve"> end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of</w:t>
        <w:br/>
        <w:t>负责对接日本的"夜间搬家"行动</w:t>
        <w:br/>
        <w:t>a</w:t>
      </w:r>
      <w:r>
        <w:t xml:space="preserve"> Japan-based</w:t>
      </w:r>
      <w:r>
        <w:t xml:space="preserve"> "Night</w:t>
      </w:r>
      <w:r>
        <w:t xml:space="preserve"> Moving"</w:t>
      </w:r>
      <w:r>
        <w:t xml:space="preserve"> Operation.</w:t>
        <w:br/>
        <w:t>"夜间搬家"</w:t>
        <w:br/>
        <w:t>"Night</w:t>
      </w:r>
      <w:r>
        <w:t xml:space="preserve"> Moving"?</w:t>
        <w:br/>
        <w:t>一个给钱就能改头换面的私人机构</w:t>
        <w:br/>
        <w:t>It's</w:t>
      </w:r>
      <w:r>
        <w:t xml:space="preserve"> a</w:t>
      </w:r>
      <w:r>
        <w:t xml:space="preserve"> private</w:t>
      </w:r>
      <w:r>
        <w:t xml:space="preserve"> service</w:t>
      </w:r>
      <w:r>
        <w:t xml:space="preserve"> that</w:t>
      </w:r>
      <w:r>
        <w:t xml:space="preserve"> can</w:t>
      </w:r>
      <w:r>
        <w:t xml:space="preserve"> disappear</w:t>
      </w:r>
      <w:r>
        <w:t xml:space="preserve"> you</w:t>
      </w:r>
      <w:r>
        <w:t xml:space="preserve"> for</w:t>
      </w:r>
      <w:r>
        <w:t xml:space="preserve"> a</w:t>
      </w:r>
      <w:r>
        <w:t xml:space="preserve"> price.</w:t>
        <w:br/>
        <w:t>无论是逃离不幸的婚姻</w:t>
      </w:r>
      <w:r>
        <w:t xml:space="preserve"> </w:t>
      </w:r>
      <w:r>
        <w:t xml:space="preserve"> 躲避巨额债务</w:t>
        <w:br/>
        <w:t>Whether</w:t>
      </w:r>
      <w:r>
        <w:t xml:space="preserve"> you're</w:t>
      </w:r>
      <w:r>
        <w:t xml:space="preserve"> running</w:t>
      </w:r>
      <w:r>
        <w:t xml:space="preserve"> from</w:t>
      </w:r>
      <w:r>
        <w:t xml:space="preserve"> an</w:t>
      </w:r>
      <w:r>
        <w:t xml:space="preserve"> unhappy</w:t>
      </w:r>
      <w:r>
        <w:t xml:space="preserve"> marriage,</w:t>
      </w:r>
      <w:r>
        <w:t xml:space="preserve"> major</w:t>
      </w:r>
      <w:r>
        <w:t xml:space="preserve"> debt,</w:t>
        <w:br/>
        <w:t>客户都能得到新身份</w:t>
      </w:r>
      <w:r>
        <w:t xml:space="preserve"> </w:t>
      </w:r>
      <w:r>
        <w:t xml:space="preserve"> 重新开始</w:t>
        <w:br/>
        <w:t>you</w:t>
      </w:r>
      <w:r>
        <w:t xml:space="preserve"> can</w:t>
      </w:r>
      <w:r>
        <w:t xml:space="preserve"> get</w:t>
      </w:r>
      <w:r>
        <w:t xml:space="preserve"> a</w:t>
      </w:r>
      <w:r>
        <w:t xml:space="preserve"> whole</w:t>
      </w:r>
      <w:r>
        <w:t xml:space="preserve"> new</w:t>
      </w:r>
      <w:r>
        <w:t xml:space="preserve"> life</w:t>
      </w:r>
      <w:r>
        <w:t xml:space="preserve"> and</w:t>
      </w:r>
      <w:r>
        <w:t xml:space="preserve"> vanish</w:t>
      </w:r>
      <w:r>
        <w:t xml:space="preserve"> the</w:t>
      </w:r>
      <w:r>
        <w:t xml:space="preserve"> old</w:t>
      </w:r>
      <w:r>
        <w:t xml:space="preserve"> one.</w:t>
        <w:br/>
        <w:t>就像定向证人保护项目</w:t>
        <w:br/>
        <w:t>Like</w:t>
      </w:r>
      <w:r>
        <w:t xml:space="preserve"> a</w:t>
      </w:r>
      <w:r>
        <w:t xml:space="preserve"> designer</w:t>
      </w:r>
      <w:r>
        <w:t xml:space="preserve"> witness</w:t>
      </w:r>
      <w:r>
        <w:t xml:space="preserve"> protection</w:t>
      </w:r>
      <w:r>
        <w:t xml:space="preserve"> program.</w:t>
        <w:br/>
        <w:t>只是在日本不太常见</w:t>
        <w:br/>
        <w:t>Apparently</w:t>
      </w:r>
      <w:r>
        <w:t xml:space="preserve"> it's</w:t>
      </w:r>
      <w:r>
        <w:t xml:space="preserve"> not</w:t>
      </w:r>
      <w:r>
        <w:t xml:space="preserve"> that</w:t>
      </w:r>
      <w:r>
        <w:t xml:space="preserve"> uncommon</w:t>
      </w:r>
      <w:r>
        <w:t xml:space="preserve"> in</w:t>
      </w:r>
      <w:r>
        <w:t xml:space="preserve"> Japan.</w:t>
        <w:br/>
        <w:t>空</w:t>
      </w:r>
      <w:r>
        <w:t xml:space="preserve"> </w:t>
      </w:r>
      <w:r>
        <w:t xml:space="preserve"> 或者贵美子</w:t>
        <w:br/>
        <w:t>Suki,</w:t>
      </w:r>
      <w:r>
        <w:t xml:space="preserve"> or</w:t>
      </w:r>
      <w:r>
        <w:t xml:space="preserve"> Kimiko,</w:t>
        <w:br/>
        <w:t>是这边的对接人</w:t>
        <w:br/>
        <w:t>was</w:t>
      </w:r>
      <w:r>
        <w:t xml:space="preserve"> the</w:t>
      </w:r>
      <w:r>
        <w:t xml:space="preserve"> U.S.</w:t>
      </w:r>
      <w:r>
        <w:t xml:space="preserve"> Side.</w:t>
        <w:br/>
        <w:t>她会帮忙让美国的客户安置下来</w:t>
        <w:br/>
        <w:t>She'd</w:t>
      </w:r>
      <w:r>
        <w:t xml:space="preserve"> help</w:t>
      </w:r>
      <w:r>
        <w:t xml:space="preserve"> relocate</w:t>
      </w:r>
      <w:r>
        <w:t xml:space="preserve"> clients</w:t>
      </w:r>
      <w:r>
        <w:t xml:space="preserve"> in</w:t>
      </w:r>
      <w:r>
        <w:t xml:space="preserve"> the</w:t>
      </w:r>
      <w:r>
        <w:t xml:space="preserve"> States,</w:t>
        <w:br/>
        <w:t>为他们准备好新的身份</w:t>
        <w:br/>
        <w:t>set</w:t>
      </w:r>
      <w:r>
        <w:t xml:space="preserve"> them</w:t>
      </w:r>
      <w:r>
        <w:t xml:space="preserve"> up</w:t>
      </w:r>
      <w:r>
        <w:t xml:space="preserve"> with</w:t>
      </w:r>
      <w:r>
        <w:t xml:space="preserve"> new</w:t>
      </w:r>
      <w:r>
        <w:t xml:space="preserve"> identities.</w:t>
        <w:br/>
        <w:t>所以我们要找的人可能通过她的机构</w:t>
        <w:br/>
        <w:t>So</w:t>
      </w:r>
      <w:r>
        <w:t xml:space="preserve"> our</w:t>
      </w:r>
      <w:r>
        <w:t xml:space="preserve"> guy</w:t>
      </w:r>
      <w:r>
        <w:t xml:space="preserve"> probably</w:t>
      </w:r>
      <w:r>
        <w:t xml:space="preserve"> used</w:t>
      </w:r>
      <w:r>
        <w:t xml:space="preserve"> her</w:t>
      </w:r>
      <w:r>
        <w:t xml:space="preserve"> services</w:t>
        <w:br/>
        <w:t>从日本逃来了洛杉矶</w:t>
        <w:br/>
        <w:t>to</w:t>
      </w:r>
      <w:r>
        <w:t xml:space="preserve"> flee</w:t>
      </w:r>
      <w:r>
        <w:t xml:space="preserve"> Japan</w:t>
      </w:r>
      <w:r>
        <w:t xml:space="preserve"> and</w:t>
      </w:r>
      <w:r>
        <w:t xml:space="preserve"> start</w:t>
      </w:r>
      <w:r>
        <w:t xml:space="preserve"> a</w:t>
      </w:r>
      <w:r>
        <w:t xml:space="preserve"> new</w:t>
      </w:r>
      <w:r>
        <w:t xml:space="preserve"> life</w:t>
      </w:r>
      <w:r>
        <w:t xml:space="preserve"> here</w:t>
      </w:r>
      <w:r>
        <w:t xml:space="preserve"> in</w:t>
      </w:r>
      <w:r>
        <w:t xml:space="preserve"> L.A.</w:t>
        <w:br/>
        <w:t>但他避之不及的</w:t>
        <w:br/>
        <w:t>Except</w:t>
      </w:r>
      <w:r>
        <w:t xml:space="preserve"> whatever</w:t>
      </w:r>
      <w:r>
        <w:t xml:space="preserve"> he</w:t>
      </w:r>
      <w:r>
        <w:t xml:space="preserve"> was</w:t>
      </w:r>
      <w:r>
        <w:t xml:space="preserve"> running</w:t>
      </w:r>
      <w:r>
        <w:t xml:space="preserve"> from</w:t>
        <w:br/>
        <w:t>却打了他个措手不及</w:t>
        <w:br/>
        <w:t>caught</w:t>
      </w:r>
      <w:r>
        <w:t xml:space="preserve"> up</w:t>
      </w:r>
      <w:r>
        <w:t xml:space="preserve"> with</w:t>
      </w:r>
      <w:r>
        <w:t xml:space="preserve"> him</w:t>
      </w:r>
      <w:r>
        <w:t xml:space="preserve"> in</w:t>
      </w:r>
      <w:r>
        <w:t xml:space="preserve"> a</w:t>
      </w:r>
      <w:r>
        <w:t xml:space="preserve"> big</w:t>
      </w:r>
      <w:r>
        <w:t xml:space="preserve"> way.</w:t>
        <w:br/>
        <w:t>海藤智茂木</w:t>
        <w:br/>
        <w:t>Timoki</w:t>
      </w:r>
      <w:r>
        <w:t xml:space="preserve"> Kaito.</w:t>
        <w:br/>
        <w:t>我只能这么叫你</w:t>
        <w:br/>
        <w:t>I'm</w:t>
      </w:r>
      <w:r>
        <w:t xml:space="preserve"> only</w:t>
      </w:r>
      <w:r>
        <w:t xml:space="preserve"> calling</w:t>
      </w:r>
      <w:r>
        <w:t xml:space="preserve"> you</w:t>
      </w:r>
      <w:r>
        <w:t xml:space="preserve"> that</w:t>
        <w:br/>
        <w:t>毕竟我不知道你的真名</w:t>
        <w:br/>
        <w:t>because</w:t>
      </w:r>
      <w:r>
        <w:t xml:space="preserve"> I</w:t>
      </w:r>
      <w:r>
        <w:t xml:space="preserve"> don't</w:t>
      </w:r>
      <w:r>
        <w:t xml:space="preserve"> know</w:t>
      </w:r>
      <w:r>
        <w:t xml:space="preserve"> your</w:t>
      </w:r>
      <w:r>
        <w:t xml:space="preserve"> real</w:t>
      </w:r>
      <w:r>
        <w:t xml:space="preserve"> name.</w:t>
        <w:br/>
        <w:t>是时候坦白了</w:t>
        <w:br/>
        <w:t>It's</w:t>
      </w:r>
      <w:r>
        <w:t xml:space="preserve"> time</w:t>
      </w:r>
      <w:r>
        <w:t xml:space="preserve"> to</w:t>
      </w:r>
      <w:r>
        <w:t xml:space="preserve"> come</w:t>
      </w:r>
      <w:r>
        <w:t xml:space="preserve"> clean.</w:t>
        <w:br/>
        <w:t>告诉我这一切的缘由</w:t>
        <w:br/>
        <w:t>Tell</w:t>
      </w:r>
      <w:r>
        <w:t xml:space="preserve"> me</w:t>
      </w:r>
      <w:r>
        <w:t xml:space="preserve"> what</w:t>
      </w:r>
      <w:r>
        <w:t xml:space="preserve"> this</w:t>
      </w:r>
      <w:r>
        <w:t xml:space="preserve"> is</w:t>
      </w:r>
      <w:r>
        <w:t xml:space="preserve"> all</w:t>
      </w:r>
      <w:r>
        <w:t xml:space="preserve"> about.</w:t>
        <w:br/>
        <w:t>恐怕我一无所知</w:t>
        <w:br/>
        <w:t>I'm</w:t>
      </w:r>
      <w:r>
        <w:t xml:space="preserve"> afraid</w:t>
      </w:r>
      <w:r>
        <w:t xml:space="preserve"> I</w:t>
      </w:r>
      <w:r>
        <w:t xml:space="preserve"> have</w:t>
      </w:r>
      <w:r>
        <w:t xml:space="preserve"> no</w:t>
      </w:r>
    </w:p>
    <w:p>
      <w:r>
        <w:t xml:space="preserve"> idea.</w:t>
        <w:br/>
        <w:t>刚刚那四个人</w:t>
        <w:br/>
        <w:t>So,</w:t>
      </w:r>
      <w:r>
        <w:t xml:space="preserve"> the</w:t>
      </w:r>
      <w:r>
        <w:t xml:space="preserve"> four</w:t>
      </w:r>
      <w:r>
        <w:t xml:space="preserve"> men</w:t>
      </w:r>
      <w:r>
        <w:t xml:space="preserve"> that</w:t>
      </w:r>
      <w:r>
        <w:t xml:space="preserve"> were</w:t>
      </w:r>
      <w:r>
        <w:t xml:space="preserve"> here,</w:t>
        <w:br/>
        <w:t>东京黑暗帮派的那些成员</w:t>
        <w:br/>
        <w:t>the</w:t>
      </w:r>
      <w:r>
        <w:t xml:space="preserve"> members</w:t>
      </w:r>
      <w:r>
        <w:t xml:space="preserve"> of</w:t>
      </w:r>
      <w:r>
        <w:t xml:space="preserve"> the</w:t>
      </w:r>
      <w:r>
        <w:t xml:space="preserve"> Yami-Yami</w:t>
      </w:r>
      <w:r>
        <w:t xml:space="preserve"> clan</w:t>
      </w:r>
      <w:r>
        <w:t xml:space="preserve"> in</w:t>
      </w:r>
      <w:r>
        <w:t xml:space="preserve"> Tokyo,</w:t>
        <w:br/>
        <w:t>黑帮杀手</w:t>
        <w:br/>
        <w:t>yakuza</w:t>
      </w:r>
      <w:r>
        <w:t xml:space="preserve"> killers...</w:t>
        <w:br/>
        <w:t>你都不以为然吗</w:t>
        <w:br/>
        <w:t>Doesn't</w:t>
      </w:r>
      <w:r>
        <w:t xml:space="preserve"> mean</w:t>
      </w:r>
      <w:r>
        <w:t xml:space="preserve"> anything</w:t>
      </w:r>
      <w:r>
        <w:t xml:space="preserve"> to</w:t>
      </w:r>
      <w:r>
        <w:t xml:space="preserve"> you?</w:t>
        <w:br/>
        <w:t>我是在帮你</w:t>
        <w:br/>
        <w:t>I'm</w:t>
      </w:r>
      <w:r>
        <w:t xml:space="preserve"> trying</w:t>
      </w:r>
      <w:r>
        <w:t xml:space="preserve"> to</w:t>
      </w:r>
      <w:r>
        <w:t xml:space="preserve"> help</w:t>
      </w:r>
      <w:r>
        <w:t xml:space="preserve"> you.</w:t>
        <w:br/>
        <w:t>我不需要你的帮助</w:t>
        <w:br/>
        <w:t>I</w:t>
      </w:r>
      <w:r>
        <w:t xml:space="preserve"> did</w:t>
      </w:r>
      <w:r>
        <w:t xml:space="preserve"> not</w:t>
      </w:r>
      <w:r>
        <w:t xml:space="preserve"> ask</w:t>
      </w:r>
      <w:r>
        <w:t xml:space="preserve"> for</w:t>
      </w:r>
      <w:r>
        <w:t xml:space="preserve"> your</w:t>
      </w:r>
      <w:r>
        <w:t xml:space="preserve"> help.</w:t>
        <w:br/>
        <w:t>无论你卷入了什么</w:t>
        <w:br/>
        <w:t>Whatever</w:t>
      </w:r>
      <w:r>
        <w:t xml:space="preserve"> you're</w:t>
      </w:r>
      <w:r>
        <w:t xml:space="preserve"> in</w:t>
      </w:r>
      <w:r>
        <w:t xml:space="preserve"> the</w:t>
      </w:r>
      <w:r>
        <w:t xml:space="preserve"> middle</w:t>
      </w:r>
      <w:r>
        <w:t xml:space="preserve"> of</w:t>
      </w:r>
      <w:r>
        <w:t xml:space="preserve"> here,</w:t>
        <w:br/>
        <w:t>无辜的人因此受伤</w:t>
      </w:r>
      <w:r>
        <w:t xml:space="preserve"> </w:t>
      </w:r>
      <w:r>
        <w:t xml:space="preserve"> 送命</w:t>
        <w:br/>
        <w:t>innocent</w:t>
      </w:r>
      <w:r>
        <w:t xml:space="preserve"> people</w:t>
      </w:r>
      <w:r>
        <w:t xml:space="preserve"> have</w:t>
      </w:r>
      <w:r>
        <w:t xml:space="preserve"> been</w:t>
      </w:r>
      <w:r>
        <w:t xml:space="preserve"> hurt</w:t>
      </w:r>
      <w:r>
        <w:t xml:space="preserve"> and</w:t>
      </w:r>
      <w:r>
        <w:t xml:space="preserve"> killed.</w:t>
        <w:br/>
        <w:t>如果你还不坦白</w:t>
      </w:r>
      <w:r>
        <w:t xml:space="preserve"> </w:t>
      </w:r>
      <w:r>
        <w:t xml:space="preserve"> 拒绝提供线索</w:t>
        <w:br/>
        <w:t>If</w:t>
      </w:r>
      <w:r>
        <w:t xml:space="preserve"> you</w:t>
      </w:r>
      <w:r>
        <w:t xml:space="preserve"> don't</w:t>
      </w:r>
      <w:r>
        <w:t xml:space="preserve"> start</w:t>
      </w:r>
      <w:r>
        <w:t xml:space="preserve"> talking</w:t>
      </w:r>
      <w:r>
        <w:t xml:space="preserve"> and</w:t>
      </w:r>
      <w:r>
        <w:t xml:space="preserve"> help</w:t>
      </w:r>
      <w:r>
        <w:t xml:space="preserve"> us</w:t>
      </w:r>
      <w:r>
        <w:t xml:space="preserve"> get</w:t>
      </w:r>
      <w:r>
        <w:t xml:space="preserve"> these</w:t>
      </w:r>
      <w:r>
        <w:t xml:space="preserve"> guys,</w:t>
        <w:br/>
        <w:t>那你也是共犯</w:t>
        <w:br/>
        <w:t>you</w:t>
      </w:r>
      <w:r>
        <w:t xml:space="preserve"> share</w:t>
      </w:r>
      <w:r>
        <w:t xml:space="preserve"> the</w:t>
      </w:r>
      <w:r>
        <w:t xml:space="preserve"> blame.</w:t>
        <w:br/>
        <w:t>你该找的是那些杀人的年轻暴徒</w:t>
        <w:br/>
        <w:t>The</w:t>
      </w:r>
      <w:r>
        <w:t xml:space="preserve"> blame</w:t>
      </w:r>
      <w:r>
        <w:t xml:space="preserve"> is</w:t>
      </w:r>
      <w:r>
        <w:t xml:space="preserve"> on</w:t>
      </w:r>
      <w:r>
        <w:t xml:space="preserve"> the</w:t>
      </w:r>
      <w:r>
        <w:t xml:space="preserve"> young</w:t>
      </w:r>
      <w:r>
        <w:t xml:space="preserve"> thugs</w:t>
      </w:r>
      <w:r>
        <w:t xml:space="preserve"> doing</w:t>
      </w:r>
      <w:r>
        <w:t xml:space="preserve"> the</w:t>
      </w:r>
      <w:r>
        <w:t xml:space="preserve"> killing.</w:t>
        <w:br/>
        <w:t>他们毫无荣辱心</w:t>
        <w:br/>
        <w:t>They</w:t>
      </w:r>
      <w:r>
        <w:t xml:space="preserve"> have</w:t>
      </w:r>
      <w:r>
        <w:t xml:space="preserve"> no</w:t>
      </w:r>
      <w:r>
        <w:t xml:space="preserve"> honor.</w:t>
        <w:br/>
        <w:t>毫无底线</w:t>
        <w:br/>
        <w:t>They</w:t>
      </w:r>
      <w:r>
        <w:t xml:space="preserve"> abide</w:t>
      </w:r>
      <w:r>
        <w:t xml:space="preserve"> by</w:t>
      </w:r>
      <w:r>
        <w:t xml:space="preserve"> no</w:t>
      </w:r>
      <w:r>
        <w:t xml:space="preserve"> code.</w:t>
        <w:br/>
        <w:t>你有底线吗</w:t>
        <w:br/>
        <w:t>And</w:t>
      </w:r>
      <w:r>
        <w:t xml:space="preserve"> you</w:t>
      </w:r>
      <w:r>
        <w:t xml:space="preserve"> have</w:t>
      </w:r>
      <w:r>
        <w:t xml:space="preserve"> a</w:t>
      </w:r>
      <w:r>
        <w:t xml:space="preserve"> code?</w:t>
        <w:br/>
        <w:t>有人死了</w:t>
        <w:br/>
        <w:t>People</w:t>
      </w:r>
      <w:r>
        <w:t xml:space="preserve"> have</w:t>
      </w:r>
      <w:r>
        <w:t xml:space="preserve"> died.</w:t>
        <w:br/>
        <w:t>你还在隐瞒</w:t>
        <w:br/>
        <w:t>You</w:t>
      </w:r>
      <w:r>
        <w:t xml:space="preserve"> know</w:t>
      </w:r>
      <w:r>
        <w:t xml:space="preserve"> more</w:t>
      </w:r>
      <w:r>
        <w:t xml:space="preserve"> than</w:t>
      </w:r>
      <w:r>
        <w:t xml:space="preserve"> you're</w:t>
      </w:r>
      <w:r>
        <w:t xml:space="preserve"> telling</w:t>
      </w:r>
      <w:r>
        <w:t xml:space="preserve"> me.</w:t>
        <w:br/>
        <w:t>那你又有什么荣辱感</w:t>
        <w:br/>
        <w:t>Where's</w:t>
      </w:r>
      <w:r>
        <w:t xml:space="preserve"> the</w:t>
      </w:r>
      <w:r>
        <w:t xml:space="preserve"> honor</w:t>
      </w:r>
      <w:r>
        <w:t xml:space="preserve"> in</w:t>
      </w:r>
      <w:r>
        <w:t xml:space="preserve"> that?</w:t>
        <w:br/>
        <w:t>你不了解我</w:t>
        <w:br/>
        <w:t>You</w:t>
      </w:r>
      <w:r>
        <w:t xml:space="preserve"> know</w:t>
      </w:r>
      <w:r>
        <w:t xml:space="preserve"> nothing</w:t>
      </w:r>
      <w:r>
        <w:t xml:space="preserve"> about</w:t>
      </w:r>
      <w:r>
        <w:t xml:space="preserve"> me.</w:t>
        <w:br/>
        <w:t>我知道帮你离开日本的那个叫伊藤空的女人</w:t>
        <w:br/>
        <w:t>I</w:t>
      </w:r>
      <w:r>
        <w:t xml:space="preserve"> know</w:t>
      </w:r>
      <w:r>
        <w:t xml:space="preserve"> about</w:t>
      </w:r>
      <w:r>
        <w:t xml:space="preserve"> the</w:t>
      </w:r>
      <w:r>
        <w:t xml:space="preserve"> woman</w:t>
      </w:r>
      <w:r>
        <w:t xml:space="preserve"> who</w:t>
      </w:r>
      <w:r>
        <w:t xml:space="preserve"> got</w:t>
      </w:r>
      <w:r>
        <w:t xml:space="preserve"> you</w:t>
      </w:r>
      <w:r>
        <w:t xml:space="preserve"> out</w:t>
      </w:r>
      <w:r>
        <w:t xml:space="preserve"> of</w:t>
      </w:r>
      <w:r>
        <w:t xml:space="preserve"> Japan,</w:t>
      </w:r>
      <w:r>
        <w:t xml:space="preserve"> Suki</w:t>
      </w:r>
      <w:r>
        <w:t xml:space="preserve"> Ito.</w:t>
        <w:br/>
        <w:t>我知道是她联&amp;hearts;系&amp;hearts;了你</w:t>
      </w:r>
      <w:r>
        <w:t xml:space="preserve"> </w:t>
      </w:r>
      <w:r>
        <w:t xml:space="preserve"> 把你引到这儿</w:t>
        <w:br/>
        <w:t>I</w:t>
      </w:r>
      <w:r>
        <w:t xml:space="preserve"> know</w:t>
      </w:r>
      <w:r>
        <w:t xml:space="preserve"> that</w:t>
      </w:r>
      <w:r>
        <w:t xml:space="preserve"> she</w:t>
      </w:r>
      <w:r>
        <w:t xml:space="preserve"> called</w:t>
      </w:r>
      <w:r>
        <w:t xml:space="preserve"> you</w:t>
      </w:r>
      <w:r>
        <w:t xml:space="preserve"> and</w:t>
      </w:r>
      <w:r>
        <w:t xml:space="preserve"> lured</w:t>
      </w:r>
      <w:r>
        <w:t xml:space="preserve"> you</w:t>
      </w:r>
      <w:r>
        <w:t xml:space="preserve"> here.</w:t>
        <w:br/>
        <w:t>若不是有人持枪威胁她</w:t>
      </w:r>
      <w:r>
        <w:t xml:space="preserve">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https://d.book118.com/308117071140006046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0811707114000604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