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财务个人工作总结（30篇）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财务个人工作总结（通用30篇）</w:t>
      </w:r>
      <w:r>
        <w:rPr>
          <w:lang w:eastAsia="zh-CN"/>
        </w:rPr>
        <w:br/>
      </w:r>
      <w:r>
        <w:rPr>
          <w:lang w:eastAsia="zh-CN"/>
        </w:rPr>
        <w:t xml:space="preserve">    财务个人工作总结 篇1 </w:t>
      </w:r>
      <w:r>
        <w:rPr>
          <w:lang w:eastAsia="zh-CN"/>
        </w:rPr>
        <w:br/>
      </w:r>
      <w:r>
        <w:rPr>
          <w:lang w:eastAsia="zh-CN"/>
        </w:rPr>
        <w:t>　　一、紧抓基础工作</w:t>
      </w:r>
      <w:r>
        <w:rPr>
          <w:lang w:eastAsia="zh-CN"/>
        </w:rPr>
        <w:br/>
      </w:r>
      <w:r>
        <w:rPr>
          <w:lang w:eastAsia="zh-CN"/>
        </w:rPr>
        <w:t>　　本年工作中，我对于每一笔报销的原始凭证都认真仔细的核对，确保原始单据完整、真实、金额准确并符合规章制度的要求。每月按时提及融资利息、固定资产的折旧费用，及时归集已经发生的成本费用，按照建造合同进行成本收入的确认。</w:t>
      </w:r>
      <w:r>
        <w:rPr>
          <w:lang w:eastAsia="zh-CN"/>
        </w:rPr>
        <w:br/>
      </w:r>
      <w:r>
        <w:rPr>
          <w:lang w:eastAsia="zh-CN"/>
        </w:rPr>
        <w:t>　　今年，我处理福清、永泰、福州地铁二号线项目以及中交海峡项目公司资金结算超过5000笔，审批单据超过3000笔，发起付款超过500笔，没有出现一笔错误。每月底，我都会认真检查当月的凭证是否正确，会计科目使用是否合理，往来单位挂账有没有错误等，保证每笔凭证都正确、规范。月末、季末、年中以及年末，我会按照要求及时准确的填报月报、季报、中报以及年报及统计各类财务数据的电子表格。此外，我还按照领导要求，每月5号之前做一个简要的财务分析报告，用于时事反应项目的财务状况，让项目经理等领导时事把握项目的资金、债权债务、收入成本以及利润等重要财务指标。</w:t>
      </w:r>
      <w:r>
        <w:rPr>
          <w:lang w:eastAsia="zh-CN"/>
        </w:rPr>
        <w:br/>
      </w:r>
      <w:r>
        <w:rPr>
          <w:lang w:eastAsia="zh-CN"/>
        </w:rPr>
        <w:t>　　二、夯实业务技能，不断学习，提高会计核算水平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入职以来，我针对建筑业建造合同核算，一是努力学习会计准则和集团、公司下发的核算办法;二是在日常的工作中，我经常学习集团财务共享中心的老师对各类业务进行账务处理的方法，并对产生疑问的单据向共享中心的老师进行请教;三是通过培训提升自己业务水平，总承包公司经常通过视频会议的方式进行新的会计准则的培训，把会计准则的变动及时讲解清楚，指导我们日常的账务处理，保证与时俱进，账务处理规范，经得起审计;四是通过网络学习，不仅仅是每年进行会计继续教育学习，还会通过国家税务总局等网站，及时了解各类税务新规等制度，用于指导日常工作。日积月累，我现在基本掌握了建筑行业的各类业务的会计处理并能够独自进行相应的会计核算。</w:t>
      </w:r>
      <w:r>
        <w:rPr>
          <w:lang w:eastAsia="zh-CN"/>
        </w:rPr>
        <w:br/>
      </w:r>
      <w:r>
        <w:rPr>
          <w:lang w:eastAsia="zh-CN"/>
        </w:rPr>
        <w:t>　　三、协助融资管理，保证项目资金供给</w:t>
      </w:r>
      <w:r>
        <w:rPr>
          <w:lang w:eastAsia="zh-CN"/>
        </w:rPr>
        <w:br/>
      </w:r>
      <w:r>
        <w:rPr>
          <w:lang w:eastAsia="zh-CN"/>
        </w:rPr>
        <w:t>　　本年，为了支持工程施工，中交海峡建设投资发展有限公司进行了以应收账款保理、信用贷款为主要融资方式的短期融资。融资管理不仅仅需要预测月度、季度和年度的工程产值对应的工程款支付金额数量和时间，预测工程款收回金额及时间，规划偿还借款本息的时间;更要统筹考满家财政政策、金融市场资金情况等因素对融资成本和融资成功率的影响。本年中交海峡与国开行进行了超过20亿元的无追索权的应收账款保理，不仅仅保证了项目的资金需求，更是有效地降低了应收账款余额，优化了资本结构。此外，还与中国建设银行、广东发展银行钱到了超过10亿元的短期流动贷款合同，用于满足项目资金需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四、遵守规章制度</w:t>
      </w:r>
      <w:r>
        <w:rPr>
          <w:lang w:eastAsia="zh-CN"/>
        </w:rPr>
        <w:br/>
      </w:r>
      <w:r>
        <w:rPr>
          <w:lang w:eastAsia="zh-CN"/>
        </w:rPr>
        <w:t>　　进入公司以来，我不断学习公司各项制度，在工作中按照国家财经法规和公司制度的规定办事，在实务工作中我本着客观、严谨、细致的原则，在办理报销业务时做到实事求是、细心审核、加强监督，严格执行财务纪律，按照公司和项目有关规定进行财务报账工作。在审核原始凭证时，对不真实、不合规、不合法的原始凭证敢于指出，坚决不予报销;对记载不准确、不完整的原始凭证，予以退回，要求经办人员更正、补充。通过认真的审核和监督，保证了会计凭证手续齐备、规范合法，确保了会计信息的真实、合法、准确、完整，切实发挥了财务核算和监督的作用。</w:t>
      </w:r>
      <w:r>
        <w:rPr>
          <w:lang w:eastAsia="zh-CN"/>
        </w:rPr>
        <w:br/>
      </w:r>
      <w:r>
        <w:rPr>
          <w:lang w:eastAsia="zh-CN"/>
        </w:rPr>
        <w:t>　　五、总结</w:t>
      </w:r>
      <w:r>
        <w:rPr>
          <w:lang w:eastAsia="zh-CN"/>
        </w:rPr>
        <w:br/>
      </w:r>
      <w:r>
        <w:rPr>
          <w:lang w:eastAsia="zh-CN"/>
        </w:rPr>
        <w:t>　　总之，在20__年，我能够遵纪守法、认真学习、努力钻研、扎实工作，以勤勤恳恳、兢兢业业的态度对待本职工作，在财务岗位上发挥了应有的作用，并取得了一定的工作成绩。</w:t>
      </w:r>
      <w:r>
        <w:rPr>
          <w:lang w:eastAsia="zh-CN"/>
        </w:rPr>
        <w:br/>
      </w:r>
      <w:r>
        <w:rPr>
          <w:lang w:eastAsia="zh-CN"/>
        </w:rPr>
        <w:t xml:space="preserve">    财务个人工作总结 篇2 </w:t>
      </w:r>
      <w:r>
        <w:rPr>
          <w:lang w:eastAsia="zh-CN"/>
        </w:rPr>
        <w:br/>
      </w:r>
      <w:r>
        <w:rPr>
          <w:lang w:eastAsia="zh-CN"/>
        </w:rPr>
        <w:t>　　又到了这紧张的时刻了。以下是我的账务个人工作总结：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光阴如梭，20__下半年的工作转瞬又将成为历史，今天站在这个发言席上，我多想骄傲自豪地说一声：“一份耕坛一份收获，我没有辜负领导的期望”。然而，近阶段的工作检查与仓库管理员的理论考试的结果，让我切切实实看到了财务管理的许多薄弱之处，作为财务部的主要责任领导，我负有不可推卸的责任。“务实、求实、抓落实”，对照公司的精益管理高标准严要求，唯有先调整自己的理念，彻底转变观念，从全新的角度审视和重整自身工作，才能让各项工作真正落实到实处，下面本人查找问题如下：</w:t>
      </w:r>
      <w:r>
        <w:rPr>
          <w:lang w:eastAsia="zh-CN"/>
        </w:rPr>
        <w:br/>
      </w:r>
      <w:r>
        <w:rPr>
          <w:lang w:eastAsia="zh-CN"/>
        </w:rPr>
        <w:t>　　其一、年初至今，财务部整个条线人员一直没有得到过稳定，大事小事，压在身上，往往重视了这头却忽视了那头，有点头轻脚重没能全方位地进行管理;</w:t>
      </w:r>
      <w:r>
        <w:rPr>
          <w:lang w:eastAsia="zh-CN"/>
        </w:rPr>
        <w:br/>
      </w:r>
      <w:r>
        <w:rPr>
          <w:lang w:eastAsia="zh-CN"/>
        </w:rPr>
        <w:t>　　其二、人员的不够稳定使工作进入疲劳状态，恶性循环，导致工作思路不清晰，忽略了管理员的业务培训。</w:t>
      </w:r>
      <w:r>
        <w:rPr>
          <w:lang w:eastAsia="zh-CN"/>
        </w:rPr>
        <w:br/>
      </w:r>
      <w:r>
        <w:rPr>
          <w:lang w:eastAsia="zh-CN"/>
        </w:rPr>
        <w:t>　　其三、主观上思想有过动摇，未给自己加压，没有真正进入角色;</w:t>
      </w:r>
      <w:r>
        <w:rPr>
          <w:lang w:eastAsia="zh-CN"/>
        </w:rPr>
        <w:br/>
      </w:r>
      <w:r>
        <w:rPr>
          <w:lang w:eastAsia="zh-CN"/>
        </w:rPr>
        <w:t>　　其四、忽略了团队管理，与各级领导、各个部门之间缺乏沟通;</w:t>
      </w:r>
      <w:r>
        <w:rPr>
          <w:lang w:eastAsia="zh-CN"/>
        </w:rPr>
        <w:br/>
      </w:r>
      <w:r>
        <w:rPr>
          <w:lang w:eastAsia="zh-CN"/>
        </w:rPr>
        <w:t>　　其五、工作思路上没有创新意识，比如目标管理思路上不清晰，绩效管理上力度不够，出现问题后处理力度不够;</w:t>
      </w:r>
      <w:r>
        <w:rPr>
          <w:lang w:eastAsia="zh-CN"/>
        </w:rPr>
        <w:br/>
      </w:r>
      <w:r>
        <w:rPr>
          <w:lang w:eastAsia="zh-CN"/>
        </w:rPr>
        <w:t>　　以上几点是我部门与个人存在的最主要的问题根源，财务部门作为公司的一个主要职能监督部门，“当好家、理好财，更好地服务企业”是我财务部门应尽的职责。在公司加强管理、规范经济行为、提高企业竞争力等等方面我们负有很大的义务与责任。只有不断的反省与总结，管理工作才能得到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查找不足赶先进，立足根本争先进”，时值__集团提出“树标兵、学先进、促发展、争效益”活动、润发机械又一度成为整个集团的标兵企业，“__企业与本公司进行对口红旗竞赛”的今天，作为个人我们要实现体现自已的人身价值，企业的兴衰直接关系到个人的荣辱，作为财务管理部门，为公司实现共同的目标我们要添砖加瓦，学习润机的六种精神：艰苦创业精神、改革创新精神、拓展市场精神、精益管理精神、永不满足精神、顾全大局精神。我们要把这六种精神贯穿于具体的工作中中去，下半年工作作为财务部的主要责任领导，对于“如何提高自我，服务于企业”这门必修课，我将不断地加强学习，完善自我，把“学习先进、赶超先进、争当先进”融入到工作中去，重点将放在加强仓库管理与财务分析这二块，下面就工作计划与思路向大会作一汇报：</w:t>
      </w:r>
      <w:r>
        <w:rPr>
          <w:lang w:eastAsia="zh-CN"/>
        </w:rPr>
        <w:br/>
      </w:r>
      <w:r>
        <w:rPr>
          <w:lang w:eastAsia="zh-CN"/>
        </w:rPr>
        <w:t>　　一、完善公司内部管理制度;部门责任领导明确分工的职责，加强责任考核;内部管理制度通过将近一年多来的实施，仍然有许多不合理的地方，为使企业的管理制度更趋于完善，财务部将结合集团管理的要求，与有关部门进行修正。部门责任领导之间明确分工职责，按照年初签定的责任合同，组织落实强化到位，领导之间相互信任，遇事不推诿，搞好通力协助，对分管内容加强责任考核力度，做到奖罚分明;</w:t>
      </w:r>
      <w:r>
        <w:rPr>
          <w:lang w:eastAsia="zh-CN"/>
        </w:rPr>
        <w:br/>
      </w:r>
      <w:r>
        <w:rPr>
          <w:lang w:eastAsia="zh-CN"/>
        </w:rPr>
        <w:t>　　二、针对此次突击检查与仓库管理员的业务理论考试，合理调整组合人力资源，继续加强培训力度与仓库管理检查监督力度;会议之后我们将严格对仓库管理员实施目标管理与绩效管理，确定目标，达成目标，加强考核监督力度，与工资挂勾，真正做到奖罚分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加强团队建设，充分发挥财务职能部门的作用：作为财务部的责任领导，既是一名财务工作人员，也是财务管理制度的组织者，要有严谨、廉洁的工作作风和认真细致的工作态度，对条线人员要积极引导，做到上行下效，帮助条线人员解决问题，充分发挥团队的合作精神，学先进、赶先进、超先进，在条线中展开竞赛活动，发挥团队的力量，拧成一股绳，劲往一处使;在坚持原则的同时，我们坚持“三个满意二个放心”，三个满意是“让客户满意、让员工满意、让各部门主管领导满意”，二个放心是“让集团公司领导放心，让公司的老总与各级领导放心”;</w:t>
      </w:r>
      <w:r>
        <w:rPr>
          <w:lang w:eastAsia="zh-CN"/>
        </w:rPr>
        <w:br/>
      </w:r>
      <w:r>
        <w:rPr>
          <w:lang w:eastAsia="zh-CN"/>
        </w:rPr>
        <w:t>　　四、加大各项费用控制力度，充分发挥财务的核算与监督职能;今年是精益管理年、效益满意年、科技创新年，我们将继续加强各项费用的控制，行使财务监督职能，审核控制好各项开支，在财务核算工作中尽心尽职，认真处理审核每一笔业务;</w:t>
      </w:r>
      <w:r>
        <w:rPr>
          <w:lang w:eastAsia="zh-CN"/>
        </w:rPr>
        <w:br/>
      </w:r>
      <w:r>
        <w:rPr>
          <w:lang w:eastAsia="zh-CN"/>
        </w:rPr>
        <w:t>　　五、搞好财务分析，为领导提供有效的参考依据;我知道合理高效的财务分析思路与方法，是企业管理和决策水平提高的重要途径，并将使我们的工作事半功倍，在企业成本分析上向沈科学习、向车间的老师傅学习、向书本学习，为企业的生产经营销售，做好保本点与规模效益、销售定价分析等等，量化分析具体的财务数据，并结合企业总体战略，为企业决策和管理提供有力的财务信息支持;</w:t>
      </w:r>
      <w:r>
        <w:rPr>
          <w:lang w:eastAsia="zh-CN"/>
        </w:rPr>
        <w:br/>
      </w:r>
      <w:r>
        <w:rPr>
          <w:lang w:eastAsia="zh-CN"/>
        </w:rPr>
        <w:t>　　六、加强应收款催收管理力度，控制好库存材料与产品，提高资金的运行质量，合理控制资金的使用;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公司发展至今，生产资金的筹集，一直是个头痛的问题，大家都知道资金就跟人体的血液一样重要，我们公司的主要特点是物资采购量大、生产批量大、销售批量大，筹集资金是财务的一个主要职能，良好的银企关系，是企业融资的一根纽带，目前我们只能在应收款管理与库存管理上进行控制，压缩库存，合理生产，控制资金的流向，使库存原辅材料在保证生产的同时控制到最底线，在资金尤为紧张的情况下，财务部将从采购材料与产成品这一块有效地跟踪好资金的运作;</w:t>
      </w:r>
      <w:r>
        <w:rPr>
          <w:lang w:eastAsia="zh-CN"/>
        </w:rPr>
        <w:br/>
      </w:r>
      <w:r>
        <w:rPr>
          <w:lang w:eastAsia="zh-CN"/>
        </w:rPr>
        <w:t>　　七、继续做好各部门工资奖金的核算工作;今年公司对各部门都签订了责任合同，我财务部将继续严谨细致而认真地按照责任合同严格审核结算工资，并组织资金确保工资的发放;</w:t>
      </w:r>
      <w:r>
        <w:rPr>
          <w:lang w:eastAsia="zh-CN"/>
        </w:rPr>
        <w:br/>
      </w:r>
      <w:r>
        <w:rPr>
          <w:lang w:eastAsia="zh-CN"/>
        </w:rPr>
        <w:t>　　以上工作是我财务部下半年的主要工作，还有与集团搞好过渡衔接、废品的管理、规范财务核算程序等一系列工作都是我财务的一些本职工作，“查找不足赶先进，立足根本争先进”，这不是句空话，号角之声响起我们就要付诸与行动，利用团队精神集思广益，财务条线所有人员重点思考如何在管理上创新，如何在实施成本控制上做文章!总之，今后的工作中，还是年初责任领导会议上的那句话：我将不断地总结与反省，不断地鞭策自己并充实能量，提高自身素质与业务水平，以适应时代和企业的发展，与各位共同进步，与公司共同成长。</w:t>
      </w:r>
      <w:r>
        <w:rPr>
          <w:lang w:eastAsia="zh-CN"/>
        </w:rPr>
        <w:br/>
      </w:r>
      <w:r>
        <w:rPr>
          <w:lang w:eastAsia="zh-CN"/>
        </w:rPr>
        <w:t xml:space="preserve">    财务个人工作总结 篇3 </w:t>
      </w:r>
      <w:r>
        <w:rPr>
          <w:lang w:eastAsia="zh-CN"/>
        </w:rPr>
        <w:br/>
      </w:r>
      <w:r>
        <w:rPr>
          <w:lang w:eastAsia="zh-CN"/>
        </w:rPr>
        <w:t>　　在各级行的高度重视、正确领导和大力支持下，在各位同事的配合下，一年来，我能紧紧围绕省行24项履职要求，着重在业务经营、窗口建设、基础管理和财务核算上下功夫，团结和带领全体同仁恪尽职守、努力工作，圆满完成了全年各项工作任务。现将一年来本人的主要履职情况向大家汇报如下：</w:t>
      </w:r>
      <w:r>
        <w:rPr>
          <w:lang w:eastAsia="zh-CN"/>
        </w:rPr>
        <w:br/>
      </w:r>
      <w:r>
        <w:rPr>
          <w:lang w:eastAsia="zh-CN"/>
        </w:rPr>
        <w:t>　　一、认真贯彻落实会计基础管理会议精神狠抓会计内控建设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作为副行长兼会计主管，我的压力很大。为从根本上解决困扰我行的基础管理较差，内部控制力弱的的问题，我行于年初召开了高规格的会计基础管理工作会议。认真查找了我行会计基础管理方面存在的问题，深入分析了问题存在的原因，提出、制定了提高我行会计内控管理水平的.具体措施。作为会计出纳部的负责人，我把贯彻落实会计基础管理工作会议精神作为首要任务和履职工作的切入点，并从以下几个方面开展了工作：</w:t>
      </w:r>
      <w:r>
        <w:rPr>
          <w:lang w:eastAsia="zh-CN"/>
        </w:rPr>
        <w:br/>
      </w:r>
      <w:r>
        <w:rPr>
          <w:lang w:eastAsia="zh-CN"/>
        </w:rPr>
        <w:t>　　1、以抓《中国农业发展银行会计内控管理尽职指引》和在年初会计基础管理工作会议上签订的责任书的落实为契机，把各部室的负责人、临柜柜员、内勤主任、监管员以及办公室等相关职能部门纳入会计内控管理组织体系，大家各司其职、齐抓共管、相互制约、相互监督、一体考核，让会计内控管理关系更清晰，内控管理层次得到显著提升。</w:t>
      </w:r>
      <w:r>
        <w:rPr>
          <w:lang w:eastAsia="zh-CN"/>
        </w:rPr>
        <w:br/>
      </w:r>
      <w:r>
        <w:rPr>
          <w:lang w:eastAsia="zh-CN"/>
        </w:rPr>
        <w:t>　　2、坚持按月组织开展监管检查工作，促进会计内控管理水平逐步提高。会计监管是内控管理的重要组成部分和操作风险的重要防线。尽管面临各种各样的困难，我还是坚持按计划、按程序每月对营业部进行一次认真细致的检查。做到每次检查都有方案、有通知、有记录、有整改、对责任人有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从已经结束前十个月的检查监管情况来看，累计查出问题37个次，绝大部分问题得到整改或改善，处理或建议处理责任人2人次，其中扣发考核性工资4人次，扣款金额400元。我始终把实质重于形式作为监管的重要原则，通过持续、认真细致的监管，我行的会计内控管理水平有了明显的进步。</w:t>
      </w:r>
      <w:r>
        <w:rPr>
          <w:lang w:eastAsia="zh-CN"/>
        </w:rPr>
        <w:br/>
      </w:r>
      <w:r>
        <w:rPr>
          <w:lang w:eastAsia="zh-CN"/>
        </w:rPr>
        <w:t>　　3、坚持突击轮岗带班制度，充分发挥会计监控系统的监督作用。一是能促使各岗都能熟悉掌握不同岗位的业务操作，提高操作技能，另一方面让柜员自己互查，在离岗交接时显现隐性问题，创新防范风险的手段。我每月会不定期突击要求员工临时休假，然后自己临柜代班。今年来我已经累计代班23天，涉及柜面所有岗位。通过岗位轮换和全日制代班，已发现纠正涉及印鉴管理、借据管理、账簿记载、档案归档等方面共12处问题。通过调看监控录像观察临柜人员的操作程序是否合规，每周调看监控工作的提升和持续，直接促进了我行临柜人员工作效率的提高，规避了操作风险，更重要的是对会计人员产生了一种持续、强大的监督和威慑作用。</w:t>
      </w:r>
      <w:r>
        <w:rPr>
          <w:lang w:eastAsia="zh-CN"/>
        </w:rPr>
        <w:br/>
      </w:r>
      <w:r>
        <w:rPr>
          <w:lang w:eastAsia="zh-CN"/>
        </w:rPr>
        <w:t>　　4、注重提高副行长兼会计主管的业务素质和履职能力。副行长兼会计主管履职到位与否，是会计内控好坏的关键一环。一年来，我认真履行副行长兼会计主管职责，提升业务学习，分析内控形式，学习新的文件精神，研究解决管理中存在的实际问题。以会带训，不断提高副行长兼会计主管的履职能力。</w:t>
      </w:r>
      <w:r>
        <w:rPr>
          <w:lang w:eastAsia="zh-CN"/>
        </w:rPr>
        <w:br/>
      </w:r>
      <w:r>
        <w:rPr>
          <w:lang w:eastAsia="zh-CN"/>
        </w:rPr>
        <w:t>　　二、提升队伍建设创建文明规范窗口</w:t>
      </w:r>
      <w:r>
        <w:rPr>
          <w:lang w:eastAsia="zh-CN"/>
        </w:rPr>
        <w:br/>
      </w:r>
      <w:r>
        <w:rPr>
          <w:lang w:eastAsia="zh-CN"/>
        </w:rPr>
        <w:t>　　今年以来，我一直将内塑队伍素质，外树窗口形象，创建行业品牌作为重点工作来抓，主要表现为：</w:t>
      </w:r>
      <w:r>
        <w:rPr>
          <w:lang w:eastAsia="zh-CN"/>
        </w:rPr>
        <w:br/>
      </w:r>
      <w:r>
        <w:rPr>
          <w:lang w:eastAsia="zh-CN"/>
        </w:rPr>
        <w:t>　　一是建立奖惩制度，树立积极的农发行新风。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开展创建行业品牌活动以来，我明确了考核标准和落实检查监督措施，形成严格的奖罚制度。创新出台《营业窗口文明服务规范考核办法》，设立“周服务之星”、“月文明之星”、“季规范之星”、“业务精英奖”等，对客户口碑好、业务技能强、服务质量高的员工进行特别奖励。</w:t>
      </w:r>
      <w:r>
        <w:rPr>
          <w:lang w:eastAsia="zh-CN"/>
        </w:rPr>
        <w:br/>
      </w:r>
      <w:r>
        <w:rPr>
          <w:lang w:eastAsia="zh-CN"/>
        </w:rPr>
        <w:t>　　二是发挥窗口作用，全员倡导职业文明。</w:t>
      </w:r>
      <w:r>
        <w:rPr>
          <w:lang w:eastAsia="zh-CN"/>
        </w:rPr>
        <w:br/>
      </w:r>
      <w:r>
        <w:rPr>
          <w:lang w:eastAsia="zh-CN"/>
        </w:rPr>
        <w:t>　　在窗口环境建设上切实做到“形象统一规范”、“设备使用正常”、“环境整洁宜人”、“服务设施到位”、“宣传醒目规范”;在礼仪形象中严格执行“着装统一规范”、“形象整洁大方”、“行动文明得体”;要求员工贯彻执行“三好一提高”，即：服务好、态度好、业务好，提高办事效率的服务宗旨，还要做到“六声”，即：来有迎声、去有送声、咨询有答声、求助有请声、不足有歉声、合作有谢声;做好“五心”，即：服务态度要“热心”、接待客户要“诚心”、言谈举止要“虚心”、宣传解释要“耐心”、关心他人要“真心”的服务承诺，切实将职业文明落到实处。</w:t>
      </w:r>
      <w:r>
        <w:rPr>
          <w:lang w:eastAsia="zh-CN"/>
        </w:rPr>
        <w:br/>
      </w:r>
      <w:r>
        <w:rPr>
          <w:lang w:eastAsia="zh-CN"/>
        </w:rPr>
        <w:t xml:space="preserve">    财务个人工作总结 篇4 </w:t>
      </w:r>
      <w:r>
        <w:rPr>
          <w:lang w:eastAsia="zh-CN"/>
        </w:rPr>
        <w:br/>
      </w:r>
      <w:r>
        <w:rPr>
          <w:lang w:eastAsia="zh-CN"/>
        </w:rPr>
        <w:t>　　一.不断学习，更新知识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_年_月从财经学院财政金融系工业会计专业毕业。在校期间系统地学习了经济、财会基础理论和专业知识，还学习了英语。工作以后除了运用我所学到的理论知识指导工作以外，还有针对性地自学了“工业企业经营管理”、“工业企业会计”等有关专业知识。_年，我参加了工业部同工学院共同举办的会计干部训练班，专门学习、研究了现代管理方法的理论和实，并把管理会计、经营决策、长期投资决策和技术经济预测作为重点，进行了系统的研究。通过学习，丰富了知识，开阔了眼界，使我的预测、决策能力进一步提高。_年，我还参加了一次市经委举办的现代化管理学习班，学习的课程有：《价值工程》、《abc管理法》、《目标成本管理》、《市场预测》和《经营决策》共计5门课程。经考试获得结业证书。通过自学和多次参加培训，使我比较系统地掌握了财务会计理论知识和现人化管理知识，_年_月我参加全国会计专业技术统一考试取得会计师资格。</w:t>
      </w:r>
      <w:r>
        <w:rPr>
          <w:lang w:eastAsia="zh-CN"/>
        </w:rPr>
        <w:br/>
      </w:r>
      <w:r>
        <w:rPr>
          <w:lang w:eastAsia="zh-CN"/>
        </w:rPr>
        <w:t>　　我的外语，主要是在大学读书时打下的基础。毕业以后又继续自修，目前已达到借助词典可笔译一般资料的水平。_年4月我通过了全国职称外语（英语一人文综合类b级）的统一考试。</w:t>
      </w:r>
      <w:r>
        <w:rPr>
          <w:lang w:eastAsia="zh-CN"/>
        </w:rPr>
        <w:br/>
      </w:r>
      <w:r>
        <w:rPr>
          <w:lang w:eastAsia="zh-CN"/>
        </w:rPr>
        <w:t>　　二.业务能力在逐步提高</w:t>
      </w:r>
      <w:r>
        <w:rPr>
          <w:lang w:eastAsia="zh-CN"/>
        </w:rPr>
        <w:br/>
      </w:r>
      <w:r>
        <w:rPr>
          <w:lang w:eastAsia="zh-CN"/>
        </w:rPr>
        <w:t>　　我到_公司后，先在车间参加劳动锻炼一年，以后留在车间做核算员。从此便开始了我的会计工作。从_年_月到_年_月，我一直在财务科做生产费用审核与核算、往来结算、固定资产核算、成本核算、利润核算以及总账核算和编制会计报表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_年_月我开始担任领导职务，由副科长逐级晋升到副处长。在这段时间里，我从管理入手，不断完善规章制度建设，主持修订了《成本管理制度》、《流动资金管理制度》、《固定资产管理办法》、《材料核算办法》等制度，并参与了《岗位责任制》、《经营承包责任制》和《经济责任制考核办法》等制度的制定。在技术改造指挥部财务科工作时，还制定了《技改建设资金管理办法》、《工程结算审定办法》等。同时，又在厂内划小核算单位实行厂内货币结算办法，将房产、物资、医院等部门划为独立核算单位，仅物资处独立核算以来，即为企业增加收益__万元。</w:t>
      </w:r>
      <w:r>
        <w:rPr>
          <w:lang w:eastAsia="zh-CN"/>
        </w:rPr>
        <w:br/>
      </w:r>
      <w:r>
        <w:rPr>
          <w:lang w:eastAsia="zh-CN"/>
        </w:rPr>
        <w:t>　　_公司属大型企业，财会业务比较复杂。作为财务负责人当遇到工作中的疑难问题而向领导提出决策意见时，既要严肃认真地执行政策法令和制度，又不能脱离企业的具体条件和实际可能，其难度是可以想见的。但这些年我在领导岗位上没有发生过大的失误。_年面对原、燃材料涨价的不利情况，我经过调查研究，具体算了两笔账，提出了向管理要效益的意见，通过提高劳动生产率，增加产品产量，使工资总额降低，同时采取成本控制目标责任制，降低废品率，节约原材料。意见被领导采纳实施后，由于克服了众多减利因素，使当年实现利润总额仍比上年增长_%。在推行现代化管理方法方面，我重点抓了目标成本，并建立了各种保证体系。由于按目标成本组织核算，增强了内部消化能力。_年利润总额比上年增长_%。_年我提议在厂内建立微型电子计算机局部网络系统，经过国家、省、市三级主管部门和市电子办共同进行技术鉴定，得到专家们的一致肯定。</w:t>
      </w:r>
      <w:r>
        <w:rPr>
          <w:lang w:eastAsia="zh-CN"/>
        </w:rPr>
        <w:br/>
      </w:r>
      <w:r>
        <w:rPr>
          <w:lang w:eastAsia="zh-CN"/>
        </w:rPr>
        <w:t>　　总之，我这_年的专业工作，是从做具体工作开始逐步担任领导职务，由低到高循序渐进的。随着时间的推移和工作岗位的变化，工作经验逐渐丰富，业务能力逐步提高，已具备主持、领导一个较大型企业财务会计管理工作的实际能力。</w:t>
      </w:r>
      <w:r>
        <w:rPr>
          <w:lang w:eastAsia="zh-CN"/>
        </w:rPr>
        <w:br/>
      </w:r>
      <w:r>
        <w:rPr>
          <w:lang w:eastAsia="zh-CN"/>
        </w:rPr>
        <w:t>　　三.在我工作过的各个岗位上都取得了一定成绩，做出了一定贡献。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从参加工作到现在，不管是做具体工作还是担任领导职务，我都是努力地工作。由于工作成绩突出，从_年到现在，我三次被评为公司先进工作者。_年由于在全厂推行目标成本，建立各种保证体系，取得了显著的经济效益，受到了上级部门的表扬。在企业建立微型电子计算机局部网络系统，获得了市经委和市企业管理协会授予的工业企业现代代化管理成果二等奖。</w:t>
      </w:r>
      <w:r>
        <w:rPr>
          <w:lang w:eastAsia="zh-CN"/>
        </w:rPr>
        <w:br/>
      </w:r>
      <w:r>
        <w:rPr>
          <w:lang w:eastAsia="zh-CN"/>
        </w:rPr>
        <w:t>　　_年以来，我结合工作实际撰写了多篇文章，在全国性刊物和省级刊物上发表的有_篇（见《论著目录调查表》），其中《推行目标成本不断提高经济效益》一篇被省财政厅和省会计学会评为优秀论文，颁发了证书。本人编写的《工业会计核算》一书，已由出版社正式出版发行。</w:t>
      </w:r>
      <w:r>
        <w:rPr>
          <w:lang w:eastAsia="zh-CN"/>
        </w:rPr>
        <w:br/>
      </w:r>
      <w:r>
        <w:rPr>
          <w:lang w:eastAsia="zh-CN"/>
        </w:rPr>
        <w:t>　　除了撰写论文，我还应邀担任专业方面的授课工作。_年市经委举办了有__人参加的厂长短期学习班，我自编教材讲授了“怎样抓财务会计工作”课，为厂长们抓好财务会计工作提供了思路，大家反映较好。</w:t>
      </w:r>
      <w:r>
        <w:rPr>
          <w:lang w:eastAsia="zh-CN"/>
        </w:rPr>
        <w:br/>
      </w:r>
      <w:r>
        <w:rPr>
          <w:lang w:eastAsia="zh-CN"/>
        </w:rPr>
        <w:t>　　四.认真贯彻法规制度，维护财经纪律</w:t>
      </w:r>
      <w:r>
        <w:rPr>
          <w:lang w:eastAsia="zh-CN"/>
        </w:rPr>
        <w:br/>
      </w:r>
      <w:r>
        <w:rPr>
          <w:lang w:eastAsia="zh-CN"/>
        </w:rPr>
        <w:t>　　认真贯彻执行法规制度，是每个会计人员的职责。十多年来我除了严格执行法规制度以外，还注意抑制违反法规制度和财经纪律的行为；注意处理好坚持原则同灵活变通的关系，做到既把好监督关，又实事求是地解决实际问题。在每年一次的财务税收大检查期间，都组织自查，查出问题主动纠正。从_年以来，公司在有关部门的多次审计中均未有偷税、漏税、罚款等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十多年的工作实践，使我常常体会到：作为一名财会人员，要做好财务会计工作，除必须坚持原则，自觉维护财经纪律外，还应坚持不断学习，以提高自己的业务能力和工作水平，更好地为企业生产经营服务。</w:t>
      </w:r>
      <w:r>
        <w:rPr>
          <w:lang w:eastAsia="zh-CN"/>
        </w:rPr>
        <w:br/>
      </w:r>
      <w:r>
        <w:rPr>
          <w:lang w:eastAsia="zh-CN"/>
        </w:rPr>
        <w:t>　　肖</w:t>
      </w:r>
      <w:r>
        <w:rPr>
          <w:lang w:eastAsia="zh-CN"/>
        </w:rPr>
        <w:br/>
      </w:r>
      <w:r>
        <w:rPr>
          <w:lang w:eastAsia="zh-CN"/>
        </w:rPr>
        <w:t>　　_年_月_日</w:t>
      </w:r>
      <w:r>
        <w:rPr>
          <w:lang w:eastAsia="zh-CN"/>
        </w:rPr>
        <w:br/>
      </w:r>
      <w:r>
        <w:rPr>
          <w:lang w:eastAsia="zh-CN"/>
        </w:rPr>
        <w:t xml:space="preserve">    财务个人工作总结 篇5 </w:t>
      </w:r>
      <w:r>
        <w:rPr>
          <w:lang w:eastAsia="zh-CN"/>
        </w:rPr>
        <w:br/>
      </w:r>
      <w:r>
        <w:rPr>
          <w:lang w:eastAsia="zh-CN"/>
        </w:rPr>
        <w:t>　　怀着一种美好的憧憬我与今年七月份来到了我公司财务处，时光荏苒20__已近岁末，工作期间我自觉服从组织和领导的安排，努力做好各项工作，较好地完成了各项工作任务，其中有做的好的也有做的不到位的在此结合具体工作情况总结如下，希望能得到领导的批评指正。</w:t>
      </w:r>
      <w:r>
        <w:rPr>
          <w:lang w:eastAsia="zh-CN"/>
        </w:rPr>
        <w:br/>
      </w:r>
      <w:r>
        <w:rPr>
          <w:lang w:eastAsia="zh-CN"/>
        </w:rPr>
        <w:t>　　首先提出完成的工作，再次提出工作中的不足加强学习及下步打算。</w:t>
      </w:r>
      <w:r>
        <w:rPr>
          <w:lang w:eastAsia="zh-CN"/>
        </w:rPr>
        <w:br/>
      </w:r>
      <w:r>
        <w:rPr>
          <w:lang w:eastAsia="zh-CN"/>
        </w:rPr>
        <w:t>　　1、作为一名财务工作者我的主要任务是检查公司原料磅单的车号、化验结果，数量、磅单粘贴等是否有误，及时发现及时改正，这样问题便不会留到隔日，以便协助下部结算工作为其提供正确的数据源。由于严格遵守单位结算纪律，认真仔细，未出差错。在这点上我虽然没有出过失误，但也需要我一直提高警惕，尽量避免失误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乐于接受安排的常规和临时任务，作为一名财务工作者在我的财务工作中会非常清楚自己的岗位职责，在平时我都是严格按照要求来执行的，在工作过程中，不脱岗、团结协作、不拖延工作时间，以便有更多的时间来做更多的工作。此外认真学习财经方面的各项规定，自觉按照国家的财经政策和程序办事。能够根据业务安排并充分利用业余时间，加强对财务业务知识的学习和培训了解客户的基本情况同时遵守财务保密制度，决不泄漏。</w:t>
      </w:r>
      <w:r>
        <w:rPr>
          <w:lang w:eastAsia="zh-CN"/>
        </w:rPr>
        <w:br/>
      </w:r>
      <w:r>
        <w:rPr>
          <w:lang w:eastAsia="zh-CN"/>
        </w:rPr>
        <w:t>　　3、积极参加本单位组织的各项政治、业务学习并认真做好学习笔记，并通过报纸杂志、电脑网络和电视新闻等媒体，加强政治思想和品德修养。</w:t>
      </w:r>
      <w:r>
        <w:rPr>
          <w:lang w:eastAsia="zh-CN"/>
        </w:rPr>
        <w:br/>
      </w:r>
      <w:r>
        <w:rPr>
          <w:lang w:eastAsia="zh-CN"/>
        </w:rPr>
        <w:t>　　在这一年度会计人员工作总结中，我深知，作为一名合格的财务工作者，不仅要具备相关的知识和技能，而且还要有严谨细致、耐心的工作作风，同时体会到，无论在什么岗位，哪怕是毫不起眼的工作，都应该用心做到最好，哪怕在别人眼中是是一份枯燥的工作，也要善于从中寻找乐趣，做到日新月异，从改变中找到创新。工作中有苦也有甜，有成绩也有不足，我会在以后的工作中，继续发扬成绩弥补不，积极进取，为公司的财务工作添砖加瓦，奉献一份力，力创优绩。以上所取得的成绩，除了自己努力工作外，更主要的是领导的指导和同志们帮助的结果，但这些成绩与上级的要求还有较大的差距，必须看到在工作之中还存在许多不足，主要表现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1、理论水平不高，当前社会会计知识和业务更新换代比较快，缺乏对新的业务知识和会计法规的系统学习，导致了会计基础知识和会计基础工作缺乏，影响来工作水平的提高。努力提高工作效率和服务质量。</w:t>
      </w:r>
      <w:r>
        <w:rPr>
          <w:lang w:eastAsia="zh-CN"/>
        </w:rPr>
        <w:br/>
      </w:r>
      <w:r>
        <w:rPr>
          <w:lang w:eastAsia="zh-CN"/>
        </w:rPr>
        <w:t>　　2 在本职工作上，由于经验和专业水平不足，有很多地方做的不到位，不够熟练。</w:t>
      </w:r>
      <w:r>
        <w:rPr>
          <w:lang w:eastAsia="zh-CN"/>
        </w:rPr>
        <w:br/>
      </w:r>
      <w:r>
        <w:rPr>
          <w:lang w:eastAsia="zh-CN"/>
        </w:rPr>
        <w:t>　　3、忙于事务性工作，未深入探讨，思考、认认真真的研究及财务管理办法，工作制度少，工作有广度没深度、学习的深度和广度还需要加强。</w:t>
      </w:r>
      <w:r>
        <w:rPr>
          <w:lang w:eastAsia="zh-CN"/>
        </w:rPr>
        <w:br/>
      </w:r>
      <w:r>
        <w:rPr>
          <w:lang w:eastAsia="zh-CN"/>
        </w:rPr>
        <w:t>　　4、只干工作，不善于总结，所以有些工作费力气大，但与收效不成比例，事倍功半的现象时有发生，今后要逐步学习用科学的方法，善总结、勤思考，逐步达到事半功倍的的效果。</w:t>
      </w:r>
      <w:r>
        <w:rPr>
          <w:lang w:eastAsia="zh-CN"/>
        </w:rPr>
        <w:br/>
      </w:r>
      <w:r>
        <w:rPr>
          <w:lang w:eastAsia="zh-CN"/>
        </w:rPr>
        <w:t>　　5遇到困难强调客观原因较多，没有充分发挥主观能动性。上述不足，自己决心在今后的工作中将认真加以改正。</w:t>
      </w:r>
      <w:r>
        <w:rPr>
          <w:lang w:eastAsia="zh-CN"/>
        </w:rPr>
        <w:br/>
      </w:r>
      <w:r>
        <w:rPr>
          <w:lang w:eastAsia="zh-CN"/>
        </w:rPr>
        <w:t xml:space="preserve">    财务个人工作总结 篇6 </w:t>
      </w:r>
      <w:r>
        <w:rPr>
          <w:lang w:eastAsia="zh-CN"/>
        </w:rPr>
        <w:br/>
      </w:r>
      <w:r>
        <w:rPr>
          <w:lang w:eastAsia="zh-CN"/>
        </w:rPr>
        <w:t>　　____年我公司各部门都取得了可喜的成就,作为公司出纳,我在收付、反映、监督、管理四个方面尽到了应尽的职责,特别是在非典期间,仍按时到银行保险等公共场合办理业务.</w:t>
      </w:r>
      <w:r>
        <w:rPr>
          <w:lang w:eastAsia="zh-CN"/>
        </w:rPr>
        <w:br/>
      </w:r>
      <w:r>
        <w:rPr>
          <w:lang w:eastAsia="zh-CN"/>
        </w:rPr>
        <w:t>　　在过去的一年里在不断改善工作方式方法的同时，顺利完成如下工作：</w:t>
      </w:r>
      <w:r>
        <w:rPr>
          <w:lang w:eastAsia="zh-CN"/>
        </w:rPr>
        <w:br/>
      </w:r>
      <w:r>
        <w:rPr>
          <w:lang w:eastAsia="zh-CN"/>
        </w:rPr>
        <w:t>　　一、开学期间日常工作：</w:t>
      </w:r>
      <w:r>
        <w:rPr>
          <w:lang w:eastAsia="zh-CN"/>
        </w:rPr>
        <w:br/>
      </w:r>
      <w:r>
        <w:rPr>
          <w:lang w:eastAsia="zh-CN"/>
        </w:rPr>
        <w:t>　　1、与银行相关部门联系，井然有序地完成了职工工资发放工作，财务出纳工作总结。</w:t>
      </w:r>
      <w:r>
        <w:rPr>
          <w:lang w:eastAsia="zh-CN"/>
        </w:rPr>
        <w:br/>
      </w:r>
      <w:r>
        <w:rPr>
          <w:lang w:eastAsia="zh-CN"/>
        </w:rPr>
        <w:t>　　2、清理客户欠费名单，并与各个相关部门通力合作，共同完成欠费的催收工作。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3、核对保险名单，与保险公司办理好交接手续，完成对我公司职工的意外伤害险的投保工作。</w:t>
      </w:r>
      <w:r>
        <w:rPr>
          <w:lang w:eastAsia="zh-CN"/>
        </w:rPr>
        <w:br/>
      </w:r>
      <w:r>
        <w:rPr>
          <w:lang w:eastAsia="zh-CN"/>
        </w:rPr>
        <w:t>　　4、做好____年各种财务报表及统计报表，并及时送交相关主管部门。</w:t>
      </w:r>
      <w:r>
        <w:rPr>
          <w:lang w:eastAsia="zh-CN"/>
        </w:rPr>
        <w:br/>
      </w:r>
      <w:r>
        <w:rPr>
          <w:lang w:eastAsia="zh-CN"/>
        </w:rPr>
        <w:t>　　二、其他工作</w:t>
      </w:r>
      <w:r>
        <w:rPr>
          <w:lang w:eastAsia="zh-CN"/>
        </w:rPr>
        <w:br/>
      </w:r>
      <w:r>
        <w:rPr>
          <w:lang w:eastAsia="zh-CN"/>
        </w:rPr>
        <w:t>　　1、迎接公司评估，准备所需财务相关材料，及时送交办公室，工作总结《财务出纳工作总结》。</w:t>
      </w:r>
      <w:r>
        <w:rPr>
          <w:lang w:eastAsia="zh-CN"/>
        </w:rPr>
        <w:br/>
      </w:r>
      <w:r>
        <w:rPr>
          <w:lang w:eastAsia="zh-CN"/>
        </w:rPr>
        <w:t>　　2、为迎接审计部门对我公司帐务情况的检查工作，做好前期自查自纠工作,对检查中可能出现的问题做好统计，并提交领导审阅。</w:t>
      </w:r>
      <w:r>
        <w:rPr>
          <w:lang w:eastAsia="zh-CN"/>
        </w:rPr>
        <w:br/>
      </w:r>
      <w:r>
        <w:rPr>
          <w:lang w:eastAsia="zh-CN"/>
        </w:rPr>
        <w:t>　　3 按照公司部署,做好了社会公益活动及困难职工救济工作.</w:t>
      </w:r>
      <w:r>
        <w:rPr>
          <w:lang w:eastAsia="zh-CN"/>
        </w:rPr>
        <w:br/>
      </w:r>
      <w:r>
        <w:rPr>
          <w:lang w:eastAsia="zh-CN"/>
        </w:rPr>
        <w:t>　　在本年度工作中</w:t>
      </w:r>
      <w:r>
        <w:rPr>
          <w:lang w:eastAsia="zh-CN"/>
        </w:rPr>
        <w:br/>
      </w:r>
      <w:r>
        <w:rPr>
          <w:lang w:eastAsia="zh-CN"/>
        </w:rPr>
        <w:t>　　1、严格执行现金管理和结算制度，定期向会计核对现金与帐目，发现现金金额不符，做到及时汇报，及时处理。</w:t>
      </w:r>
      <w:r>
        <w:rPr>
          <w:lang w:eastAsia="zh-CN"/>
        </w:rPr>
        <w:br/>
      </w:r>
      <w:r>
        <w:rPr>
          <w:lang w:eastAsia="zh-CN"/>
        </w:rPr>
        <w:t>　　2、及时收回公司各项收入，开出收据，及时收回现金存入银行，从无坐支现金。</w:t>
      </w:r>
      <w:r>
        <w:rPr>
          <w:lang w:eastAsia="zh-CN"/>
        </w:rPr>
        <w:br/>
      </w:r>
      <w:r>
        <w:rPr>
          <w:lang w:eastAsia="zh-CN"/>
        </w:rPr>
        <w:t>　　3、根据会计提供的依据，及时发放教工工资和其它应发放的经费。</w:t>
      </w:r>
      <w:r>
        <w:rPr>
          <w:lang w:eastAsia="zh-CN"/>
        </w:rPr>
        <w:br/>
      </w:r>
      <w:r>
        <w:rPr>
          <w:lang w:eastAsia="zh-CN"/>
        </w:rPr>
        <w:t>　　4、坚持财务手续，严格审核算(发票上必须有经手人、验收人、审批人签字方可报帐)，对不符手续的发票不付款。</w:t>
      </w:r>
      <w:r>
        <w:rPr>
          <w:lang w:eastAsia="zh-CN"/>
        </w:rPr>
        <w:br/>
      </w:r>
      <w:r>
        <w:rPr>
          <w:lang w:eastAsia="zh-CN"/>
        </w:rPr>
        <w:t xml:space="preserve">    财务个人工作总结 篇7 </w:t>
      </w:r>
      <w:r>
        <w:rPr>
          <w:lang w:eastAsia="zh-CN"/>
        </w:rPr>
        <w:br/>
      </w:r>
      <w:r>
        <w:rPr>
          <w:lang w:eastAsia="zh-CN"/>
        </w:rPr>
        <w:t>　　一、严格遵守财务会计制度和税收法规，认真履行职责，组织会计核算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财务部的主要职责是做好会计核算，进行会计监督。财务部全体人员一直严格遵守国家财务会计制度、税收法规、集团总公司的财务制度及国家其他财经法律法规，认真履行财务部的工作职责。从审核原始凭证、会计记账凭证的录入，到编制财务会计报表;从各项税费的计提到纳税申报、上缴;从资金计划的安排，到结算中心的统一调拨、支付等等，每位会计人员都勤勤恳恳、任劳任怨、努力做好本职工作，认真执行企业会计制度，实现了会计信息收集、处理和传递的及时性、准确性。</w:t>
      </w:r>
      <w:r>
        <w:rPr>
          <w:lang w:eastAsia="zh-CN"/>
        </w:rPr>
        <w:br/>
      </w:r>
      <w:r>
        <w:rPr>
          <w:lang w:eastAsia="zh-CN"/>
        </w:rPr>
        <w:t>　　二、以实施新中大软件为契机，规范各项财务基础工作</w:t>
      </w:r>
      <w:r>
        <w:rPr>
          <w:lang w:eastAsia="zh-CN"/>
        </w:rPr>
        <w:br/>
      </w:r>
      <w:r>
        <w:rPr>
          <w:lang w:eastAsia="zh-CN"/>
        </w:rPr>
        <w:t>　　在经过两个月的年度三套会计决算报告的编制后，财务部按新企业会计制度的要求着手进行了新中大20__年财务会计模块的初始化工作。对会计科目、核算项目、部门的设置，会计报表的格式等均按照新企业会计制度的规定，并针对平时会计核算和报表编制中发现的问题和不足进行了改进和完善。如设置制造费用明细科目，并按该科目的费用项目进行了明细核算、归集和分配，费用的具体开支情况现已一目了然;规范应交税金科目的核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如对增值税明细项目的月末结转、个人所得税的科目统一、现金流量项目的规范化;对收下属分公司的管理费用由以前冲减管理费用改为冲减制造费用，这样使管理费用和销售毛利率的反映更为合理、恰当;在配合固定资产实物管理部门对固定资产进行全面清理的基础上，按照《固定资产分类与代码》对固定资产编制了固定资产卡片类别代码，并在此基础上，完成了新中大固定资产管理模块的初始化工作。集团总公司要求在今年4月份全面正式运行新中大财务软件，而本集团公司财务部在3月份就完全甩掉金蝶财务系统，正式运行新中大，结束了长达半年之久的两套财务软件同时运行的局面。目前新中大软件已正式与矿部相链接，并运行良好。</w:t>
      </w:r>
      <w:r>
        <w:rPr>
          <w:lang w:eastAsia="zh-CN"/>
        </w:rPr>
        <w:br/>
      </w:r>
      <w:r>
        <w:rPr>
          <w:lang w:eastAsia="zh-CN"/>
        </w:rPr>
        <w:t>　　三、制订各项财务成本计划，严格控制成本费用</w:t>
      </w:r>
      <w:r>
        <w:rPr>
          <w:lang w:eastAsia="zh-CN"/>
        </w:rPr>
        <w:br/>
      </w:r>
      <w:r>
        <w:rPr>
          <w:lang w:eastAsia="zh-CN"/>
        </w:rPr>
        <w:t>　　根据集团司企字[]117号文《关于下达〈集团20__年多经企业经济责任制考核方案〉的通知》和司字[]8号文《关于下达分公司多样化经营二00暨一季度生产经营计划的通知》，财务部对有关考核指标进行了分解，下发了年财务计划和可控费用指标。在财务执行过程中，严格控制费用，实行刚性考核。财务部每一季度汇总可控费用的执行情况，于公司常务会上通报，针对每一季度电话费超支的部室、单位，按超支额扣部室负责人及其他第一责任人的奖金;对于其他可控性费用也是实行指标考核，对于超支部分坚决不予核销。</w:t>
      </w:r>
      <w:r>
        <w:rPr>
          <w:lang w:eastAsia="zh-CN"/>
        </w:rPr>
        <w:br/>
      </w:r>
      <w:r>
        <w:rPr>
          <w:lang w:eastAsia="zh-CN"/>
        </w:rPr>
        <w:t>　　四、加强财务会计制度建设，提高财务信息质量</w:t>
      </w:r>
      <w:r>
        <w:rPr>
          <w:lang w:eastAsia="zh-CN"/>
        </w:rPr>
        <w:br/>
      </w:r>
      <w:r>
        <w:rPr>
          <w:lang w:eastAsia="zh-CN"/>
        </w:rPr>
        <w:t>　　财务部根据公司差旅费的实际执行情况，为进一步规范本集团公司工作人员差旅费开支行为、统一标准，制定了《机械集团工作人员差旅费开支规定》。为提高会计信息的质量，财务部制定了《机械集团会计报告竞赛考评办法》，对各母子公司的会计报表从报送时间及时性、数据准确性、报表格式规范化、完整性等方面做了比较系统的规定，从而逐步提高了会计信息的质量，为领导决策和管理者进行财务分析提供了可靠、有用的信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平时财务部通过开展每周一次的交流会，解决上周工作中出现的问题，布置下周的主要工作，逐步规范各项会计行为，使会计工作的各个环节按一定的会计规则、程序有效地运行和控制。</w:t>
      </w:r>
      <w:r>
        <w:rPr>
          <w:lang w:eastAsia="zh-CN"/>
        </w:rPr>
        <w:br/>
      </w:r>
      <w:r>
        <w:rPr>
          <w:lang w:eastAsia="zh-CN"/>
        </w:rPr>
        <w:t xml:space="preserve">    财务个人工作总结 篇8 </w:t>
      </w:r>
      <w:r>
        <w:rPr>
          <w:lang w:eastAsia="zh-CN"/>
        </w:rPr>
        <w:br/>
      </w:r>
      <w:r>
        <w:rPr>
          <w:lang w:eastAsia="zh-CN"/>
        </w:rPr>
        <w:t>　　20__公司的生产经营工作遇到了一些困难，我们财务部也不例外。但是通过部门全体同事的努力以及各部门大力支持和积极配合下，我们逐步走出困境，各项工作开始正常化。我们财务部根据领导班子的工作意见，围绕公司的中心目标，结合本部门的实际情况和工作重点，群策群力，充分调动全体财务人员的工作积极性和工作能动性，精心安排，通力合作，基本完成了20__的财务工作，取得了一定的工作成绩。现将20__财务部工作情况具体总结如下：</w:t>
      </w:r>
      <w:r>
        <w:rPr>
          <w:lang w:eastAsia="zh-CN"/>
        </w:rPr>
        <w:br/>
      </w:r>
      <w:r>
        <w:rPr>
          <w:lang w:eastAsia="zh-CN"/>
        </w:rPr>
        <w:t>　　一、认真细致做好财务日常工作</w:t>
      </w:r>
      <w:r>
        <w:rPr>
          <w:lang w:eastAsia="zh-CN"/>
        </w:rPr>
        <w:br/>
      </w:r>
      <w:r>
        <w:rPr>
          <w:lang w:eastAsia="zh-CN"/>
        </w:rPr>
        <w:t>　　20__公司取得品牌代理，返利及价保的跟进，以及批发业务的启动，都对我们公司财务人员提出了新的要求。为了适应市场经济的要求，实现公司全年目标工作任务，我们财务部全面规范会计核算和财务管理工作，充分发挥预算管理的功能，进一步加强财务核算和财务监督功能，使财务人员做到既当家又理财，认真搞好各项财务工作。</w:t>
      </w:r>
      <w:r>
        <w:rPr>
          <w:lang w:eastAsia="zh-CN"/>
        </w:rPr>
        <w:br/>
      </w:r>
      <w:r>
        <w:rPr>
          <w:lang w:eastAsia="zh-CN"/>
        </w:rPr>
        <w:t>　　二、制订各项财务成本计划，严格控制成本费用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们财务部根据公司实际制订各项财务成本计划，严格控制成本费用，为增加公司经济效益，从产量、成本和收入三者的关系来控制成本。同时，把成本控制贯穿于公司生产经营全过程，让成本控制、节约的观念成为每个部门、每一个员工的自觉行动。通过精细化管理和有效的方法促使每个部门、每个员工都从基础工作抓起，从点滴抓起，力求走好每一步，抓好每件事，让每一个人、每一分钱、每一份资源都发挥作用，都为公司创造价值。</w:t>
      </w:r>
      <w:r>
        <w:rPr>
          <w:lang w:eastAsia="zh-CN"/>
        </w:rPr>
        <w:br/>
      </w:r>
      <w:r>
        <w:rPr>
          <w:lang w:eastAsia="zh-CN"/>
        </w:rPr>
        <w:t>　　三、加强财务会计制度建设，提高财务信息质量</w:t>
      </w:r>
      <w:r>
        <w:rPr>
          <w:lang w:eastAsia="zh-CN"/>
        </w:rPr>
        <w:br/>
      </w:r>
      <w:r>
        <w:rPr>
          <w:lang w:eastAsia="zh-CN"/>
        </w:rPr>
        <w:t>　　我们财务部加强财务会计制度建设，用制度规范财务工作，严格落实到实际财务工作中。同时切实提高会计信息的质量，要求会计报表报送时间必须及时，做到数据准确、报表格式规范、完整，提高了会计信息的质量，为公司领导决策和管理者进行财务分析提供了可靠、有用的信息。</w:t>
      </w:r>
      <w:r>
        <w:rPr>
          <w:lang w:eastAsia="zh-CN"/>
        </w:rPr>
        <w:br/>
      </w:r>
      <w:r>
        <w:rPr>
          <w:lang w:eastAsia="zh-CN"/>
        </w:rPr>
        <w:t>　　四、明确工作岗位职责，提高财务人员责任性</w:t>
      </w:r>
      <w:r>
        <w:rPr>
          <w:lang w:eastAsia="zh-CN"/>
        </w:rPr>
        <w:br/>
      </w:r>
      <w:r>
        <w:rPr>
          <w:lang w:eastAsia="zh-CN"/>
        </w:rPr>
        <w:t>　　虽然我们财务部的工作人员不多，但每个人都能明确自己的岗位职责权限、工作分工和纪律要求，从而认真做好工作。同时要求他们进行工作总结，岗位评述和认定，对各自的工作提出建议、作出打算。这样，强化了各岗位会计人员的责任感，加强了内部核算监督，促进了各岗位的交流、合作与团结。</w:t>
      </w:r>
      <w:r>
        <w:rPr>
          <w:lang w:eastAsia="zh-CN"/>
        </w:rPr>
        <w:br/>
      </w:r>
      <w:r>
        <w:rPr>
          <w:lang w:eastAsia="zh-CN"/>
        </w:rPr>
        <w:t>　　五、加强团队建设，做好服务工作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搞好财务工作，团队建设是根本。我们财务部要求每个会计人员牢固确立“以人为本”的管理理念，认真听取职工的意见与建议，与职工同呼吸，共命运，加快各项工作发展。每个会计人员要辛勤努力、廉洁清正和勤俭朴素，提高自己的综合素质，充分调动工作积极性，团结一致，齐心协力，把各项财务工作搞好。同时要在财务工作岗位上，做好服务工作，把自己看作是公司的普通一兵，要开动脑筋，想方设法，搞好服务，获得职工群众的满意，一心一意搞好工作，全面提升财务工作质量。</w:t>
      </w:r>
      <w:r>
        <w:rPr>
          <w:lang w:eastAsia="zh-CN"/>
        </w:rPr>
        <w:br/>
      </w:r>
      <w:r>
        <w:rPr>
          <w:lang w:eastAsia="zh-CN"/>
        </w:rPr>
        <w:t>　　六、20__工作打算</w:t>
      </w:r>
      <w:r>
        <w:rPr>
          <w:lang w:eastAsia="zh-CN"/>
        </w:rPr>
        <w:br/>
      </w:r>
      <w:r>
        <w:rPr>
          <w:lang w:eastAsia="zh-CN"/>
        </w:rPr>
        <w:t>　　20__我们财务部要在公司的正确领导和相关部门的指导、支持、配合下，在现有工作的基础上，再接再厉，继续发挥整个财务群体的整体作用，不断学习新的业务知识，克服实际工作中出现的具体困难，使公司的整体财务工作再上新台阶。</w:t>
      </w:r>
      <w:r>
        <w:rPr>
          <w:lang w:eastAsia="zh-CN"/>
        </w:rPr>
        <w:br/>
      </w:r>
      <w:r>
        <w:rPr>
          <w:lang w:eastAsia="zh-CN"/>
        </w:rPr>
        <w:t>　　1、继续做好日常的会计凭证审核、报销工作，每月的工资发放工作，按时进行会计凭证的装订、归档工作及相关的会计核算、监督工作，争取做到工作认真、仔细，无差错。按时完成有关会计核算和相关会计管理报表的编报工作，及时提交给相关的部门和有关领导，确保准确无误。</w:t>
      </w:r>
      <w:r>
        <w:rPr>
          <w:lang w:eastAsia="zh-CN"/>
        </w:rPr>
        <w:br/>
      </w:r>
      <w:r>
        <w:rPr>
          <w:lang w:eastAsia="zh-CN"/>
        </w:rPr>
        <w:t>　　2、加强资金管理，做好资金调拨工作。要根据公司生产经营与日常开支需要制定资金使用计划，严格按计划执行，确保公司生产经营工作能正常开展。</w:t>
      </w:r>
      <w:r>
        <w:rPr>
          <w:lang w:eastAsia="zh-CN"/>
        </w:rPr>
        <w:br/>
      </w:r>
      <w:r>
        <w:rPr>
          <w:lang w:eastAsia="zh-CN"/>
        </w:rPr>
        <w:t>　　3、做好公司经济活动分析工作，及时提出为实现公司生产经营计划的财务控制可行性措施或建议。配合公司进行收入、成本、费用的专项检查，加强非生产费用和可控费用的控制、执行力度，不能超支的绝不超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继续与财政、物价、税务等部门沟通、联系，处理好与公司相关的财政、物价、税务事宜。继续与银行等金融部门沟通，争取在全国银行资金相对较紧的情况下，争取银行对公司的资金支持有新的再投入，为公司的发展和生产经营工作筹措需要的资金，确保公司发展与建设资金的需求。</w:t>
      </w:r>
      <w:r>
        <w:rPr>
          <w:lang w:eastAsia="zh-CN"/>
        </w:rPr>
        <w:br/>
      </w:r>
      <w:r>
        <w:rPr>
          <w:lang w:eastAsia="zh-CN"/>
        </w:rPr>
        <w:t>　　5、继续制定和完善各项财务管理制度和内部控制制度，清理、完善公司的财务核算，财务管理制度，使财务工作做到照章办事。</w:t>
      </w:r>
      <w:r>
        <w:rPr>
          <w:lang w:eastAsia="zh-CN"/>
        </w:rPr>
        <w:br/>
      </w:r>
      <w:r>
        <w:rPr>
          <w:lang w:eastAsia="zh-CN"/>
        </w:rPr>
        <w:t>　　20__年我们财务部在公司的领导下，认真努力工作，虽然在政治思想和业务知识上有了很大的提高，基本完成了工作任务，取得一定的成绩，但是与公司领导的要求相比，还是存在一些不足与差距，需要努力提高和改进。今后，我们财务部要继续加强学习，提高自身综合素质，围绕公司生产经营的工作目标任务，以求真务实的工作作风，以创新发展的工作思路，奋发努力，攻坚破难，把各项财务工作提高到一个新的水平，为公司的发展做出应有的努力与贡献。</w:t>
      </w:r>
      <w:r>
        <w:rPr>
          <w:lang w:eastAsia="zh-CN"/>
        </w:rPr>
        <w:br/>
      </w:r>
      <w:r>
        <w:rPr>
          <w:lang w:eastAsia="zh-CN"/>
        </w:rPr>
        <w:t xml:space="preserve">    财务个人工作总结 篇9 </w:t>
      </w:r>
      <w:r>
        <w:rPr>
          <w:lang w:eastAsia="zh-CN"/>
        </w:rPr>
        <w:br/>
      </w:r>
      <w:r>
        <w:rPr>
          <w:lang w:eastAsia="zh-CN"/>
        </w:rPr>
        <w:t>　　20__年，是公司逐步走向成熟和发展的一年。核算班在公司领导的正确指导和各部门经理的通力合作及各位同仁的全力支持下,在圆满完成财务部各项工作的同时,很好地配合了公司的中心工作，现对公司领导汇报20__年财务总结：</w:t>
      </w:r>
      <w:r>
        <w:rPr>
          <w:lang w:eastAsia="zh-CN"/>
        </w:rPr>
        <w:br/>
      </w:r>
      <w:r>
        <w:rPr>
          <w:lang w:eastAsia="zh-CN"/>
        </w:rPr>
        <w:t>　　一、财务核算和财务管理工作</w:t>
      </w:r>
      <w:r>
        <w:rPr>
          <w:lang w:eastAsia="zh-CN"/>
        </w:rPr>
        <w:br/>
      </w:r>
      <w:r>
        <w:rPr>
          <w:lang w:eastAsia="zh-CN"/>
        </w:rPr>
        <w:t>　　1.根据油库经营管理的需要，结合本油库的实际情况，对国家颁布的各项财务会计制度等法规认真遵守，先后完善了油库有关财务制度，并根据每周制定的工作计划来完成各项工作。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2.为了更好地加强内部管理，本班组的每位员工都能明确职责范围，密切协作，各司其职，能有效地防止和制止财务弊病的发生，确保核算工作规范化，并能积极配合有关班组做好各项工作。</w:t>
      </w:r>
      <w:r>
        <w:rPr>
          <w:lang w:eastAsia="zh-CN"/>
        </w:rPr>
        <w:br/>
      </w:r>
      <w:r>
        <w:rPr>
          <w:lang w:eastAsia="zh-CN"/>
        </w:rPr>
        <w:t>　　3.在日常费用报销以及各项费用的收取工作中，热情周到，准确无误，做到各项费用的规范化，细节化，配合相关班组做好费用资金的申请工作。</w:t>
      </w:r>
      <w:r>
        <w:rPr>
          <w:lang w:eastAsia="zh-CN"/>
        </w:rPr>
        <w:br/>
      </w:r>
      <w:r>
        <w:rPr>
          <w:lang w:eastAsia="zh-CN"/>
        </w:rPr>
        <w:t>　　4.每月的工资认真审核，及时上传工资账单让每一位员工都能清楚的看到自己的工资明细。</w:t>
      </w:r>
      <w:r>
        <w:rPr>
          <w:lang w:eastAsia="zh-CN"/>
        </w:rPr>
        <w:br/>
      </w:r>
      <w:r>
        <w:rPr>
          <w:lang w:eastAsia="zh-CN"/>
        </w:rPr>
        <w:t>　　5.在生活上，每天做好员工的伙食，保证大家在工作中的.</w:t>
      </w:r>
      <w:r>
        <w:rPr>
          <w:lang w:eastAsia="zh-CN"/>
        </w:rPr>
        <w:br/>
      </w:r>
      <w:r>
        <w:rPr>
          <w:lang w:eastAsia="zh-CN"/>
        </w:rPr>
        <w:t>　　二、配合商场做好商家服务工作</w:t>
      </w:r>
      <w:r>
        <w:rPr>
          <w:lang w:eastAsia="zh-CN"/>
        </w:rPr>
        <w:br/>
      </w:r>
      <w:r>
        <w:rPr>
          <w:lang w:eastAsia="zh-CN"/>
        </w:rPr>
        <w:t>　　1.能及时办理新进商家的营业执照和税务登记证。</w:t>
      </w:r>
      <w:r>
        <w:rPr>
          <w:lang w:eastAsia="zh-CN"/>
        </w:rPr>
        <w:br/>
      </w:r>
      <w:r>
        <w:rPr>
          <w:lang w:eastAsia="zh-CN"/>
        </w:rPr>
        <w:t>　　2.做好商家国地税代征工作，每月及时收征申报，做好税务和商家之间的协调起到桥梁作用。</w:t>
      </w:r>
      <w:r>
        <w:rPr>
          <w:lang w:eastAsia="zh-CN"/>
        </w:rPr>
        <w:br/>
      </w:r>
      <w:r>
        <w:rPr>
          <w:lang w:eastAsia="zh-CN"/>
        </w:rPr>
        <w:t>　　3.为解决商家融资困难，积极和银行协调争取尽快落实联保联贷业务，为商家构建良好的融资平台。</w:t>
      </w:r>
      <w:r>
        <w:rPr>
          <w:lang w:eastAsia="zh-CN"/>
        </w:rPr>
        <w:br/>
      </w:r>
      <w:r>
        <w:rPr>
          <w:lang w:eastAsia="zh-CN"/>
        </w:rPr>
        <w:t>　　三、配合相关部门做好内外场资源的监督职能。</w:t>
      </w:r>
      <w:r>
        <w:rPr>
          <w:lang w:eastAsia="zh-CN"/>
        </w:rPr>
        <w:br/>
      </w:r>
      <w:r>
        <w:rPr>
          <w:lang w:eastAsia="zh-CN"/>
        </w:rPr>
        <w:t>　　去年的财务工作中还存在许多不足之处，为更好地完善工作，提高工作效率拟定。</w:t>
      </w:r>
      <w:r>
        <w:rPr>
          <w:lang w:eastAsia="zh-CN"/>
        </w:rPr>
        <w:br/>
      </w:r>
      <w:r>
        <w:rPr>
          <w:lang w:eastAsia="zh-CN"/>
        </w:rPr>
        <w:t>　　总之在新的一年里，我部门会继续提高自身业务素质，充分发挥财务的职能和主观能动性，积极完成全年的各项计划，为公司的稳健发展做出更大的贡献。</w:t>
      </w:r>
      <w:r>
        <w:rPr>
          <w:lang w:eastAsia="zh-CN"/>
        </w:rPr>
        <w:br/>
      </w:r>
      <w:r>
        <w:rPr>
          <w:lang w:eastAsia="zh-CN"/>
        </w:rPr>
        <w:t xml:space="preserve">    财务个人工作总结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一、本年主要工作：</w:t>
      </w:r>
      <w:r>
        <w:rPr>
          <w:lang w:eastAsia="zh-CN"/>
        </w:rPr>
        <w:br/>
      </w:r>
      <w:r>
        <w:rPr>
          <w:lang w:eastAsia="zh-CN"/>
        </w:rPr>
        <w:t>　　1、包括国投公司本部和分公司以及__公司的日常报销业务等票据及金额的审核，严格按照公司内部费用的规范管理制度对费用进行控制，把不合理的借款和费用报销拒之门外。</w:t>
      </w:r>
      <w:r>
        <w:rPr>
          <w:lang w:eastAsia="zh-CN"/>
        </w:rPr>
        <w:br/>
      </w:r>
      <w:r>
        <w:rPr>
          <w:lang w:eastAsia="zh-CN"/>
        </w:rPr>
        <w:t>　　2、同时做好每一笔相应记账凭证的编制，看账实是否相符。并在月底将每月凭证逐一装订成册，以便日后备查等。</w:t>
      </w:r>
      <w:r>
        <w:rPr>
          <w:lang w:eastAsia="zh-CN"/>
        </w:rPr>
        <w:br/>
      </w:r>
      <w:r>
        <w:rPr>
          <w:lang w:eastAsia="zh-CN"/>
        </w:rPr>
        <w:t>　　3、每月根据有业务往来的单位需求，开具增值税发票。由于四个公司都是一般纳税人，在每月底进行专票认证，做进项税抵扣。并在次月按时申报几个公司的各项税金、核对与账面计提金额是否相符，避免误报或迟缴。</w:t>
      </w:r>
      <w:r>
        <w:rPr>
          <w:lang w:eastAsia="zh-CN"/>
        </w:rPr>
        <w:br/>
      </w:r>
      <w:r>
        <w:rPr>
          <w:lang w:eastAsia="zh-CN"/>
        </w:rPr>
        <w:t>　　4、加强对公司固定资产的管理，每个办公室添置什么样的固定资产都按领导签字的申购报告及实物发票入账，核实到每个部门，每个责任人，登记成册入档，以便备查。</w:t>
      </w:r>
      <w:r>
        <w:rPr>
          <w:lang w:eastAsia="zh-CN"/>
        </w:rPr>
        <w:br/>
      </w:r>
      <w:r>
        <w:rPr>
          <w:lang w:eastAsia="zh-CN"/>
        </w:rPr>
        <w:t>　　5、今年三供一业改造工程进行如火如荼，学习了一些关于建安工程账务的处理。</w:t>
      </w:r>
      <w:r>
        <w:rPr>
          <w:lang w:eastAsia="zh-CN"/>
        </w:rPr>
        <w:br/>
      </w:r>
      <w:r>
        <w:rPr>
          <w:lang w:eastAsia="zh-CN"/>
        </w:rPr>
        <w:t>　　6、完成领导交办的临时性工作，作为基层工作者，无论何时何地领导交办的工作从不讨价还价都及时并努力的去完成，遇到问题努力去询问，争取让领导满意。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7、今年六月份，报名参加了初级统计师考试，十二月查询成绩已顺利通过，取得初级统计师资格证；十一月，由国资委的领导带领去参加了20__年年报系统培训会，并在十二月向资阳市各区县及市级各企业主讲传达学习内容。即将在20__年开始逐月报送国投公司合并报表。</w:t>
      </w:r>
      <w:r>
        <w:rPr>
          <w:lang w:eastAsia="zh-CN"/>
        </w:rPr>
        <w:br/>
      </w:r>
      <w:r>
        <w:rPr>
          <w:lang w:eastAsia="zh-CN"/>
        </w:rPr>
        <w:t>　　二、工作中存在的问题：</w:t>
      </w:r>
      <w:r>
        <w:rPr>
          <w:lang w:eastAsia="zh-CN"/>
        </w:rPr>
        <w:br/>
      </w:r>
      <w:r>
        <w:rPr>
          <w:lang w:eastAsia="zh-CN"/>
        </w:rPr>
        <w:t>　　这一年每次审核签字都会仔细审核后再签字，遇到自己拿不准的问题先请示部门领导，克服了自己马虎粗心的问题，虽然还算圆满完成了今年的各项工作任务，但必须看到工作中存在的不足：</w:t>
      </w:r>
      <w:r>
        <w:rPr>
          <w:lang w:eastAsia="zh-CN"/>
        </w:rPr>
        <w:br/>
      </w:r>
      <w:r>
        <w:rPr>
          <w:lang w:eastAsia="zh-CN"/>
        </w:rPr>
        <w:t>　　1、理论水平不高，当前社会会计知识和业务更新换代比较快，缺乏对新的业务知识和税法的系统学习。</w:t>
      </w:r>
      <w:r>
        <w:rPr>
          <w:lang w:eastAsia="zh-CN"/>
        </w:rPr>
        <w:br/>
      </w:r>
      <w:r>
        <w:rPr>
          <w:lang w:eastAsia="zh-CN"/>
        </w:rPr>
        <w:t>　　2、忙于应付事务性工作多，深入思考和认真思考研究财务管理办法少，工作有广度，没深度。</w:t>
      </w:r>
      <w:r>
        <w:rPr>
          <w:lang w:eastAsia="zh-CN"/>
        </w:rPr>
        <w:br/>
      </w:r>
      <w:r>
        <w:rPr>
          <w:lang w:eastAsia="zh-CN"/>
        </w:rPr>
        <w:t>　　3、只干工作，不善于总结，事倍功半的事情时有发生，今后要逐步学习用科学的方法，善总结、勤思考，逐步达到事半功倍的效果。</w:t>
      </w:r>
      <w:r>
        <w:rPr>
          <w:lang w:eastAsia="zh-CN"/>
        </w:rPr>
        <w:br/>
      </w:r>
      <w:r>
        <w:rPr>
          <w:lang w:eastAsia="zh-CN"/>
        </w:rPr>
        <w:t>　　4、缺乏和领导及同事的沟通交流，在某些工作消息上处于不知情的状态。</w:t>
      </w:r>
      <w:r>
        <w:rPr>
          <w:lang w:eastAsia="zh-CN"/>
        </w:rPr>
        <w:br/>
      </w:r>
      <w:r>
        <w:rPr>
          <w:lang w:eastAsia="zh-CN"/>
        </w:rPr>
        <w:t>　　随着分公司和子公司的相继成立，今年的工作相对去年增加了一些，工作时间十分充实，而且只要自己提高效率，善于总结和转变方法，很多困难是可以迎刃而解的。在新的一年工作中，我将充满热情迎接对待工作，做到更仔细更认真。在做好日常会计工作的基础上，我还将不断的熟悉公司财务管理办法、学习相关业务知识，针对自己的薄弱环节有的放矢，提高自身的综合业务能力。另外，保持与领导和各有关业务部分及时沟通交流，确保所有事项顺利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过去的一年里，自己在财务分析和沟通协调能力方面，距离公司部门领导以及单位同事对我的要求还存在一定差距，工作缺乏创新精神，针对这些问题，我会在20__年加以提高和改进。多学习同事们对待工作的满腔热情和积极的工作态度，我将会更加努力，发扬优势、改正不足、勤奋务实、谨慎创新，为国投公司的后续发展和转型升级贡献出自己应尽的力量。</w:t>
      </w:r>
      <w:r>
        <w:rPr>
          <w:lang w:eastAsia="zh-CN"/>
        </w:rPr>
        <w:br/>
      </w:r>
      <w:r>
        <w:rPr>
          <w:lang w:eastAsia="zh-CN"/>
        </w:rPr>
        <w:t xml:space="preserve">    财务个人工作总结 篇11 </w:t>
      </w:r>
      <w:r>
        <w:rPr>
          <w:lang w:eastAsia="zh-CN"/>
        </w:rPr>
        <w:br/>
      </w:r>
      <w:r>
        <w:rPr>
          <w:lang w:eastAsia="zh-CN"/>
        </w:rPr>
        <w:t>　　20__年是岳阳物业公司学习、摸索并逐渐稳定的一年。在公司总经理__年年终会议精神指导下，在以李颀总经理为首的各级领导的支持和关爱下，在戴总的精心指导带领下，以及全体员工共同努力下，岳阳物业公司已基本完成20__年的工作计划，现将具体工作总结</w:t>
      </w:r>
      <w:r>
        <w:rPr>
          <w:lang w:eastAsia="zh-CN"/>
        </w:rPr>
        <w:br/>
      </w:r>
      <w:r>
        <w:rPr>
          <w:lang w:eastAsia="zh-CN"/>
        </w:rPr>
        <w:t>　　一、各部门工作汇报</w:t>
      </w:r>
      <w:r>
        <w:rPr>
          <w:lang w:eastAsia="zh-CN"/>
        </w:rPr>
        <w:br/>
      </w:r>
      <w:r>
        <w:rPr>
          <w:lang w:eastAsia="zh-CN"/>
        </w:rPr>
        <w:t>　　1、客服中心：</w:t>
      </w:r>
      <w:r>
        <w:rPr>
          <w:lang w:eastAsia="zh-CN"/>
        </w:rPr>
        <w:br/>
      </w:r>
      <w:r>
        <w:rPr>
          <w:lang w:eastAsia="zh-CN"/>
        </w:rPr>
        <w:t>　　（1）认真落实部门各班的日常管理工作；热情接待来访业主和往来单位；认真、耐心地办理业主的入伙手续67户和装修手续40户；配合业主入住，对房屋进行严格的验房，发现问题及时电话及书面报给开发商进行整改并不断地追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严抓水电、公共配套设施设备的日常检查和月度检查；一期水泵房因变压器调试有问题，导致二次供水不能正常供应。客服中心及时制定紧急方案，一边解决业主二次供水问题，一边督促和协助外来单位调试水泵房变压器，电工班员工连续加班协助调试并学习相关技能；在大家的共同努力下，小区二次供水得以正常运行。</w:t>
      </w:r>
      <w:r>
        <w:rPr>
          <w:lang w:eastAsia="zh-CN"/>
        </w:rPr>
        <w:br/>
      </w:r>
      <w:r>
        <w:rPr>
          <w:lang w:eastAsia="zh-CN"/>
        </w:rPr>
        <w:t>　　（3）公司提供的便民服务与日常小修服务为许多业主，特别是老人和妇女解决了生活中的.难题，深得业主的好评。</w:t>
      </w:r>
      <w:r>
        <w:rPr>
          <w:lang w:eastAsia="zh-CN"/>
        </w:rPr>
        <w:br/>
      </w:r>
      <w:r>
        <w:rPr>
          <w:lang w:eastAsia="zh-CN"/>
        </w:rPr>
        <w:t>　　（4）坚持每日严抓装修管理，保安部上门勤检查，保洁班监督，发现违规装修及时反馈、沟通并提出整改意见。</w:t>
      </w:r>
      <w:r>
        <w:rPr>
          <w:lang w:eastAsia="zh-CN"/>
        </w:rPr>
        <w:br/>
      </w:r>
      <w:r>
        <w:rPr>
          <w:lang w:eastAsia="zh-CN"/>
        </w:rPr>
        <w:t>　　（5）认真做好住户的投诉登记工作，并派人进行调查、核实、处理、回访，至今未有一件重大有效投诉。</w:t>
      </w:r>
      <w:r>
        <w:rPr>
          <w:lang w:eastAsia="zh-CN"/>
        </w:rPr>
        <w:br/>
      </w:r>
      <w:r>
        <w:rPr>
          <w:lang w:eastAsia="zh-CN"/>
        </w:rPr>
        <w:t>　　（6）监督绿化承包员对小区的花草树木及时进行养护（浇水、锄草、修剪、施肥、补苗等），现小区整体绿化效果有很大的改观。</w:t>
      </w:r>
      <w:r>
        <w:rPr>
          <w:lang w:eastAsia="zh-CN"/>
        </w:rPr>
        <w:br/>
      </w:r>
      <w:r>
        <w:rPr>
          <w:lang w:eastAsia="zh-CN"/>
        </w:rPr>
        <w:t>　　（7）安排保洁每周对小区重点部位进行灭鼠、杀虫和消毒；整体卫生搞得不错，得到大部分业主的一致好评。保洁班各员工一向厉行节约，在保证服务质量的前提下，节约了大量的各种日耗品，如垃圾袋、洗衣粉、抹布、拖把等等，为公司节约成本。</w:t>
      </w:r>
      <w:r>
        <w:rPr>
          <w:lang w:eastAsia="zh-CN"/>
        </w:rPr>
        <w:br/>
      </w:r>
      <w:r>
        <w:rPr>
          <w:lang w:eastAsia="zh-CN"/>
        </w:rPr>
        <w:t>　　（8）客服中心每月制定催款计划，采取“一电话、二电话、三书面、四上门”的催款方式催收拖欠费用的业主。因前期遗留问题不断出现，有相当一部份业主因各种原因据交物管费，例如，因开发商漏水等工程质量问题据交的有8户，因前康美物业纠纷而拒交的有2户，无其他正当理由拒交的有3户，以办入伙但一直空置并未交费的有16户。多次与业主委员会协商交涉，共同努力解决欠款催交工作。</w:t>
      </w:r>
      <w:r>
        <w:rPr>
          <w:lang w:eastAsia="zh-CN"/>
        </w:rPr>
        <w:br/>
      </w:r>
      <w:r>
        <w:rPr>
          <w:lang w:eastAsia="zh-CN"/>
        </w:rPr>
        <w:t>　　（9）不断督促新天地开发商逐步解决遗留问题（如房屋和外墙漏水、烟道串烟等），虽有些许成效，但遗留的问题还得继续追踪。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（10）努力抓好围墙广告位的出租和管理，与9家公司签订广告位协议，为公司创造收入。</w:t>
      </w:r>
      <w:r>
        <w:rPr>
          <w:lang w:eastAsia="zh-CN"/>
        </w:rPr>
        <w:br/>
      </w:r>
      <w:r>
        <w:rPr>
          <w:lang w:eastAsia="zh-CN"/>
        </w:rPr>
        <w:t>　　（11）将相关资料输入物业软件中，便于管理和存档，同时缓解人员困境，提高办公效率，实现办公自动化。</w:t>
      </w:r>
      <w:r>
        <w:rPr>
          <w:lang w:eastAsia="zh-CN"/>
        </w:rPr>
        <w:br/>
      </w:r>
      <w:r>
        <w:rPr>
          <w:lang w:eastAsia="zh-CN"/>
        </w:rPr>
        <w:t>　　（12）与业主委员会联手成立小区各社团部：太极拳队、乒乓球队，篮球队等，并多次举行篮球友谊赛和集体晨练太极拳，丰富了业主的业余生活。</w:t>
      </w:r>
      <w:r>
        <w:rPr>
          <w:lang w:eastAsia="zh-CN"/>
        </w:rPr>
        <w:br/>
      </w:r>
      <w:r>
        <w:rPr>
          <w:lang w:eastAsia="zh-CN"/>
        </w:rPr>
        <w:t>　　（13）组织好全体员工为时3个月的物业基础知识培训工作，并根据培训情况对所有员工进行考核，全面提高了员工的物业理论知识和综合服务素质，使我公司的整体服务质量实质性地提高了一个台阶。</w:t>
      </w:r>
      <w:r>
        <w:rPr>
          <w:lang w:eastAsia="zh-CN"/>
        </w:rPr>
        <w:br/>
      </w:r>
      <w:r>
        <w:rPr>
          <w:lang w:eastAsia="zh-CN"/>
        </w:rPr>
        <w:t>　　（14）不时地与华菱开发商就一期房屋接管验收工作进行沟通和协商，并制定出详细、周密、具有可行性操作的方案。同时与其他家装公司合作，避免我公司人员不足和开发商不积极交房等造成的工作困难。</w:t>
      </w:r>
      <w:r>
        <w:rPr>
          <w:lang w:eastAsia="zh-CN"/>
        </w:rPr>
        <w:br/>
      </w:r>
      <w:r>
        <w:rPr>
          <w:lang w:eastAsia="zh-CN"/>
        </w:rPr>
        <w:t>　　（15）积极配合各部其他日常工作，加强部门员工的节能降耗意识、团队协作意识、服务意识、“主人翁”意识。</w:t>
      </w:r>
      <w:r>
        <w:rPr>
          <w:lang w:eastAsia="zh-CN"/>
        </w:rPr>
        <w:br/>
      </w:r>
      <w:r>
        <w:rPr>
          <w:lang w:eastAsia="zh-CN"/>
        </w:rPr>
        <w:t>　　2、保安部：</w:t>
      </w:r>
      <w:r>
        <w:rPr>
          <w:lang w:eastAsia="zh-CN"/>
        </w:rPr>
        <w:br/>
      </w:r>
      <w:r>
        <w:rPr>
          <w:lang w:eastAsia="zh-CN"/>
        </w:rPr>
        <w:t>　　（1）每日抓好保安员形象，主要是坐姿、站姿、礼貌礼节、言行举止等方面，从而提高了物业公司的形象。</w:t>
      </w:r>
      <w:r>
        <w:rPr>
          <w:lang w:eastAsia="zh-CN"/>
        </w:rPr>
        <w:br/>
      </w:r>
      <w:r>
        <w:rPr>
          <w:lang w:eastAsia="zh-CN"/>
        </w:rPr>
        <w:t>　　（2）抓好安全、消防、车辆日常管理工作，发现问题及时采取有效措施进行处理。并两次抓获小区小偷。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（3）坚持做好保安的队列训练，并保证训练质量。积极参加公司组织的培训工作，提升自己的专业水平。</w:t>
      </w:r>
      <w:r>
        <w:rPr>
          <w:lang w:eastAsia="zh-CN"/>
        </w:rPr>
        <w:br/>
      </w:r>
      <w:r>
        <w:rPr>
          <w:lang w:eastAsia="zh-CN"/>
        </w:rPr>
        <w:t>　　（4）将消防设施设备作为巡查内容，发现问题及时采取有效措施进行处理。</w:t>
      </w:r>
      <w:r>
        <w:rPr>
          <w:lang w:eastAsia="zh-CN"/>
        </w:rPr>
        <w:br/>
      </w:r>
      <w:r>
        <w:rPr>
          <w:lang w:eastAsia="zh-CN"/>
        </w:rPr>
        <w:t>　　（5）华菱交房期间，安排保安人员加班，全力配合公司交房时的安全保卫和其他临时工作，为华菱业主交房提供了安全有序的保证。</w:t>
      </w:r>
      <w:r>
        <w:rPr>
          <w:lang w:eastAsia="zh-CN"/>
        </w:rPr>
        <w:br/>
      </w:r>
      <w:r>
        <w:rPr>
          <w:lang w:eastAsia="zh-CN"/>
        </w:rPr>
        <w:t>　　（6）严格抓好了小区的车辆管理工作，做到了指挥车辆进出、停放有序，保证了小区的日常交通秩序。</w:t>
      </w:r>
      <w:r>
        <w:rPr>
          <w:lang w:eastAsia="zh-CN"/>
        </w:rPr>
        <w:br/>
      </w:r>
      <w:r>
        <w:rPr>
          <w:lang w:eastAsia="zh-CN"/>
        </w:rPr>
        <w:t>　　（7）做好了公司用车和日常采购工作，积极配合各部各项工作。</w:t>
      </w:r>
      <w:r>
        <w:rPr>
          <w:lang w:eastAsia="zh-CN"/>
        </w:rPr>
        <w:br/>
      </w:r>
      <w:r>
        <w:rPr>
          <w:lang w:eastAsia="zh-CN"/>
        </w:rPr>
        <w:t>　　（8）加强节能降耗意识和团队协作意识、安全意识、服务意识、“主人翁”意识。</w:t>
      </w:r>
      <w:r>
        <w:rPr>
          <w:lang w:eastAsia="zh-CN"/>
        </w:rPr>
        <w:br/>
      </w:r>
      <w:r>
        <w:rPr>
          <w:lang w:eastAsia="zh-CN"/>
        </w:rPr>
        <w:t>　　3、综合财务部：</w:t>
      </w:r>
      <w:r>
        <w:rPr>
          <w:lang w:eastAsia="zh-CN"/>
        </w:rPr>
        <w:br/>
      </w:r>
      <w:r>
        <w:rPr>
          <w:lang w:eastAsia="zh-CN"/>
        </w:rPr>
        <w:t>　　（1）每日对各项收费已进行详细记录，并作好了每日台账，在小区入伙率76.4%，入住率58%的前提下，收取20__年1月1日至20__年12</w:t>
      </w:r>
      <w:r>
        <w:rPr>
          <w:lang w:eastAsia="zh-CN"/>
        </w:rPr>
        <w:br/>
      </w:r>
      <w:r>
        <w:rPr>
          <w:lang w:eastAsia="zh-CN"/>
        </w:rPr>
        <w:t xml:space="preserve">    财务个人工作总结 篇12 </w:t>
      </w:r>
      <w:r>
        <w:rPr>
          <w:lang w:eastAsia="zh-CN"/>
        </w:rPr>
        <w:br/>
      </w:r>
      <w:r>
        <w:rPr>
          <w:lang w:eastAsia="zh-CN"/>
        </w:rPr>
        <w:t>　　新的一年即将到来之际，我先祝贺各位同事在度过愉快丰收的一年和在未来一年中万事顺意!自己在领导和全体同事的关心、支持和帮助下，坚持自我严格要求、加强学习、踏实工作，在政治思想、工作学习等方面取得了不小的进步，下面把自己各方面的表现向领导和同事们作个小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一、爱岗敬业，坚持原则，树立良好的职业道德。</w:t>
      </w:r>
      <w:r>
        <w:rPr>
          <w:lang w:eastAsia="zh-CN"/>
        </w:rPr>
        <w:br/>
      </w:r>
      <w:r>
        <w:rPr>
          <w:lang w:eastAsia="zh-CN"/>
        </w:rPr>
        <w:t>　　在工作中，自己按照发展要有新思路，改革要有新突破，开放要有新局面，各项工作要新举措的要求，在工作中要能够坚持原则，秉公办事，顾全大局，以新《会计法》为依据。遵纪守法，遵守财经纪律。认真履行会计岗位职责，一丝不苟，忠于职守尽职尽责的工作。服从组织安排，并能按时保质保量完成岗位任务工作。主动利用会计的优势和特长，给领导当好参谋，合理合法处理好财会业务。</w:t>
      </w:r>
      <w:r>
        <w:rPr>
          <w:lang w:eastAsia="zh-CN"/>
        </w:rPr>
        <w:br/>
      </w:r>
      <w:r>
        <w:rPr>
          <w:lang w:eastAsia="zh-CN"/>
        </w:rPr>
        <w:t>　　对各办公室人员所需报销的单据进行认真审核，为领导把好第一关，对不合理的票据一律不予报销，发现问题及时向领导汇报，认真做好会计基础工作，认真审核原始凭证，会计凭证手续齐全，装订整洁符合要求，科目设置准确，帐目清楚，会计报表要准确及时完整定期向领导汇报财务业务执行情况，除按时完成本职工作之外，还能完成临时性工作任务。</w:t>
      </w:r>
      <w:r>
        <w:rPr>
          <w:lang w:eastAsia="zh-CN"/>
        </w:rPr>
        <w:br/>
      </w:r>
      <w:r>
        <w:rPr>
          <w:lang w:eastAsia="zh-CN"/>
        </w:rPr>
        <w:t>　　二、加强政治学习努力提高自身素质。</w:t>
      </w:r>
      <w:r>
        <w:rPr>
          <w:lang w:eastAsia="zh-CN"/>
        </w:rPr>
        <w:br/>
      </w:r>
      <w:r>
        <w:rPr>
          <w:lang w:eastAsia="zh-CN"/>
        </w:rPr>
        <w:t>　　我深知作为财务工作人员，肩负的任务繁重，责任重大，为了不辜负领导的重托和大家的信任，更好的履行职责，就必须不断的学习，因此把学习放在重要位置，认真学习业务知识和煤矿兼并重组的新形势下的政策，自己无论是在政治思想上还是业务水平方面，有了较大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坚持把学习和积累作为提升自身素质，提高工作能力的基本途径，坚持把参加各种学习活动与业务学习结合起来，并认真做好重点学习笔记。工作中能认真执行有关财务管理规定，履行节约，勤俭办公，务实开拓。</w:t>
      </w:r>
      <w:r>
        <w:rPr>
          <w:lang w:eastAsia="zh-CN"/>
        </w:rPr>
        <w:br/>
      </w:r>
      <w:r>
        <w:rPr>
          <w:lang w:eastAsia="zh-CN"/>
        </w:rPr>
        <w:t>　　三、重视日常财务收支管理。</w:t>
      </w:r>
      <w:r>
        <w:rPr>
          <w:lang w:eastAsia="zh-CN"/>
        </w:rPr>
        <w:br/>
      </w:r>
      <w:r>
        <w:rPr>
          <w:lang w:eastAsia="zh-CN"/>
        </w:rPr>
        <w:t>　　收支管理是一个单位财务管理工作的重中之重，加强收支管理，既是缓解资金供需矛盾，发展事业的需要，也是贯彻执勤俭办一切事业方针的体现。为了加强这一管理，我们建立建全各项财务制度，财务日常工作，就可以做到有法可依，有章可循，实现管理的规范的制度化。</w:t>
      </w:r>
      <w:r>
        <w:rPr>
          <w:lang w:eastAsia="zh-CN"/>
        </w:rPr>
        <w:br/>
      </w:r>
      <w:r>
        <w:rPr>
          <w:lang w:eastAsia="zh-CN"/>
        </w:rPr>
        <w:t>　　对一切开支严格按财务制度办理，对一些创收积极进行催收，使得局和中心财务财务能够集中财力办公，通过财务室认真落实的执行，收效非常明显。在经费相当紧张的情况下，既保证局和中心一系列政党业务活动和财务收支健康顺利地开展，又使各项收支的安排使用符合发展的要求，极大的提高了资金的使用效益，达到了增收节支的目的。</w:t>
      </w:r>
      <w:r>
        <w:rPr>
          <w:lang w:eastAsia="zh-CN"/>
        </w:rPr>
        <w:br/>
      </w:r>
      <w:r>
        <w:rPr>
          <w:lang w:eastAsia="zh-CN"/>
        </w:rPr>
        <w:t>　　四、认真做好年终决算工作。</w:t>
      </w:r>
      <w:r>
        <w:rPr>
          <w:lang w:eastAsia="zh-CN"/>
        </w:rPr>
        <w:br/>
      </w:r>
      <w:r>
        <w:rPr>
          <w:lang w:eastAsia="zh-CN"/>
        </w:rPr>
        <w:t>　　年终决算是一项比较复杂和繁重的工作任务，主要是进行结清旧账，年终转账和记入新账，编制会计报表等，财务报表是仅反映单位财务状况和收支情况的书面文件，单位领导了解情况，掌握政策，指导本单位预算执行工作的重要资料，也是编制下年度财务收支计划的基础。认真细致地搞好年终决算和编制各种会计报表。写出分析，能过分析总结出管理中的经验，提示出存在的问题，以便改进财务管理工作，提高管理水平也为领导的决策提供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五、科学调度，厉行节约。</w:t>
      </w:r>
      <w:r>
        <w:rPr>
          <w:lang w:eastAsia="zh-CN"/>
        </w:rPr>
        <w:br/>
      </w:r>
      <w:r>
        <w:rPr>
          <w:lang w:eastAsia="zh-CN"/>
        </w:rPr>
        <w:t>　　本着节约，保证工作需要地原则坚持做到多请示，多汇报，不该报的不报，不该购的不购，充分利用办公现有资源，科学高度，合理调剂，能用则用，能修则修，以最小的支出取得最佳效果。</w:t>
      </w:r>
      <w:r>
        <w:rPr>
          <w:lang w:eastAsia="zh-CN"/>
        </w:rPr>
        <w:br/>
      </w:r>
      <w:r>
        <w:rPr>
          <w:lang w:eastAsia="zh-CN"/>
        </w:rPr>
        <w:t>　　总之在20__中，取得的成就和科室同志们的艰苦奋斗是分不开的，在新的一年里，我们将更加努力工作，发扬成绩，改正不足，以勤奋务实，解放思想，转变观念，抓住机遇，改变命运。以事业为基础，以经济为导向，以稳定为前提，以学习为补充，以发展为动力。为我煤炭局、培训中心的建设和发展贡献自己的力量。</w:t>
      </w:r>
      <w:r>
        <w:rPr>
          <w:lang w:eastAsia="zh-CN"/>
        </w:rPr>
        <w:br/>
      </w:r>
      <w:r>
        <w:rPr>
          <w:lang w:eastAsia="zh-CN"/>
        </w:rPr>
        <w:t xml:space="preserve">    财务个人工作总结 篇13 </w:t>
      </w:r>
      <w:r>
        <w:rPr>
          <w:lang w:eastAsia="zh-CN"/>
        </w:rPr>
        <w:br/>
      </w:r>
      <w:r>
        <w:rPr>
          <w:lang w:eastAsia="zh-CN"/>
        </w:rPr>
        <w:t>　　我是今年__月被入取到公司，任主办会计一职，由于刚接手，对自己业务还不是很熟悉，所以管理还不到位，但是透过这段时间的努力以及在各部门同事们的大力支持和用心配合下，在财务会计工作岗位上取得了必须的成绩，较好地完成了上级分配的各项财务工作任务。现将三个月来的财务工作状况简要总结如下：</w:t>
      </w:r>
      <w:r>
        <w:rPr>
          <w:lang w:eastAsia="zh-CN"/>
        </w:rPr>
        <w:br/>
      </w:r>
      <w:r>
        <w:rPr>
          <w:lang w:eastAsia="zh-CN"/>
        </w:rPr>
        <w:t>　　一、20__年度工作内容</w:t>
      </w:r>
      <w:r>
        <w:rPr>
          <w:lang w:eastAsia="zh-CN"/>
        </w:rPr>
        <w:br/>
      </w:r>
      <w:r>
        <w:rPr>
          <w:lang w:eastAsia="zh-CN"/>
        </w:rPr>
        <w:t>　　（一）公司财务部工作执行及完成的状况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们秉着财务工作“严谨、仔细、认真、负责”的工作态度，严格遵守国家的财务会计制度、税收法规和国家其他财经法律法规及公司的财务制度，认真负责地做好财务工作，履行了财务职责。我们做好了对资金进行的管理和结算，对于收到的资金能及时地存入银行，每笔付款也做到了认真核对，只有在相关手续完备无误的状况下才会进行支付。在现金管理这方面，我们也能坚持做到日清月结，并及时调整银行未达。同时，我们坚持天天登记现金日记账，周周做应收款报表，审核财务部一切付款凭证、合同，编造每月的税务报表、统计资料并每月向总部汇报工作状况，更好地为公司领导带给了财务收支信息。我们财务部的每位财务人员都勤勤恳恳、任劳任怨、努力做好了本职工作，认真执行了企业会计制度，实现了会计信息收集、处理和传递的及时性、准确性。</w:t>
      </w:r>
      <w:r>
        <w:rPr>
          <w:lang w:eastAsia="zh-CN"/>
        </w:rPr>
        <w:br/>
      </w:r>
      <w:r>
        <w:rPr>
          <w:lang w:eastAsia="zh-CN"/>
        </w:rPr>
        <w:t>　　（二）财务部工作执行状况分析</w:t>
      </w:r>
      <w:r>
        <w:rPr>
          <w:lang w:eastAsia="zh-CN"/>
        </w:rPr>
        <w:br/>
      </w:r>
      <w:r>
        <w:rPr>
          <w:lang w:eastAsia="zh-CN"/>
        </w:rPr>
        <w:t>　　在财务部工作的这段时间里很好地完成了上级领导赋予的工作任务，取得了必须成绩，我觉得有以下几点原因：</w:t>
      </w:r>
      <w:r>
        <w:rPr>
          <w:lang w:eastAsia="zh-CN"/>
        </w:rPr>
        <w:br/>
      </w:r>
      <w:r>
        <w:rPr>
          <w:lang w:eastAsia="zh-CN"/>
        </w:rPr>
        <w:t>　　1、思想上。一心做好财务工作，一心为公司利益着想。因为大家一心为公司利益着想，有着共同的一个信念，“爱公司如爱家”，所以才能做好财务工作。</w:t>
      </w:r>
      <w:r>
        <w:rPr>
          <w:lang w:eastAsia="zh-CN"/>
        </w:rPr>
        <w:br/>
      </w:r>
      <w:r>
        <w:rPr>
          <w:lang w:eastAsia="zh-CN"/>
        </w:rPr>
        <w:t>　　2、工作态度上。要完成审核财务部一切开支凭证、合同，编造每月的税务报表、统计资料的工作就需要“严谨、仔细、认真、负责”的工作态度。为了便于查账人员的查账工作，我们务必对税务报表和会计档案等这些账务能做到仔细认真，无差无漏，有根有据。</w:t>
      </w:r>
      <w:r>
        <w:rPr>
          <w:lang w:eastAsia="zh-CN"/>
        </w:rPr>
        <w:br/>
      </w:r>
      <w:r>
        <w:rPr>
          <w:lang w:eastAsia="zh-CN"/>
        </w:rPr>
        <w:t>　　3、学习态度上。要将会计工作做好，就就应进行再教育学习。多与财务部其他同志进行经验交流，多参加相关对内部控制和税务风险的专题讲座，将自身知识与会计工作结合起来，才能更好地完成领导交与我的任务。</w:t>
      </w:r>
      <w:r>
        <w:rPr>
          <w:lang w:eastAsia="zh-CN"/>
        </w:rPr>
        <w:br/>
      </w:r>
      <w:r>
        <w:rPr>
          <w:lang w:eastAsia="zh-CN"/>
        </w:rPr>
        <w:t>　　（三）公司财务部工作中沟通协调事项问题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财务部及时做好了税务协调沟通工作，为总公司下属的两个分公司争取到了部分账目不用查账的机会。为了确保公司的发展有序进行，提高公司的运行效率。我们财务部的三位财务人员同时与两个国税、地税等税务部门和一个服务类企业打交道，期间，我们做了超多协调沟通工作。用心与相关税务主管部门联系，争取相关部门对我公司的理解与支持，限度的利用国家相关的企业税收优惠政策，为公司节约每一分资金，创造经济效益，确保公司发展和生产经营工作的正常开展。虽然在税务协调沟通的工作中遇到了困难，但是我们为了公司，为了尽到财务人员的职责，即使硬着头皮，也会努力做好做完。</w:t>
      </w:r>
      <w:r>
        <w:rPr>
          <w:lang w:eastAsia="zh-CN"/>
        </w:rPr>
        <w:br/>
      </w:r>
      <w:r>
        <w:rPr>
          <w:lang w:eastAsia="zh-CN"/>
        </w:rPr>
        <w:t>　　（四）公司财务部工作绩效的评估</w:t>
      </w:r>
      <w:r>
        <w:rPr>
          <w:lang w:eastAsia="zh-CN"/>
        </w:rPr>
        <w:br/>
      </w:r>
      <w:r>
        <w:rPr>
          <w:lang w:eastAsia="zh-CN"/>
        </w:rPr>
        <w:t>　　我们财务部明确财务部会计人员的岗位职责权限、工作分工和纪律要求，要求各岗位人员根据本岗位的职责要求，认真做好本职工作并将成效显著工作纳入政绩考核体系。这样，加强了财务部内部核算监督，强化了各岗位人员的职责感。</w:t>
      </w:r>
      <w:r>
        <w:rPr>
          <w:lang w:eastAsia="zh-CN"/>
        </w:rPr>
        <w:br/>
      </w:r>
      <w:r>
        <w:rPr>
          <w:lang w:eastAsia="zh-CN"/>
        </w:rPr>
        <w:t>　　（五）对公司或财务部的几点推荐</w:t>
      </w:r>
      <w:r>
        <w:rPr>
          <w:lang w:eastAsia="zh-CN"/>
        </w:rPr>
        <w:br/>
      </w:r>
      <w:r>
        <w:rPr>
          <w:lang w:eastAsia="zh-CN"/>
        </w:rPr>
        <w:t>　　对于公司或财务部的管理，我有如下几点推荐，如有不妥，敬请同事和领导指教：</w:t>
      </w:r>
      <w:r>
        <w:rPr>
          <w:lang w:eastAsia="zh-CN"/>
        </w:rPr>
        <w:br/>
      </w:r>
      <w:r>
        <w:rPr>
          <w:lang w:eastAsia="zh-CN"/>
        </w:rPr>
        <w:t>　　1、条件允许的状况下，开展以财务管理为中心的财务软件、ERP软件需要的更新，使公司领导及时全面掌握企业资源状况。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2、由于财务工作的繁琐、复杂以及公司即将增加一个运输子公司，我们财务部的工作量和工作压力也会更大，推荐总公司能够增加相关的工作人员。</w:t>
      </w:r>
      <w:r>
        <w:rPr>
          <w:lang w:eastAsia="zh-CN"/>
        </w:rPr>
        <w:br/>
      </w:r>
      <w:r>
        <w:rPr>
          <w:lang w:eastAsia="zh-CN"/>
        </w:rPr>
        <w:t>　　3、昨年的工作中，由于发票的传递、银行回单的传递不够及时，给我们财务部的工作带来了很大的难题，期望公司领导能协调这项工作，使发票的传递、银行回单的传递能准确及时，保证财务核算的顺利进行。</w:t>
      </w:r>
      <w:r>
        <w:rPr>
          <w:lang w:eastAsia="zh-CN"/>
        </w:rPr>
        <w:br/>
      </w:r>
      <w:r>
        <w:rPr>
          <w:lang w:eastAsia="zh-CN"/>
        </w:rPr>
        <w:t>　　4、加强内部财务管理工作，采取与外部单位、内部各部门定期核对账目及台帐来确保数据无误，对各部门资金支出进行及时反映和分析等措施。</w:t>
      </w:r>
      <w:r>
        <w:rPr>
          <w:lang w:eastAsia="zh-CN"/>
        </w:rPr>
        <w:br/>
      </w:r>
      <w:r>
        <w:rPr>
          <w:lang w:eastAsia="zh-CN"/>
        </w:rPr>
        <w:t>　　5、提高财务部财务人员的核算水平和管理服务意识，提高财务风险意识，加强财务人员的定期培训。</w:t>
      </w:r>
      <w:r>
        <w:rPr>
          <w:lang w:eastAsia="zh-CN"/>
        </w:rPr>
        <w:br/>
      </w:r>
      <w:r>
        <w:rPr>
          <w:lang w:eastAsia="zh-CN"/>
        </w:rPr>
        <w:t>　　二、20__年度工作计划</w:t>
      </w:r>
      <w:r>
        <w:rPr>
          <w:lang w:eastAsia="zh-CN"/>
        </w:rPr>
        <w:br/>
      </w:r>
      <w:r>
        <w:rPr>
          <w:lang w:eastAsia="zh-CN"/>
        </w:rPr>
        <w:t>　　20__年我们财务部以“保证资金安全，服务公司管理，支持公司发展”为目标，以“财务核算、财务管理、管理会计和谐发展”为措施，针对财务部管理升级中存在的问题，按照统筹兼顾，逐项解决，不断完善的原则持续进行，将财务部管理的不断升级、完善作为我们长期工作来开展。财务部将做到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1、继续加强管理、规范财务流程、提高财务做账潜力。不断的反省与总结，提高财务管理工作质量，充分发挥财务管理的重要作用。推进会计标准化工作，从基础核算到日常整理流程进行细则的规定、以构成统一标准，个性是发票的报销核算，要进行统一规范，严格执行。“严谨、仔细、认真、负责”是我们秉承的理念，尽我们财务部的全力去满足公司每一个项目进行对财务的细节要求，确保公司项目正常顺利进行。</w:t>
      </w:r>
      <w:r>
        <w:rPr>
          <w:lang w:eastAsia="zh-CN"/>
        </w:rPr>
        <w:br/>
      </w:r>
      <w:r>
        <w:rPr>
          <w:lang w:eastAsia="zh-CN"/>
        </w:rPr>
        <w:t>　　2、做好每月、每季度的所得税汇算清缴工作，合理地降低各项税务风险。</w:t>
      </w:r>
      <w:r>
        <w:rPr>
          <w:lang w:eastAsia="zh-CN"/>
        </w:rPr>
        <w:br/>
      </w:r>
      <w:r>
        <w:rPr>
          <w:lang w:eastAsia="zh-CN"/>
        </w:rPr>
        <w:t>　　3、加强内部财务管理工作，采取与外部单位、内部各部门定期核对账目及台帐来确保数据无误，对各部门资金支出进行及时反映和分析等措施。</w:t>
      </w:r>
      <w:r>
        <w:rPr>
          <w:lang w:eastAsia="zh-CN"/>
        </w:rPr>
        <w:br/>
      </w:r>
      <w:r>
        <w:rPr>
          <w:lang w:eastAsia="zh-CN"/>
        </w:rPr>
        <w:t>　　4、做好公司经济活动分析工作，及时提出为实现公司生产经营计划的财务控制可行性措施或推荐。配合公司进行收入、成本、费用的专项检查，加强非生产费用和可控费用的控制、执行力度，不能超支的绝不超支。</w:t>
      </w:r>
      <w:r>
        <w:rPr>
          <w:lang w:eastAsia="zh-CN"/>
        </w:rPr>
        <w:br/>
      </w:r>
      <w:r>
        <w:rPr>
          <w:lang w:eastAsia="zh-CN"/>
        </w:rPr>
        <w:t>　　5、继续与财政、税务等部门沟通、联系，处理好与公司相关的财政、税务事宜。</w:t>
      </w:r>
      <w:r>
        <w:rPr>
          <w:lang w:eastAsia="zh-CN"/>
        </w:rPr>
        <w:br/>
      </w:r>
      <w:r>
        <w:rPr>
          <w:lang w:eastAsia="zh-CN"/>
        </w:rPr>
        <w:t>　　6、继续进行学习型组织的建立工作，做好会计人员队伍的建设，在充分保障日常工作正常开展的状况下，加强会计人员的业务知识、企业会计制度和国家有关财经法规的学习，结合会计人员考评办法，逐步提高会计人员的专业知识、技能和职业决定潜力，以便更好的适应公司发展的要求，全力做好公司的财务、核算等相关工作。</w:t>
      </w:r>
      <w:r>
        <w:rPr>
          <w:lang w:eastAsia="zh-CN"/>
        </w:rPr>
        <w:br/>
      </w:r>
      <w:r>
        <w:rPr>
          <w:lang w:eastAsia="zh-CN"/>
        </w:rPr>
        <w:t>　　7、继续制定和完善各项财务管理制度和内部控制制度，清理、完善公司的财务核算，财务管理制度，使财务工作做到照章办事。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8、持续推进全面预算管理，提高财务核算力度。20__年，我们要透彻领悟公司高层的战略意图，从公司全盘和长远的角度出发，胸怀大局，从大处着眼，细处着手，根据总经理室布置，组织编制公司年、季、月财务收支预算。同时切实加强两级经济核算。</w:t>
      </w:r>
      <w:r>
        <w:rPr>
          <w:lang w:eastAsia="zh-CN"/>
        </w:rPr>
        <w:br/>
      </w:r>
      <w:r>
        <w:rPr>
          <w:lang w:eastAsia="zh-CN"/>
        </w:rPr>
        <w:t>　　20__年，我们财务部在公司的领导下，认真努力工作，虽然在政治思想和业务知识上有了很大的提高，基本完成了工作任务，取得必须的成绩，但是与公司领导的要求相比，还是存在一些不足与差距，需要努力提高和改善。今后，我们财务部要继续加强学习，提高自身综合素质，围绕公司生产经营的工作目标任务，以求真务实的工作作风，以创新发展的工作思路，奋发努力，攻坚破难，把各项财务工作提高到一个新的水平，为公司的发展做出应有的努力与贡献。</w:t>
      </w:r>
      <w:r>
        <w:rPr>
          <w:lang w:eastAsia="zh-CN"/>
        </w:rPr>
        <w:br/>
      </w:r>
      <w:r>
        <w:rPr>
          <w:lang w:eastAsia="zh-CN"/>
        </w:rPr>
        <w:t xml:space="preserve">    财务个人工作总结 篇14 </w:t>
      </w:r>
      <w:r>
        <w:rPr>
          <w:lang w:eastAsia="zh-CN"/>
        </w:rPr>
        <w:br/>
      </w:r>
      <w:r>
        <w:rPr>
          <w:lang w:eastAsia="zh-CN"/>
        </w:rPr>
        <w:t>　　完成了物业公司与世家轩的财务分账、物业公司财务管理模式的转变、财务制度的制定、管理台账体系的建立等等几个重要的任务，具体工作如下:</w:t>
      </w:r>
      <w:r>
        <w:rPr>
          <w:lang w:eastAsia="zh-CN"/>
        </w:rPr>
        <w:br/>
      </w:r>
      <w:r>
        <w:rPr>
          <w:lang w:eastAsia="zh-CN"/>
        </w:rPr>
        <w:t>　　一、物业公司与世家轩的财务分账</w:t>
      </w:r>
      <w:r>
        <w:rPr>
          <w:lang w:eastAsia="zh-CN"/>
        </w:rPr>
        <w:br/>
      </w:r>
      <w:r>
        <w:rPr>
          <w:lang w:eastAsia="zh-CN"/>
        </w:rPr>
        <w:t>　　从__年7月份开始,根据集团财务中心的要求,完成世家轩与物业管理公司的分账处理工作,开设世家轩金碟账套,独立核算,对已输入金碟的凭证进行整理装订入册并存档备查。11月份,又把该账套移交给集团会计核算部。</w:t>
      </w:r>
      <w:r>
        <w:rPr>
          <w:lang w:eastAsia="zh-CN"/>
        </w:rPr>
        <w:br/>
      </w:r>
      <w:r>
        <w:rPr>
          <w:lang w:eastAsia="zh-CN"/>
        </w:rPr>
        <w:t>　　二、物业公司管理台账体系的建立</w:t>
      </w:r>
      <w:r>
        <w:rPr>
          <w:lang w:eastAsia="zh-CN"/>
        </w:rPr>
        <w:br/>
      </w:r>
    </w:p>
    <w:p w:rsidR="001B1F19" w14:textId="27C3F48A">
      <w:pPr>
        <w:rPr>
          <w:rFonts w:hint="eastAsia"/>
          <w:lang w:eastAsia="zh-CN"/>
        </w:rPr>
      </w:pPr>
      <w:r>
        <w:rPr>
          <w:lang w:eastAsia="zh-CN"/>
        </w:rPr>
        <w:t>　　根据君华集团财务中心的统一要求,结合物业公司的实际情况,在以前的会计核算基础之上,从管理的角度,制定了物业公司的管理台账体系(物业公司及世家轩)。包括管理台账、管理台账的汇总、管理报表、财务分析、资金计划、资金计划执行情况汇总表等等一系列的工作的开展和圆满完成,与整个集团达成一致,使物业的财务工作真正走上集团的财务工作轨道,真正发挥了财务管理的作用。</w:t>
      </w:r>
      <w:r>
        <w:rPr>
          <w:lang w:eastAsia="zh-CN"/>
        </w:rPr>
        <w:br/>
      </w:r>
      <w:r>
        <w:rPr>
          <w:lang w:eastAsia="zh-CN"/>
        </w:rPr>
        <w:t xml:space="preserve">    财务个人工作总结 篇15 </w:t>
      </w:r>
      <w:r>
        <w:rPr>
          <w:lang w:eastAsia="zh-CN"/>
        </w:rPr>
        <w:br/>
      </w:r>
      <w:r>
        <w:rPr>
          <w:lang w:eastAsia="zh-CN"/>
        </w:rPr>
        <w:t>　　又到了这紧张的时刻了。以下是我的账务个人工作总结：</w:t>
      </w:r>
      <w:r>
        <w:rPr>
          <w:lang w:eastAsia="zh-CN"/>
        </w:rPr>
        <w:br/>
      </w:r>
      <w:r>
        <w:rPr>
          <w:lang w:eastAsia="zh-CN"/>
        </w:rPr>
        <w:t>　　光阴如梭，20__下半年的工作转瞬又将成为历史，今天站在这个发言席上，我多想骄傲自豪地说一声：“一份耕坛一份收获，我没有辜负领导的期望”。然而，近阶段的工作检查与仓库管理员的理论考试的结果，让我切切实实看到了财务管理的许多薄弱之处，作为财务部的主要责任领导，我负有不可推卸的责任。“务实、求实、抓落实”，对照公司的精益管理高标准严要求，唯有先调整自己的理念，彻底转变观念，从全新的角度审视和重整自身工作，才能让各项工作真正落实到实处，下面本人查找问题如下：</w:t>
      </w:r>
      <w:r>
        <w:rPr>
          <w:lang w:eastAsia="zh-CN"/>
        </w:rPr>
        <w:br/>
      </w:r>
      <w:r>
        <w:rPr>
          <w:lang w:eastAsia="zh-CN"/>
        </w:rPr>
        <w:t>　　其一、年初至今，财务部整个条线人员一直没有得到过稳定，大事小事，压在身上，往往重视了这头却忽视了那头，有点头轻脚重没能全方位地进行管理；</w:t>
      </w:r>
      <w:r>
        <w:rPr>
          <w:lang w:eastAsia="zh-CN"/>
        </w:rPr>
        <w:br/>
      </w:r>
      <w:r>
        <w:rPr>
          <w:lang w:eastAsia="zh-CN"/>
        </w:rPr>
        <w:t>　　其二、人员的不够稳定使工作进入疲劳状态，恶性循环，导致工作思路不清晰，忽略了管理员的业务培训。</w:t>
      </w:r>
      <w:r>
        <w:rPr>
          <w:lang w:eastAsia="zh-CN"/>
        </w:rPr>
        <w:br/>
      </w:r>
      <w:r>
        <w:rPr>
          <w:lang w:eastAsia="zh-CN"/>
        </w:rPr>
        <w:t>　　其三、主观上思想有过动摇，未给自己加压，没有真正进入角色；</w:t>
      </w:r>
      <w:r>
        <w:rPr>
          <w:lang w:eastAsia="zh-CN"/>
        </w:rPr>
        <w:br/>
      </w:r>
      <w:r>
        <w:rPr>
          <w:lang w:eastAsia="zh-CN"/>
        </w:rPr>
        <w:t>　　其四、忽略了团队管理，与各级领导、各个部门之间缺乏沟通；</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https://d.book118.com/308143065005006047</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8143065005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