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兴趣小组活动计划书（35篇）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兴趣小组活动计划书（通用35篇）</w:t>
      </w:r>
      <w:r>
        <w:rPr>
          <w:lang w:eastAsia="zh-CN"/>
        </w:rPr>
        <w:br/>
      </w:r>
      <w:r>
        <w:rPr>
          <w:lang w:eastAsia="zh-CN"/>
        </w:rPr>
        <w:t xml:space="preserve">    兴趣小组活动计划书 篇1 </w:t>
      </w:r>
      <w:r>
        <w:rPr>
          <w:lang w:eastAsia="zh-CN"/>
        </w:rPr>
        <w:br/>
      </w:r>
      <w:r>
        <w:rPr>
          <w:lang w:eastAsia="zh-CN"/>
        </w:rPr>
        <w:t>　　一、活动目标</w:t>
      </w:r>
      <w:r>
        <w:rPr>
          <w:lang w:eastAsia="zh-CN"/>
        </w:rPr>
        <w:br/>
      </w:r>
      <w:r>
        <w:rPr>
          <w:lang w:eastAsia="zh-CN"/>
        </w:rPr>
        <w:t>　　为了使学生在科学课程的学习中，真正受到科学思想、方法、情感态度与价值观的熏陶，同时为了培养学生的科学素养，我校实验中心特开展科学兴趣小组活动。通过活动，能激发更多学生学习科学的兴趣。努力建构良好的教材结构，从易到难，由浅入深，逐步推进，让学生越学越能体会到科学的博大精深，逐步挖掘学生们的科学探究能力。</w:t>
      </w:r>
      <w:r>
        <w:rPr>
          <w:lang w:eastAsia="zh-CN"/>
        </w:rPr>
        <w:br/>
      </w:r>
      <w:r>
        <w:rPr>
          <w:lang w:eastAsia="zh-CN"/>
        </w:rPr>
        <w:t>　　二、活动日期及地点</w:t>
      </w:r>
      <w:r>
        <w:rPr>
          <w:lang w:eastAsia="zh-CN"/>
        </w:rPr>
        <w:br/>
      </w:r>
      <w:r>
        <w:rPr>
          <w:lang w:eastAsia="zh-CN"/>
        </w:rPr>
        <w:t>　　20__年6月10日到6月16日;实验中心</w:t>
      </w:r>
      <w:r>
        <w:rPr>
          <w:lang w:eastAsia="zh-CN"/>
        </w:rPr>
        <w:br/>
      </w:r>
      <w:r>
        <w:rPr>
          <w:lang w:eastAsia="zh-CN"/>
        </w:rPr>
        <w:t>　　三、活动对象学生人数</w:t>
      </w:r>
      <w:r>
        <w:rPr>
          <w:lang w:eastAsia="zh-CN"/>
        </w:rPr>
        <w:br/>
      </w:r>
      <w:r>
        <w:rPr>
          <w:lang w:eastAsia="zh-CN"/>
        </w:rPr>
        <w:t>　　市一中的全体学生</w:t>
      </w:r>
      <w:r>
        <w:rPr>
          <w:lang w:eastAsia="zh-CN"/>
        </w:rPr>
        <w:br/>
      </w:r>
      <w:r>
        <w:rPr>
          <w:lang w:eastAsia="zh-CN"/>
        </w:rPr>
        <w:t>　　四、活动内容</w:t>
      </w:r>
      <w:r>
        <w:rPr>
          <w:lang w:eastAsia="zh-CN"/>
        </w:rPr>
        <w:br/>
      </w:r>
      <w:r>
        <w:rPr>
          <w:lang w:eastAsia="zh-CN"/>
        </w:rPr>
        <w:t>　　1.科学实验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教师指导兴趣小组的学生选取几个学生感兴趣的实验，由学生自行分组，自行挑选兴趣的实验。教师准备好实验材料，对参赛学生进行课后辅导，指导每组学生动手做实验，亲历实验过程，探究最佳实验方法。对自己的实验进行练习解说，以迎接6月16日的比赛。</w:t>
      </w:r>
      <w:r>
        <w:rPr>
          <w:lang w:eastAsia="zh-CN"/>
        </w:rPr>
        <w:br/>
      </w:r>
      <w:r>
        <w:rPr>
          <w:lang w:eastAsia="zh-CN"/>
        </w:rPr>
        <w:t>　　2.科技小制作, 根据学生所学习的理论知识, 学生自行组合，运用生活中一些废弃物，廉价物制作自己喜欢的活动用具或者教具或者生活用品,于20__年6月5日前将制作的作品交到实验中心，并做好相关登记，告知学生提前准备作品的解说词，于6月16日对自己的作品进行展览、解说。比赛。</w:t>
      </w:r>
      <w:r>
        <w:rPr>
          <w:lang w:eastAsia="zh-CN"/>
        </w:rPr>
        <w:br/>
      </w:r>
      <w:r>
        <w:rPr>
          <w:lang w:eastAsia="zh-CN"/>
        </w:rPr>
        <w:t>　　3.仪器的改装学习科学课本的知识,充分发挥学生的想象力,学生可以大胆设计创新,自由发挥,每月每人制作一幅手抄报 。</w:t>
      </w:r>
      <w:r>
        <w:rPr>
          <w:lang w:eastAsia="zh-CN"/>
        </w:rPr>
        <w:br/>
      </w:r>
      <w:r>
        <w:rPr>
          <w:lang w:eastAsia="zh-CN"/>
        </w:rPr>
        <w:t>　　四 完成措施</w:t>
      </w:r>
      <w:r>
        <w:rPr>
          <w:lang w:eastAsia="zh-CN"/>
        </w:rPr>
        <w:br/>
      </w:r>
      <w:r>
        <w:rPr>
          <w:lang w:eastAsia="zh-CN"/>
        </w:rPr>
        <w:t>　　1.资料收集。学生按一定数量比例自发结成小组，并分组搜集和分析信息资料。</w:t>
      </w:r>
      <w:r>
        <w:rPr>
          <w:lang w:eastAsia="zh-CN"/>
        </w:rPr>
        <w:br/>
      </w:r>
      <w:r>
        <w:rPr>
          <w:lang w:eastAsia="zh-CN"/>
        </w:rPr>
        <w:t>　　2.调查研究。学生根据个人或小组集体设计的研究方案，按照确定的研究方法，选择合适的地方进行调查(问卷调查、考察，获取调查结果。在这一过程中，学生应如实记载调查中所获得的基本信息，同时要从各种调研结果、信息资料中归纳出解决问题的重要思路或观点，并反思是否获得足以支持研究结论的证据，是否还存在其他解释可能。</w:t>
      </w:r>
      <w:r>
        <w:rPr>
          <w:lang w:eastAsia="zh-CN"/>
        </w:rPr>
        <w:br/>
      </w:r>
      <w:r>
        <w:rPr>
          <w:lang w:eastAsia="zh-CN"/>
        </w:rPr>
        <w:t>　　3.成果展示 .学生将通过收集资料、调查研究得到的初步制作成果在实验室内充交流，并认真听取他人的意见和建议，进一步完善自己的方案。学生再将取得的收获进行归纳整理、总结提炼，形成书面材料和口头报告材料。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 科技小制做, 根据学习科学课本的知识,运用生活中一些废弃物,廉价物制作自己喜欢的活动用具或者教具或者生活用品,每人每月一件。</w:t>
      </w:r>
      <w:r>
        <w:rPr>
          <w:lang w:eastAsia="zh-CN"/>
        </w:rPr>
        <w:br/>
      </w:r>
      <w:r>
        <w:rPr>
          <w:lang w:eastAsia="zh-CN"/>
        </w:rPr>
        <w:t>　　5. 科学幻想手抄报:根据学习科学课本的知识,充分发挥学生的想象力,学生可以大胆设计创新,自由发挥,每月每人制作一幅手抄报。</w:t>
      </w:r>
      <w:r>
        <w:rPr>
          <w:lang w:eastAsia="zh-CN"/>
        </w:rPr>
        <w:br/>
      </w:r>
      <w:r>
        <w:rPr>
          <w:lang w:eastAsia="zh-CN"/>
        </w:rPr>
        <w:t xml:space="preserve">    兴趣小组活动计划书 篇2 </w:t>
      </w:r>
      <w:r>
        <w:rPr>
          <w:lang w:eastAsia="zh-CN"/>
        </w:rPr>
        <w:br/>
      </w:r>
      <w:r>
        <w:rPr>
          <w:lang w:eastAsia="zh-CN"/>
        </w:rPr>
        <w:t>　　美术不仅是一门技能课，也是对学生进行美育实施素质教育的重要途径。它对于陶冶情操。启迪智慧，促进学生全面发展，具有极其重要的作用。第二课堂活动是课堂教学的延伸，也是各科教学的有机组成部分。作为美术兴趣小组，不仅可以使学生开阔视野，丰富知识，增长智慧，激发学习兴趣，而且有助于学生巩固课内所学知识，培养学生的创新精神和实践能力。</w:t>
      </w:r>
      <w:r>
        <w:rPr>
          <w:lang w:eastAsia="zh-CN"/>
        </w:rPr>
        <w:br/>
      </w:r>
      <w:r>
        <w:rPr>
          <w:lang w:eastAsia="zh-CN"/>
        </w:rPr>
        <w:t>　　课程目的：</w:t>
      </w:r>
      <w:r>
        <w:rPr>
          <w:lang w:eastAsia="zh-CN"/>
        </w:rPr>
        <w:br/>
      </w:r>
      <w:r>
        <w:rPr>
          <w:lang w:eastAsia="zh-CN"/>
        </w:rPr>
        <w:t>　　对美术方面有一定天赋的学生，将这些学生组织起来，利用课余时间进行技能、技巧训练，让他们各尽所能，发挥自己的特长，为今后培养美术人才起着积极推动的作用。</w:t>
      </w:r>
      <w:r>
        <w:rPr>
          <w:lang w:eastAsia="zh-CN"/>
        </w:rPr>
        <w:br/>
      </w:r>
      <w:r>
        <w:rPr>
          <w:lang w:eastAsia="zh-CN"/>
        </w:rPr>
        <w:t>　　针对美术课堂学习内容，增开比较简便易学的幼儿绘画课程。希望能提高同学们的学习兴趣，增加专业技能。</w:t>
      </w:r>
      <w:r>
        <w:rPr>
          <w:lang w:eastAsia="zh-CN"/>
        </w:rPr>
        <w:br/>
      </w:r>
      <w:r>
        <w:rPr>
          <w:lang w:eastAsia="zh-CN"/>
        </w:rPr>
        <w:t>　　活动内容：</w:t>
      </w:r>
      <w:r>
        <w:rPr>
          <w:lang w:eastAsia="zh-CN"/>
        </w:rPr>
        <w:br/>
      </w:r>
      <w:r>
        <w:rPr>
          <w:lang w:eastAsia="zh-CN"/>
        </w:rPr>
        <w:t>　　本学期学生以一年级学生为主，计划每班招收10名学生。</w:t>
      </w:r>
      <w:r>
        <w:rPr>
          <w:lang w:eastAsia="zh-CN"/>
        </w:rPr>
        <w:br/>
      </w:r>
      <w:r>
        <w:rPr>
          <w:lang w:eastAsia="zh-CN"/>
        </w:rPr>
        <w:t>　　针对学生的特点，主要对他们进行以下几方面的训练：粉笔画、作业展评。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1、开展粉笔画活动，这是为了让学生提高美术素养的一个好办法，也就是感受美，欣赏美的过程。在训练过程中教给学生绘画的方法和用笔技巧，强调画面要求，使学生作品完整漂亮。</w:t>
      </w:r>
      <w:r>
        <w:rPr>
          <w:lang w:eastAsia="zh-CN"/>
        </w:rPr>
        <w:br/>
      </w:r>
      <w:r>
        <w:rPr>
          <w:lang w:eastAsia="zh-CN"/>
        </w:rPr>
        <w:t>　　2、利用课堂上鼓励学生大胆表现自己的感受或想象，创作一些漂亮的作品，展示给全校师生，运用绘画培养学生的形象思维能力和立体造型能力，激发学生的创造兴趣。</w:t>
      </w:r>
      <w:r>
        <w:rPr>
          <w:lang w:eastAsia="zh-CN"/>
        </w:rPr>
        <w:br/>
      </w:r>
      <w:r>
        <w:rPr>
          <w:lang w:eastAsia="zh-CN"/>
        </w:rPr>
        <w:t>　　采取的措施：</w:t>
      </w:r>
      <w:r>
        <w:rPr>
          <w:lang w:eastAsia="zh-CN"/>
        </w:rPr>
        <w:br/>
      </w:r>
      <w:r>
        <w:rPr>
          <w:lang w:eastAsia="zh-CN"/>
        </w:rPr>
        <w:t>　　(1)教师生动、活泼、丰富。</w:t>
      </w:r>
      <w:r>
        <w:rPr>
          <w:lang w:eastAsia="zh-CN"/>
        </w:rPr>
        <w:br/>
      </w:r>
      <w:r>
        <w:rPr>
          <w:lang w:eastAsia="zh-CN"/>
        </w:rPr>
        <w:t>　　(2)做好组织工作</w:t>
      </w:r>
      <w:r>
        <w:rPr>
          <w:lang w:eastAsia="zh-CN"/>
        </w:rPr>
        <w:br/>
      </w:r>
      <w:r>
        <w:rPr>
          <w:lang w:eastAsia="zh-CN"/>
        </w:rPr>
        <w:t>　　在学生自愿报名参加的基础上，要挑选各班有一定美术基础、成绩较好的学生参加。要选出有工作能力、成绩也好的学生担任组长。兴趣小组要在教师的指导下充分发挥学生的骨干力量。</w:t>
      </w:r>
      <w:r>
        <w:rPr>
          <w:lang w:eastAsia="zh-CN"/>
        </w:rPr>
        <w:br/>
      </w:r>
      <w:r>
        <w:rPr>
          <w:lang w:eastAsia="zh-CN"/>
        </w:rPr>
        <w:t>　　活动时间和活动地点</w:t>
      </w:r>
      <w:r>
        <w:rPr>
          <w:lang w:eastAsia="zh-CN"/>
        </w:rPr>
        <w:br/>
      </w:r>
      <w:r>
        <w:rPr>
          <w:lang w:eastAsia="zh-CN"/>
        </w:rPr>
        <w:t>　　1、 据学校的统一安排，无特殊情况每周二、三组织两次，时间为下午4：2至5：25，坚持课余活动的原则。</w:t>
      </w:r>
      <w:r>
        <w:rPr>
          <w:lang w:eastAsia="zh-CN"/>
        </w:rPr>
        <w:br/>
      </w:r>
      <w:r>
        <w:rPr>
          <w:lang w:eastAsia="zh-CN"/>
        </w:rPr>
        <w:t>　　2、 要求学生按时到活动场所，遵守活动纪律。</w:t>
      </w:r>
      <w:r>
        <w:rPr>
          <w:lang w:eastAsia="zh-CN"/>
        </w:rPr>
        <w:br/>
      </w:r>
      <w:r>
        <w:rPr>
          <w:lang w:eastAsia="zh-CN"/>
        </w:rPr>
        <w:t>　　本学期将认真开展活动，利用课余时间将学生组织起来，进行技能、技巧训练，让他们各尽所能，发挥自己的特长，为今后培养美术人才起着积极推动的作用。</w:t>
      </w:r>
      <w:r>
        <w:rPr>
          <w:lang w:eastAsia="zh-CN"/>
        </w:rPr>
        <w:br/>
      </w:r>
      <w:r>
        <w:rPr>
          <w:lang w:eastAsia="zh-CN"/>
        </w:rPr>
        <w:t xml:space="preserve">    兴趣小组活动计划书 篇3 </w:t>
      </w:r>
      <w:r>
        <w:rPr>
          <w:lang w:eastAsia="zh-CN"/>
        </w:rPr>
        <w:br/>
      </w:r>
      <w:r>
        <w:rPr>
          <w:lang w:eastAsia="zh-CN"/>
        </w:rPr>
        <w:t>　　一、情况分析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由于一年级孩子年龄偏小，本学期主要引导孩子知道用点、竖线、横线、斜线圆形和涂染的方法画出熟悉的简单物体，使孩子从不会画到会画，从不愿意画到愿意画最后到想画。</w:t>
      </w:r>
      <w:r>
        <w:rPr>
          <w:lang w:eastAsia="zh-CN"/>
        </w:rPr>
        <w:t xml:space="preserve"> 本学期我计划从以下几方面入手：</w:t>
      </w:r>
      <w:r>
        <w:rPr>
          <w:lang w:eastAsia="zh-CN"/>
        </w:rPr>
        <w:br/>
      </w:r>
      <w:r>
        <w:rPr>
          <w:lang w:eastAsia="zh-CN"/>
        </w:rPr>
        <w:t>　　二、目标与措施</w:t>
      </w:r>
      <w:r>
        <w:rPr>
          <w:lang w:eastAsia="zh-CN"/>
        </w:rPr>
        <w:br/>
      </w:r>
      <w:r>
        <w:rPr>
          <w:lang w:eastAsia="zh-CN"/>
        </w:rPr>
        <w:t>　　(一)培养幼儿对绘画的兴趣：</w:t>
      </w:r>
      <w:r>
        <w:rPr>
          <w:lang w:eastAsia="zh-CN"/>
        </w:rPr>
        <w:br/>
      </w:r>
      <w:r>
        <w:rPr>
          <w:lang w:eastAsia="zh-CN"/>
        </w:rPr>
        <w:t>　　1.鼓励孩子放心大胆用笔，以轻松愉快的心情去作画。</w:t>
      </w:r>
      <w:r>
        <w:rPr>
          <w:lang w:eastAsia="zh-CN"/>
        </w:rPr>
        <w:br/>
      </w:r>
      <w:r>
        <w:rPr>
          <w:lang w:eastAsia="zh-CN"/>
        </w:rPr>
        <w:t>　　2.采用游戏的方法，使孩子逐渐有意识、有目的地画出一定的线条。</w:t>
      </w:r>
      <w:r>
        <w:rPr>
          <w:lang w:eastAsia="zh-CN"/>
        </w:rPr>
        <w:br/>
      </w:r>
      <w:r>
        <w:rPr>
          <w:lang w:eastAsia="zh-CN"/>
        </w:rPr>
        <w:t>　　(二)训练孩子画出基本线条和简单的形体技能。</w:t>
      </w:r>
      <w:r>
        <w:rPr>
          <w:lang w:eastAsia="zh-CN"/>
        </w:rPr>
        <w:br/>
      </w:r>
      <w:r>
        <w:rPr>
          <w:lang w:eastAsia="zh-CN"/>
        </w:rPr>
        <w:t>　　1.线、形体的训练</w:t>
      </w:r>
      <w:r>
        <w:rPr>
          <w:lang w:eastAsia="zh-CN"/>
        </w:rPr>
        <w:br/>
      </w:r>
      <w:r>
        <w:rPr>
          <w:lang w:eastAsia="zh-CN"/>
        </w:rPr>
        <w:t>　　教师要结合日常生活中孩子熟悉和喜爱的事物选择外形，可以概括或点、线的物体为内容，先教他们使用徒手做悬空练习的方法，经过多次练习后，再进入用笔在纸上直接作画的阶段。</w:t>
      </w:r>
      <w:r>
        <w:rPr>
          <w:lang w:eastAsia="zh-CN"/>
        </w:rPr>
        <w:br/>
      </w:r>
      <w:r>
        <w:rPr>
          <w:lang w:eastAsia="zh-CN"/>
        </w:rPr>
        <w:t>　　2.色彩的训练</w:t>
      </w:r>
      <w:r>
        <w:rPr>
          <w:lang w:eastAsia="zh-CN"/>
        </w:rPr>
        <w:br/>
      </w:r>
      <w:r>
        <w:rPr>
          <w:lang w:eastAsia="zh-CN"/>
        </w:rPr>
        <w:t>　　在教学过程中，教师要有意识地引导孩子认识几种颜色的名称，学习辩别相近的色彩，同时训练孩子涂色的技能，不要涂到轮廓线的外边去。</w:t>
      </w:r>
      <w:r>
        <w:rPr>
          <w:lang w:eastAsia="zh-CN"/>
        </w:rPr>
        <w:br/>
      </w:r>
      <w:r>
        <w:rPr>
          <w:lang w:eastAsia="zh-CN"/>
        </w:rPr>
        <w:t>　　(三)进行必要的常规教育</w:t>
      </w:r>
      <w:r>
        <w:rPr>
          <w:lang w:eastAsia="zh-CN"/>
        </w:rPr>
        <w:br/>
      </w:r>
      <w:r>
        <w:rPr>
          <w:lang w:eastAsia="zh-CN"/>
        </w:rPr>
        <w:t>　　1.教会孩子正确的画画姿势，包括坐的姿势，执笔的姿势和画画的姿势，手眼保持一定的距离，握笔自然。</w:t>
      </w:r>
      <w:r>
        <w:rPr>
          <w:lang w:eastAsia="zh-CN"/>
        </w:rPr>
        <w:br/>
      </w:r>
      <w:r>
        <w:rPr>
          <w:lang w:eastAsia="zh-CN"/>
        </w:rPr>
        <w:t>　　2.教会孩子认识和使用绘画工具和材料，培养幼儿绘画时的良好习惯。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三、进度安排表</w:t>
      </w:r>
      <w:r>
        <w:rPr>
          <w:lang w:eastAsia="zh-CN"/>
        </w:rPr>
        <w:br/>
      </w:r>
      <w:r>
        <w:rPr>
          <w:lang w:eastAsia="zh-CN"/>
        </w:rPr>
        <w:t>　　1.下雨了(练习点、竖线)</w:t>
      </w:r>
      <w:r>
        <w:rPr>
          <w:lang w:eastAsia="zh-CN"/>
        </w:rPr>
        <w:br/>
      </w:r>
      <w:r>
        <w:rPr>
          <w:lang w:eastAsia="zh-CN"/>
        </w:rPr>
        <w:t>　　2.球拍(练习横、直线)</w:t>
      </w:r>
      <w:r>
        <w:rPr>
          <w:lang w:eastAsia="zh-CN"/>
        </w:rPr>
        <w:br/>
      </w:r>
      <w:r>
        <w:rPr>
          <w:lang w:eastAsia="zh-CN"/>
        </w:rPr>
        <w:t>　　3.太阳公公(绘画)</w:t>
      </w:r>
      <w:r>
        <w:rPr>
          <w:lang w:eastAsia="zh-CN"/>
        </w:rPr>
        <w:br/>
      </w:r>
      <w:r>
        <w:rPr>
          <w:lang w:eastAsia="zh-CN"/>
        </w:rPr>
        <w:t>　　4.五颜六色的花(涂色)</w:t>
      </w:r>
      <w:r>
        <w:rPr>
          <w:lang w:eastAsia="zh-CN"/>
        </w:rPr>
        <w:br/>
      </w:r>
      <w:r>
        <w:rPr>
          <w:lang w:eastAsia="zh-CN"/>
        </w:rPr>
        <w:t>　　5.水果(涂色)</w:t>
      </w:r>
      <w:r>
        <w:rPr>
          <w:lang w:eastAsia="zh-CN"/>
        </w:rPr>
        <w:br/>
      </w:r>
      <w:r>
        <w:rPr>
          <w:lang w:eastAsia="zh-CN"/>
        </w:rPr>
        <w:t>　　6.小白兔(绘画)</w:t>
      </w:r>
      <w:r>
        <w:rPr>
          <w:lang w:eastAsia="zh-CN"/>
        </w:rPr>
        <w:br/>
      </w:r>
      <w:r>
        <w:rPr>
          <w:lang w:eastAsia="zh-CN"/>
        </w:rPr>
        <w:t>　　7.房子(绘画)</w:t>
      </w:r>
      <w:r>
        <w:rPr>
          <w:lang w:eastAsia="zh-CN"/>
        </w:rPr>
        <w:br/>
      </w:r>
      <w:r>
        <w:rPr>
          <w:lang w:eastAsia="zh-CN"/>
        </w:rPr>
        <w:t xml:space="preserve">    兴趣小组活动计划书 篇4 </w:t>
      </w:r>
      <w:r>
        <w:rPr>
          <w:lang w:eastAsia="zh-CN"/>
        </w:rPr>
        <w:br/>
      </w:r>
      <w:r>
        <w:rPr>
          <w:lang w:eastAsia="zh-CN"/>
        </w:rPr>
        <w:t>　　一、情况分析：</w:t>
      </w:r>
      <w:r>
        <w:rPr>
          <w:lang w:eastAsia="zh-CN"/>
        </w:rPr>
        <w:br/>
      </w:r>
      <w:r>
        <w:rPr>
          <w:lang w:eastAsia="zh-CN"/>
        </w:rPr>
        <w:t>　　在全面提高小学生的综合素质的同时，为促进学校艺术教育的健康发展，特制定本学期舞蹈兴趣班的计划。准备把本次舞蹈兴趣班的教学重点放在对成品舞蹈的训练上。由于舞蹈基本功，协调能力和对音乐的感受力都是刚刚开始发展，虽然有较强的积极性，但是手脚并不听使唤，不能按照老师的要求进行练习。这便需要我们老师策划出新颖适合的教学内容，形成自己独特的教学风格和耐心的教学态度，使学生产生亲切感，提高对舞蹈学习的能力。</w:t>
      </w:r>
      <w:r>
        <w:rPr>
          <w:lang w:eastAsia="zh-CN"/>
        </w:rPr>
        <w:br/>
      </w:r>
      <w:r>
        <w:rPr>
          <w:lang w:eastAsia="zh-CN"/>
        </w:rPr>
        <w:t>　　二、总体目标：</w:t>
      </w:r>
      <w:r>
        <w:rPr>
          <w:lang w:eastAsia="zh-CN"/>
        </w:rPr>
        <w:br/>
      </w:r>
      <w:r>
        <w:rPr>
          <w:lang w:eastAsia="zh-CN"/>
        </w:rPr>
        <w:t>　　1、通过教师指导，培养学生舞蹈兴趣,发展舞蹈潜能,促进儿童身心健全发展.</w:t>
      </w:r>
      <w:r>
        <w:rPr>
          <w:lang w:eastAsia="zh-CN"/>
        </w:rPr>
        <w:br/>
      </w:r>
      <w:r>
        <w:rPr>
          <w:lang w:eastAsia="zh-CN"/>
        </w:rPr>
        <w:t>　　2、训练学生协调,速度,肌力,耐力,瞬发力,柔软性等基本能力.</w:t>
      </w:r>
      <w:r>
        <w:rPr>
          <w:lang w:eastAsia="zh-CN"/>
        </w:rPr>
        <w:br/>
      </w:r>
      <w:r>
        <w:rPr>
          <w:lang w:eastAsia="zh-CN"/>
        </w:rPr>
        <w:t>　　3、进行形体训练并学会简单的舞蹈基本动作，</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培养学生对音乐的感受力和节奏感。</w:t>
      </w:r>
      <w:r>
        <w:rPr>
          <w:lang w:eastAsia="zh-CN"/>
        </w:rPr>
        <w:br/>
      </w:r>
      <w:r>
        <w:rPr>
          <w:lang w:eastAsia="zh-CN"/>
        </w:rPr>
        <w:t>　　4、在训练过程中锻炼学生的思想注意力，反映能力和动作协调能力。</w:t>
      </w:r>
      <w:r>
        <w:rPr>
          <w:lang w:eastAsia="zh-CN"/>
        </w:rPr>
        <w:br/>
      </w:r>
      <w:r>
        <w:rPr>
          <w:lang w:eastAsia="zh-CN"/>
        </w:rPr>
        <w:t>　　5、培养学生具备透过舞蹈, 提高学生对舞蹈艺术的审美能力、表达思想、情意的创作能力。</w:t>
      </w:r>
      <w:r>
        <w:rPr>
          <w:lang w:eastAsia="zh-CN"/>
        </w:rPr>
        <w:br/>
      </w:r>
      <w:r>
        <w:rPr>
          <w:lang w:eastAsia="zh-CN"/>
        </w:rPr>
        <w:t>　　三、活动安排：</w:t>
      </w:r>
      <w:r>
        <w:rPr>
          <w:lang w:eastAsia="zh-CN"/>
        </w:rPr>
        <w:br/>
      </w:r>
      <w:r>
        <w:rPr>
          <w:lang w:eastAsia="zh-CN"/>
        </w:rPr>
        <w:t>　　20__-20__学年第二学期舞蹈兴趣小组课程安排</w:t>
      </w:r>
      <w:r>
        <w:rPr>
          <w:lang w:eastAsia="zh-CN"/>
        </w:rPr>
        <w:br/>
      </w:r>
      <w:r>
        <w:rPr>
          <w:lang w:eastAsia="zh-CN"/>
        </w:rPr>
        <w:t>　　第6周</w:t>
      </w:r>
      <w:r>
        <w:rPr>
          <w:lang w:eastAsia="zh-CN"/>
        </w:rPr>
        <w:br/>
      </w:r>
      <w:r>
        <w:rPr>
          <w:lang w:eastAsia="zh-CN"/>
        </w:rPr>
        <w:t>　　1、练习队形，站立姿势。</w:t>
      </w:r>
      <w:r>
        <w:rPr>
          <w:lang w:eastAsia="zh-CN"/>
        </w:rPr>
        <w:br/>
      </w:r>
      <w:r>
        <w:rPr>
          <w:lang w:eastAsia="zh-CN"/>
        </w:rPr>
        <w:t>　　2、交待舞蹈的常规要求。</w:t>
      </w:r>
      <w:r>
        <w:rPr>
          <w:lang w:eastAsia="zh-CN"/>
        </w:rPr>
        <w:br/>
      </w:r>
      <w:r>
        <w:rPr>
          <w:lang w:eastAsia="zh-CN"/>
        </w:rPr>
        <w:t>　　3、随音乐协调地进行点头，耸肩等动作。</w:t>
      </w:r>
      <w:r>
        <w:rPr>
          <w:lang w:eastAsia="zh-CN"/>
        </w:rPr>
        <w:br/>
      </w:r>
      <w:r>
        <w:rPr>
          <w:lang w:eastAsia="zh-CN"/>
        </w:rPr>
        <w:t>　　4、复习手位，勾绷脚，点头，耸肩等活动组合。</w:t>
      </w:r>
      <w:r>
        <w:rPr>
          <w:lang w:eastAsia="zh-CN"/>
        </w:rPr>
        <w:br/>
      </w:r>
      <w:r>
        <w:rPr>
          <w:lang w:eastAsia="zh-CN"/>
        </w:rPr>
        <w:t>　　第7-8周</w:t>
      </w:r>
      <w:r>
        <w:rPr>
          <w:lang w:eastAsia="zh-CN"/>
        </w:rPr>
        <w:br/>
      </w:r>
      <w:r>
        <w:rPr>
          <w:lang w:eastAsia="zh-CN"/>
        </w:rPr>
        <w:t>　　1、练习前压腿、旁压腿的动作。</w:t>
      </w:r>
      <w:r>
        <w:rPr>
          <w:lang w:eastAsia="zh-CN"/>
        </w:rPr>
        <w:br/>
      </w:r>
      <w:r>
        <w:rPr>
          <w:lang w:eastAsia="zh-CN"/>
        </w:rPr>
        <w:t>　　2、复习前踢腿，旁踢腿，能随音乐节拍做动作。</w:t>
      </w:r>
      <w:r>
        <w:rPr>
          <w:lang w:eastAsia="zh-CN"/>
        </w:rPr>
        <w:br/>
      </w:r>
      <w:r>
        <w:rPr>
          <w:lang w:eastAsia="zh-CN"/>
        </w:rPr>
        <w:t>　　3、新授地面动作：双吸腿、压脚跟练习。</w:t>
      </w:r>
      <w:r>
        <w:rPr>
          <w:lang w:eastAsia="zh-CN"/>
        </w:rPr>
        <w:br/>
      </w:r>
      <w:r>
        <w:rPr>
          <w:lang w:eastAsia="zh-CN"/>
        </w:rPr>
        <w:t>　　4、舞蹈练习</w:t>
      </w:r>
      <w:r>
        <w:rPr>
          <w:lang w:eastAsia="zh-CN"/>
        </w:rPr>
        <w:br/>
      </w:r>
      <w:r>
        <w:rPr>
          <w:lang w:eastAsia="zh-CN"/>
        </w:rPr>
        <w:t>　　第9-10周</w:t>
      </w:r>
      <w:r>
        <w:rPr>
          <w:lang w:eastAsia="zh-CN"/>
        </w:rPr>
        <w:br/>
      </w:r>
      <w:r>
        <w:rPr>
          <w:lang w:eastAsia="zh-CN"/>
        </w:rPr>
        <w:t>　　1、练习压胯的动作，根据音乐协调地做压胯动作。</w:t>
      </w:r>
      <w:r>
        <w:rPr>
          <w:lang w:eastAsia="zh-CN"/>
        </w:rPr>
        <w:br/>
      </w:r>
      <w:r>
        <w:rPr>
          <w:lang w:eastAsia="zh-CN"/>
        </w:rPr>
        <w:t>　　2、舞蹈练习</w:t>
      </w:r>
      <w:r>
        <w:rPr>
          <w:lang w:eastAsia="zh-CN"/>
        </w:rPr>
        <w:br/>
      </w:r>
      <w:r>
        <w:rPr>
          <w:lang w:eastAsia="zh-CN"/>
        </w:rPr>
        <w:t>　　3、学习小碎步组合。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4、学习在单一舞蹈动作的基础上进行队形变换，形成完整的舞蹈形式。</w:t>
      </w:r>
      <w:r>
        <w:rPr>
          <w:lang w:eastAsia="zh-CN"/>
        </w:rPr>
        <w:br/>
      </w:r>
      <w:r>
        <w:rPr>
          <w:lang w:eastAsia="zh-CN"/>
        </w:rPr>
        <w:t>　　第11-15周</w:t>
      </w:r>
      <w:r>
        <w:rPr>
          <w:lang w:eastAsia="zh-CN"/>
        </w:rPr>
        <w:br/>
      </w:r>
      <w:r>
        <w:rPr>
          <w:lang w:eastAsia="zh-CN"/>
        </w:rPr>
        <w:t>　　复习并排练六一汇报演出的舞蹈。</w:t>
      </w:r>
      <w:r>
        <w:rPr>
          <w:lang w:eastAsia="zh-CN"/>
        </w:rPr>
        <w:br/>
      </w:r>
      <w:r>
        <w:rPr>
          <w:lang w:eastAsia="zh-CN"/>
        </w:rPr>
        <w:t>　　第16-18周</w:t>
      </w:r>
      <w:r>
        <w:rPr>
          <w:lang w:eastAsia="zh-CN"/>
        </w:rPr>
        <w:br/>
      </w:r>
      <w:r>
        <w:rPr>
          <w:lang w:eastAsia="zh-CN"/>
        </w:rPr>
        <w:t>　　1、复习以前学的基本功。</w:t>
      </w:r>
      <w:r>
        <w:rPr>
          <w:lang w:eastAsia="zh-CN"/>
        </w:rPr>
        <w:br/>
      </w:r>
      <w:r>
        <w:rPr>
          <w:lang w:eastAsia="zh-CN"/>
        </w:rPr>
        <w:t>　　2、舞蹈练习。</w:t>
      </w:r>
      <w:r>
        <w:rPr>
          <w:lang w:eastAsia="zh-CN"/>
        </w:rPr>
        <w:br/>
      </w:r>
      <w:r>
        <w:rPr>
          <w:lang w:eastAsia="zh-CN"/>
        </w:rPr>
        <w:t xml:space="preserve">    兴趣小组活动计划书 篇5 </w:t>
      </w:r>
      <w:r>
        <w:rPr>
          <w:lang w:eastAsia="zh-CN"/>
        </w:rPr>
        <w:br/>
      </w:r>
      <w:r>
        <w:rPr>
          <w:lang w:eastAsia="zh-CN"/>
        </w:rPr>
        <w:t>　　美术活动兴趣小组，主要是培养学生对美术的兴趣、爱好、增长知识、提高技能、丰富学生的课余文化生活，为今后培养美术人才起着积极推动的作用。为了给爱好美术的同学一个良好的学习环境，学校举办了美术兴趣小组.现将本学期美术小组的活动安排制定如下：</w:t>
      </w:r>
      <w:r>
        <w:rPr>
          <w:lang w:eastAsia="zh-CN"/>
        </w:rPr>
        <w:br/>
      </w:r>
      <w:r>
        <w:rPr>
          <w:lang w:eastAsia="zh-CN"/>
        </w:rPr>
        <w:t>　　一、活动目的</w:t>
      </w:r>
      <w:r>
        <w:rPr>
          <w:lang w:eastAsia="zh-CN"/>
        </w:rPr>
        <w:br/>
      </w:r>
      <w:r>
        <w:rPr>
          <w:lang w:eastAsia="zh-CN"/>
        </w:rPr>
        <w:t>　　通过美术兴趣小组的活动，使学生的美术特长得到更好的发展，进一步了解美术的基本知识，提高学生的欣赏水平及创造能力。</w:t>
      </w:r>
      <w:r>
        <w:rPr>
          <w:lang w:eastAsia="zh-CN"/>
        </w:rPr>
        <w:br/>
      </w:r>
      <w:r>
        <w:rPr>
          <w:lang w:eastAsia="zh-CN"/>
        </w:rPr>
        <w:t>　　二、活动时间</w:t>
      </w:r>
      <w:r>
        <w:rPr>
          <w:lang w:eastAsia="zh-CN"/>
        </w:rPr>
        <w:br/>
      </w:r>
      <w:r>
        <w:rPr>
          <w:lang w:eastAsia="zh-CN"/>
        </w:rPr>
        <w:t>　　每星期三的下午二节课后，小组成员必须准时到达活动室。</w:t>
      </w:r>
      <w:r>
        <w:rPr>
          <w:lang w:eastAsia="zh-CN"/>
        </w:rPr>
        <w:br/>
      </w:r>
      <w:r>
        <w:rPr>
          <w:lang w:eastAsia="zh-CN"/>
        </w:rPr>
        <w:t>　　三、活动步骤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美术兴趣小组是课堂教学的补充和延伸，与课堂教学相比更加具有灵活性和可塑性，因而学生非常喜欢参加。但是它比较容易受到考试或者其他活动的限制和冲击，教师和学生往往不能有始有终，保质保量地坚持到底。要办好美术兴趣小组，教师必须根据学生的具体情况有计划有目的地进行，将美术兴趣小组办的有声有色。所以我觉得应该从以下几方面去着手。</w:t>
      </w:r>
      <w:r>
        <w:rPr>
          <w:lang w:eastAsia="zh-CN"/>
        </w:rPr>
        <w:br/>
      </w:r>
      <w:r>
        <w:rPr>
          <w:lang w:eastAsia="zh-CN"/>
        </w:rPr>
        <w:t>　　(一)组织健全美术兴趣小组</w:t>
      </w:r>
      <w:r>
        <w:rPr>
          <w:lang w:eastAsia="zh-CN"/>
        </w:rPr>
        <w:br/>
      </w:r>
      <w:r>
        <w:rPr>
          <w:lang w:eastAsia="zh-CN"/>
        </w:rPr>
        <w:t>　　美术兴趣小组的成员不应该太多，不超过30人，所以参加这次兴趣小组的人员除了自愿以外还是美术方面比较有特长的学生。活动要固定，每周一次，由于种种因素，我把活动时间安排在星期三的下午二节课后，文体活动时间。教师要做到精心计划，精心备课，精心上课，这样才能保证兴趣小组的深度、广度和力度。</w:t>
      </w:r>
      <w:r>
        <w:rPr>
          <w:lang w:eastAsia="zh-CN"/>
        </w:rPr>
        <w:br/>
      </w:r>
      <w:r>
        <w:rPr>
          <w:lang w:eastAsia="zh-CN"/>
        </w:rPr>
        <w:t>　　(二)具体计划小组活动内容</w:t>
      </w:r>
      <w:r>
        <w:rPr>
          <w:lang w:eastAsia="zh-CN"/>
        </w:rPr>
        <w:br/>
      </w:r>
      <w:r>
        <w:rPr>
          <w:lang w:eastAsia="zh-CN"/>
        </w:rPr>
        <w:t>　　1、使学生了解一些基础的美术常识知识，(美术种类、常用工具、基本的使用方法、尝试几种绘画方法)。</w:t>
      </w:r>
      <w:r>
        <w:rPr>
          <w:lang w:eastAsia="zh-CN"/>
        </w:rPr>
        <w:br/>
      </w:r>
      <w:r>
        <w:rPr>
          <w:lang w:eastAsia="zh-CN"/>
        </w:rPr>
        <w:t>　　2、以绘画为主，以手工制作为辅，以创作画为主进行教学。</w:t>
      </w:r>
      <w:r>
        <w:rPr>
          <w:lang w:eastAsia="zh-CN"/>
        </w:rPr>
        <w:br/>
      </w:r>
      <w:r>
        <w:rPr>
          <w:lang w:eastAsia="zh-CN"/>
        </w:rPr>
        <w:t>　　3、给学生自己创作作品的时间和空间。</w:t>
      </w:r>
      <w:r>
        <w:rPr>
          <w:lang w:eastAsia="zh-CN"/>
        </w:rPr>
        <w:br/>
      </w:r>
      <w:r>
        <w:rPr>
          <w:lang w:eastAsia="zh-CN"/>
        </w:rPr>
        <w:t>　　4、欣赏名人名画名作提高欣赏水平。</w:t>
      </w:r>
      <w:r>
        <w:rPr>
          <w:lang w:eastAsia="zh-CN"/>
        </w:rPr>
        <w:br/>
      </w:r>
      <w:r>
        <w:rPr>
          <w:lang w:eastAsia="zh-CN"/>
        </w:rPr>
        <w:t>　　5、进行手工制作教学，训练学生的动手能力和造型能力。</w:t>
      </w:r>
      <w:r>
        <w:rPr>
          <w:lang w:eastAsia="zh-CN"/>
        </w:rPr>
        <w:br/>
      </w:r>
      <w:r>
        <w:rPr>
          <w:lang w:eastAsia="zh-CN"/>
        </w:rPr>
        <w:t>　　四、举行绘画比赛</w:t>
      </w:r>
      <w:r>
        <w:rPr>
          <w:lang w:eastAsia="zh-CN"/>
        </w:rPr>
        <w:br/>
      </w:r>
      <w:r>
        <w:rPr>
          <w:lang w:eastAsia="zh-CN"/>
        </w:rPr>
        <w:t>　　美术比赛能够有效地提高学生的素质和能力。我校准备在10月份举行一次现场绘画比赛，以促进学生快速、准确、熟练的技能，促进学生学习美术的兴趣。开展美术兴趣小组活动，使之规范化、制度化、防止一阵风、形式主义，使真正学生学有所得学有所乐，我要尽我最大的努力，勤于思考，大胆实践，最大限度地调动学生的积极性，将美术兴趣小组开展得丰富多彩、富有特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兴趣小组活动计划书 篇6 </w:t>
      </w:r>
      <w:r>
        <w:rPr>
          <w:lang w:eastAsia="zh-CN"/>
        </w:rPr>
        <w:br/>
      </w:r>
      <w:r>
        <w:rPr>
          <w:lang w:eastAsia="zh-CN"/>
        </w:rPr>
        <w:t>　　20__春书法兴趣小组，在于培养学生对书法的兴趣、爱好、增长知识、提高书写技能、丰富学生的课余文化生活，为今后培养艺术人才起着积极推动的作用。为了更好地开展书法兴趣小组活动，现将本学期书法小组的活动安排制定如下：</w:t>
      </w:r>
      <w:r>
        <w:rPr>
          <w:lang w:eastAsia="zh-CN"/>
        </w:rPr>
        <w:br/>
      </w:r>
      <w:r>
        <w:rPr>
          <w:lang w:eastAsia="zh-CN"/>
        </w:rPr>
        <w:t>　　一、活动目的：</w:t>
      </w:r>
      <w:r>
        <w:rPr>
          <w:lang w:eastAsia="zh-CN"/>
        </w:rPr>
        <w:br/>
      </w:r>
      <w:r>
        <w:rPr>
          <w:lang w:eastAsia="zh-CN"/>
        </w:rPr>
        <w:t>　　1、了解书法的基本知识，进一步提高学生的书写水平。</w:t>
      </w:r>
      <w:r>
        <w:rPr>
          <w:lang w:eastAsia="zh-CN"/>
        </w:rPr>
        <w:br/>
      </w:r>
      <w:r>
        <w:rPr>
          <w:lang w:eastAsia="zh-CN"/>
        </w:rPr>
        <w:t>　　2、坐姿、立姿、执笔姿势正确，养成良好的写字习惯。</w:t>
      </w:r>
      <w:r>
        <w:rPr>
          <w:lang w:eastAsia="zh-CN"/>
        </w:rPr>
        <w:br/>
      </w:r>
      <w:r>
        <w:rPr>
          <w:lang w:eastAsia="zh-CN"/>
        </w:rPr>
        <w:t>　　3、培养学生爱好书法的兴趣，初步感受书法的艺术美。</w:t>
      </w:r>
      <w:r>
        <w:rPr>
          <w:lang w:eastAsia="zh-CN"/>
        </w:rPr>
        <w:br/>
      </w:r>
      <w:r>
        <w:rPr>
          <w:lang w:eastAsia="zh-CN"/>
        </w:rPr>
        <w:t>　　二、活动要求：</w:t>
      </w:r>
      <w:r>
        <w:rPr>
          <w:lang w:eastAsia="zh-CN"/>
        </w:rPr>
        <w:br/>
      </w:r>
      <w:r>
        <w:rPr>
          <w:lang w:eastAsia="zh-CN"/>
        </w:rPr>
        <w:t>　　1、利用每周二、四课外时间进行活动，小组成员必须准时到达书法教室，每次上课点名，检查出勤情况，发现缺席情况及时向班主任反映。</w:t>
      </w:r>
      <w:r>
        <w:rPr>
          <w:lang w:eastAsia="zh-CN"/>
        </w:rPr>
        <w:br/>
      </w:r>
      <w:r>
        <w:rPr>
          <w:lang w:eastAsia="zh-CN"/>
        </w:rPr>
        <w:t>　　2、书法小组成员应严格遵守纪律，保持室内安静，不准在书法室大声喧哗，不做与书法学习无关的事。</w:t>
      </w:r>
      <w:r>
        <w:rPr>
          <w:lang w:eastAsia="zh-CN"/>
        </w:rPr>
        <w:br/>
      </w:r>
      <w:r>
        <w:rPr>
          <w:lang w:eastAsia="zh-CN"/>
        </w:rPr>
        <w:t>　　3、保持书法教室的干净整洁，不乱扔垃圾，废纸等一律放入垃圾箱。</w:t>
      </w:r>
      <w:r>
        <w:rPr>
          <w:lang w:eastAsia="zh-CN"/>
        </w:rPr>
        <w:br/>
      </w:r>
      <w:r>
        <w:rPr>
          <w:lang w:eastAsia="zh-CN"/>
        </w:rPr>
        <w:t>　　4、老师每次布置的作业，学生都应按时完成。</w:t>
      </w:r>
      <w:r>
        <w:rPr>
          <w:lang w:eastAsia="zh-CN"/>
        </w:rPr>
        <w:br/>
      </w:r>
      <w:r>
        <w:rPr>
          <w:lang w:eastAsia="zh-CN"/>
        </w:rPr>
        <w:t>　　5、爱护书法教室内的设施和用品。</w:t>
      </w:r>
      <w:r>
        <w:rPr>
          <w:lang w:eastAsia="zh-CN"/>
        </w:rPr>
        <w:br/>
      </w:r>
      <w:r>
        <w:rPr>
          <w:lang w:eastAsia="zh-CN"/>
        </w:rPr>
        <w:t>　　三、采取的措施：</w:t>
      </w:r>
      <w:r>
        <w:rPr>
          <w:lang w:eastAsia="zh-CN"/>
        </w:rPr>
        <w:br/>
      </w:r>
      <w:r>
        <w:rPr>
          <w:lang w:eastAsia="zh-CN"/>
        </w:rPr>
        <w:t>　　(1)书法教师要认真负责，把它看成是学校教育的组成部分，使小组活动开展得生动、活泼、丰富。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实行奖惩制度，对表现好的同学如无缺席、认真听讲、安静书写、书写优秀的同学进行加星奖励，两个星期统计一次，对星多的同学进行一定的物质奖励，如奖励同学们喜欢的贴图、铅笔、游戏棋等，激发学生学习兴趣。</w:t>
      </w:r>
      <w:r>
        <w:rPr>
          <w:lang w:eastAsia="zh-CN"/>
        </w:rPr>
        <w:br/>
      </w:r>
      <w:r>
        <w:rPr>
          <w:lang w:eastAsia="zh-CN"/>
        </w:rPr>
        <w:t>　　(3)评选出较有管理能力的小组长，如收发作业小组长、纪律小组长，带队小组长等，让兴趣小组活动有序进行。</w:t>
      </w:r>
      <w:r>
        <w:rPr>
          <w:lang w:eastAsia="zh-CN"/>
        </w:rPr>
        <w:br/>
      </w:r>
      <w:r>
        <w:rPr>
          <w:lang w:eastAsia="zh-CN"/>
        </w:rPr>
        <w:t>　　(4)在元旦期间和美术兴趣小组共同举办书画作品展览，展示学生的学习成果。</w:t>
      </w:r>
      <w:r>
        <w:rPr>
          <w:lang w:eastAsia="zh-CN"/>
        </w:rPr>
        <w:br/>
      </w:r>
      <w:r>
        <w:rPr>
          <w:lang w:eastAsia="zh-CN"/>
        </w:rPr>
        <w:t xml:space="preserve">    兴趣小组活动计划书 篇7 </w:t>
      </w:r>
      <w:r>
        <w:rPr>
          <w:lang w:eastAsia="zh-CN"/>
        </w:rPr>
        <w:br/>
      </w:r>
      <w:r>
        <w:rPr>
          <w:lang w:eastAsia="zh-CN"/>
        </w:rPr>
        <w:t>　　一、活动目标</w:t>
      </w:r>
      <w:r>
        <w:rPr>
          <w:lang w:eastAsia="zh-CN"/>
        </w:rPr>
        <w:br/>
      </w:r>
      <w:r>
        <w:rPr>
          <w:lang w:eastAsia="zh-CN"/>
        </w:rPr>
        <w:t>　　1、培养学生探究性和不断钻研的学习习惯。发展学生的兴趣爱好与特长。</w:t>
      </w:r>
      <w:r>
        <w:rPr>
          <w:lang w:eastAsia="zh-CN"/>
        </w:rPr>
        <w:br/>
      </w:r>
      <w:r>
        <w:rPr>
          <w:lang w:eastAsia="zh-CN"/>
        </w:rPr>
        <w:t>　　2、培养学生克服困难的意志，使学生对失败有承受力，有顽强拼搏精神。</w:t>
      </w:r>
      <w:r>
        <w:rPr>
          <w:lang w:eastAsia="zh-CN"/>
        </w:rPr>
        <w:br/>
      </w:r>
      <w:r>
        <w:rPr>
          <w:lang w:eastAsia="zh-CN"/>
        </w:rPr>
        <w:t>　　3、使学生初步树立正确的科学价值观，建立科学的信念，培养创新意识。</w:t>
      </w:r>
      <w:r>
        <w:rPr>
          <w:lang w:eastAsia="zh-CN"/>
        </w:rPr>
        <w:br/>
      </w:r>
      <w:r>
        <w:rPr>
          <w:lang w:eastAsia="zh-CN"/>
        </w:rPr>
        <w:t>　　4、通过各种科学探究活动，学习和运用科学的客观标准和准则，学会一些科学研究方法。培养学生独立思考和独立完成任务的能力;社交活动能力;语言表达能力;组织工作能力;搜集和处理资料的能力;动手实践能力;创新意识和创新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5、通过小实验和各种研究活动，掌握科学观察的方法，培养解决实际问题、动手实践的能力。初步学会科学实验的方法，具有一定的实验能力。</w:t>
      </w:r>
      <w:r>
        <w:rPr>
          <w:lang w:eastAsia="zh-CN"/>
        </w:rPr>
        <w:br/>
      </w:r>
      <w:r>
        <w:rPr>
          <w:lang w:eastAsia="zh-CN"/>
        </w:rPr>
        <w:t>　　二、活动方式</w:t>
      </w:r>
      <w:r>
        <w:rPr>
          <w:lang w:eastAsia="zh-CN"/>
        </w:rPr>
        <w:br/>
      </w:r>
      <w:r>
        <w:rPr>
          <w:lang w:eastAsia="zh-CN"/>
        </w:rPr>
        <w:t>　　科技兴趣小组主要以专题讲座、观看科教片、科技小发明、科技小论文和科技实践等方式开展活动。每次活动后填写兴趣小组活动记录表。</w:t>
      </w:r>
      <w:r>
        <w:rPr>
          <w:lang w:eastAsia="zh-CN"/>
        </w:rPr>
        <w:br/>
      </w:r>
      <w:r>
        <w:rPr>
          <w:lang w:eastAsia="zh-CN"/>
        </w:rPr>
        <w:t>　　三、活动时间</w:t>
      </w:r>
      <w:r>
        <w:rPr>
          <w:lang w:eastAsia="zh-CN"/>
        </w:rPr>
        <w:br/>
      </w:r>
      <w:r>
        <w:rPr>
          <w:lang w:eastAsia="zh-CN"/>
        </w:rPr>
        <w:t>　　科技兴趣小组的活动时间为：周一至周五的中午大休息。</w:t>
      </w:r>
      <w:r>
        <w:rPr>
          <w:lang w:eastAsia="zh-CN"/>
        </w:rPr>
        <w:br/>
      </w:r>
      <w:r>
        <w:rPr>
          <w:lang w:eastAsia="zh-CN"/>
        </w:rPr>
        <w:t>　　四、活动地点</w:t>
      </w:r>
      <w:r>
        <w:rPr>
          <w:lang w:eastAsia="zh-CN"/>
        </w:rPr>
        <w:br/>
      </w:r>
      <w:r>
        <w:rPr>
          <w:lang w:eastAsia="zh-CN"/>
        </w:rPr>
        <w:t>　　科技兴趣小组的主要活动地点为：学校科学实验室、操场等。</w:t>
      </w:r>
      <w:r>
        <w:rPr>
          <w:lang w:eastAsia="zh-CN"/>
        </w:rPr>
        <w:br/>
      </w:r>
      <w:r>
        <w:rPr>
          <w:lang w:eastAsia="zh-CN"/>
        </w:rPr>
        <w:t>　　五、活动安排</w:t>
      </w:r>
      <w:r>
        <w:rPr>
          <w:lang w:eastAsia="zh-CN"/>
        </w:rPr>
        <w:br/>
      </w:r>
      <w:r>
        <w:rPr>
          <w:lang w:eastAsia="zh-CN"/>
        </w:rPr>
        <w:t>　　辅导内容安排：</w:t>
      </w:r>
      <w:r>
        <w:rPr>
          <w:lang w:eastAsia="zh-CN"/>
        </w:rPr>
        <w:br/>
      </w:r>
      <w:r>
        <w:rPr>
          <w:lang w:eastAsia="zh-CN"/>
        </w:rPr>
        <w:t>　　第一阶段 专题讲座及观看科教片</w:t>
      </w:r>
      <w:r>
        <w:rPr>
          <w:lang w:eastAsia="zh-CN"/>
        </w:rPr>
        <w:br/>
      </w:r>
      <w:r>
        <w:rPr>
          <w:lang w:eastAsia="zh-CN"/>
        </w:rPr>
        <w:t>　　组织学生参加理论教育讲座和观看科教片，通过讲解相关科技知识及历年获奖作品创意。观看别人的科技作品，提高自己的科学技能，使学生掌握必要的基础理论知识，为即将进行的科技活动指明方向。指导撰写科技小论文等。</w:t>
      </w:r>
      <w:r>
        <w:rPr>
          <w:lang w:eastAsia="zh-CN"/>
        </w:rPr>
        <w:br/>
      </w:r>
      <w:r>
        <w:rPr>
          <w:lang w:eastAsia="zh-CN"/>
        </w:rPr>
        <w:t>　　第二阶段 科技制作(趣味制作</w:t>
      </w:r>
      <w:r>
        <w:rPr>
          <w:lang w:eastAsia="zh-CN"/>
        </w:rPr>
        <w:br/>
      </w:r>
      <w:r>
        <w:rPr>
          <w:lang w:eastAsia="zh-CN"/>
        </w:rPr>
        <w:t>　　通过制作和展示各种小发明，培养学生的识图能力和各种工具的使用技巧，提高动手能力。</w:t>
      </w:r>
      <w:r>
        <w:rPr>
          <w:lang w:eastAsia="zh-CN"/>
        </w:rPr>
        <w:br/>
      </w:r>
      <w:r>
        <w:rPr>
          <w:lang w:eastAsia="zh-CN"/>
        </w:rPr>
        <w:t>　　第三阶段 面向生活&amp;&amp;家庭科技实践活动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改造我们生活、生产、学习常用的工具，目的是使我们用起来更方便、快捷。使学生能应用知识解决生活中的一些实际问题。参与家庭种植、养植活动。</w:t>
      </w:r>
      <w:r>
        <w:rPr>
          <w:lang w:eastAsia="zh-CN"/>
        </w:rPr>
        <w:br/>
      </w:r>
      <w:r>
        <w:rPr>
          <w:lang w:eastAsia="zh-CN"/>
        </w:rPr>
        <w:t>　　第四阶段 科技实践&amp;&amp;小发明(创新设计制作</w:t>
      </w:r>
      <w:r>
        <w:rPr>
          <w:lang w:eastAsia="zh-CN"/>
        </w:rPr>
        <w:br/>
      </w:r>
      <w:r>
        <w:rPr>
          <w:lang w:eastAsia="zh-CN"/>
        </w:rPr>
        <w:t>　　自己设计并制作作品上交，并附写创意说明书。培养学生的创新思维和意识，帮助学生实现可行性高的一些创造。</w:t>
      </w:r>
      <w:r>
        <w:rPr>
          <w:lang w:eastAsia="zh-CN"/>
        </w:rPr>
        <w:br/>
      </w:r>
      <w:r>
        <w:rPr>
          <w:lang w:eastAsia="zh-CN"/>
        </w:rPr>
        <w:t>　　小学科技兴趣小组</w:t>
      </w:r>
      <w:r>
        <w:rPr>
          <w:lang w:eastAsia="zh-CN"/>
        </w:rPr>
        <w:br/>
      </w:r>
      <w:r>
        <w:rPr>
          <w:lang w:eastAsia="zh-CN"/>
        </w:rPr>
        <w:t xml:space="preserve">    兴趣小组活动计划书 篇8 </w:t>
      </w:r>
      <w:r>
        <w:rPr>
          <w:lang w:eastAsia="zh-CN"/>
        </w:rPr>
        <w:br/>
      </w:r>
      <w:r>
        <w:rPr>
          <w:lang w:eastAsia="zh-CN"/>
        </w:rPr>
        <w:t>　　课外美术兴趣小组在于培养学生的兴趣、爱好，并增加学生的课外知识，提高一定的技能，丰富学生的课余文化生活，为今后培养美术人才起着积极推动的作用。为了给爱好美术的同学一个良好的学习环境，学校举办了美术兴趣小组.现将兴趣小组的活动安排制定如下：</w:t>
      </w:r>
      <w:r>
        <w:rPr>
          <w:lang w:eastAsia="zh-CN"/>
        </w:rPr>
        <w:br/>
      </w:r>
      <w:r>
        <w:rPr>
          <w:lang w:eastAsia="zh-CN"/>
        </w:rPr>
        <w:t>　　一、活动目的：</w:t>
      </w:r>
      <w:r>
        <w:rPr>
          <w:lang w:eastAsia="zh-CN"/>
        </w:rPr>
        <w:br/>
      </w:r>
      <w:r>
        <w:rPr>
          <w:lang w:eastAsia="zh-CN"/>
        </w:rPr>
        <w:t>　　通过美术兴趣小组的活动，使学生的美术特长得到更好的发展，进一步了解美术的基本知识，培养学生的观察能力和创新思维能力，提高学生的审美观。</w:t>
      </w:r>
      <w:r>
        <w:rPr>
          <w:lang w:eastAsia="zh-CN"/>
        </w:rPr>
        <w:br/>
      </w:r>
      <w:r>
        <w:rPr>
          <w:lang w:eastAsia="zh-CN"/>
        </w:rPr>
        <w:t>　　二、活动时间：</w:t>
      </w:r>
      <w:r>
        <w:rPr>
          <w:lang w:eastAsia="zh-CN"/>
        </w:rPr>
        <w:br/>
      </w:r>
      <w:r>
        <w:rPr>
          <w:lang w:eastAsia="zh-CN"/>
        </w:rPr>
        <w:t>　　每星期三下午最后两节课课外活动，小组成员必须准时到达美术活动地点.</w:t>
      </w:r>
      <w:r>
        <w:rPr>
          <w:lang w:eastAsia="zh-CN"/>
        </w:rPr>
        <w:br/>
      </w:r>
      <w:r>
        <w:rPr>
          <w:lang w:eastAsia="zh-CN"/>
        </w:rPr>
        <w:t>　　三、活动步骤：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美术兴趣小组是课堂教学的补充和延伸，与课堂教学相比更加具有灵活性和可塑性，因而学生非常喜欢参加。但是它比较容易受到考试或者其他活动的限制和冲击，教师和学生往往不能有始有终，保质保量地坚持到底。要办好美术兴趣小组，教师必须根据学生的具体情况有计划有目的地进行，将美术兴趣小组办的有声有色。所以我觉得应该从以下几方面去着手。</w:t>
      </w:r>
      <w:r>
        <w:rPr>
          <w:lang w:eastAsia="zh-CN"/>
        </w:rPr>
        <w:br/>
      </w:r>
      <w:r>
        <w:rPr>
          <w:lang w:eastAsia="zh-CN"/>
        </w:rPr>
        <w:t>　　（一）、组织健全美术兴趣小组</w:t>
      </w:r>
      <w:r>
        <w:rPr>
          <w:lang w:eastAsia="zh-CN"/>
        </w:rPr>
        <w:br/>
      </w:r>
      <w:r>
        <w:rPr>
          <w:lang w:eastAsia="zh-CN"/>
        </w:rPr>
        <w:t>　　美术兴趣小组的成员每班除了自愿以外再推选美术方面比较有特长的学生。活动要固定，每周两次，教师要做到精心计划，精心备课，精心上课，这样才能保证兴趣小组的深度、广度和力度。</w:t>
      </w:r>
      <w:r>
        <w:rPr>
          <w:lang w:eastAsia="zh-CN"/>
        </w:rPr>
        <w:br/>
      </w:r>
      <w:r>
        <w:rPr>
          <w:lang w:eastAsia="zh-CN"/>
        </w:rPr>
        <w:t>　　（二）、具体计划小组活动内容</w:t>
      </w:r>
      <w:r>
        <w:rPr>
          <w:lang w:eastAsia="zh-CN"/>
        </w:rPr>
        <w:br/>
      </w:r>
      <w:r>
        <w:rPr>
          <w:lang w:eastAsia="zh-CN"/>
        </w:rPr>
        <w:t>　　1、教育学生要热爱集体，保护好公物。不乱涂乱画，保持活动地点及校园的清洁，干净卫生。遵守课堂纪律。有事要举手，养成良好的行为习惯和学习习惯。</w:t>
      </w:r>
      <w:r>
        <w:rPr>
          <w:lang w:eastAsia="zh-CN"/>
        </w:rPr>
        <w:br/>
      </w:r>
      <w:r>
        <w:rPr>
          <w:lang w:eastAsia="zh-CN"/>
        </w:rPr>
        <w:t>　　2、依据学生特点，培养学生绘画方向。二年级有了一定绘画基础，本学期再以想象为辅。引导学生如何将自己所想象的用绘画语言表达出来。充分发挥他们好动，思维跳跃性强，善于模仿的特点。养成对</w:t>
      </w:r>
      <w:r>
        <w:rPr>
          <w:lang w:eastAsia="zh-CN"/>
        </w:rPr>
        <w:br/>
      </w:r>
      <w:r>
        <w:rPr>
          <w:lang w:eastAsia="zh-CN"/>
        </w:rPr>
        <w:t xml:space="preserve">    兴趣小组活动计划书 篇9 </w:t>
      </w:r>
      <w:r>
        <w:rPr>
          <w:lang w:eastAsia="zh-CN"/>
        </w:rPr>
        <w:br/>
      </w:r>
      <w:r>
        <w:rPr>
          <w:lang w:eastAsia="zh-CN"/>
        </w:rPr>
        <w:t>　　一、活动目的：</w:t>
      </w:r>
      <w:r>
        <w:rPr>
          <w:lang w:eastAsia="zh-CN"/>
        </w:rPr>
        <w:br/>
      </w:r>
      <w:r>
        <w:rPr>
          <w:lang w:eastAsia="zh-CN"/>
        </w:rPr>
        <w:t>　　通过舞蹈兴趣小组的活动，使学生的舞蹈特长得到更好的发展，进一步舞蹈美术的基本知识，提高学生的欣赏水平及创造能力。</w:t>
      </w:r>
      <w:r>
        <w:rPr>
          <w:lang w:eastAsia="zh-CN"/>
        </w:rPr>
        <w:br/>
      </w:r>
      <w:r>
        <w:rPr>
          <w:lang w:eastAsia="zh-CN"/>
        </w:rPr>
        <w:t>　　二、活动要求：</w:t>
      </w:r>
      <w:r>
        <w:rPr>
          <w:lang w:eastAsia="zh-CN"/>
        </w:rPr>
        <w:br/>
      </w:r>
      <w:r>
        <w:rPr>
          <w:lang w:eastAsia="zh-CN"/>
        </w:rPr>
        <w:t>　　1、组织学生按时参加活动，并保持室内清洁。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2、每周四下午课外活动时间进行活动，小组成员必须准时到达舞蹈室。</w:t>
      </w:r>
      <w:r>
        <w:rPr>
          <w:lang w:eastAsia="zh-CN"/>
        </w:rPr>
        <w:br/>
      </w:r>
      <w:r>
        <w:rPr>
          <w:lang w:eastAsia="zh-CN"/>
        </w:rPr>
        <w:t>　　3、舞蹈小组成员应严格遵守纪律，不准在舞蹈室大声喧哗，不准做与舞蹈学习无关的事。</w:t>
      </w:r>
      <w:r>
        <w:rPr>
          <w:lang w:eastAsia="zh-CN"/>
        </w:rPr>
        <w:br/>
      </w:r>
      <w:r>
        <w:rPr>
          <w:lang w:eastAsia="zh-CN"/>
        </w:rPr>
        <w:t>　　4、每次老师布置的作业，学生都应按时完成。</w:t>
      </w:r>
      <w:r>
        <w:rPr>
          <w:lang w:eastAsia="zh-CN"/>
        </w:rPr>
        <w:br/>
      </w:r>
      <w:r>
        <w:rPr>
          <w:lang w:eastAsia="zh-CN"/>
        </w:rPr>
        <w:t>　　5、爱护舞蹈教室内的设施和用品。</w:t>
      </w:r>
      <w:r>
        <w:rPr>
          <w:lang w:eastAsia="zh-CN"/>
        </w:rPr>
        <w:br/>
      </w:r>
      <w:r>
        <w:rPr>
          <w:lang w:eastAsia="zh-CN"/>
        </w:rPr>
        <w:t>　　三、活动内容：</w:t>
      </w:r>
      <w:r>
        <w:rPr>
          <w:lang w:eastAsia="zh-CN"/>
        </w:rPr>
        <w:br/>
      </w:r>
      <w:r>
        <w:rPr>
          <w:lang w:eastAsia="zh-CN"/>
        </w:rPr>
        <w:t>　　(一)基础训练</w:t>
      </w:r>
      <w:r>
        <w:rPr>
          <w:lang w:eastAsia="zh-CN"/>
        </w:rPr>
        <w:br/>
      </w:r>
      <w:r>
        <w:rPr>
          <w:lang w:eastAsia="zh-CN"/>
        </w:rPr>
        <w:t>　　(1)压腿</w:t>
      </w:r>
      <w:r>
        <w:rPr>
          <w:lang w:eastAsia="zh-CN"/>
        </w:rPr>
        <w:br/>
      </w:r>
      <w:r>
        <w:rPr>
          <w:lang w:eastAsia="zh-CN"/>
        </w:rPr>
        <w:t>　　这是舞蹈基础训练中最为基本的训练内容，分别为压前、旁、后腿。压腿的练习有助于打开学生腿部关节的韧带。压腿时要注意腿部关节的直立，脚背向外打开绷直，并保持上半身的直立。向下压至上半身和腿部之间的没有缝隙。个别学生韧带太紧，在压腿的过程中不要苛求一定要压下去，保持正确的姿态，日积月累就可以拉长韧带，达到要求。特别注意的是胯部要端正。压旁腿和后腿的时候学生最容易出胯和斜胯，需要及时矫正。在压旁腿时，同侧的手扶住把杆，另一只手臂紧贴在耳边，向腿上靠近并尽量向远处伸展，拉长旁腰。压后腿时，注意肩膀端平，颈部不要缩，撑住头部别掉下去，并向后伸展。</w:t>
      </w:r>
      <w:r>
        <w:rPr>
          <w:lang w:eastAsia="zh-CN"/>
        </w:rPr>
        <w:br/>
      </w:r>
      <w:r>
        <w:rPr>
          <w:lang w:eastAsia="zh-CN"/>
        </w:rPr>
        <w:t>　　伴奏带：选用节奏感比较强的音乐</w:t>
      </w:r>
      <w:r>
        <w:rPr>
          <w:lang w:eastAsia="zh-CN"/>
        </w:rPr>
        <w:br/>
      </w:r>
      <w:r>
        <w:rPr>
          <w:lang w:eastAsia="zh-CN"/>
        </w:rPr>
        <w:t>　　(2)压肩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这是打开肩部韧带的练习。压肩时，双手臂伸直放在把杆上。两腿之间的距离略等于肩宽。头部和脊柱都要放松，向下压时能够感觉到肩部韧带被拉长。</w:t>
      </w:r>
      <w:r>
        <w:rPr>
          <w:lang w:eastAsia="zh-CN"/>
        </w:rPr>
        <w:br/>
      </w:r>
      <w:r>
        <w:rPr>
          <w:lang w:eastAsia="zh-CN"/>
        </w:rPr>
        <w:t>　　伴奏带：中速，节奏舒缓2/4</w:t>
      </w:r>
      <w:r>
        <w:rPr>
          <w:lang w:eastAsia="zh-CN"/>
        </w:rPr>
        <w:br/>
      </w:r>
      <w:r>
        <w:rPr>
          <w:lang w:eastAsia="zh-CN"/>
        </w:rPr>
        <w:t>　　(3)推脚背组合</w:t>
      </w:r>
      <w:r>
        <w:rPr>
          <w:lang w:eastAsia="zh-CN"/>
        </w:rPr>
        <w:br/>
      </w:r>
      <w:r>
        <w:rPr>
          <w:lang w:eastAsia="zh-CN"/>
        </w:rPr>
        <w:t>　　脚背的好坏因人而异，大部分取决于先天因素，但也不能忽视后天的训练。在训练之前，从脚尖到整个大脚背都要活动开;训练时，双手扶把杆，挺胸抬头、收腹提臀，双脚并拢站好，先从单脚背训练开始。</w:t>
      </w:r>
      <w:r>
        <w:rPr>
          <w:lang w:eastAsia="zh-CN"/>
        </w:rPr>
        <w:br/>
      </w:r>
      <w:r>
        <w:rPr>
          <w:lang w:eastAsia="zh-CN"/>
        </w:rPr>
        <w:t>　　1-2拍单脚脚后跟抬起，五个脚趾紧扒地面</w:t>
      </w:r>
      <w:r>
        <w:rPr>
          <w:lang w:eastAsia="zh-CN"/>
        </w:rPr>
        <w:br/>
      </w:r>
      <w:r>
        <w:rPr>
          <w:lang w:eastAsia="zh-CN"/>
        </w:rPr>
        <w:t>　　3-4拍脚尖绷直，向墙内推，使整个脚背绷成月牙型</w:t>
      </w:r>
      <w:r>
        <w:rPr>
          <w:lang w:eastAsia="zh-CN"/>
        </w:rPr>
        <w:br/>
      </w:r>
      <w:r>
        <w:rPr>
          <w:lang w:eastAsia="zh-CN"/>
        </w:rPr>
        <w:t>　　5-8拍换另一只脚，动作相同</w:t>
      </w:r>
      <w:r>
        <w:rPr>
          <w:lang w:eastAsia="zh-CN"/>
        </w:rPr>
        <w:br/>
      </w:r>
      <w:r>
        <w:rPr>
          <w:lang w:eastAsia="zh-CN"/>
        </w:rPr>
        <w:t>　　双脚背练习亦同。年龄小的学生在做此类训练中，注意力不集中，易低头去看自己和他人的动作，在做推脚背时，双脚容易打开，脚背推不起来，需要时刻提醒和规范动作。</w:t>
      </w:r>
      <w:r>
        <w:rPr>
          <w:lang w:eastAsia="zh-CN"/>
        </w:rPr>
        <w:br/>
      </w:r>
      <w:r>
        <w:rPr>
          <w:lang w:eastAsia="zh-CN"/>
        </w:rPr>
        <w:t>　　(4)把杆训练组合</w:t>
      </w:r>
      <w:r>
        <w:rPr>
          <w:lang w:eastAsia="zh-CN"/>
        </w:rPr>
        <w:br/>
      </w:r>
      <w:r>
        <w:rPr>
          <w:lang w:eastAsia="zh-CN"/>
        </w:rPr>
        <w:t>　　少儿舞蹈培训与专业舞蹈训练有很大区别。在做把杆上的动作组合时，不可能像专业学员那样的强度和难度。除非是经过若干年业余训练，自身条件可以达到专业水平了才有能力做到难度和强度并举的动作组合。少年儿童活泼好动，喜爱好玩有趣的动作，这就要求教师在编排这类把杆上的动作组合时，注意结构简单易学，学生有能力做到。好玩好学，自然就会激发学生的学习兴趣，加之在教学中不断给予学生以适当的鼓励和赞许，学生接受的就快。</w:t>
      </w:r>
      <w:r>
        <w:rPr>
          <w:lang w:eastAsia="zh-CN"/>
        </w:rPr>
        <w:br/>
      </w:r>
      <w:r>
        <w:rPr>
          <w:lang w:eastAsia="zh-CN"/>
        </w:rPr>
        <w:t>　　基本的把杆动作组合：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①(双手/单手)扶把，一位脚擦地组合</w:t>
      </w:r>
      <w:r>
        <w:rPr>
          <w:lang w:eastAsia="zh-CN"/>
        </w:rPr>
        <w:br/>
      </w:r>
      <w:r>
        <w:rPr>
          <w:lang w:eastAsia="zh-CN"/>
        </w:rPr>
        <w:t>　　②(双手/单手)扶把，一位脚蹲组合</w:t>
      </w:r>
      <w:r>
        <w:rPr>
          <w:lang w:eastAsia="zh-CN"/>
        </w:rPr>
        <w:br/>
      </w:r>
      <w:r>
        <w:rPr>
          <w:lang w:eastAsia="zh-CN"/>
        </w:rPr>
        <w:t>　　③(双手/单手)扶把，一位脚划圈组合</w:t>
      </w:r>
      <w:r>
        <w:rPr>
          <w:lang w:eastAsia="zh-CN"/>
        </w:rPr>
        <w:br/>
      </w:r>
      <w:r>
        <w:rPr>
          <w:lang w:eastAsia="zh-CN"/>
        </w:rPr>
        <w:t>　　④五位脚，单手扶把小踢腿组合</w:t>
      </w:r>
      <w:r>
        <w:rPr>
          <w:lang w:eastAsia="zh-CN"/>
        </w:rPr>
        <w:br/>
      </w:r>
      <w:r>
        <w:rPr>
          <w:lang w:eastAsia="zh-CN"/>
        </w:rPr>
        <w:t>　　⑤五位脚，单手扶把移重心组合</w:t>
      </w:r>
      <w:r>
        <w:rPr>
          <w:lang w:eastAsia="zh-CN"/>
        </w:rPr>
        <w:br/>
      </w:r>
      <w:r>
        <w:rPr>
          <w:lang w:eastAsia="zh-CN"/>
        </w:rPr>
        <w:t>　　⑥(双手/单手)转腰组合</w:t>
      </w:r>
      <w:r>
        <w:rPr>
          <w:lang w:eastAsia="zh-CN"/>
        </w:rPr>
        <w:br/>
      </w:r>
      <w:r>
        <w:rPr>
          <w:lang w:eastAsia="zh-CN"/>
        </w:rPr>
        <w:t>　　这些组合，适宜于少年儿童的身体素质和接受能力，随着学生各方面的不断进步，在此基础上加大难度，变换花样，达到舞蹈训练的要求。</w:t>
      </w:r>
      <w:r>
        <w:rPr>
          <w:lang w:eastAsia="zh-CN"/>
        </w:rPr>
        <w:br/>
      </w:r>
      <w:r>
        <w:rPr>
          <w:lang w:eastAsia="zh-CN"/>
        </w:rPr>
        <w:t>　　(5)踢后腿</w:t>
      </w:r>
      <w:r>
        <w:rPr>
          <w:lang w:eastAsia="zh-CN"/>
        </w:rPr>
        <w:br/>
      </w:r>
      <w:r>
        <w:rPr>
          <w:lang w:eastAsia="zh-CN"/>
        </w:rPr>
        <w:t>　　双手扶把杆小八字部站好，膝盖都要绷直，头抬起来平视前方。在踢后退的过程中，上半身保持不动，不要侧身回头，胯不能松，脚背和膝盖都要绷直。切忌身体前倾。如果在反复强调，学生还是做不到位的情况下，可以先单一的联系控后腿即双手扶把杆，把一条腿向后抬起来，纠正学生的姿态，然后再过度到踢后退。</w:t>
      </w:r>
      <w:r>
        <w:rPr>
          <w:lang w:eastAsia="zh-CN"/>
        </w:rPr>
        <w:br/>
      </w:r>
      <w:r>
        <w:rPr>
          <w:lang w:eastAsia="zh-CN"/>
        </w:rPr>
        <w:t>　　(6)劈腿跳</w:t>
      </w:r>
      <w:r>
        <w:rPr>
          <w:lang w:eastAsia="zh-CN"/>
        </w:rPr>
        <w:br/>
      </w:r>
      <w:r>
        <w:rPr>
          <w:lang w:eastAsia="zh-CN"/>
        </w:rPr>
        <w:t>　　是为学习中间大跳做好准备的手扶把杆的跳跃组合。在做这一动作跳起来时要注意双脚同时一前一后打开。打开过程中，绷直脚背，伸直膝盖，跳跃越高，腿叉越开越好。着地时，双脚快速收拢，两脚并起来着地。</w:t>
      </w:r>
      <w:r>
        <w:rPr>
          <w:lang w:eastAsia="zh-CN"/>
        </w:rPr>
        <w:br/>
      </w:r>
      <w:r>
        <w:rPr>
          <w:lang w:eastAsia="zh-CN"/>
        </w:rPr>
        <w:t>　　(7)大踢腿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是培养腿的力度和开度的训练。不论是前腿还是旁腿，都要保持上半身直立，中段夹紧，眼睛注视前方。踢腿的过程中，同样要注意脚背和膝盖的绷直。有许多学生在踢腿的时候，为了让腿部可以碰到身体，上半身极力向前够。这样做，颈部便往回缩，头向前探，双膝弯曲，非常难看。所以，在踢腿前要告诫她们，踢不高没有关系，最重要的是保持正确的姿态。在这一前提下，经过刻苦练习，腿会越踢越高，韧带越拉越长。在学生取得微小的进步时，要及时给予赞赏和鼓励。有些学生回家也经常自己练习，到课堂上教师可以明显的感到她的变化和提高，则更要适当的给予称赞，否则就会挫伤学生学习的积极性。除了身体和腿要注意外，两只手臂也不能忽视。在踢腿的过程中，一定要保证手臂端平，不能放松下来。</w:t>
      </w:r>
      <w:r>
        <w:rPr>
          <w:lang w:eastAsia="zh-CN"/>
        </w:rPr>
        <w:br/>
      </w:r>
      <w:r>
        <w:rPr>
          <w:lang w:eastAsia="zh-CN"/>
        </w:rPr>
        <w:t>　　(8)下腰</w:t>
      </w:r>
      <w:r>
        <w:rPr>
          <w:lang w:eastAsia="zh-CN"/>
        </w:rPr>
        <w:br/>
      </w:r>
      <w:r>
        <w:rPr>
          <w:lang w:eastAsia="zh-CN"/>
        </w:rPr>
        <w:t>　　年龄偏小的学生腰的柔韧性不错，但是手脚都没有力量，支撑不住身体，常常是用头顶住地面下腰。教师都要给学生以适当的帮助，保护她们，纠正下腰的姿态，告诉她们用力的部位和下腰的方法。</w:t>
      </w:r>
      <w:r>
        <w:rPr>
          <w:lang w:eastAsia="zh-CN"/>
        </w:rPr>
        <w:br/>
      </w:r>
      <w:r>
        <w:rPr>
          <w:lang w:eastAsia="zh-CN"/>
        </w:rPr>
        <w:t>　　双脚打开至肩宽，双臂向上伸直，五指打开，手心朝前。下腰时，上半身向后仰，头抬起来向后找自己的脚后跟，身体和手都向脚后跟靠齐并往里卷。下好以后，手臂和膝盖都尽力撑直，眼睛看脚后跟。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对年龄偏大，有一定基础的学生，让她们做甩腰训练，加大训练强度。结束后注意做回腰练习：双脚并拢蹲下来，双手抱住双膝，头埋下来。教师顺着脊柱给学生做按摩，保护她们的脊柱不受到伤害。</w:t>
      </w:r>
      <w:r>
        <w:rPr>
          <w:lang w:eastAsia="zh-CN"/>
        </w:rPr>
        <w:br/>
      </w:r>
      <w:r>
        <w:rPr>
          <w:lang w:eastAsia="zh-CN"/>
        </w:rPr>
        <w:t>　　(9)劈腿</w:t>
      </w:r>
      <w:r>
        <w:rPr>
          <w:lang w:eastAsia="zh-CN"/>
        </w:rPr>
        <w:br/>
      </w:r>
      <w:r>
        <w:rPr>
          <w:lang w:eastAsia="zh-CN"/>
        </w:rPr>
        <w:t>　　有利于拉伸学生腿部韧带。在训练时，注意脚背不能松弛。我们可以按照这样的顺序训练：</w:t>
      </w:r>
      <w:r>
        <w:rPr>
          <w:lang w:eastAsia="zh-CN"/>
        </w:rPr>
        <w:br/>
      </w:r>
      <w:r>
        <w:rPr>
          <w:lang w:eastAsia="zh-CN"/>
        </w:rPr>
        <w:t>　　①左脚在前劈腿，双手抱住左脚，控1-2分钟，然后腿不动，身体向后仰。有基础的学生可以让右手撑住地面，左手抓住后腿控住。</w:t>
      </w:r>
      <w:r>
        <w:rPr>
          <w:lang w:eastAsia="zh-CN"/>
        </w:rPr>
        <w:br/>
      </w:r>
      <w:r>
        <w:rPr>
          <w:lang w:eastAsia="zh-CN"/>
        </w:rPr>
        <w:t>　　②左脚在前的竖叉不动，身体向右转的同时变胯，变为横叉。双脚背不要趴倒在地面。上半身和脚背都要立起来，然后上半身趴倒在地面，双手臂向前伸展，趴胯1-2分钟。</w:t>
      </w:r>
      <w:r>
        <w:rPr>
          <w:lang w:eastAsia="zh-CN"/>
        </w:rPr>
        <w:br/>
      </w:r>
      <w:r>
        <w:rPr>
          <w:lang w:eastAsia="zh-CN"/>
        </w:rPr>
        <w:t>　　③横叉不动，再向右转，变为右脚在前的竖叉，重复动作1、</w:t>
      </w:r>
      <w:r>
        <w:rPr>
          <w:lang w:eastAsia="zh-CN"/>
        </w:rPr>
        <w:br/>
      </w:r>
      <w:r>
        <w:rPr>
          <w:lang w:eastAsia="zh-CN"/>
        </w:rPr>
        <w:t>　　(10)小跳组合</w:t>
      </w:r>
      <w:r>
        <w:rPr>
          <w:lang w:eastAsia="zh-CN"/>
        </w:rPr>
        <w:br/>
      </w:r>
      <w:r>
        <w:rPr>
          <w:lang w:eastAsia="zh-CN"/>
        </w:rPr>
        <w:t>　　训练学生的弹跳能力。可以由简单的一二五位小跳，发展到相互交叉的综合性复合型小跳，小跳过程中，双膝直立，双脚背向外推开。着地时，脚尖先落，落地要轻，上半身不能前后摇晃。落地半蹲，上半身绷紧向下，臀部夹紧。</w:t>
      </w:r>
      <w:r>
        <w:rPr>
          <w:lang w:eastAsia="zh-CN"/>
        </w:rPr>
        <w:br/>
      </w:r>
      <w:r>
        <w:rPr>
          <w:lang w:eastAsia="zh-CN"/>
        </w:rPr>
        <w:t>　　(二)成品舞蹈的排练。</w:t>
      </w:r>
      <w:r>
        <w:rPr>
          <w:lang w:eastAsia="zh-CN"/>
        </w:rPr>
        <w:br/>
      </w:r>
      <w:r>
        <w:rPr>
          <w:lang w:eastAsia="zh-CN"/>
        </w:rPr>
        <w:t>　　四、采取的措施：</w:t>
      </w:r>
      <w:r>
        <w:rPr>
          <w:lang w:eastAsia="zh-CN"/>
        </w:rPr>
        <w:br/>
      </w:r>
      <w:r>
        <w:rPr>
          <w:lang w:eastAsia="zh-CN"/>
        </w:rPr>
        <w:t>　　(1)舞蹈教师要认真负责，把它看成是学校教育的组成部分，使小组活动开展得生动、活泼、丰富。</w:t>
      </w:r>
      <w:r>
        <w:rPr>
          <w:lang w:eastAsia="zh-CN"/>
        </w:rPr>
        <w:br/>
      </w:r>
      <w:r>
        <w:rPr>
          <w:lang w:eastAsia="zh-CN"/>
        </w:rPr>
        <w:t>　　(2)做好组织工作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在学生自愿报名参加的基础上，要挑选各班有一定舞蹈基础、成绩较好的学生参加。要选出有工作能力、成绩也好的学生担任组长。兴趣小组要在教师的指导下充分发挥学生的骨干力量。</w:t>
      </w:r>
      <w:r>
        <w:rPr>
          <w:lang w:eastAsia="zh-CN"/>
        </w:rPr>
        <w:br/>
      </w:r>
      <w:r>
        <w:rPr>
          <w:lang w:eastAsia="zh-CN"/>
        </w:rPr>
        <w:t>　　(3)安排好活动时间和活动地点：</w:t>
      </w:r>
      <w:r>
        <w:rPr>
          <w:lang w:eastAsia="zh-CN"/>
        </w:rPr>
        <w:br/>
      </w:r>
      <w:r>
        <w:rPr>
          <w:lang w:eastAsia="zh-CN"/>
        </w:rPr>
        <w:t>　　时间：每周四的下午第三节课</w:t>
      </w:r>
      <w:r>
        <w:rPr>
          <w:lang w:eastAsia="zh-CN"/>
        </w:rPr>
        <w:br/>
      </w:r>
      <w:r>
        <w:rPr>
          <w:lang w:eastAsia="zh-CN"/>
        </w:rPr>
        <w:t>　　地点：舞蹈房</w:t>
      </w:r>
      <w:r>
        <w:rPr>
          <w:lang w:eastAsia="zh-CN"/>
        </w:rPr>
        <w:br/>
      </w:r>
      <w:r>
        <w:rPr>
          <w:lang w:eastAsia="zh-CN"/>
        </w:rPr>
        <w:t>　　(4)订立必要制度，抓好思想工作。</w:t>
      </w:r>
      <w:r>
        <w:rPr>
          <w:lang w:eastAsia="zh-CN"/>
        </w:rPr>
        <w:br/>
      </w:r>
      <w:r>
        <w:rPr>
          <w:lang w:eastAsia="zh-CN"/>
        </w:rPr>
        <w:t>　　要教育学生自觉遵守学习制度，准时参加舞蹈学习。明确学习目的，培养勤奋好学，积极进取的精神，促进学生的全面发展。要举办全校性的舞蹈节目，展示学生的学习成果。</w:t>
      </w:r>
      <w:r>
        <w:rPr>
          <w:lang w:eastAsia="zh-CN"/>
        </w:rPr>
        <w:br/>
      </w:r>
      <w:r>
        <w:rPr>
          <w:lang w:eastAsia="zh-CN"/>
        </w:rPr>
        <w:t xml:space="preserve">    兴趣小组活动计划书 篇10 </w:t>
      </w:r>
      <w:r>
        <w:rPr>
          <w:lang w:eastAsia="zh-CN"/>
        </w:rPr>
        <w:br/>
      </w:r>
      <w:r>
        <w:rPr>
          <w:lang w:eastAsia="zh-CN"/>
        </w:rPr>
        <w:t>　　指导思想：</w:t>
      </w:r>
      <w:r>
        <w:rPr>
          <w:lang w:eastAsia="zh-CN"/>
        </w:rPr>
        <w:br/>
      </w:r>
      <w:r>
        <w:rPr>
          <w:lang w:eastAsia="zh-CN"/>
        </w:rPr>
        <w:t>　　为了丰富学生的课间活动，提高师生的的身体素质，倡导健康、快乐、安全、文明的校园文化，在玩中学，在玩中长知识，玩出花样，玩出新意，创建和谐、健康、文明、平安的校园。</w:t>
      </w:r>
      <w:r>
        <w:rPr>
          <w:lang w:eastAsia="zh-CN"/>
        </w:rPr>
        <w:br/>
      </w:r>
      <w:r>
        <w:rPr>
          <w:lang w:eastAsia="zh-CN"/>
        </w:rPr>
        <w:t>　　一、活动地点：善思楼前的空地。（如有问题根据实际情况调整）</w:t>
      </w:r>
      <w:r>
        <w:rPr>
          <w:lang w:eastAsia="zh-CN"/>
        </w:rPr>
        <w:br/>
      </w:r>
      <w:r>
        <w:rPr>
          <w:lang w:eastAsia="zh-CN"/>
        </w:rPr>
        <w:t>　　二、活动时间：8：50―9：20（30分钟）</w:t>
      </w:r>
      <w:r>
        <w:rPr>
          <w:lang w:eastAsia="zh-CN"/>
        </w:rPr>
        <w:br/>
      </w:r>
      <w:r>
        <w:rPr>
          <w:lang w:eastAsia="zh-CN"/>
        </w:rPr>
        <w:t>　　三、活动项目：踢毽子、跳短绳、跳长绳、跳兔子舞、练习广播操、做游戏、进行各项体能训练。</w:t>
      </w:r>
      <w:r>
        <w:rPr>
          <w:lang w:eastAsia="zh-CN"/>
        </w:rPr>
        <w:br/>
      </w:r>
      <w:r>
        <w:rPr>
          <w:lang w:eastAsia="zh-CN"/>
        </w:rPr>
        <w:t>　　四、做完广播操后开展</w:t>
      </w:r>
      <w:r>
        <w:rPr>
          <w:lang w:eastAsia="zh-CN"/>
        </w:rPr>
        <w:br/>
      </w:r>
      <w:r>
        <w:rPr>
          <w:lang w:eastAsia="zh-CN"/>
        </w:rPr>
        <w:t>　　五、具体活动安排：</w:t>
      </w:r>
      <w:r>
        <w:rPr>
          <w:lang w:eastAsia="zh-CN"/>
        </w:rPr>
        <w:br/>
      </w:r>
      <w:r>
        <w:rPr>
          <w:lang w:eastAsia="zh-CN"/>
        </w:rPr>
        <w:t>　　周数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活动内容</w:t>
      </w:r>
      <w:r>
        <w:rPr>
          <w:lang w:eastAsia="zh-CN"/>
        </w:rPr>
        <w:br/>
      </w:r>
      <w:r>
        <w:rPr>
          <w:lang w:eastAsia="zh-CN"/>
        </w:rPr>
        <w:t>　　四、进退场、队列练习及广播操复习</w:t>
      </w:r>
      <w:r>
        <w:rPr>
          <w:lang w:eastAsia="zh-CN"/>
        </w:rPr>
        <w:br/>
      </w:r>
      <w:r>
        <w:rPr>
          <w:lang w:eastAsia="zh-CN"/>
        </w:rPr>
        <w:t>　　五、集体舞复习、看谁是个木头人</w:t>
      </w:r>
      <w:r>
        <w:rPr>
          <w:lang w:eastAsia="zh-CN"/>
        </w:rPr>
        <w:br/>
      </w:r>
      <w:r>
        <w:rPr>
          <w:lang w:eastAsia="zh-CN"/>
        </w:rPr>
        <w:t>　　六、游戏：快快跳起</w:t>
      </w:r>
      <w:r>
        <w:rPr>
          <w:lang w:eastAsia="zh-CN"/>
        </w:rPr>
        <w:br/>
      </w:r>
      <w:r>
        <w:rPr>
          <w:lang w:eastAsia="zh-CN"/>
        </w:rPr>
        <w:t>　　七、传递（球、棒）接力</w:t>
      </w:r>
      <w:r>
        <w:rPr>
          <w:lang w:eastAsia="zh-CN"/>
        </w:rPr>
        <w:br/>
      </w:r>
      <w:r>
        <w:rPr>
          <w:lang w:eastAsia="zh-CN"/>
        </w:rPr>
        <w:t>　　八、钻山洞</w:t>
      </w:r>
      <w:r>
        <w:rPr>
          <w:lang w:eastAsia="zh-CN"/>
        </w:rPr>
        <w:br/>
      </w:r>
      <w:r>
        <w:rPr>
          <w:lang w:eastAsia="zh-CN"/>
        </w:rPr>
        <w:t>　　九、夹球跳接力</w:t>
      </w:r>
      <w:r>
        <w:rPr>
          <w:lang w:eastAsia="zh-CN"/>
        </w:rPr>
        <w:br/>
      </w:r>
      <w:r>
        <w:rPr>
          <w:lang w:eastAsia="zh-CN"/>
        </w:rPr>
        <w:t>　　十、游戏：小猴捞月</w:t>
      </w:r>
      <w:r>
        <w:rPr>
          <w:lang w:eastAsia="zh-CN"/>
        </w:rPr>
        <w:br/>
      </w:r>
      <w:r>
        <w:rPr>
          <w:lang w:eastAsia="zh-CN"/>
        </w:rPr>
        <w:t>　　十一、滚轮胎、呼拉圈接力</w:t>
      </w:r>
      <w:r>
        <w:rPr>
          <w:lang w:eastAsia="zh-CN"/>
        </w:rPr>
        <w:br/>
      </w:r>
      <w:r>
        <w:rPr>
          <w:lang w:eastAsia="zh-CN"/>
        </w:rPr>
        <w:t>　　十二、兔子舞</w:t>
      </w:r>
      <w:r>
        <w:rPr>
          <w:lang w:eastAsia="zh-CN"/>
        </w:rPr>
        <w:br/>
      </w:r>
      <w:r>
        <w:rPr>
          <w:lang w:eastAsia="zh-CN"/>
        </w:rPr>
        <w:t>　　十三、颠毽子接力</w:t>
      </w:r>
      <w:r>
        <w:rPr>
          <w:lang w:eastAsia="zh-CN"/>
        </w:rPr>
        <w:br/>
      </w:r>
      <w:r>
        <w:rPr>
          <w:lang w:eastAsia="zh-CN"/>
        </w:rPr>
        <w:t>　　十四、螃蟹赛跑</w:t>
      </w:r>
      <w:r>
        <w:rPr>
          <w:lang w:eastAsia="zh-CN"/>
        </w:rPr>
        <w:br/>
      </w:r>
      <w:r>
        <w:rPr>
          <w:lang w:eastAsia="zh-CN"/>
        </w:rPr>
        <w:t>　　十五、单脚跳、青蛙跳、双人蹲跳接力</w:t>
      </w:r>
      <w:r>
        <w:rPr>
          <w:lang w:eastAsia="zh-CN"/>
        </w:rPr>
        <w:br/>
      </w:r>
      <w:r>
        <w:rPr>
          <w:lang w:eastAsia="zh-CN"/>
        </w:rPr>
        <w:t>　　十六、游戏：运送地雷</w:t>
      </w:r>
      <w:r>
        <w:rPr>
          <w:lang w:eastAsia="zh-CN"/>
        </w:rPr>
        <w:br/>
      </w:r>
      <w:r>
        <w:rPr>
          <w:lang w:eastAsia="zh-CN"/>
        </w:rPr>
        <w:t>　　十七、双人合作跑接力</w:t>
      </w:r>
      <w:r>
        <w:rPr>
          <w:lang w:eastAsia="zh-CN"/>
        </w:rPr>
        <w:br/>
      </w:r>
      <w:r>
        <w:rPr>
          <w:lang w:eastAsia="zh-CN"/>
        </w:rPr>
        <w:t>　　十八、篮球运球接力</w:t>
      </w:r>
      <w:r>
        <w:rPr>
          <w:lang w:eastAsia="zh-CN"/>
        </w:rPr>
        <w:br/>
      </w:r>
      <w:r>
        <w:rPr>
          <w:lang w:eastAsia="zh-CN"/>
        </w:rPr>
        <w:t>　　十九、蚂蚁搬家接力</w:t>
      </w:r>
      <w:r>
        <w:rPr>
          <w:lang w:eastAsia="zh-CN"/>
        </w:rPr>
        <w:br/>
      </w:r>
      <w:r>
        <w:rPr>
          <w:lang w:eastAsia="zh-CN"/>
        </w:rPr>
        <w:t>　　二十、包袱、剪刀、锤；跳长绳</w:t>
      </w:r>
      <w:r>
        <w:rPr>
          <w:lang w:eastAsia="zh-CN"/>
        </w:rPr>
        <w:br/>
      </w:r>
      <w:r>
        <w:rPr>
          <w:lang w:eastAsia="zh-CN"/>
        </w:rPr>
        <w:t xml:space="preserve">    兴趣小组活动计划书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美术兴趣小组是课堂教学的补充和延伸，与课堂教学相比更具灵活性、可塑性，因而学生非常乐意参加。要办好美术兴趣小组，教师必须根据学校的具体情况有计划有目的地展开，应十分重视教学质量，善于调动学生的极积性，将美术兴趣小组活动搞得有声有色。使美术趣小组活动成为学生学习艺术的乐园。</w:t>
      </w:r>
      <w:r>
        <w:rPr>
          <w:lang w:eastAsia="zh-CN"/>
        </w:rPr>
        <w:br/>
      </w:r>
      <w:r>
        <w:rPr>
          <w:lang w:eastAsia="zh-CN"/>
        </w:rPr>
        <w:t>　　为了给爱好美术的同学一个良好的学习环境，我校举办了美术兴趣小组.现将兴趣小组的活动安排制定如下：</w:t>
      </w:r>
      <w:r>
        <w:rPr>
          <w:lang w:eastAsia="zh-CN"/>
        </w:rPr>
        <w:br/>
      </w:r>
      <w:r>
        <w:rPr>
          <w:lang w:eastAsia="zh-CN"/>
        </w:rPr>
        <w:t>　　一、活动目的：</w:t>
      </w:r>
      <w:r>
        <w:rPr>
          <w:lang w:eastAsia="zh-CN"/>
        </w:rPr>
        <w:br/>
      </w:r>
      <w:r>
        <w:rPr>
          <w:lang w:eastAsia="zh-CN"/>
        </w:rPr>
        <w:t>　　通过美术兴趣小组的活动，使学生的美术特长得到更好的发展，进一步了解美术的基本知识，培养学生的观察能力和创新思维能力，提高学生的审美观。</w:t>
      </w:r>
      <w:r>
        <w:rPr>
          <w:lang w:eastAsia="zh-CN"/>
        </w:rPr>
        <w:br/>
      </w:r>
      <w:r>
        <w:rPr>
          <w:lang w:eastAsia="zh-CN"/>
        </w:rPr>
        <w:t>　　二、活动时间：</w:t>
      </w:r>
      <w:r>
        <w:rPr>
          <w:lang w:eastAsia="zh-CN"/>
        </w:rPr>
        <w:br/>
      </w:r>
      <w:r>
        <w:rPr>
          <w:lang w:eastAsia="zh-CN"/>
        </w:rPr>
        <w:t>　　每星期一、三的下午第三节课后，小组成员必须准时到达美术教室.</w:t>
      </w:r>
      <w:r>
        <w:rPr>
          <w:lang w:eastAsia="zh-CN"/>
        </w:rPr>
        <w:br/>
      </w:r>
      <w:r>
        <w:rPr>
          <w:lang w:eastAsia="zh-CN"/>
        </w:rPr>
        <w:t>　　三、活动步骤：</w:t>
      </w:r>
      <w:r>
        <w:rPr>
          <w:lang w:eastAsia="zh-CN"/>
        </w:rPr>
        <w:br/>
      </w:r>
      <w:r>
        <w:rPr>
          <w:lang w:eastAsia="zh-CN"/>
        </w:rPr>
        <w:t>　　要办好美术兴趣小组，教师必须根据学生的具体情况有计划有目的地进行，将美术兴趣小组办得有声有色。所以我觉得应该从以下几方面去着手。</w:t>
      </w:r>
      <w:r>
        <w:rPr>
          <w:lang w:eastAsia="zh-CN"/>
        </w:rPr>
        <w:br/>
      </w:r>
      <w:r>
        <w:rPr>
          <w:lang w:eastAsia="zh-CN"/>
        </w:rPr>
        <w:t>　　(一)、组织健全美术兴趣小组。</w:t>
      </w:r>
      <w:r>
        <w:rPr>
          <w:lang w:eastAsia="zh-CN"/>
        </w:rPr>
        <w:br/>
      </w:r>
      <w:r>
        <w:rPr>
          <w:lang w:eastAsia="zh-CN"/>
        </w:rPr>
        <w:t>　　美术兴趣小组人数不宜过多，大约20名左右。活动固定，通常每周两次, 活动制度化。参加这次兴趣小组的人员除了自愿以外还应是美术方面比较有特长的学生。激发学生的责任感和荣誉感。教师要做到精心计划，精心备课，精心上课，这样才能保证兴趣小组的深度、广度和力度。</w:t>
      </w:r>
      <w:r>
        <w:rPr>
          <w:lang w:eastAsia="zh-CN"/>
        </w:rPr>
        <w:br/>
      </w:r>
      <w:r>
        <w:rPr>
          <w:lang w:eastAsia="zh-CN"/>
        </w:rPr>
        <w:t>　　(二)、具体计划小组活动内容。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美术是一个很广的课程，设计、绘画、欣赏等都是学习的内容。学的多不如学的精，所以教师应该给学生制定具体的学习内容，而这次的兴趣小组学习的内容主要从刮蜡画方面着手，以刮蜡画为主，基础课程(素描、色彩等)为辅。所以，小组具体的活动内容分为三个：(1)重点辅导学生刮蜡画方面的学习;2)重视基础方面的学习，从素描、色彩、速写等方面入手，从而来解决课堂中难以解决的疑难问题;(3)、指导学生从事美术创作，培养学生的观察能力和热爱生活的习惯，以校园中的好人好事以及丰富多彩的活动为主旋律，创作出内容积极向上，催人奋进，有一定的艺术品味的作品。</w:t>
      </w:r>
      <w:r>
        <w:rPr>
          <w:lang w:eastAsia="zh-CN"/>
        </w:rPr>
        <w:br/>
      </w:r>
      <w:r>
        <w:rPr>
          <w:lang w:eastAsia="zh-CN"/>
        </w:rPr>
        <w:t>　　(三)、定期举办学生作品展览。</w:t>
      </w:r>
      <w:r>
        <w:rPr>
          <w:lang w:eastAsia="zh-CN"/>
        </w:rPr>
        <w:br/>
      </w:r>
      <w:r>
        <w:rPr>
          <w:lang w:eastAsia="zh-CN"/>
        </w:rPr>
        <w:t>　　举办我校兴趣小组成员美术展览，交流、回顾、总结学习成果，可以为学生提供表现自己实力，增强自信心。作为教师则要精心指导，严格把关。学生的一些佳作可以在校内展出以起到示范作用。对于一些才华出众、个性鲜明的同学，提供条件为他们举办联展和个展，努力培养出色的艺术人才。</w:t>
      </w:r>
      <w:r>
        <w:rPr>
          <w:lang w:eastAsia="zh-CN"/>
        </w:rPr>
        <w:br/>
      </w:r>
      <w:r>
        <w:rPr>
          <w:lang w:eastAsia="zh-CN"/>
        </w:rPr>
        <w:t>　　(四)、组织观摩活动。</w:t>
      </w:r>
      <w:r>
        <w:rPr>
          <w:lang w:eastAsia="zh-CN"/>
        </w:rPr>
        <w:br/>
      </w:r>
      <w:r>
        <w:rPr>
          <w:lang w:eastAsia="zh-CN"/>
        </w:rPr>
        <w:t>　　我们设想采取走出去、请进来的方法，组织学生参观美展，不失时机地让学生开阔视野，增长感知。参观展览前，多介绍背景知识。参观中，边看边讲边记边画。使教学与观摩融为一体，让同学们得以受益。</w:t>
      </w:r>
      <w:r>
        <w:rPr>
          <w:lang w:eastAsia="zh-CN"/>
        </w:rPr>
        <w:br/>
      </w:r>
      <w:r>
        <w:rPr>
          <w:lang w:eastAsia="zh-CN"/>
        </w:rPr>
        <w:t>　　(五)、举行美术绘画比赛。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美术比赛能够有效地提高学生的素质和能力。到一定的时期，可以让学生举行国画、速写、简笔画、素描等比赛，通过训练比赛，能够促进学生快速、准确、熟练的技能。通过训练比赛，大大促进了学生快速、准确、熟练的技能。</w:t>
      </w:r>
      <w:r>
        <w:rPr>
          <w:lang w:eastAsia="zh-CN"/>
        </w:rPr>
        <w:br/>
      </w:r>
      <w:r>
        <w:rPr>
          <w:lang w:eastAsia="zh-CN"/>
        </w:rPr>
        <w:t>　　开展美术兴趣小组活动，真正使学生学有所得，老师应该做出很大的努力，勤于思考，大胆实践，最大限度地调动学生的积极性，将美术兴趣小组开展得丰富多彩、富有特色。</w:t>
      </w:r>
      <w:r>
        <w:rPr>
          <w:lang w:eastAsia="zh-CN"/>
        </w:rPr>
        <w:br/>
      </w:r>
      <w:r>
        <w:rPr>
          <w:lang w:eastAsia="zh-CN"/>
        </w:rPr>
        <w:t xml:space="preserve">    兴趣小组活动计划书 篇12 </w:t>
      </w:r>
      <w:r>
        <w:rPr>
          <w:lang w:eastAsia="zh-CN"/>
        </w:rPr>
        <w:br/>
      </w:r>
      <w:r>
        <w:rPr>
          <w:lang w:eastAsia="zh-CN"/>
        </w:rPr>
        <w:t>　　(20__年3月&amp;&amp;20__年7月)</w:t>
      </w:r>
      <w:r>
        <w:rPr>
          <w:lang w:eastAsia="zh-CN"/>
        </w:rPr>
        <w:br/>
      </w:r>
      <w:r>
        <w:rPr>
          <w:lang w:eastAsia="zh-CN"/>
        </w:rPr>
        <w:t>　　课外美术兴趣小组在于培养学生的兴趣、爱好，并增加学生的课外知识，提高一定的技能，丰富学生的课余文化生活，给爱好美术的同学一个良好的学习环境，特成立美术兴趣小组.现将兴趣小组的活动安排制定如下计划：</w:t>
      </w:r>
      <w:r>
        <w:rPr>
          <w:lang w:eastAsia="zh-CN"/>
        </w:rPr>
        <w:br/>
      </w:r>
      <w:r>
        <w:rPr>
          <w:lang w:eastAsia="zh-CN"/>
        </w:rPr>
        <w:t>　　一、活动目的：</w:t>
      </w:r>
      <w:r>
        <w:rPr>
          <w:lang w:eastAsia="zh-CN"/>
        </w:rPr>
        <w:br/>
      </w:r>
      <w:r>
        <w:rPr>
          <w:lang w:eastAsia="zh-CN"/>
        </w:rPr>
        <w:t>　　通过美术兴趣小组的活动，使学生的美术特长得到更好的发展，进一步了解美术的基本知识，培养学生的观察能力和创新思维能力，提高学生的审美观。</w:t>
      </w:r>
      <w:r>
        <w:rPr>
          <w:lang w:eastAsia="zh-CN"/>
        </w:rPr>
        <w:br/>
      </w:r>
      <w:r>
        <w:rPr>
          <w:lang w:eastAsia="zh-CN"/>
        </w:rPr>
        <w:t>　　二、活动时间：</w:t>
      </w:r>
      <w:r>
        <w:rPr>
          <w:lang w:eastAsia="zh-CN"/>
        </w:rPr>
        <w:br/>
      </w:r>
      <w:r>
        <w:rPr>
          <w:lang w:eastAsia="zh-CN"/>
        </w:rPr>
        <w:t>　　每双周的星期五的下午第七节课，小组成员必须准时到达美术教室。</w:t>
      </w:r>
      <w:r>
        <w:rPr>
          <w:lang w:eastAsia="zh-CN"/>
        </w:rPr>
        <w:br/>
      </w:r>
      <w:r>
        <w:rPr>
          <w:lang w:eastAsia="zh-CN"/>
        </w:rPr>
        <w:t>　　三、活动步骤：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美术兴趣小组是课堂教学的补充和延伸，与课堂教学相比更加具有灵活性和可塑性，因而学生非常喜欢参加。但是它比较容易受到考试或者其他活动的限制和冲击，教师和学生往往不能有始有终，保质保量地坚持到底。要办好美术兴趣小组，教师必须根据学生的具体情况有计划有目的地进行，将美术兴趣小组办的有声有色。所以我觉得应该从以下几方面去着手。</w:t>
      </w:r>
      <w:r>
        <w:rPr>
          <w:lang w:eastAsia="zh-CN"/>
        </w:rPr>
        <w:br/>
      </w:r>
      <w:r>
        <w:rPr>
          <w:lang w:eastAsia="zh-CN"/>
        </w:rPr>
        <w:t>　　(一)、组织健全美术兴趣小组</w:t>
      </w:r>
      <w:r>
        <w:rPr>
          <w:lang w:eastAsia="zh-CN"/>
        </w:rPr>
        <w:br/>
      </w:r>
      <w:r>
        <w:rPr>
          <w:lang w:eastAsia="zh-CN"/>
        </w:rPr>
        <w:t>　　我校美术兴趣小组的成员在30人左右，所以参加这次兴趣小组的人员除了自愿以外还是美术方面比较有特长的学生。活动要固定，每周一次，由于种种因素，活动时间安排在星期五的下午，而且不能轻易暂停，除了特殊情况外。教师要做到精心计划，精心备课，精心上课，这样才能保证兴趣小组的深度、广度和力度。</w:t>
      </w:r>
      <w:r>
        <w:rPr>
          <w:lang w:eastAsia="zh-CN"/>
        </w:rPr>
        <w:br/>
      </w:r>
      <w:r>
        <w:rPr>
          <w:lang w:eastAsia="zh-CN"/>
        </w:rPr>
        <w:t>　　(二)、具体小组活动内容计划</w:t>
      </w:r>
      <w:r>
        <w:rPr>
          <w:lang w:eastAsia="zh-CN"/>
        </w:rPr>
        <w:br/>
      </w:r>
      <w:r>
        <w:rPr>
          <w:lang w:eastAsia="zh-CN"/>
        </w:rPr>
        <w:t>　　美术是一个很广的课程，设计、绘画、欣赏等都是学习的内容。学的多不如学的精，所以我们给学生制定具体的学习内容，而这次的兴趣小组学习的内容主要从简笔画方面着手，以素描为主。所以，小组具体的活动内容分为三个：</w:t>
      </w:r>
      <w:r>
        <w:rPr>
          <w:lang w:eastAsia="zh-CN"/>
        </w:rPr>
        <w:br/>
      </w:r>
      <w:r>
        <w:rPr>
          <w:lang w:eastAsia="zh-CN"/>
        </w:rPr>
        <w:t>　　(1)重点辅导学生运用线条方面的学习，</w:t>
      </w:r>
      <w:r>
        <w:rPr>
          <w:lang w:eastAsia="zh-CN"/>
        </w:rPr>
        <w:br/>
      </w:r>
      <w:r>
        <w:rPr>
          <w:lang w:eastAsia="zh-CN"/>
        </w:rPr>
        <w:t>　　(2)欣赏世界名人名画，提高学生的欣赏能力;</w:t>
      </w:r>
      <w:r>
        <w:rPr>
          <w:lang w:eastAsia="zh-CN"/>
        </w:rPr>
        <w:br/>
      </w:r>
      <w:r>
        <w:rPr>
          <w:lang w:eastAsia="zh-CN"/>
        </w:rPr>
        <w:t>　　(3)重视基础方面的学习，从素描、色彩等方面入手。</w:t>
      </w:r>
      <w:r>
        <w:rPr>
          <w:lang w:eastAsia="zh-CN"/>
        </w:rPr>
        <w:br/>
      </w:r>
      <w:r>
        <w:rPr>
          <w:lang w:eastAsia="zh-CN"/>
        </w:rPr>
        <w:t>　　周 次 内 容</w:t>
      </w:r>
      <w:r>
        <w:rPr>
          <w:lang w:eastAsia="zh-CN"/>
        </w:rPr>
        <w:br/>
      </w:r>
      <w:r>
        <w:rPr>
          <w:lang w:eastAsia="zh-CN"/>
        </w:rPr>
        <w:t>　　第2周 素描画基础训练(线条)</w:t>
      </w:r>
      <w:r>
        <w:rPr>
          <w:lang w:eastAsia="zh-CN"/>
        </w:rPr>
        <w:br/>
      </w:r>
      <w:r>
        <w:rPr>
          <w:lang w:eastAsia="zh-CN"/>
        </w:rPr>
        <w:t>　　第4周 欣赏世界名画(素描画)</w:t>
      </w:r>
      <w:r>
        <w:rPr>
          <w:lang w:eastAsia="zh-CN"/>
        </w:rPr>
        <w:br/>
      </w:r>
      <w:r>
        <w:rPr>
          <w:lang w:eastAsia="zh-CN"/>
        </w:rPr>
        <w:t>　　第6周 素描几何形体：正方体和圆柱体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第8周 素描几何形体：圆球体</w:t>
      </w:r>
      <w:r>
        <w:rPr>
          <w:lang w:eastAsia="zh-CN"/>
        </w:rPr>
        <w:br/>
      </w:r>
      <w:r>
        <w:rPr>
          <w:lang w:eastAsia="zh-CN"/>
        </w:rPr>
        <w:t>　　第__周 素描几何形体：几何形体组合(1)</w:t>
      </w:r>
      <w:r>
        <w:rPr>
          <w:lang w:eastAsia="zh-CN"/>
        </w:rPr>
        <w:br/>
      </w:r>
      <w:r>
        <w:rPr>
          <w:lang w:eastAsia="zh-CN"/>
        </w:rPr>
        <w:t>　　第12周 素描几何形体：几何形体组合(2)</w:t>
      </w:r>
      <w:r>
        <w:rPr>
          <w:lang w:eastAsia="zh-CN"/>
        </w:rPr>
        <w:br/>
      </w:r>
      <w:r>
        <w:rPr>
          <w:lang w:eastAsia="zh-CN"/>
        </w:rPr>
        <w:t>　　第14周 色彩静物画：水果和罐子组合(1)</w:t>
      </w:r>
      <w:r>
        <w:rPr>
          <w:lang w:eastAsia="zh-CN"/>
        </w:rPr>
        <w:br/>
      </w:r>
      <w:r>
        <w:rPr>
          <w:lang w:eastAsia="zh-CN"/>
        </w:rPr>
        <w:t>　　第16周 色彩静物画：水果和罐子组合(2)</w:t>
      </w:r>
      <w:r>
        <w:rPr>
          <w:lang w:eastAsia="zh-CN"/>
        </w:rPr>
        <w:br/>
      </w:r>
      <w:r>
        <w:rPr>
          <w:lang w:eastAsia="zh-CN"/>
        </w:rPr>
        <w:t>　　第18周 作品展示座谈会</w:t>
      </w:r>
      <w:r>
        <w:rPr>
          <w:lang w:eastAsia="zh-CN"/>
        </w:rPr>
        <w:br/>
      </w:r>
      <w:r>
        <w:rPr>
          <w:lang w:eastAsia="zh-CN"/>
        </w:rPr>
        <w:t xml:space="preserve">    兴趣小组活动计划书 篇13 </w:t>
      </w:r>
      <w:r>
        <w:rPr>
          <w:lang w:eastAsia="zh-CN"/>
        </w:rPr>
        <w:br/>
      </w:r>
      <w:r>
        <w:rPr>
          <w:lang w:eastAsia="zh-CN"/>
        </w:rPr>
        <w:t>　　(20__年3月——20__年7月)</w:t>
      </w:r>
      <w:r>
        <w:rPr>
          <w:lang w:eastAsia="zh-CN"/>
        </w:rPr>
        <w:br/>
      </w:r>
      <w:r>
        <w:rPr>
          <w:lang w:eastAsia="zh-CN"/>
        </w:rPr>
        <w:t>　　课外美术兴趣小组在于培养学生的兴趣、爱好，并增加学生的课外知识，提高一定的技能，丰富学生的课余文化生活，给爱好美术的同学一个良好的学习环境，特成立美术兴趣小组.现将兴趣小组的活动安排制定如下计划：</w:t>
      </w:r>
      <w:r>
        <w:rPr>
          <w:lang w:eastAsia="zh-CN"/>
        </w:rPr>
        <w:br/>
      </w:r>
      <w:r>
        <w:rPr>
          <w:lang w:eastAsia="zh-CN"/>
        </w:rPr>
        <w:t>　　一、活动目的：</w:t>
      </w:r>
      <w:r>
        <w:rPr>
          <w:lang w:eastAsia="zh-CN"/>
        </w:rPr>
        <w:br/>
      </w:r>
      <w:r>
        <w:rPr>
          <w:lang w:eastAsia="zh-CN"/>
        </w:rPr>
        <w:t>　　通过美术兴趣小组的活动，使学生的美术特长得到更好的发展，进一步了解美术的基本知识，培养学生的观察能力和创新思维能力，提高学生的审美观。</w:t>
      </w:r>
      <w:r>
        <w:rPr>
          <w:lang w:eastAsia="zh-CN"/>
        </w:rPr>
        <w:br/>
      </w:r>
      <w:r>
        <w:rPr>
          <w:lang w:eastAsia="zh-CN"/>
        </w:rPr>
        <w:t>　　二、活动时间：</w:t>
      </w:r>
      <w:r>
        <w:rPr>
          <w:lang w:eastAsia="zh-CN"/>
        </w:rPr>
        <w:br/>
      </w:r>
      <w:r>
        <w:rPr>
          <w:lang w:eastAsia="zh-CN"/>
        </w:rPr>
        <w:t>　　每双周的星期五的下午第七节课，小组成员必须准时到达美术教室。</w:t>
      </w:r>
      <w:r>
        <w:rPr>
          <w:lang w:eastAsia="zh-CN"/>
        </w:rPr>
        <w:br/>
      </w:r>
      <w:r>
        <w:rPr>
          <w:lang w:eastAsia="zh-CN"/>
        </w:rPr>
        <w:t>　　三、活动步骤：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美术兴趣小组是课堂教学的补充和延伸，与课堂教学相比更加具有灵活性和可塑性，因而学生非常喜欢参加。但是它比较容易受到考试或者其他活动的限制和冲击，教师和学生往往不能有始有终，保质保量地坚持到底。要办好美术兴趣小组，教师必须根据学生的具体情况有计划有目的地进行，将美术兴趣小组办的有声有色。所以我觉得应该从以下几方面去着手。</w:t>
      </w:r>
      <w:r>
        <w:rPr>
          <w:lang w:eastAsia="zh-CN"/>
        </w:rPr>
        <w:br/>
      </w:r>
      <w:r>
        <w:rPr>
          <w:lang w:eastAsia="zh-CN"/>
        </w:rPr>
        <w:t>　　(一)、组织健全美术兴趣小组</w:t>
      </w:r>
      <w:r>
        <w:rPr>
          <w:lang w:eastAsia="zh-CN"/>
        </w:rPr>
        <w:br/>
      </w:r>
      <w:r>
        <w:rPr>
          <w:lang w:eastAsia="zh-CN"/>
        </w:rPr>
        <w:t>　　我校美术兴趣小组的成员在30人左右，所以参加这次兴趣小组的人员除了自愿以外还是美术方面比较有特长的学生。活动要固定，每周一次，由于种种因素，活动时间安排在星期五的下午，而且不能轻易暂停，除了特殊情况外。教师要做到精心计划，精心备课，精心上课，这样才能保证兴趣小组的深度、广度和力度。</w:t>
      </w:r>
      <w:r>
        <w:rPr>
          <w:lang w:eastAsia="zh-CN"/>
        </w:rPr>
        <w:br/>
      </w:r>
      <w:r>
        <w:rPr>
          <w:lang w:eastAsia="zh-CN"/>
        </w:rPr>
        <w:t>　　(二)、具体小组活动内容计划</w:t>
      </w:r>
      <w:r>
        <w:rPr>
          <w:lang w:eastAsia="zh-CN"/>
        </w:rPr>
        <w:br/>
      </w:r>
      <w:r>
        <w:rPr>
          <w:lang w:eastAsia="zh-CN"/>
        </w:rPr>
        <w:t>　　美术是一个很广的课程，设计、绘画、欣赏等都是学习的内容。学的多不如学的精，所以我们给学生制定具体的学习内容，而这次的兴趣小组学习的内容主要从简笔画方面着手，以素描为主。所以，小组具体的活动内容分为三个：</w:t>
      </w:r>
      <w:r>
        <w:rPr>
          <w:lang w:eastAsia="zh-CN"/>
        </w:rPr>
        <w:br/>
      </w:r>
      <w:r>
        <w:rPr>
          <w:lang w:eastAsia="zh-CN"/>
        </w:rPr>
        <w:t>　　(1)重点辅导学生运用线条方面的学习，</w:t>
      </w:r>
      <w:r>
        <w:rPr>
          <w:lang w:eastAsia="zh-CN"/>
        </w:rPr>
        <w:br/>
      </w:r>
      <w:r>
        <w:rPr>
          <w:lang w:eastAsia="zh-CN"/>
        </w:rPr>
        <w:t>　　(2)欣赏世界名人名画，提高学生的欣赏能力;</w:t>
      </w:r>
      <w:r>
        <w:rPr>
          <w:lang w:eastAsia="zh-CN"/>
        </w:rPr>
        <w:br/>
      </w:r>
      <w:r>
        <w:rPr>
          <w:lang w:eastAsia="zh-CN"/>
        </w:rPr>
        <w:t>　　(3)重视基础方面的学习，从素描、色彩等方面入手。</w:t>
      </w:r>
      <w:r>
        <w:rPr>
          <w:lang w:eastAsia="zh-CN"/>
        </w:rPr>
        <w:br/>
      </w:r>
      <w:r>
        <w:rPr>
          <w:lang w:eastAsia="zh-CN"/>
        </w:rPr>
        <w:t xml:space="preserve">    兴趣小组活动计划书 篇14 </w:t>
      </w:r>
      <w:r>
        <w:rPr>
          <w:lang w:eastAsia="zh-CN"/>
        </w:rPr>
        <w:br/>
      </w:r>
      <w:r>
        <w:rPr>
          <w:lang w:eastAsia="zh-CN"/>
        </w:rPr>
        <w:t>　　一、活动方案的目的意义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美术课外活动是美术教育的一个重要组成部分，是课堂教学的补充和继续。组织课外美术兴趣小组是开展课外活动的一种形式，它作为发展学生的爱好特长，培养全校和班级的美术骨干，推动全校的美术学习、美术活动以及为培养美术人才打好基础的一个重要方面，不仅可以提高学生的观察、理解能力和欣赏、评述能力，还能激起学生的求知欲望和创作兴趣。</w:t>
      </w:r>
      <w:r>
        <w:rPr>
          <w:lang w:eastAsia="zh-CN"/>
        </w:rPr>
        <w:br/>
      </w:r>
      <w:r>
        <w:rPr>
          <w:lang w:eastAsia="zh-CN"/>
        </w:rPr>
        <w:t>　　二、活动方案的具体目标</w:t>
      </w:r>
      <w:r>
        <w:rPr>
          <w:lang w:eastAsia="zh-CN"/>
        </w:rPr>
        <w:br/>
      </w:r>
      <w:r>
        <w:rPr>
          <w:lang w:eastAsia="zh-CN"/>
        </w:rPr>
        <w:t>　　通过兴趣小组的活动，使学生的美术特长得到更好的发展，进一步了解美术的基本知识，培养学生的观察能力和创新思维能力，提高学生的审美观。</w:t>
      </w:r>
      <w:r>
        <w:rPr>
          <w:lang w:eastAsia="zh-CN"/>
        </w:rPr>
        <w:br/>
      </w:r>
      <w:r>
        <w:rPr>
          <w:lang w:eastAsia="zh-CN"/>
        </w:rPr>
        <w:t>　　三、活动方案所涉及的对象与活动时间</w:t>
      </w:r>
      <w:r>
        <w:rPr>
          <w:lang w:eastAsia="zh-CN"/>
        </w:rPr>
        <w:br/>
      </w:r>
      <w:r>
        <w:rPr>
          <w:lang w:eastAsia="zh-CN"/>
        </w:rPr>
        <w:t>　　1、适用于二年级。参加美术兴趣小组的人员除了自愿以外还应是美术方面比较有特长的学生。</w:t>
      </w:r>
      <w:r>
        <w:rPr>
          <w:lang w:eastAsia="zh-CN"/>
        </w:rPr>
        <w:br/>
      </w:r>
      <w:r>
        <w:rPr>
          <w:lang w:eastAsia="zh-CN"/>
        </w:rPr>
        <w:t>　　2、活动时间：每天的大课间活动时间</w:t>
      </w:r>
      <w:r>
        <w:rPr>
          <w:lang w:eastAsia="zh-CN"/>
        </w:rPr>
        <w:br/>
      </w:r>
      <w:r>
        <w:rPr>
          <w:lang w:eastAsia="zh-CN"/>
        </w:rPr>
        <w:t>　　(一)准备阶段：</w:t>
      </w:r>
      <w:r>
        <w:rPr>
          <w:lang w:eastAsia="zh-CN"/>
        </w:rPr>
        <w:br/>
      </w:r>
      <w:r>
        <w:rPr>
          <w:lang w:eastAsia="zh-CN"/>
        </w:rPr>
        <w:t>　　1、制订实验计划</w:t>
      </w:r>
      <w:r>
        <w:rPr>
          <w:lang w:eastAsia="zh-CN"/>
        </w:rPr>
        <w:br/>
      </w:r>
      <w:r>
        <w:rPr>
          <w:lang w:eastAsia="zh-CN"/>
        </w:rPr>
        <w:t>　　2、学习有关理论</w:t>
      </w:r>
      <w:r>
        <w:rPr>
          <w:lang w:eastAsia="zh-CN"/>
        </w:rPr>
        <w:br/>
      </w:r>
      <w:r>
        <w:rPr>
          <w:lang w:eastAsia="zh-CN"/>
        </w:rPr>
        <w:t>　　3、探索教学形式</w:t>
      </w:r>
      <w:r>
        <w:rPr>
          <w:lang w:eastAsia="zh-CN"/>
        </w:rPr>
        <w:br/>
      </w:r>
      <w:r>
        <w:rPr>
          <w:lang w:eastAsia="zh-CN"/>
        </w:rPr>
        <w:t>　　4、研究教学内容</w:t>
      </w:r>
      <w:r>
        <w:rPr>
          <w:lang w:eastAsia="zh-CN"/>
        </w:rPr>
        <w:br/>
      </w:r>
      <w:r>
        <w:rPr>
          <w:lang w:eastAsia="zh-CN"/>
        </w:rPr>
        <w:t>　　(二)实验阶段</w:t>
      </w:r>
      <w:r>
        <w:rPr>
          <w:lang w:eastAsia="zh-CN"/>
        </w:rPr>
        <w:br/>
      </w:r>
      <w:r>
        <w:rPr>
          <w:lang w:eastAsia="zh-CN"/>
        </w:rPr>
        <w:t>　　1、进行理论讲解</w:t>
      </w:r>
      <w:r>
        <w:rPr>
          <w:lang w:eastAsia="zh-CN"/>
        </w:rPr>
        <w:br/>
      </w:r>
      <w:r>
        <w:rPr>
          <w:lang w:eastAsia="zh-CN"/>
        </w:rPr>
        <w:t>　　2、探索教学模式，开设美术知识讲座 、观摩活动</w:t>
      </w:r>
      <w:r>
        <w:rPr>
          <w:lang w:eastAsia="zh-CN"/>
        </w:rPr>
        <w:br/>
      </w:r>
      <w:r>
        <w:rPr>
          <w:lang w:eastAsia="zh-CN"/>
        </w:rPr>
        <w:t>　　3、实验阶段性测试，定期举办学生作品展览</w:t>
      </w:r>
      <w:r>
        <w:rPr>
          <w:lang w:eastAsia="zh-CN"/>
        </w:rPr>
        <w:br/>
      </w:r>
      <w:r>
        <w:rPr>
          <w:lang w:eastAsia="zh-CN"/>
        </w:rPr>
        <w:t>　　(三)实验总结阶段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1、通过问卷形式了解学生美术绘画的兴趣</w:t>
      </w:r>
      <w:r>
        <w:rPr>
          <w:lang w:eastAsia="zh-CN"/>
        </w:rPr>
        <w:br/>
      </w:r>
      <w:r>
        <w:rPr>
          <w:lang w:eastAsia="zh-CN"/>
        </w:rPr>
        <w:t>　　2、撰写实验论文</w:t>
      </w:r>
      <w:r>
        <w:rPr>
          <w:lang w:eastAsia="zh-CN"/>
        </w:rPr>
        <w:br/>
      </w:r>
      <w:r>
        <w:rPr>
          <w:lang w:eastAsia="zh-CN"/>
        </w:rPr>
        <w:t>　　3、举办绘画比赛，专栏展出学生的美术绘画作品，评出优秀绘画作品等。</w:t>
      </w:r>
      <w:r>
        <w:rPr>
          <w:lang w:eastAsia="zh-CN"/>
        </w:rPr>
        <w:br/>
      </w:r>
      <w:r>
        <w:rPr>
          <w:lang w:eastAsia="zh-CN"/>
        </w:rPr>
        <w:t>　　4、实验教学成果汇报</w:t>
      </w:r>
      <w:r>
        <w:rPr>
          <w:lang w:eastAsia="zh-CN"/>
        </w:rPr>
        <w:br/>
      </w:r>
      <w:r>
        <w:rPr>
          <w:lang w:eastAsia="zh-CN"/>
        </w:rPr>
        <w:t>　　四、活动方案具体内容和活动步骤</w:t>
      </w:r>
      <w:r>
        <w:rPr>
          <w:lang w:eastAsia="zh-CN"/>
        </w:rPr>
        <w:br/>
      </w:r>
      <w:r>
        <w:rPr>
          <w:lang w:eastAsia="zh-CN"/>
        </w:rPr>
        <w:t>　　(一)活动内容：</w:t>
      </w:r>
      <w:r>
        <w:rPr>
          <w:lang w:eastAsia="zh-CN"/>
        </w:rPr>
        <w:br/>
      </w:r>
      <w:r>
        <w:rPr>
          <w:lang w:eastAsia="zh-CN"/>
        </w:rPr>
        <w:t>　　1、使学生了解一些简单的美术常识知识。</w:t>
      </w:r>
      <w:r>
        <w:rPr>
          <w:lang w:eastAsia="zh-CN"/>
        </w:rPr>
        <w:br/>
      </w:r>
      <w:r>
        <w:rPr>
          <w:lang w:eastAsia="zh-CN"/>
        </w:rPr>
        <w:t>　　2、以儿童画为主，以手工制作为辅，以创作装饰画、自作画为主进行教学。</w:t>
      </w:r>
      <w:r>
        <w:rPr>
          <w:lang w:eastAsia="zh-CN"/>
        </w:rPr>
        <w:br/>
      </w:r>
      <w:r>
        <w:rPr>
          <w:lang w:eastAsia="zh-CN"/>
        </w:rPr>
        <w:t>　　3、给学生自己创作作品的时间和空间。</w:t>
      </w:r>
      <w:r>
        <w:rPr>
          <w:lang w:eastAsia="zh-CN"/>
        </w:rPr>
        <w:br/>
      </w:r>
      <w:r>
        <w:rPr>
          <w:lang w:eastAsia="zh-CN"/>
        </w:rPr>
        <w:t>　　(二)活动步骤：</w:t>
      </w:r>
      <w:r>
        <w:rPr>
          <w:lang w:eastAsia="zh-CN"/>
        </w:rPr>
        <w:br/>
      </w:r>
      <w:r>
        <w:rPr>
          <w:lang w:eastAsia="zh-CN"/>
        </w:rPr>
        <w:t>　　1、组织健全美术兴趣小组。</w:t>
      </w:r>
      <w:r>
        <w:rPr>
          <w:lang w:eastAsia="zh-CN"/>
        </w:rPr>
        <w:br/>
      </w:r>
      <w:r>
        <w:rPr>
          <w:lang w:eastAsia="zh-CN"/>
        </w:rPr>
        <w:t>　　活动要固定，通常每周一次，活动制度化。遇到有特殊情况择日进行，不轻易暂停。参加成员坚持自愿报名，任课教师筛选，确保参加学员的水平，激发学生的责任感和荣誉感。精心制定活动计划，保证兴趣小组的深度、广度和密度。</w:t>
      </w:r>
      <w:r>
        <w:rPr>
          <w:lang w:eastAsia="zh-CN"/>
        </w:rPr>
        <w:br/>
      </w:r>
      <w:r>
        <w:rPr>
          <w:lang w:eastAsia="zh-CN"/>
        </w:rPr>
        <w:t>　　小组活动主要有三方面：</w:t>
      </w:r>
      <w:r>
        <w:rPr>
          <w:lang w:eastAsia="zh-CN"/>
        </w:rPr>
        <w:br/>
      </w:r>
      <w:r>
        <w:rPr>
          <w:lang w:eastAsia="zh-CN"/>
        </w:rPr>
        <w:t>　　⑴重视基础训练，对素描、色彩、速写、工艺美术，抓住难点强化训练，解决课堂中难以解决的问题。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⑵指导学生参加与校园环境布置，重点辅导学生设计艺术节、运动会的徽标，设计海报、黑板报、墙报，学习布置会场、美术展览等等，边学边实践，边干边提高。</w:t>
      </w:r>
      <w:r>
        <w:rPr>
          <w:lang w:eastAsia="zh-CN"/>
        </w:rPr>
        <w:br/>
      </w:r>
      <w:r>
        <w:rPr>
          <w:lang w:eastAsia="zh-CN"/>
        </w:rPr>
        <w:t>　　⑶指导学生从事美术创作，培养学生观察与热爱生活的习惯，以校园中的好人好事以及丰富多彩的活动为主旋律，创作出内容积极向上，催人奋进，有较高艺术品味的作品来。</w:t>
      </w:r>
      <w:r>
        <w:rPr>
          <w:lang w:eastAsia="zh-CN"/>
        </w:rPr>
        <w:br/>
      </w:r>
      <w:r>
        <w:rPr>
          <w:lang w:eastAsia="zh-CN"/>
        </w:rPr>
        <w:t>　　2、经常开设美术知识讲座。</w:t>
      </w:r>
      <w:r>
        <w:rPr>
          <w:lang w:eastAsia="zh-CN"/>
        </w:rPr>
        <w:br/>
      </w:r>
      <w:r>
        <w:rPr>
          <w:lang w:eastAsia="zh-CN"/>
        </w:rPr>
        <w:t>　　优秀的美术作品对于学生在认识上、思想教育上、审美能力上都起着积极的作用。随着社会的发展，客观事物的审美属性日益突出，缺乏审美能力和美术素养的现代人，将不可避免出现困惑和缺憾。通过美术鉴赏和美术知识与技能技巧的教学，可以培养学生健康的审美观念和审美能力，陶冶情操，完善人格，把学生引向健康成长的道路。我们经常举行美术知识讲座，诸如《世界名画欣赏》、《世界风景画欣赏》、《中国服饰欣赏》、《全国美展欣赏》等等，通过多媒体观看全新的各类美术图像，同时还观看录像、放幻灯，或三五成群地围坐在一起翻看大画册，边看边议，畅谈感想。</w:t>
      </w:r>
      <w:r>
        <w:rPr>
          <w:lang w:eastAsia="zh-CN"/>
        </w:rPr>
        <w:br/>
      </w:r>
      <w:r>
        <w:rPr>
          <w:lang w:eastAsia="zh-CN"/>
        </w:rPr>
        <w:t>　　3、定期举办学生作品展览。</w:t>
      </w:r>
      <w:r>
        <w:rPr>
          <w:lang w:eastAsia="zh-CN"/>
        </w:rPr>
        <w:br/>
      </w:r>
      <w:r>
        <w:rPr>
          <w:lang w:eastAsia="zh-CN"/>
        </w:rPr>
        <w:t>　　举办美术展览，交流、回顾、总结学习成果，为同学们提供表现自己实力，增强自信心的舞台能起到意想不到的效果。教师要精心指导，严格把关。学生大胆构思，不拘一格，精心绘制，多出佳作，在校内展出以起到示范作用。对于一些才华出众、个性鲜明的同学，提供条件为他们举办联展和个展，努力培养出色的艺术人才。</w:t>
      </w:r>
      <w:r>
        <w:rPr>
          <w:lang w:eastAsia="zh-CN"/>
        </w:rPr>
        <w:br/>
      </w:r>
      <w:r>
        <w:rPr>
          <w:lang w:eastAsia="zh-CN"/>
        </w:rPr>
        <w:t>　　4、组织观摩活动。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我们采取走出去、请进来的方法，组织学生参观美展和图片展，不失时机地让学生开阔视野，增长感知。参观展览前，多介绍背景知识。参观中，边看边讲边记边画。条件允许我们还请主办者来校与学生见面交谈，或当场示范作画，使教学与观摩融为一体，同学们得益颇多。</w:t>
      </w:r>
      <w:r>
        <w:rPr>
          <w:lang w:eastAsia="zh-CN"/>
        </w:rPr>
        <w:br/>
      </w:r>
      <w:r>
        <w:rPr>
          <w:lang w:eastAsia="zh-CN"/>
        </w:rPr>
        <w:t>　　5、举行美术绘画比赛。</w:t>
      </w:r>
      <w:r>
        <w:rPr>
          <w:lang w:eastAsia="zh-CN"/>
        </w:rPr>
        <w:br/>
      </w:r>
      <w:r>
        <w:rPr>
          <w:lang w:eastAsia="zh-CN"/>
        </w:rPr>
        <w:t>　　美术比赛能够有效地提高学生的素质和能力。我们举行了速写、美术字、墨板报设计、简笔画、记忆画等比赛，通过训练比赛，大大促进了学生快速、准确、熟练的技能。</w:t>
      </w:r>
      <w:r>
        <w:rPr>
          <w:lang w:eastAsia="zh-CN"/>
        </w:rPr>
        <w:br/>
      </w:r>
      <w:r>
        <w:rPr>
          <w:lang w:eastAsia="zh-CN"/>
        </w:rPr>
        <w:t>　　五、采取的措施：</w:t>
      </w:r>
      <w:r>
        <w:rPr>
          <w:lang w:eastAsia="zh-CN"/>
        </w:rPr>
        <w:br/>
      </w:r>
      <w:r>
        <w:rPr>
          <w:lang w:eastAsia="zh-CN"/>
        </w:rPr>
        <w:t>　　(1)美术教师要认真负责，把它看成是学校教育的组成部分，使小组活动开展得生动、活泼、丰富。</w:t>
      </w:r>
      <w:r>
        <w:rPr>
          <w:lang w:eastAsia="zh-CN"/>
        </w:rPr>
        <w:br/>
      </w:r>
      <w:r>
        <w:rPr>
          <w:lang w:eastAsia="zh-CN"/>
        </w:rPr>
        <w:t>　　(2)做好组织工作。</w:t>
      </w:r>
      <w:r>
        <w:rPr>
          <w:lang w:eastAsia="zh-CN"/>
        </w:rPr>
        <w:br/>
      </w:r>
      <w:r>
        <w:rPr>
          <w:lang w:eastAsia="zh-CN"/>
        </w:rPr>
        <w:t>　　(3)安排好活动时间和活动地点。</w:t>
      </w:r>
      <w:r>
        <w:rPr>
          <w:lang w:eastAsia="zh-CN"/>
        </w:rPr>
        <w:br/>
      </w:r>
      <w:r>
        <w:rPr>
          <w:lang w:eastAsia="zh-CN"/>
        </w:rPr>
        <w:t>　　(4)订立必要制度，抓好思想工作。</w:t>
      </w:r>
      <w:r>
        <w:rPr>
          <w:lang w:eastAsia="zh-CN"/>
        </w:rPr>
        <w:br/>
      </w:r>
      <w:r>
        <w:rPr>
          <w:lang w:eastAsia="zh-CN"/>
        </w:rPr>
        <w:t>　　六、活动的作用：</w:t>
      </w:r>
      <w:r>
        <w:rPr>
          <w:lang w:eastAsia="zh-CN"/>
        </w:rPr>
        <w:br/>
      </w:r>
      <w:r>
        <w:rPr>
          <w:lang w:eastAsia="zh-CN"/>
        </w:rPr>
        <w:t>　　课外美术兴趣小组，在于培养学生对美术的兴趣、爱好、增长知识、提高技能、丰富学生的课余文化生活，为今后培养美术人才起着积极推动的作用。</w:t>
      </w:r>
      <w:r>
        <w:rPr>
          <w:lang w:eastAsia="zh-CN"/>
        </w:rPr>
        <w:br/>
      </w:r>
      <w:r>
        <w:rPr>
          <w:lang w:eastAsia="zh-CN"/>
        </w:rPr>
        <w:t>　　七、预期成果形式：</w:t>
      </w:r>
      <w:r>
        <w:rPr>
          <w:lang w:eastAsia="zh-CN"/>
        </w:rPr>
        <w:br/>
      </w:r>
      <w:r>
        <w:rPr>
          <w:lang w:eastAsia="zh-CN"/>
        </w:rPr>
        <w:t>　　专栏展示等</w:t>
      </w:r>
      <w:r>
        <w:rPr>
          <w:lang w:eastAsia="zh-CN"/>
        </w:rPr>
        <w:br/>
      </w:r>
      <w:r>
        <w:rPr>
          <w:lang w:eastAsia="zh-CN"/>
        </w:rPr>
        <w:t xml:space="preserve">    兴趣小组活动计划书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书法兴趣小组，在于培养学生对书法的兴趣、爱好、增长知识、提高书写技能、丰富学生的课余文化生活，为传承中国优秀文化，今后培养艺术人才起着积极推动的作用。为了更好地开展书法兴趣小组活动，现将本学期书法小组的活动安排制定如下：</w:t>
      </w:r>
      <w:r>
        <w:rPr>
          <w:lang w:eastAsia="zh-CN"/>
        </w:rPr>
        <w:br/>
      </w:r>
      <w:r>
        <w:rPr>
          <w:lang w:eastAsia="zh-CN"/>
        </w:rPr>
        <w:t>　　一、指导思想</w:t>
      </w:r>
      <w:r>
        <w:rPr>
          <w:lang w:eastAsia="zh-CN"/>
        </w:rPr>
        <w:br/>
      </w:r>
      <w:r>
        <w:rPr>
          <w:lang w:eastAsia="zh-CN"/>
        </w:rPr>
        <w:t>　　1、中国书法历史悠久，博大精深，不但有着鲜明的艺术性和广泛的实用性，而且自身还蕴藏着丰富的德育因素。</w:t>
      </w:r>
      <w:r>
        <w:rPr>
          <w:lang w:eastAsia="zh-CN"/>
        </w:rPr>
        <w:br/>
      </w:r>
      <w:r>
        <w:rPr>
          <w:lang w:eastAsia="zh-CN"/>
        </w:rPr>
        <w:t>　　2、提高写字教学质量，完善学生的艺术个性。随着新课程标准改革实验的不断深入，随着现代信息技术的不断普及，人们对写字教学的要求也越来越高。写字教学有利于引导绝大多数学生对写字、书法的兴趣;有利于形成正确的写字姿势和具有基本规范的写字技能;有利于促进其他学科质量的提高。对低年级的学生来说教师要特别关注认真书写态度和良好写字习惯的培养，注意学生对基本笔画、汉字基本结构的把握，重视书写的正确、端正、整洁;对高年级的书写评价，既要关注其书写规范和流利程度，也要尊重他们的个性化审美情趣。</w:t>
      </w:r>
      <w:r>
        <w:rPr>
          <w:lang w:eastAsia="zh-CN"/>
        </w:rPr>
        <w:br/>
      </w:r>
      <w:r>
        <w:rPr>
          <w:lang w:eastAsia="zh-CN"/>
        </w:rPr>
        <w:t>　　二、活动目标</w:t>
      </w:r>
      <w:r>
        <w:rPr>
          <w:lang w:eastAsia="zh-CN"/>
        </w:rPr>
        <w:br/>
      </w:r>
      <w:r>
        <w:rPr>
          <w:lang w:eastAsia="zh-CN"/>
        </w:rPr>
        <w:t>　　1、在书法活动中，使他们养成良好规范的书写姿势和执笔姿势。</w:t>
      </w:r>
      <w:r>
        <w:rPr>
          <w:lang w:eastAsia="zh-CN"/>
        </w:rPr>
        <w:br/>
      </w:r>
      <w:r>
        <w:rPr>
          <w:lang w:eastAsia="zh-CN"/>
        </w:rPr>
        <w:t>　　2、指导学生写出一笔漂亮的字，对其学习以及将来的工作、社会交际起到深远的影响。</w:t>
      </w:r>
      <w:r>
        <w:rPr>
          <w:lang w:eastAsia="zh-CN"/>
        </w:rPr>
        <w:br/>
      </w:r>
      <w:r>
        <w:rPr>
          <w:lang w:eastAsia="zh-CN"/>
        </w:rPr>
        <w:t>　　3、通过书法练习，培养学生认真负责、专心致志、持之以恒的精神。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4、让学生直接接触书法，接触中国文化艺术之美，传承祖国传统文化。</w:t>
      </w:r>
      <w:r>
        <w:rPr>
          <w:lang w:eastAsia="zh-CN"/>
        </w:rPr>
        <w:br/>
      </w:r>
      <w:r>
        <w:rPr>
          <w:lang w:eastAsia="zh-CN"/>
        </w:rPr>
        <w:t>　　三、具体学科目标：</w:t>
      </w:r>
      <w:r>
        <w:rPr>
          <w:lang w:eastAsia="zh-CN"/>
        </w:rPr>
        <w:br/>
      </w:r>
      <w:r>
        <w:rPr>
          <w:lang w:eastAsia="zh-CN"/>
        </w:rPr>
        <w:t>　　1、了解书法的基本知识，进一步提高学生的书写水平。</w:t>
      </w:r>
      <w:r>
        <w:rPr>
          <w:lang w:eastAsia="zh-CN"/>
        </w:rPr>
        <w:br/>
      </w:r>
      <w:r>
        <w:rPr>
          <w:lang w:eastAsia="zh-CN"/>
        </w:rPr>
        <w:t>　　2、坐姿、立姿、执笔姿势正确，养成良好的写字习惯。</w:t>
      </w:r>
      <w:r>
        <w:rPr>
          <w:lang w:eastAsia="zh-CN"/>
        </w:rPr>
        <w:br/>
      </w:r>
      <w:r>
        <w:rPr>
          <w:lang w:eastAsia="zh-CN"/>
        </w:rPr>
        <w:t>　　3、培养学生爱好书法的兴趣，初步感受书法的艺术美。</w:t>
      </w:r>
      <w:r>
        <w:rPr>
          <w:lang w:eastAsia="zh-CN"/>
        </w:rPr>
        <w:br/>
      </w:r>
      <w:r>
        <w:rPr>
          <w:lang w:eastAsia="zh-CN"/>
        </w:rPr>
        <w:t>　　四、活动要求：</w:t>
      </w:r>
      <w:r>
        <w:rPr>
          <w:lang w:eastAsia="zh-CN"/>
        </w:rPr>
        <w:br/>
      </w:r>
      <w:r>
        <w:rPr>
          <w:lang w:eastAsia="zh-CN"/>
        </w:rPr>
        <w:t>　　1、利用每周一、三、四课外时间进行活动，小组成员必须准时到达书法教室，每次上课点名，检查出勤情况，发现缺席情况及时向班主任反映。</w:t>
      </w:r>
      <w:r>
        <w:rPr>
          <w:lang w:eastAsia="zh-CN"/>
        </w:rPr>
        <w:br/>
      </w:r>
      <w:r>
        <w:rPr>
          <w:lang w:eastAsia="zh-CN"/>
        </w:rPr>
        <w:t>　　2、书法小组成员应严格遵守纪律，保持室内安静，不准在书法室大声喧哗，不做与书法学习无关的事。</w:t>
      </w:r>
      <w:r>
        <w:rPr>
          <w:lang w:eastAsia="zh-CN"/>
        </w:rPr>
        <w:br/>
      </w:r>
      <w:r>
        <w:rPr>
          <w:lang w:eastAsia="zh-CN"/>
        </w:rPr>
        <w:t>　　3、保持书法教室的干净整洁，不乱扔垃圾，废纸等一律放入垃圾箱。</w:t>
      </w:r>
      <w:r>
        <w:rPr>
          <w:lang w:eastAsia="zh-CN"/>
        </w:rPr>
        <w:br/>
      </w:r>
      <w:r>
        <w:rPr>
          <w:lang w:eastAsia="zh-CN"/>
        </w:rPr>
        <w:t>　　4、老师每次布置的作业，学生都应按时完成。</w:t>
      </w:r>
      <w:r>
        <w:rPr>
          <w:lang w:eastAsia="zh-CN"/>
        </w:rPr>
        <w:br/>
      </w:r>
      <w:r>
        <w:rPr>
          <w:lang w:eastAsia="zh-CN"/>
        </w:rPr>
        <w:t>　　5、爱护书法教室内的设施和用品。</w:t>
      </w:r>
      <w:r>
        <w:rPr>
          <w:lang w:eastAsia="zh-CN"/>
        </w:rPr>
        <w:br/>
      </w:r>
      <w:r>
        <w:rPr>
          <w:lang w:eastAsia="zh-CN"/>
        </w:rPr>
        <w:t>　　6、在儿童节期间和美术兴趣小组共同举办书画作品展览，展示学生的学习成果。</w:t>
      </w:r>
      <w:r>
        <w:rPr>
          <w:lang w:eastAsia="zh-CN"/>
        </w:rPr>
        <w:br/>
      </w:r>
      <w:r>
        <w:rPr>
          <w:lang w:eastAsia="zh-CN"/>
        </w:rPr>
        <w:t>　　五、教学计划安排</w:t>
      </w:r>
      <w:r>
        <w:rPr>
          <w:lang w:eastAsia="zh-CN"/>
        </w:rPr>
        <w:br/>
      </w:r>
      <w:r>
        <w:rPr>
          <w:lang w:eastAsia="zh-CN"/>
        </w:rPr>
        <w:t>　　周次及教学内容</w:t>
      </w:r>
      <w:r>
        <w:rPr>
          <w:lang w:eastAsia="zh-CN"/>
        </w:rPr>
        <w:br/>
      </w:r>
      <w:r>
        <w:rPr>
          <w:lang w:eastAsia="zh-CN"/>
        </w:rPr>
        <w:t>　　第三周：讲解书法的一些基本知识，如文房四宝，坐姿及执笔姿势和基本技法训练，以及上书法课的一些注意事项及要求。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第四周：学习楷书基本笔画，如横、竖、撇、捺、竖钩、横钩、弯钩等笔画。</w:t>
      </w:r>
      <w:r>
        <w:rPr>
          <w:lang w:eastAsia="zh-CN"/>
        </w:rPr>
        <w:br/>
      </w:r>
      <w:r>
        <w:rPr>
          <w:lang w:eastAsia="zh-CN"/>
        </w:rPr>
        <w:t>　　第五周：基本笔画的书写对以后字的书写至关重要，本周继续巩固上一周的基本笔画，让学生熟练掌握基本笔画。</w:t>
      </w:r>
      <w:r>
        <w:rPr>
          <w:lang w:eastAsia="zh-CN"/>
        </w:rPr>
        <w:br/>
      </w:r>
      <w:r>
        <w:rPr>
          <w:lang w:eastAsia="zh-CN"/>
        </w:rPr>
        <w:t>　　第六周：楷书偏旁部首训练。如单人旁、提手旁、竹字头、草字头、竖心旁、反文旁、心字底、四点底、宝盖头等等。</w:t>
      </w:r>
      <w:r>
        <w:rPr>
          <w:lang w:eastAsia="zh-CN"/>
        </w:rPr>
        <w:br/>
      </w:r>
      <w:r>
        <w:rPr>
          <w:lang w:eastAsia="zh-CN"/>
        </w:rPr>
        <w:t>　　第七周：讲解如何在田字格里书写汉字。学习了基本笔画和基本部首后，从易到难，让学生先学习一些简单的常用汉字。如汉字十、木、人、大、千、土、田、王、上、小等汉字。先由书法教师编写，印刷后分发给学生训练。</w:t>
      </w:r>
      <w:r>
        <w:rPr>
          <w:lang w:eastAsia="zh-CN"/>
        </w:rPr>
        <w:br/>
      </w:r>
      <w:r>
        <w:rPr>
          <w:lang w:eastAsia="zh-CN"/>
        </w:rPr>
        <w:t>　　第八周：学生有了一定的基础后，让学生书写校名明江小学以及自己名字的书写。要求学生能反复练习自己的名字，把自己的名字书写美观、工整。</w:t>
      </w:r>
      <w:r>
        <w:rPr>
          <w:lang w:eastAsia="zh-CN"/>
        </w:rPr>
        <w:br/>
      </w:r>
      <w:r>
        <w:rPr>
          <w:lang w:eastAsia="zh-CN"/>
        </w:rPr>
        <w:t>　　第九周：根据学生掌握的情况，针对性的复习、巩固。如检查学生笔画、偏旁是否掌握，田字格书写方法是否正确等，有的放矢进行复习训练</w:t>
      </w:r>
      <w:r>
        <w:rPr>
          <w:lang w:eastAsia="zh-CN"/>
        </w:rPr>
        <w:br/>
      </w:r>
      <w:r>
        <w:rPr>
          <w:lang w:eastAsia="zh-CN"/>
        </w:rPr>
        <w:t>　　十周：由书法教师编写书法学习内容(一)，印刷后分发给学生训练，主要书写一些常用的简单汉字，如山、川、飞、五、马、不、太、丰、井、区、中、少、长等。</w:t>
      </w:r>
      <w:r>
        <w:rPr>
          <w:lang w:eastAsia="zh-CN"/>
        </w:rPr>
        <w:br/>
      </w:r>
      <w:r>
        <w:rPr>
          <w:lang w:eastAsia="zh-CN"/>
        </w:rPr>
        <w:t>　　十一周：由书法教师编写书法学习内容(二)，印刷后分发给学生训练，书写一些常用汉字。</w:t>
      </w:r>
      <w:r>
        <w:rPr>
          <w:lang w:eastAsia="zh-CN"/>
        </w:rPr>
        <w:br/>
      </w:r>
      <w:r>
        <w:rPr>
          <w:lang w:eastAsia="zh-CN"/>
        </w:rPr>
        <w:t>　　十二周：由书法教师编写书法学习内容(三)，印刷后分发给学生训练，书写难度可适当增加。</w:t>
      </w:r>
      <w:r>
        <w:rPr>
          <w:lang w:eastAsia="zh-CN"/>
        </w:rPr>
        <w:br/>
      </w:r>
    </w:p>
    <w:p w:rsidR="001B1F19" w14:textId="27C3F48A">
      <w:pPr>
        <w:rPr>
          <w:rFonts w:hint="eastAsia"/>
          <w:lang w:eastAsia="zh-CN"/>
        </w:rPr>
      </w:pPr>
      <w:r>
        <w:rPr>
          <w:lang w:eastAsia="zh-CN"/>
        </w:rPr>
        <w:t>　　十三周：由书法教师编写书法学习内容(四)，印刷后分发给学生训练。可以训练几首五言古诗，如《登鹳鹊楼》、《春晓》。</w:t>
      </w:r>
      <w:r>
        <w:rPr>
          <w:lang w:eastAsia="zh-CN"/>
        </w:rPr>
        <w:br/>
      </w:r>
      <w:r>
        <w:rPr>
          <w:lang w:eastAsia="zh-CN"/>
        </w:rPr>
        <w:t>　　十四周：由书法教师编写书法学习内容(五)，印刷后分发给学生训练。可以训练几首五言古诗，如《画》、《梅花》。</w:t>
      </w:r>
      <w:r>
        <w:rPr>
          <w:lang w:eastAsia="zh-CN"/>
        </w:rPr>
        <w:br/>
      </w:r>
      <w:r>
        <w:rPr>
          <w:lang w:eastAsia="zh-CN"/>
        </w:rPr>
        <w:t>　　十五周：由书法教师编写书法学习内容(六)，印刷后分发给学生训练。本周开始做好书法作品展览准备，挑选出一些优秀作品参展。</w:t>
      </w:r>
      <w:r>
        <w:rPr>
          <w:lang w:eastAsia="zh-CN"/>
        </w:rPr>
        <w:br/>
      </w:r>
      <w:r>
        <w:rPr>
          <w:lang w:eastAsia="zh-CN"/>
        </w:rPr>
        <w:t xml:space="preserve">    兴趣小组活动计划书 篇16 </w:t>
      </w:r>
      <w:r>
        <w:rPr>
          <w:lang w:eastAsia="zh-CN"/>
        </w:rPr>
        <w:br/>
      </w:r>
      <w:r>
        <w:rPr>
          <w:lang w:eastAsia="zh-CN"/>
        </w:rPr>
        <w:t>　　美术教学是学校艺术教育的重要组成部分，它对于培养学生的审美意识和创新精神有着独特的教育功能。在美术教学中尤为突出。</w:t>
      </w:r>
      <w:r>
        <w:rPr>
          <w:lang w:eastAsia="zh-CN"/>
        </w:rPr>
        <w:br/>
      </w:r>
      <w:r>
        <w:rPr>
          <w:lang w:eastAsia="zh-CN"/>
        </w:rPr>
        <w:t>　　在当今前全面推进素质教育的课堂教学改革中，美术学科的教学改革目的在于全面提高学生的审美素养，掌握扎实的基本技能和基础知识，更加有效地适应素质教育的要求，培养学生良好的道德情操。使学生了解我国优秀的民族艺术文化传统和外国的优秀艺术成果，提高文化艺术素养，增强爱国主义精神;培养感受美、表现美、鉴赏美、创造美的能力，树立正确的审美观念，抵制不良文化的影响;陶冶情操，发展个性，启迪智慧，激发创新意识和创造能力，促进学生全面发展，美术特长班是教学的补充，为更好的推进素质教育，培养更多艺术人才，特定计划如下</w:t>
      </w:r>
      <w:r>
        <w:rPr>
          <w:lang w:eastAsia="zh-CN"/>
        </w:rPr>
        <w:br/>
      </w:r>
      <w:r>
        <w:rPr>
          <w:lang w:eastAsia="zh-CN"/>
        </w:rPr>
        <w:t>　　美术兴趣小组工作安排：</w:t>
      </w:r>
      <w:r>
        <w:rPr>
          <w:lang w:eastAsia="zh-CN"/>
        </w:rPr>
        <w:br/>
      </w:r>
      <w:r>
        <w:rPr>
          <w:lang w:eastAsia="zh-CN"/>
        </w:rPr>
        <w:t>　　周次 活动主题 活动形式 负责教师 备注</w:t>
      </w:r>
      <w:r>
        <w:rPr>
          <w:lang w:eastAsia="zh-CN"/>
        </w:rPr>
        <w:br/>
      </w:r>
      <w:r>
        <w:rPr>
          <w:lang w:eastAsia="zh-CN"/>
        </w:rPr>
        <w:t>　　第1-3周 书法基础 集中培训</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https://d.book118.com/315041232120011104</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504123212001110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