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体育教师工作总结优秀（32篇）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br/>
      </w:r>
      <w:r>
        <w:rPr>
          <w:lang w:eastAsia="zh-CN"/>
        </w:rPr>
        <w:t>体育教师工作总结优秀（精选32篇）</w:t>
      </w:r>
      <w:r>
        <w:rPr>
          <w:lang w:eastAsia="zh-CN"/>
        </w:rPr>
        <w:br/>
      </w:r>
      <w:r>
        <w:rPr>
          <w:lang w:eastAsia="zh-CN"/>
        </w:rPr>
        <w:t xml:space="preserve">    体育教师工作总结优秀 篇1 </w:t>
      </w:r>
      <w:r>
        <w:rPr>
          <w:lang w:eastAsia="zh-CN"/>
        </w:rPr>
        <w:br/>
      </w:r>
      <w:r>
        <w:rPr>
          <w:lang w:eastAsia="zh-CN"/>
        </w:rPr>
        <w:t>　　本学期我班的体育工作在学校领导的关心支持下，坚持德、智、体全面开展的正确方向，明确全民健身方案，在搞好学校体育工作的同时，紧紧围绕教育的实施，全神贯注抓好课堂教学，业余训练，使我班体育工作得到长足的开展，丰富了学校生活，增强了本班的身体素质，健全了体育教学制度。现就本学期我开展的体育工作做如下总结：</w:t>
      </w:r>
      <w:r>
        <w:rPr>
          <w:lang w:eastAsia="zh-CN"/>
        </w:rPr>
        <w:br/>
      </w:r>
      <w:r>
        <w:rPr>
          <w:lang w:eastAsia="zh-CN"/>
        </w:rPr>
        <w:t>　　一、本着“健康第一〞的指导思想</w:t>
      </w:r>
      <w:r>
        <w:rPr>
          <w:lang w:eastAsia="zh-CN"/>
        </w:rPr>
        <w:br/>
      </w:r>
      <w:r>
        <w:rPr>
          <w:lang w:eastAsia="zh-CN"/>
        </w:rPr>
        <w:t>　　切实抓好体育教学工作，我认真研究贯彻执行新的?体育课程标准，本着“健康第一〞的指导思想，确立“以人为本〞的体育教学目标，结合德育、智育和美育，促进学生身心的全面开展，为培养新型、现代的建设者和接班人做准备。</w:t>
      </w:r>
      <w:r>
        <w:rPr>
          <w:lang w:eastAsia="zh-CN"/>
        </w:rPr>
        <w:br/>
      </w:r>
      <w:r>
        <w:rPr>
          <w:lang w:eastAsia="zh-CN"/>
        </w:rPr>
        <w:t>　　二、标准课堂教学</w:t>
      </w:r>
      <w:r>
        <w:rPr>
          <w:lang w:eastAsia="zh-CN"/>
        </w:rPr>
        <w:br/>
      </w:r>
      <w:r>
        <w:rPr>
          <w:lang w:eastAsia="zh-CN"/>
        </w:rPr>
        <w:t>　　在教学中能以现代课堂理念标准自我，平时能树立体育新教育教学理念，进行有目的、有方案的教学实践，教科研意识强，教学水平有明显的提高。</w:t>
      </w:r>
      <w:r>
        <w:rPr>
          <w:lang w:eastAsia="zh-CN"/>
        </w:rPr>
        <w:br/>
      </w:r>
      <w:r>
        <w:rPr>
          <w:lang w:eastAsia="zh-CN"/>
        </w:rPr>
        <w:t>　　三、做好反思工作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我认真做到经常性地对教学工作进行反思、总结，及时发现问题，解决问题，逐步认识和掌握新课程标准下体育教学新的`规律。根据所制定的体育教学工作方案及教学进度，结合教学的实际情景上好每节课，认真写好教学反思。</w:t>
      </w:r>
      <w:r>
        <w:rPr>
          <w:lang w:eastAsia="zh-CN"/>
        </w:rPr>
        <w:br/>
      </w:r>
      <w:r>
        <w:rPr>
          <w:lang w:eastAsia="zh-CN"/>
        </w:rPr>
        <w:t>　　平时能常抓不懈，推动“二操一活动〞有序开展体育新课程，学校“两操一活动〞是反映学生整体面貌的形象“工程〞，是学校整体推进素质教育的一个窗口，抓好“两操〞也是学校管理工作方面的一项重要资料。抓好“两操〞更能促进学校的全民健身活动的开展。一学期来，我配合学校工作，继续严格标准播送操进出场的纪律及做操质量，做到出操静、齐、快，动作标准、美观。</w:t>
      </w:r>
      <w:r>
        <w:rPr>
          <w:lang w:eastAsia="zh-CN"/>
        </w:rPr>
        <w:br/>
      </w:r>
      <w:r>
        <w:rPr>
          <w:lang w:eastAsia="zh-CN"/>
        </w:rPr>
        <w:t>　　继续坚持“冬季长跑〞。经常和班上的体育委员谈心，加强体育检查工作，定人定时间，催促两操一活动的正常开展。</w:t>
      </w:r>
      <w:r>
        <w:rPr>
          <w:lang w:eastAsia="zh-CN"/>
        </w:rPr>
        <w:br/>
      </w:r>
      <w:r>
        <w:rPr>
          <w:lang w:eastAsia="zh-CN"/>
        </w:rPr>
        <w:t>　　四、培养学生的体育兴趣</w:t>
      </w:r>
      <w:r>
        <w:rPr>
          <w:lang w:eastAsia="zh-CN"/>
        </w:rPr>
        <w:br/>
      </w:r>
      <w:r>
        <w:rPr>
          <w:lang w:eastAsia="zh-CN"/>
        </w:rPr>
        <w:t>　　我利用体育课和课余活动时间，组织学生做一些他们喜爱的游戏，抓住小学生爱玩的心理的特点，让他们在玩中学，学中玩。这样即使学生的身体得到了锻炼，又培养了他们的体育兴趣。</w:t>
      </w:r>
      <w:r>
        <w:rPr>
          <w:lang w:eastAsia="zh-CN"/>
        </w:rPr>
        <w:br/>
      </w:r>
      <w:r>
        <w:rPr>
          <w:lang w:eastAsia="zh-CN"/>
        </w:rPr>
        <w:t>　　一学期来，我利用体育课，带着学生坚持不懈进行日常训练，做到有方案，有记录，按时保质抓成效。期末进行达标检测，全班各项检查结果根本到达规定的标准。</w:t>
      </w:r>
      <w:r>
        <w:rPr>
          <w:lang w:eastAsia="zh-CN"/>
        </w:rPr>
        <w:br/>
      </w:r>
      <w:r>
        <w:rPr>
          <w:lang w:eastAsia="zh-CN"/>
        </w:rPr>
        <w:t xml:space="preserve">    体育教师工作总结优秀 篇2 </w:t>
      </w:r>
      <w:r>
        <w:rPr>
          <w:lang w:eastAsia="zh-CN"/>
        </w:rPr>
        <w:br/>
      </w:r>
      <w:r>
        <w:rPr>
          <w:lang w:eastAsia="zh-CN"/>
        </w:rPr>
        <w:t>　　一、领导重视，思想领先，认识统一，目标明确。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我校领导十分重视体育工作，把它作为学校工作的一件大事来抓。首先把它纳入学校整体工作计划之中，学期初在行政会议上听取体育工作计划，并予以审议;学期结束听取总结汇报。对于学校举行和参加的重大体育活动，则在行政会议上予以协调安排，给予人力、物力、时间上的保证。平时校长除了亲自挂帅以外。学期初协助教研组制订体育工作计划，学期结束帮助他们进行工作总结，平时则共同探讨，解决体育教学中所出现的问题。学校领导还亲自督促全校“两操、一课”的进行，以推动学校的体育工作进一步发展。</w:t>
      </w:r>
      <w:r>
        <w:rPr>
          <w:lang w:eastAsia="zh-CN"/>
        </w:rPr>
        <w:br/>
      </w:r>
      <w:r>
        <w:rPr>
          <w:lang w:eastAsia="zh-CN"/>
        </w:rPr>
        <w:t>　　长期以来，由于人们受应试教育的影响，对体育工作的认识不够，学校体育讲起来重要，做起来次要，忙起来不要的情况十分严重。我校领导坚持贯彻“体育是学校的脸面”的办学宗旨，把体育教学工作放在应有的位置，绝不允许占用学生体育活动的时间。</w:t>
      </w:r>
      <w:r>
        <w:rPr>
          <w:lang w:eastAsia="zh-CN"/>
        </w:rPr>
        <w:br/>
      </w:r>
      <w:r>
        <w:rPr>
          <w:lang w:eastAsia="zh-CN"/>
        </w:rPr>
        <w:t>　　1、 建立激励制度，搞活动体育教学工作。</w:t>
      </w:r>
      <w:r>
        <w:rPr>
          <w:lang w:eastAsia="zh-CN"/>
        </w:rPr>
        <w:br/>
      </w:r>
      <w:r>
        <w:rPr>
          <w:lang w:eastAsia="zh-CN"/>
        </w:rPr>
        <w:t>　　学校长期以来，坚持每天对各班进行广播操评分考核以外，还对各班参加体育活动，参加体育锻炼活动的情况和体锻达标率、优秀率作为评选文明班的重要依据。这样大大加强了年级组长和班主任老师对体育工作的重视，无怪乎，在操场上，经常可以看见班主任老师的身影。同样也促进了学校各项体育活动的开展。</w:t>
      </w:r>
      <w:r>
        <w:rPr>
          <w:lang w:eastAsia="zh-CN"/>
        </w:rPr>
        <w:br/>
      </w:r>
      <w:r>
        <w:rPr>
          <w:lang w:eastAsia="zh-CN"/>
        </w:rPr>
        <w:t>　　二、加强管理，促进体育教学工作。</w:t>
      </w:r>
      <w:r>
        <w:rPr>
          <w:lang w:eastAsia="zh-CN"/>
        </w:rPr>
        <w:br/>
      </w:r>
      <w:r>
        <w:rPr>
          <w:lang w:eastAsia="zh-CN"/>
        </w:rPr>
        <w:t>　　1、抓好体育课教学的过程管理。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体育课是一门学科，而且是一门“主课”。既然如此，就必须认真对待，加强管理。学校要求教研组做到学期有计划，有总结;活动有分工，有措施;成绩有纪录;资料有积累。分管领导定期检查。要求体育教师根据学校场地器材条件，认真备好课，做到备课、备人、备场地，充分利用40分钟的课堂教学，抓好学生的体育常规教育，让学生掌握基本的运动技能，有机地结合爱国主义和集体主义的教育。学校领导定期和随机检查教案，随时进行听课和评课。坚决杜绝无教案上课和“放羊式”教学。</w:t>
      </w:r>
      <w:r>
        <w:rPr>
          <w:lang w:eastAsia="zh-CN"/>
        </w:rPr>
        <w:br/>
      </w:r>
      <w:r>
        <w:rPr>
          <w:lang w:eastAsia="zh-CN"/>
        </w:rPr>
        <w:t>　　2、依据体育课程标准，因地制宜制订教学计划。</w:t>
      </w:r>
      <w:r>
        <w:rPr>
          <w:lang w:eastAsia="zh-CN"/>
        </w:rPr>
        <w:br/>
      </w:r>
      <w:r>
        <w:rPr>
          <w:lang w:eastAsia="zh-CN"/>
        </w:rPr>
        <w:t>　　学校要求体育教师，因地制宜上好每堂体育课。学校主要抓了六个方面的工作。</w:t>
      </w:r>
      <w:r>
        <w:rPr>
          <w:lang w:eastAsia="zh-CN"/>
        </w:rPr>
        <w:br/>
      </w:r>
      <w:r>
        <w:rPr>
          <w:lang w:eastAsia="zh-CN"/>
        </w:rPr>
        <w:t>　　⑴抓教学进度和备课;</w:t>
      </w:r>
      <w:r>
        <w:rPr>
          <w:lang w:eastAsia="zh-CN"/>
        </w:rPr>
        <w:br/>
      </w:r>
      <w:r>
        <w:rPr>
          <w:lang w:eastAsia="zh-CN"/>
        </w:rPr>
        <w:t>　　⑵抓常规纪律;</w:t>
      </w:r>
      <w:r>
        <w:rPr>
          <w:lang w:eastAsia="zh-CN"/>
        </w:rPr>
        <w:br/>
      </w:r>
      <w:r>
        <w:rPr>
          <w:lang w:eastAsia="zh-CN"/>
        </w:rPr>
        <w:t>　　⑶抓安全教育;</w:t>
      </w:r>
      <w:r>
        <w:rPr>
          <w:lang w:eastAsia="zh-CN"/>
        </w:rPr>
        <w:br/>
      </w:r>
      <w:r>
        <w:rPr>
          <w:lang w:eastAsia="zh-CN"/>
        </w:rPr>
        <w:t>　　⑷抓运动密度;</w:t>
      </w:r>
      <w:r>
        <w:rPr>
          <w:lang w:eastAsia="zh-CN"/>
        </w:rPr>
        <w:br/>
      </w:r>
      <w:r>
        <w:rPr>
          <w:lang w:eastAsia="zh-CN"/>
        </w:rPr>
        <w:t>　　⑸抓锻炼实效;</w:t>
      </w:r>
      <w:r>
        <w:rPr>
          <w:lang w:eastAsia="zh-CN"/>
        </w:rPr>
        <w:br/>
      </w:r>
      <w:r>
        <w:rPr>
          <w:lang w:eastAsia="zh-CN"/>
        </w:rPr>
        <w:t>　　⑹抓听课评课。</w:t>
      </w:r>
      <w:r>
        <w:rPr>
          <w:lang w:eastAsia="zh-CN"/>
        </w:rPr>
        <w:br/>
      </w:r>
      <w:r>
        <w:rPr>
          <w:lang w:eastAsia="zh-CN"/>
        </w:rPr>
        <w:t>　　3、树立课外活动是课内体育教学的延伸的教学观念。体育竞赛活动和群体活动是体育课教学工作的实效的检验。只有让学生掌握基本的运动技能，才能更好地开展体育竞赛活动和群体活动，促进体育运动水平的提高。学校要求体育教师凡是学校开展的竞赛活动和群体活动，都要列入体育教学计划之中，对学生加以指导。这样既推动了竞赛活动和群体活动的开展，反过来又促使学生重视体育课的教学，提高了体育课的实效性和学生的兴趣。</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三、建设一支具有良好素质的师资队伍，是搞好体育教学工作的有力保证。</w:t>
      </w:r>
      <w:r>
        <w:rPr>
          <w:lang w:eastAsia="zh-CN"/>
        </w:rPr>
        <w:br/>
      </w:r>
      <w:r>
        <w:rPr>
          <w:lang w:eastAsia="zh-CN"/>
        </w:rPr>
        <w:t>　　教研组是学校落实教学工作，开展教学研究和提高教师业务水平的主要基地之一。有计划正常地开展教研组活动，研讨教学工作，学校体育工作，交流思想，统一认识是搞好学校体育教学工作的基本保证。我们的做法是：</w:t>
      </w:r>
      <w:r>
        <w:rPr>
          <w:lang w:eastAsia="zh-CN"/>
        </w:rPr>
        <w:br/>
      </w:r>
      <w:r>
        <w:rPr>
          <w:lang w:eastAsia="zh-CN"/>
        </w:rPr>
        <w:t>　　⑴集体参与制订学校体育工作计划，共同做好体育工作小结。</w:t>
      </w:r>
      <w:r>
        <w:rPr>
          <w:lang w:eastAsia="zh-CN"/>
        </w:rPr>
        <w:br/>
      </w:r>
      <w:r>
        <w:rPr>
          <w:lang w:eastAsia="zh-CN"/>
        </w:rPr>
        <w:t>　　⑵立足本职，收集好各种资料，发现问题，共同分析，探讨解决办法。</w:t>
      </w:r>
      <w:r>
        <w:rPr>
          <w:lang w:eastAsia="zh-CN"/>
        </w:rPr>
        <w:br/>
      </w:r>
      <w:r>
        <w:rPr>
          <w:lang w:eastAsia="zh-CN"/>
        </w:rPr>
        <w:t>　　⑶学校的体育竞赛和群体活动分工不分家，群策群力。</w:t>
      </w:r>
      <w:r>
        <w:rPr>
          <w:lang w:eastAsia="zh-CN"/>
        </w:rPr>
        <w:br/>
      </w:r>
      <w:r>
        <w:rPr>
          <w:lang w:eastAsia="zh-CN"/>
        </w:rPr>
        <w:t>　　⑷每学年全组开展集体备课八次,通过这一活动以提高教师的教学水平。</w:t>
      </w:r>
      <w:r>
        <w:rPr>
          <w:lang w:eastAsia="zh-CN"/>
        </w:rPr>
        <w:br/>
      </w:r>
      <w:r>
        <w:rPr>
          <w:lang w:eastAsia="zh-CN"/>
        </w:rPr>
        <w:t xml:space="preserve">    体育教师工作总结优秀 篇3 </w:t>
      </w:r>
      <w:r>
        <w:rPr>
          <w:lang w:eastAsia="zh-CN"/>
        </w:rPr>
        <w:br/>
      </w:r>
      <w:r>
        <w:rPr>
          <w:lang w:eastAsia="zh-CN"/>
        </w:rPr>
        <w:t>　　20__—20__学年度第一学期的体育工作将要结束了，在本学期我较好的完成了体育工作，但在教学过程中还存在一些问题。现在我将本学期的工作情况总结如下。</w:t>
      </w:r>
      <w:r>
        <w:rPr>
          <w:lang w:eastAsia="zh-CN"/>
        </w:rPr>
        <w:br/>
      </w:r>
      <w:r>
        <w:rPr>
          <w:lang w:eastAsia="zh-CN"/>
        </w:rPr>
        <w:t>　　一、体育教学工作。</w:t>
      </w:r>
      <w:r>
        <w:rPr>
          <w:lang w:eastAsia="zh-CN"/>
        </w:rPr>
        <w:br/>
      </w:r>
      <w:r>
        <w:rPr>
          <w:lang w:eastAsia="zh-CN"/>
        </w:rPr>
        <w:t>　　我的体育教学主要从三点来进行总结。</w:t>
      </w:r>
      <w:r>
        <w:rPr>
          <w:lang w:eastAsia="zh-CN"/>
        </w:rPr>
        <w:br/>
      </w:r>
      <w:r>
        <w:rPr>
          <w:lang w:eastAsia="zh-CN"/>
        </w:rPr>
        <w:t>　　首先，我特别重视人体生理机能变化规律在教学过程中的运用。运用这个规律可以减少伤害事故的发生，使学生科学的锻炼身体并健康的成长。在教学过程中培养学生科学锻炼身体的方法。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其次，我在教学过程中特别重视人的认知规律的培养。这样，可以使学生尽快的学好技术，形成技能，使体育教师真正实现精讲多练，为体育教学研究科学的教学方法和组织方法奠定基础。</w:t>
      </w:r>
      <w:r>
        <w:rPr>
          <w:lang w:eastAsia="zh-CN"/>
        </w:rPr>
        <w:br/>
      </w:r>
      <w:r>
        <w:rPr>
          <w:lang w:eastAsia="zh-CN"/>
        </w:rPr>
        <w:t>　　最后，我在教学中特别重视学生的思想教育，利用体育教材的特点结合具体内容，向学生进行思想教育。培养学生的自觉性、组织性、纪律性、集体荣誉感、不怕苦、不怕累、勇敢顽强的精神等。这三点的有机结合会使体育教学工作起到事半功倍的作用。</w:t>
      </w:r>
      <w:r>
        <w:rPr>
          <w:lang w:eastAsia="zh-CN"/>
        </w:rPr>
        <w:br/>
      </w:r>
      <w:r>
        <w:rPr>
          <w:lang w:eastAsia="zh-CN"/>
        </w:rPr>
        <w:t>　　二、课间操工作。</w:t>
      </w:r>
      <w:r>
        <w:rPr>
          <w:lang w:eastAsia="zh-CN"/>
        </w:rPr>
        <w:br/>
      </w:r>
      <w:r>
        <w:rPr>
          <w:lang w:eastAsia="zh-CN"/>
        </w:rPr>
        <w:t>　　课间操工作，是体育教学工作的重要部分。在开学初我重点抓了课间操，因为学生经过一个暑假，对广播操有些陌生，如不及时抓紧复习，一旦学生养成坏习惯，在纠正就困难了。还有一年级的新生课间操教学比较难。因此，我主要是通过以下几点对广播操进行教学的。第一，加强对学生的思想教育，使学生真正认识到做操的重要性和必要性，培养学生重视做操、自觉做操、坚持做操、认真做操的良好习惯。第二，体育教师要正确运用示范。示范是体育教学的主要教学方法之一，通过示范能使学生建立正确的动作表象。因此，要求教师示范要清楚、准确、规范、优美。第三，讲解要少而精。我在广播操教学时的讲解，主要是结合我的示范动作，让学生加深对动作的理解。第四，口令要清楚、洪亮、准确。第五，纠正错误动作要及时。</w:t>
      </w:r>
      <w:r>
        <w:rPr>
          <w:lang w:eastAsia="zh-CN"/>
        </w:rPr>
        <w:br/>
      </w:r>
      <w:r>
        <w:rPr>
          <w:lang w:eastAsia="zh-CN"/>
        </w:rPr>
        <w:t>　　三、体育节工作。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体育节工作，是体育老师主体完成的工作。我能够利用课上，带领学生坚持业余训练，并做到训练有计划、阶段有测验、带领学生科学系统的进行训练。在训练过程中我努力做好学生的工作，使学生能够安心练习，发挥班级的集体主义精神。我积极配合德育处准备好秋季体育节工作，并顺利完成了各项任务。</w:t>
      </w:r>
      <w:r>
        <w:rPr>
          <w:lang w:eastAsia="zh-CN"/>
        </w:rPr>
        <w:br/>
      </w:r>
      <w:r>
        <w:rPr>
          <w:lang w:eastAsia="zh-CN"/>
        </w:rPr>
        <w:t>　　四、协助教务及其他工作。</w:t>
      </w:r>
      <w:r>
        <w:rPr>
          <w:lang w:eastAsia="zh-CN"/>
        </w:rPr>
        <w:br/>
      </w:r>
      <w:r>
        <w:rPr>
          <w:lang w:eastAsia="zh-CN"/>
        </w:rPr>
        <w:t>　　我在本学期，协助教务处各位领导干好辅助工作，听从领导安排，服从领导指挥，出色完成了本学期工作。</w:t>
      </w:r>
      <w:r>
        <w:rPr>
          <w:lang w:eastAsia="zh-CN"/>
        </w:rPr>
        <w:br/>
      </w:r>
      <w:r>
        <w:rPr>
          <w:lang w:eastAsia="zh-CN"/>
        </w:rPr>
        <w:t>　　由于我校男老师比较少，凡是劳动的工作，只要我看见一定会主动参与，并积极完成，不遗余力，不愧于心。</w:t>
      </w:r>
      <w:r>
        <w:rPr>
          <w:lang w:eastAsia="zh-CN"/>
        </w:rPr>
        <w:br/>
      </w:r>
      <w:r>
        <w:rPr>
          <w:lang w:eastAsia="zh-CN"/>
        </w:rPr>
        <w:t>　　五、活动课工作。</w:t>
      </w:r>
      <w:r>
        <w:rPr>
          <w:lang w:eastAsia="zh-CN"/>
        </w:rPr>
        <w:br/>
      </w:r>
      <w:r>
        <w:rPr>
          <w:lang w:eastAsia="zh-CN"/>
        </w:rPr>
        <w:t>　　每周四的下午第三节课，是篮球活动课。根据参加学生的实际篮球水平，我采取由简入难的训练方式，先开展基本功训练，熟悉球性。只要天气不下雨不下雪，我都带领学生进行训练。在运球、传球、抛接球、投球、三步上篮这几个方面学生都有了较大程度的提高。同时贯穿一些篮球比赛的规则的教学，成效显著!</w:t>
      </w:r>
      <w:r>
        <w:rPr>
          <w:lang w:eastAsia="zh-CN"/>
        </w:rPr>
        <w:br/>
      </w:r>
      <w:r>
        <w:rPr>
          <w:lang w:eastAsia="zh-CN"/>
        </w:rPr>
        <w:t>　　六、工作不足</w:t>
      </w:r>
      <w:r>
        <w:rPr>
          <w:lang w:eastAsia="zh-CN"/>
        </w:rPr>
        <w:br/>
      </w:r>
      <w:r>
        <w:rPr>
          <w:lang w:eastAsia="zh-CN"/>
        </w:rPr>
        <w:t>　　1、通过教学发现自己专业知识水平较低，需继续学习专业理论知识。</w:t>
      </w:r>
      <w:r>
        <w:rPr>
          <w:lang w:eastAsia="zh-CN"/>
        </w:rPr>
        <w:br/>
      </w:r>
      <w:r>
        <w:rPr>
          <w:lang w:eastAsia="zh-CN"/>
        </w:rPr>
        <w:t>　　2、因场地限制，有些活动不能较好的开展，既影响了教学，更影响了学生的锻炼学习。</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总之，从这一年的体育教学中，使我深深体会到，要当一名体育教师并不难，但较出色上好每一堂课，完成每一项体育训练，培养更多的体育优生就很艰难了。我在教学中特别重视学生的思想教育，利用体育教材的特点结合具体内容。因此，在以后的日子里，我除了提高自己的专业水平之外，还会以一颗强烈的事业心、责任心和自信心，对待我的每一节课。</w:t>
      </w:r>
      <w:r>
        <w:rPr>
          <w:lang w:eastAsia="zh-CN"/>
        </w:rPr>
        <w:br/>
      </w:r>
      <w:r>
        <w:rPr>
          <w:lang w:eastAsia="zh-CN"/>
        </w:rPr>
        <w:t xml:space="preserve">    体育教师工作总结优秀 篇4 </w:t>
      </w:r>
      <w:r>
        <w:rPr>
          <w:lang w:eastAsia="zh-CN"/>
        </w:rPr>
        <w:br/>
      </w:r>
      <w:r>
        <w:rPr>
          <w:lang w:eastAsia="zh-CN"/>
        </w:rPr>
        <w:t>　　在充实、忙碌和愉悦中，一学年的工作即将划上圆满的句号，本学期我担任初一体育教学工作。在学校各级领导的正确指导、体育教研组的大力支持及本人的辛勤努力下，根本顺利地完成了教学任务。现主要对本学期的工作总结如下：</w:t>
      </w:r>
      <w:r>
        <w:rPr>
          <w:lang w:eastAsia="zh-CN"/>
        </w:rPr>
        <w:br/>
      </w:r>
      <w:r>
        <w:rPr>
          <w:lang w:eastAsia="zh-CN"/>
        </w:rPr>
        <w:t>　　一、培养学生优良的行为习惯</w:t>
      </w:r>
      <w:r>
        <w:rPr>
          <w:lang w:eastAsia="zh-CN"/>
        </w:rPr>
        <w:br/>
      </w:r>
      <w:r>
        <w:rPr>
          <w:lang w:eastAsia="zh-CN"/>
        </w:rPr>
        <w:t>　　初一是整个初中学习打根底的阶段，那么如何构成优良的行为习惯是根底中的根底，首先，抓集合训练：包括课前、课中、课结束前的集合。集合要求快、静、齐并强调精神面貌。经过严格的队列、队形练习，让学生了解正确站姿、走姿、跑姿及其动作要领。在强化训练中，逐步让学生构成优良的姿态。其次，教会学生器材使用方法。在教学中能够有目的、有组织地安排小组长布置、收拾器材等，培养学生保护场地、器材的习惯。这也是学生自我教育的一个过程。</w:t>
      </w:r>
      <w:r>
        <w:rPr>
          <w:lang w:eastAsia="zh-CN"/>
        </w:rPr>
        <w:br/>
      </w:r>
      <w:r>
        <w:rPr>
          <w:lang w:eastAsia="zh-CN"/>
        </w:rPr>
        <w:t>　　二、培养处理意外事件的本领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作为一名体育教师，对于学生的运动技能知识传授只是根底局部，如何培养学生处理意外事故的本领才是教学的关键点。在体育教室当中或多或少会出现一些意外事件。例如：在学生进行慢跑热身的时候，跑道上遇到突发事件堵住了。在这时，学生大多会停下来。教师就应当在此时进行语言引导，教会学生处理这次事件的方法，然后还可提问：假设跑步过程中有学生摔倒了，我们其他学生应当怎样办在学生进行思考的'时候，其实他们就有了对突发事件的处梦想法，教师再进行适当总结，学生处理突发事件的本领便会一点点提高。</w:t>
      </w:r>
      <w:r>
        <w:rPr>
          <w:lang w:eastAsia="zh-CN"/>
        </w:rPr>
        <w:br/>
      </w:r>
      <w:r>
        <w:rPr>
          <w:lang w:eastAsia="zh-CN"/>
        </w:rPr>
        <w:t>　　三、培养团结协作的精神</w:t>
      </w:r>
      <w:r>
        <w:rPr>
          <w:lang w:eastAsia="zh-CN"/>
        </w:rPr>
        <w:br/>
      </w:r>
      <w:r>
        <w:rPr>
          <w:lang w:eastAsia="zh-CN"/>
        </w:rPr>
        <w:t>　　在体育教学中有认识培养学生团结协作的精神，不仅仅能够提高学生学习的兴趣，还能使学生为了团体的荣誉而努力拼搏。比方分成几个小组，选择需要互助合作才能完成的竞赛或游戏让学生比赛，比赛完后分析获胜或失败的原因，让学生明白仅有服从团体利益才能取胜，即使自我吃亏也是荣耀的。要使学生能更好的树立团结协作精神，必须先让学生明白团结协作精神的内涵。团结协作的精神就是奉献精神。举例说明：篮球场上的传球者，人们为什么会赞扬他，就是因为他的传球能够为团队带来胜利。</w:t>
      </w:r>
      <w:r>
        <w:rPr>
          <w:lang w:eastAsia="zh-CN"/>
        </w:rPr>
        <w:br/>
      </w:r>
      <w:r>
        <w:rPr>
          <w:lang w:eastAsia="zh-CN"/>
        </w:rPr>
        <w:t>　　作为有职责感的教育工作者，必须以高度的敏感性和自觉性，及时发现、研究和解决学生教育和管理工作中的新情景、新问题，掌握其特点、发现其规律，尽职尽责地做好教育教学工作。我想在今后教学中我会更加关注每一位学生，尽量让他们能够得到更多的关爱，在学生的体质得到提高的同时，也能够健康欢乐地开展。</w:t>
      </w:r>
      <w:r>
        <w:rPr>
          <w:lang w:eastAsia="zh-CN"/>
        </w:rPr>
        <w:br/>
      </w:r>
      <w:r>
        <w:rPr>
          <w:lang w:eastAsia="zh-CN"/>
        </w:rPr>
        <w:t xml:space="preserve">    体育教师工作总结优秀 篇5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春的耕耘是富有挑战性的，是艰辛的;秋的收获是丰硕的，是有意义的，它总让人倍感欣慰。本学期的体育工作将要结束了，一学期来，本人认真备课、上课、听课、评课，训练，广泛学习各种知识，形成比较完整的知识结构，严格要求学生，尊重学生，发扬教学民主，使学生学有所得，从而不断提高自己的教学水平和思想觉悟，并顺利完成教育教学任务。</w:t>
      </w:r>
      <w:r>
        <w:rPr>
          <w:lang w:eastAsia="zh-CN"/>
        </w:rPr>
        <w:br/>
      </w:r>
      <w:r>
        <w:rPr>
          <w:lang w:eastAsia="zh-CN"/>
        </w:rPr>
        <w:t>　　在教学上，了解学生原有的运动技能，兴趣、需要、方法、习惯，学习新知识可能会有哪些困难，采取相应的预防措施。针对体育中考，如何安排每节课的活动。组织好课堂教学，关注全体学生，注意信息反馈，调动学生的运动积极性，使其保持相对稳定性，同时，激发学生的情感，使他们产生愉悦的心境，创造良好的课堂气氛，达到最好的锻炼效果。要提高教学质量，还要做好课后训练指导工作。中学生爱动、好玩，缺乏自控能力。针对这种问题，抓好学生的思想教育，培养学生克服困难的品质，从而树立终身体育锻炼的观念。从赞美着手，所有的人都渴望得到别人的理解和尊重，所以，和差生交谈时，根据该生的自身素质，适当表扬，使其先爱上体育，然后在制定训练目标，目标不宜过大。</w:t>
      </w:r>
      <w:r>
        <w:rPr>
          <w:lang w:eastAsia="zh-CN"/>
        </w:rPr>
        <w:br/>
      </w:r>
      <w:r>
        <w:rPr>
          <w:lang w:eastAsia="zh-CN"/>
        </w:rPr>
        <w:t>　　加强对学生的思想教育，使学生真正认识到做操的重要性和必要性，培养学生重视做操、自觉做操、坚持做操、认真做操的良好习惯。习惯成为自然，在广播操教学过程中还得到领导和其他各位班主任的大力支持。所以，使我学校的广播操质量，在很短的时间内有了很大的提高。受到了大家的好评，这跟所有教师的共同努力是分不开的。</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人无完人、金无赤足。体育最为学校不同于其他学科教学手段和方法的一门课程。作为一个平凡的我们，工作中或多或少存在一些不尽人意的地方。只有不断的回头看看自己走过的路，才会发现我们的缺失，改正错误，努力前进。</w:t>
      </w:r>
      <w:r>
        <w:rPr>
          <w:lang w:eastAsia="zh-CN"/>
        </w:rPr>
        <w:br/>
      </w:r>
      <w:r>
        <w:rPr>
          <w:lang w:eastAsia="zh-CN"/>
        </w:rPr>
        <w:t>　　当今社会，教师的素质要求更高，在今后的教育教学工作中，我将更严格要求自己，努力工作，发扬优点，改正缺点，开拓前进，为商城的美好贡献自己的力量!</w:t>
      </w:r>
      <w:r>
        <w:rPr>
          <w:lang w:eastAsia="zh-CN"/>
        </w:rPr>
        <w:br/>
      </w:r>
      <w:r>
        <w:rPr>
          <w:lang w:eastAsia="zh-CN"/>
        </w:rPr>
        <w:t xml:space="preserve">    体育教师工作总结优秀 篇6 </w:t>
      </w:r>
      <w:r>
        <w:rPr>
          <w:lang w:eastAsia="zh-CN"/>
        </w:rPr>
        <w:br/>
      </w:r>
      <w:r>
        <w:rPr>
          <w:lang w:eastAsia="zh-CN"/>
        </w:rPr>
        <w:t>　　又一学年结束了，在本学年里自己能够做到热爱本职工作，认真学习新的教育教学理论，积极投身课改行列，教学中能够发扬民主，充分发挥学生的主观能动性和积极性，体现学生的主体地位。为了能进一步总结以谋求今后更大的进步，现对自己本学年的工作进行反思，工作总结如下：</w:t>
      </w:r>
      <w:r>
        <w:rPr>
          <w:lang w:eastAsia="zh-CN"/>
        </w:rPr>
        <w:br/>
      </w:r>
      <w:r>
        <w:rPr>
          <w:lang w:eastAsia="zh-CN"/>
        </w:rPr>
        <w:t>　　一、思想认识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在本学年里，作为一名年轻教师，我在思想上严于律己，热爱党的教育事业，全面贯彻党的教育方针，能认真学习领会上级文件精神，自觉提高思想素质，道德水准，时常观看和收听广播电视，了解国内外的大事和时事动态，能正确处理学校和社会、家庭的关系，积极形成教育合力，为提高学生的素质打下坚实的基础。力争思想上和工作上在同事、学生的心目中都树立起榜样的作用。积极参加学校组织的各项政治活动。一学期来，我服从学校的工作安排，配合领导和老师们做好校内外的各项工作。我相信在以后的工作学习中，我会在校领导的关怀下，在同事们的帮助下，通过自己的努力，克服缺点，取得更大的进步。新的学期即将来临，我将更加努力工作，勤学苦练，使自己真正成为一个经受得起任何考验的好同志。</w:t>
      </w:r>
      <w:r>
        <w:rPr>
          <w:lang w:eastAsia="zh-CN"/>
        </w:rPr>
        <w:br/>
      </w:r>
      <w:r>
        <w:rPr>
          <w:lang w:eastAsia="zh-CN"/>
        </w:rPr>
        <w:t>　　二、教学工作</w:t>
      </w:r>
      <w:r>
        <w:rPr>
          <w:lang w:eastAsia="zh-CN"/>
        </w:rPr>
        <w:br/>
      </w:r>
      <w:r>
        <w:rPr>
          <w:lang w:eastAsia="zh-CN"/>
        </w:rPr>
        <w:t>　　1、在教育教学过程中，真诚公平地对待每一个学生，不体罚学生，能做耐心细致的工作，让他们热爱学习，发挥特长，培养其素质。</w:t>
      </w:r>
      <w:r>
        <w:rPr>
          <w:lang w:eastAsia="zh-CN"/>
        </w:rPr>
        <w:br/>
      </w:r>
      <w:r>
        <w:rPr>
          <w:lang w:eastAsia="zh-CN"/>
        </w:rPr>
        <w:t>　　2、教学中培养学生良好的锻炼习惯，为牢固树立“终身体育”打下了坚实的基础。让学生充分明白准备活动和放松活动的重要性，在教学中营造民主平等的学习氛围，按照学校四环节：“引导”、“合作”、“展示”、“提升”，让学生学会合作先学习。</w:t>
      </w:r>
      <w:r>
        <w:rPr>
          <w:lang w:eastAsia="zh-CN"/>
        </w:rPr>
        <w:br/>
      </w:r>
      <w:r>
        <w:rPr>
          <w:lang w:eastAsia="zh-CN"/>
        </w:rPr>
        <w:t>　　3、在教学中渗透德育，充分利用教学中发现的问题进行思想教育，培养爱祖国、爱社会的情感，力争做有理想、有道德、有文化、有纪律的一代新人。</w:t>
      </w:r>
      <w:r>
        <w:rPr>
          <w:lang w:eastAsia="zh-CN"/>
        </w:rPr>
        <w:br/>
      </w:r>
      <w:r>
        <w:rPr>
          <w:lang w:eastAsia="zh-CN"/>
        </w:rPr>
        <w:t>　　4、教学中能面向全体学生，注意发现学生的闪光点，因材施教，多表扬鼓励，让学生在轻松、愉快的气氛中获取知识。</w:t>
      </w:r>
      <w:r>
        <w:rPr>
          <w:lang w:eastAsia="zh-CN"/>
        </w:rPr>
        <w:br/>
      </w:r>
      <w:r>
        <w:rPr>
          <w:lang w:eastAsia="zh-CN"/>
        </w:rPr>
        <w:t>　　5、在教学过程中，能根据教学进度和教学内容的安排，按照由易到难，由简到繁的原则实行多次重复练习，使学生在学习时能在头脑中留下比较深刻的印象，有利于学生对技术动作的掌握和运动表象的形成。</w:t>
      </w:r>
      <w:r>
        <w:rPr>
          <w:lang w:eastAsia="zh-CN"/>
        </w:rPr>
        <w:br/>
      </w:r>
      <w:r>
        <w:rPr>
          <w:lang w:eastAsia="zh-CN"/>
        </w:rPr>
        <w:t>　　三、其他方面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在做好教学工作的同时，我还积极做好分管工作。体育工作的好坏直接关系到一个学校办学水平评估的好坏。因此，要提高办学质量，提高学校的知名度，就必须努力提高学校的体育比赛成绩。为此，开学初，我就结合本校的实际情况制订了一份详细的体育工作计划，合理做好体育的训练分工。</w:t>
      </w:r>
      <w:r>
        <w:rPr>
          <w:lang w:eastAsia="zh-CN"/>
        </w:rPr>
        <w:br/>
      </w:r>
      <w:r>
        <w:rPr>
          <w:lang w:eastAsia="zh-CN"/>
        </w:rPr>
        <w:t>　　此外，狠抓运动队管理，全面提高运动水平。在运动员管理上，既要体现“严”字，又要有爱心。平时，我能协助各运动队交流，谈心，关心他们的学习和生活，不放过任何一个可以教育的机会。针对队员们的学习成绩下降，训练时间不能够保证等现象，积极做好与班主任、任课教师的交流，极力争取他们对训练工作的支持。在我的不懈努力下，训练工作逐渐走上了正轨。</w:t>
      </w:r>
      <w:r>
        <w:rPr>
          <w:lang w:eastAsia="zh-CN"/>
        </w:rPr>
        <w:br/>
      </w:r>
      <w:r>
        <w:rPr>
          <w:lang w:eastAsia="zh-CN"/>
        </w:rPr>
        <w:t>　　四、主要成绩</w:t>
      </w:r>
      <w:r>
        <w:rPr>
          <w:lang w:eastAsia="zh-CN"/>
        </w:rPr>
        <w:br/>
      </w:r>
      <w:r>
        <w:rPr>
          <w:lang w:eastAsia="zh-CN"/>
        </w:rPr>
        <w:t>　　1、县田径运动会上取得了男子总分第二名，女子总分第六名，团体总分第三名的成绩，并连续五次夺得“校长杯”。并且以我校组队代表阳城到市里参加运动会，取得优异成绩，我个人被评为市、县“优秀教练员”。</w:t>
      </w:r>
      <w:r>
        <w:rPr>
          <w:lang w:eastAsia="zh-CN"/>
        </w:rPr>
        <w:br/>
      </w:r>
      <w:r>
        <w:rPr>
          <w:lang w:eastAsia="zh-CN"/>
        </w:rPr>
        <w:t>　　2、积极开展好群众性体育活动。四月份，体育组认真组织、精心安排，成功举办了本年度春季田径运动会，九月份还举办了学校篮球比赛，十二月份广播操比赛，既丰富了学生的课余生活，同时也为运动队选拔了一批后备人才。</w:t>
      </w:r>
      <w:r>
        <w:rPr>
          <w:lang w:eastAsia="zh-CN"/>
        </w:rPr>
        <w:br/>
      </w:r>
      <w:r>
        <w:rPr>
          <w:lang w:eastAsia="zh-CN"/>
        </w:rPr>
        <w:t>　　3、顺利完成给国家数据库上报《学生体质健康信息》的工作。积极开展阳光体育活动，抓好每天的“两操”检查和体育锻炼。</w:t>
      </w:r>
      <w:r>
        <w:rPr>
          <w:lang w:eastAsia="zh-CN"/>
        </w:rPr>
        <w:br/>
      </w:r>
      <w:r>
        <w:rPr>
          <w:lang w:eastAsia="zh-CN"/>
        </w:rPr>
        <w:t>　　五、存在不足</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首先我觉得我的教学设计能力还待提高，其次，在处理教学中有些事情时还过于急噪，需要有更多的耐心，再有就是参加的高水平的教研比较少。我相信在以后的工作和学习中，经过磨练，我会改善自己的不足，越做越好，全面而不失风格。</w:t>
      </w:r>
      <w:r>
        <w:rPr>
          <w:lang w:eastAsia="zh-CN"/>
        </w:rPr>
        <w:br/>
      </w:r>
      <w:r>
        <w:rPr>
          <w:lang w:eastAsia="zh-CN"/>
        </w:rPr>
        <w:t>　　今后，我将立足实际，争取学校领导、师生的支持，创造性地搞好体育与健康课的教学，使我们的工作有所开拓，有所进取，更加严格要求自己，努力工作，发扬优点，改正缺点，开拓前进，为美好的明天奉献自己的力量。我将以更高的热情投入到教育教学工作中去，以更高的标准来要求自己，进一步完善自己，向着更高的目标奋进。</w:t>
      </w:r>
      <w:r>
        <w:rPr>
          <w:lang w:eastAsia="zh-CN"/>
        </w:rPr>
        <w:br/>
      </w:r>
      <w:r>
        <w:rPr>
          <w:lang w:eastAsia="zh-CN"/>
        </w:rPr>
        <w:t xml:space="preserve">    体育教师工作总结优秀 篇7 </w:t>
      </w:r>
      <w:r>
        <w:rPr>
          <w:lang w:eastAsia="zh-CN"/>
        </w:rPr>
        <w:br/>
      </w:r>
      <w:r>
        <w:rPr>
          <w:lang w:eastAsia="zh-CN"/>
        </w:rPr>
        <w:t>　　不知不觉，我担任实验中学初中体育教师工作一年了，在这一年我能较好的完成了体育工作，但在教学过程中还存在一些问题。现在我将这一年的工作情况总结如下。</w:t>
      </w:r>
      <w:r>
        <w:rPr>
          <w:lang w:eastAsia="zh-CN"/>
        </w:rPr>
        <w:br/>
      </w:r>
      <w:r>
        <w:rPr>
          <w:lang w:eastAsia="zh-CN"/>
        </w:rPr>
        <w:t>　　一、教学工作：</w:t>
      </w:r>
      <w:r>
        <w:rPr>
          <w:lang w:eastAsia="zh-CN"/>
        </w:rPr>
        <w:br/>
      </w:r>
      <w:r>
        <w:rPr>
          <w:lang w:eastAsia="zh-CN"/>
        </w:rPr>
        <w:t>　　初一的学生刚刚踏进初中校园，对体育的知识的了解还只是很片面，加上他们身体的发育还不是很健全，为了他们在不久的将来中考能取得优异的成绩和使他们身体能更健康的成长，开学时就为他们量身制定了计划，每节体育课都对他们的耐力及体能进行训练，让他们在了解人体生理机能变化规律并运用这个规律可以减少伤害事故的发生的同时，增加他们的训练度，这样，学生尽快学好了技术，形成技能，在考试中部分学生也取得了比较优秀的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快乐体育，健康第一”的观念已深入全校每一位老师和学生的心中，所以本学期还开展了几次别开生面的各种小型体育活动，在各项体育活动中全体师生所表现出来的团结协作，拼搏向上的精神也十分令人难忘，校园文化建设又朝前推进了一大步，实施素质教育也成为了我们全校师生的实际行动。</w:t>
      </w:r>
      <w:r>
        <w:rPr>
          <w:lang w:eastAsia="zh-CN"/>
        </w:rPr>
        <w:br/>
      </w:r>
      <w:r>
        <w:rPr>
          <w:lang w:eastAsia="zh-CN"/>
        </w:rPr>
        <w:t>　　为了训练广播操比赛的班级入场式和比赛，每一位班主任老师都利用了一切可以利用的时间，带领学生到操场上训练，有时碰上其他好几个班级也在训练，大家就会找一切能够利用的地方去训练，正是有了这前期的认真准备，所以在比赛那天，平时做操和站队看起来都不怎么认真的学生都能够以他们最认真的态度，以他们最标准的姿势去完成每一个环节，每一个动作。</w:t>
      </w:r>
      <w:r>
        <w:rPr>
          <w:lang w:eastAsia="zh-CN"/>
        </w:rPr>
        <w:br/>
      </w:r>
      <w:r>
        <w:rPr>
          <w:lang w:eastAsia="zh-CN"/>
        </w:rPr>
        <w:t>　　看到学生这样的表现，确实让我们老师都感到非常激动。三人篮球赛是学校组织和安排的一项活动。体育组的老师根据学生的身体及心理特点，设计好了活动方案，在举行活动的前一天，我们体育组的老师又一起开会商讨了活动中具体细节的安排。</w:t>
      </w:r>
      <w:r>
        <w:rPr>
          <w:lang w:eastAsia="zh-CN"/>
        </w:rPr>
        <w:br/>
      </w:r>
      <w:r>
        <w:rPr>
          <w:lang w:eastAsia="zh-CN"/>
        </w:rPr>
        <w:t>　　从场地环境的布置，每一比赛的组织安排，活动成绩的评判，都落实到了具体的负责人。正是有了老师们这种团结协作，无私奉献的精神，我们学校的三人篮球赛可以说举行得非常成功。</w:t>
      </w:r>
      <w:r>
        <w:rPr>
          <w:lang w:eastAsia="zh-CN"/>
        </w:rPr>
        <w:br/>
      </w:r>
      <w:r>
        <w:rPr>
          <w:lang w:eastAsia="zh-CN"/>
        </w:rPr>
        <w:t>　　老师和家长们都认为这样的活动让学生得到了快乐，也锻炼了大家的组织能力，我所任教的班级也都取得了很好的成绩，如果再举行一次这样的活动，我们会做得更好，也一定会取得更好的成绩!</w:t>
      </w:r>
      <w:r>
        <w:rPr>
          <w:lang w:eastAsia="zh-CN"/>
        </w:rPr>
        <w:br/>
      </w:r>
      <w:r>
        <w:rPr>
          <w:lang w:eastAsia="zh-CN"/>
        </w:rPr>
        <w:t>　　二、两操工作：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学校“两操”是反映学生整体面貌的形象“工程”，是学校整体推进素质教育的一个窗口，抓好“两操”也是学校管理工作方面的一项重要内容。一学期来，体育组继续严格规范广播操进出场的纪律及做操质量，做到出操静、齐、快，动作规范、美观。不断改进广播操动作质量，树立领操员榜样模范作用。</w:t>
      </w:r>
      <w:r>
        <w:rPr>
          <w:lang w:eastAsia="zh-CN"/>
        </w:rPr>
        <w:br/>
      </w:r>
      <w:r>
        <w:rPr>
          <w:lang w:eastAsia="zh-CN"/>
        </w:rPr>
        <w:t>　　加强对学生的思想教育，使学生真正认识到做操的重要性和必要性，培养学生重视做操、自觉做操、坚持做操，认真做操的良好习惯。在很短的时间内有了很大的提高。</w:t>
      </w:r>
      <w:r>
        <w:rPr>
          <w:lang w:eastAsia="zh-CN"/>
        </w:rPr>
        <w:br/>
      </w:r>
      <w:r>
        <w:rPr>
          <w:lang w:eastAsia="zh-CN"/>
        </w:rPr>
        <w:t xml:space="preserve">    体育教师工作总结优秀 篇8 </w:t>
      </w:r>
      <w:r>
        <w:rPr>
          <w:lang w:eastAsia="zh-CN"/>
        </w:rPr>
        <w:br/>
      </w:r>
      <w:r>
        <w:rPr>
          <w:lang w:eastAsia="zh-CN"/>
        </w:rPr>
        <w:t>　　20__悄然而去，我们迎来了崭新的20__，回首过去的一年，留给我们太多的反思，太多的回味。</w:t>
      </w:r>
      <w:r>
        <w:rPr>
          <w:lang w:eastAsia="zh-CN"/>
        </w:rPr>
        <w:br/>
      </w:r>
      <w:r>
        <w:rPr>
          <w:lang w:eastAsia="zh-CN"/>
        </w:rPr>
        <w:t>　　20__年对于我来说，是一个学习年，是一个工作年，更是一个收获之年。</w:t>
      </w:r>
      <w:r>
        <w:rPr>
          <w:lang w:eastAsia="zh-CN"/>
        </w:rPr>
        <w:br/>
      </w:r>
      <w:r>
        <w:rPr>
          <w:lang w:eastAsia="zh-CN"/>
        </w:rPr>
        <w:t>　　清晰记得在20__年伊始的时候，我为自己定下的首要年度目标就是学习、充电。恰巧那时学校购入大量的关于教育教学书籍，于是整个寒假生活变得更加有了意义，而接下来的全国“十城市”教学赛课观摩、体育教研员“国培班”的学习，让我有了更宽阔的视角，哈市农免培训，冬季冰雪技能培训，再次让我分享到学练的乐趣，感谢学校领导为我创造了这么多的学习机会，20__年，我在学习中不断成长。</w:t>
      </w:r>
      <w:r>
        <w:rPr>
          <w:lang w:eastAsia="zh-CN"/>
        </w:rPr>
        <w:br/>
      </w:r>
      <w:r>
        <w:rPr>
          <w:lang w:eastAsia="zh-CN"/>
        </w:rPr>
        <w:t>　　20__年也是一个工作年，这一年的工作总是马不停蹄，各项活动接踵而至。</w:t>
      </w:r>
      <w:r>
        <w:rPr>
          <w:lang w:eastAsia="zh-CN"/>
        </w:rPr>
        <w:br/>
      </w:r>
      <w:r>
        <w:rPr>
          <w:lang w:eastAsia="zh-CN"/>
        </w:rPr>
        <w:t>　　4月份，首度完善了五片区联校主题教研活动。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6月份为参加哈市“烛光杯”体育赛课的教师导课。同是6月又组队集训参加哈尔滨市第二届中小学体育教师专业技能大赛。</w:t>
      </w:r>
      <w:r>
        <w:rPr>
          <w:lang w:eastAsia="zh-CN"/>
        </w:rPr>
        <w:br/>
      </w:r>
      <w:r>
        <w:rPr>
          <w:lang w:eastAsia="zh-CN"/>
        </w:rPr>
        <w:t>　　10月份【小学体育教研工作室】全面展开活动，参加全区进行经验交流。</w:t>
      </w:r>
      <w:r>
        <w:rPr>
          <w:lang w:eastAsia="zh-CN"/>
        </w:rPr>
        <w:br/>
      </w:r>
      <w:r>
        <w:rPr>
          <w:lang w:eastAsia="zh-CN"/>
        </w:rPr>
        <w:t>　　还是10月份在龙帝新世纪开展了体育教师技能大比武活动，这也是“体育教师三能工程”岗位练兵的第二年。</w:t>
      </w:r>
      <w:r>
        <w:rPr>
          <w:lang w:eastAsia="zh-CN"/>
        </w:rPr>
        <w:br/>
      </w:r>
      <w:r>
        <w:rPr>
          <w:lang w:eastAsia="zh-CN"/>
        </w:rPr>
        <w:t>　　11月份，完成了全区27所小学教学质量检测活动，并进行了汇总与分析。同在11月，迎接了哈市教研院调研评估。</w:t>
      </w:r>
      <w:r>
        <w:rPr>
          <w:lang w:eastAsia="zh-CN"/>
        </w:rPr>
        <w:br/>
      </w:r>
      <w:r>
        <w:rPr>
          <w:lang w:eastAsia="zh-CN"/>
        </w:rPr>
        <w:t>　　依然是11月份，哈尔滨市十二五科研课题《民族传统体育游戏在体育课堂中的开发与利用》顺利结题。</w:t>
      </w:r>
      <w:r>
        <w:rPr>
          <w:lang w:eastAsia="zh-CN"/>
        </w:rPr>
        <w:br/>
      </w:r>
      <w:r>
        <w:rPr>
          <w:lang w:eastAsia="zh-CN"/>
        </w:rPr>
        <w:t>　　12月份在金龙山中心小学举办了“体育冬季冰雪优质课”的讲评活动。</w:t>
      </w:r>
      <w:r>
        <w:rPr>
          <w:lang w:eastAsia="zh-CN"/>
        </w:rPr>
        <w:br/>
      </w:r>
      <w:r>
        <w:rPr>
          <w:lang w:eastAsia="zh-CN"/>
        </w:rPr>
        <w:t>　　12月9日确立12“校园快乐足球”启动，进行为期四周的足球专项培训，开展“课、研、训、赛”一体式活动。</w:t>
      </w:r>
      <w:r>
        <w:rPr>
          <w:lang w:eastAsia="zh-CN"/>
        </w:rPr>
        <w:br/>
      </w:r>
      <w:r>
        <w:rPr>
          <w:lang w:eastAsia="zh-CN"/>
        </w:rPr>
        <w:t>　　如果说20__年是收获之年，那么这一年，我收获最大的就是又有一些体育教师主动加入到了自我学习，互助发展的行列里来，我紧紧依托【小体工作室】进行教师队伍建设，采取任务驱动，主题设置，课例分析，微信分享等形式，引导体育教师一步步从被动接受，到主动学习，再到爱岗敬业的境界上来，现在每周都有感人的微案列，微心得，微反思呈现出来，目前小体团队已经从一片白纸，开始有了色彩的闪现，大家开始有了正能量，有了归属感。</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第二个收获就是，小学体育工作紧紧把握时代脉搏，响应上级号召，有11所学校成为“校园足球”试点学校，争取到了爱心组织的巨大资金和人力投入，并且开展了四期的体育教师专项培训，现在虽然还是星星之火，但是可以感受它未来的燎原之势。</w:t>
      </w:r>
      <w:r>
        <w:rPr>
          <w:lang w:eastAsia="zh-CN"/>
        </w:rPr>
        <w:br/>
      </w:r>
      <w:r>
        <w:rPr>
          <w:lang w:eastAsia="zh-CN"/>
        </w:rPr>
        <w:t>　　知识的存储，让我有了行动的支撑，眼界的开阔，让我有了行动的方向，教师的进步，让我我了行动的动力。奖杯、奖状，不如老师素质的强壮；表彰，表扬、不如团队凝聚力的增强，因为我深知，我们教研员就是吹喇叭，抬轿子，做嫁衣的那一群人。</w:t>
      </w:r>
      <w:r>
        <w:rPr>
          <w:lang w:eastAsia="zh-CN"/>
        </w:rPr>
        <w:br/>
      </w:r>
      <w:r>
        <w:rPr>
          <w:lang w:eastAsia="zh-CN"/>
        </w:rPr>
        <w:t xml:space="preserve">    体育教师工作总结优秀 篇9 </w:t>
      </w:r>
      <w:r>
        <w:rPr>
          <w:lang w:eastAsia="zh-CN"/>
        </w:rPr>
        <w:br/>
      </w:r>
      <w:r>
        <w:rPr>
          <w:lang w:eastAsia="zh-CN"/>
        </w:rPr>
        <w:t>　　一个学期以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广泛获取各种知识，形成比较完整的知识结构，严格要求学生，尊重学生，发扬教学民主，使学生学有所得，不断提高，从而不断提高自己的教学水平，并顺利完成教育教学任务。</w:t>
      </w:r>
      <w:r>
        <w:rPr>
          <w:lang w:eastAsia="zh-CN"/>
        </w:rPr>
        <w:br/>
      </w:r>
      <w:r>
        <w:rPr>
          <w:lang w:eastAsia="zh-CN"/>
        </w:rPr>
        <w:t>　　一、政治思想素质</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坚决拥护中国共产党的领导，坚持四项基本原则，认真参加政治学习，认真贯彻党的教育方针。有良好的职业道德，做到教书育人，为人师表。热爱本职工作，责任性较强，并具有一定的钻研和创新精神。工作任劳任怨，敢挑重担，乐于接受学校安排的常规和临时任务，并能认真及时地完成。严格遵守学校的劳动纪律、规章制度，工作积极、主动、讲究效率。</w:t>
      </w:r>
      <w:r>
        <w:rPr>
          <w:lang w:eastAsia="zh-CN"/>
        </w:rPr>
        <w:br/>
      </w:r>
      <w:r>
        <w:rPr>
          <w:lang w:eastAsia="zh-CN"/>
        </w:rPr>
        <w:t>　　二、业务知识能力</w:t>
      </w:r>
      <w:r>
        <w:rPr>
          <w:lang w:eastAsia="zh-CN"/>
        </w:rPr>
        <w:br/>
      </w:r>
      <w:r>
        <w:rPr>
          <w:lang w:eastAsia="zh-CN"/>
        </w:rPr>
        <w:t>　　在工作中，能根据需要有计划地学习政治理论、先进的教育教</w:t>
      </w:r>
      <w:r>
        <w:rPr>
          <w:lang w:eastAsia="zh-CN"/>
        </w:rPr>
        <w:br/>
      </w:r>
      <w:r>
        <w:rPr>
          <w:lang w:eastAsia="zh-CN"/>
        </w:rPr>
        <w:t>　　一是提高教学质量，做好课堂教育。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体质训练，精心设计各项体育活动，使各类活动有层次有坡度，达到大纲要求的质和量。二是积极参与听课、评课，虚心向有经验的老师学习先进的教学方法，提高教学水平。三是与班主任、组长密切配合和约通。常与班主任互相沟通，反映学生平时的学习、活动、生活情况，共同管理好学生;积极主动地向组长请教教学上碰到的问题，使自己的知识与学校的教育实践形式合务，共同做好教学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0"/>
          <w:cols w:space="425"/>
          <w:titlePg w:val="0"/>
          <w:docGrid w:type="lines" w:linePitch="312"/>
        </w:sectPr>
      </w:pPr>
      <w:r>
        <w:rPr>
          <w:lang w:eastAsia="zh-CN"/>
        </w:rPr>
        <w:t>　　以上是我今年教学工作大体情况，的不足就是对这些所有工作的具体操作把握得不是很理想，希望在以后的工作中领导及老教师们能多多指点及帮助，自己争取尽到一名优秀教师应有的责任，也争取在教学方面取得更多的进步!一切都已过去，新的开始又已到来，希望在新的一年里，自己和学生都有进步，以求无愧于心、无愧于学生和无愧于学校。学理论和文化业务知识。</w:t>
      </w:r>
      <w:r>
        <w:rPr>
          <w:lang w:eastAsia="zh-CN"/>
        </w:rPr>
        <w:br/>
      </w:r>
      <w:r>
        <w:rPr>
          <w:lang w:eastAsia="zh-CN"/>
        </w:rPr>
        <w:t xml:space="preserve">    体育教师工作总结优秀 篇10 </w:t>
      </w:r>
      <w:r>
        <w:rPr>
          <w:lang w:eastAsia="zh-CN"/>
        </w:rPr>
        <w:br/>
      </w:r>
      <w:r>
        <w:rPr>
          <w:lang w:eastAsia="zh-CN"/>
        </w:rPr>
        <w:t>　　我是一名体育教师，为人师表，严以律己；工作量极重，但从不叫苦，任劳任怨为教育事业奉献着青春。从事体育教学工作22年了，在22年的体育教学工作中，取得了显著的成绩，就近几年科研、个人荣誉、指导学生等获县级及以上近50余次，突出成绩有：科研论文获国家教育学会一、三等奖；市体育教师基本功比武三等奖；06、07两年连续获县级运动会甲级第一名；县优秀教练员、县科技“三小”指导二等奖等。</w:t>
      </w:r>
      <w:r>
        <w:rPr>
          <w:lang w:eastAsia="zh-CN"/>
        </w:rPr>
        <w:br/>
      </w:r>
      <w:r>
        <w:rPr>
          <w:lang w:eastAsia="zh-CN"/>
        </w:rPr>
        <w:t>　　一、基本的工作情况</w:t>
      </w:r>
      <w:r>
        <w:rPr>
          <w:lang w:eastAsia="zh-CN"/>
        </w:rPr>
        <w:br/>
      </w:r>
      <w:r>
        <w:rPr>
          <w:lang w:eastAsia="zh-CN"/>
        </w:rPr>
        <w:t>　　体育是学生强身健体、锻炼意志的重要途径。这几年来，我在体育教学工作中认真探索课堂教学方法，科学合理地带队训练，使学校体育工作走上了一个新台阶。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1"/>
          <w:cols w:space="425"/>
          <w:titlePg w:val="0"/>
          <w:docGrid w:type="lines" w:linePitch="312"/>
        </w:sectPr>
      </w:pPr>
      <w:r>
        <w:rPr>
          <w:lang w:eastAsia="zh-CN"/>
        </w:rPr>
        <w:t>　　一直来体育被许多学生认为是副课，在学科教学中是可有可无的课程。为了调动学生的训练积极性，提高体育课堂教学效果，我认真学习有关新课程教学理念，详细备好每一节课，并充分做好课前准备工作，使每个学生都能积极参与，安全训练。不仅让学生学到丰富的理论知识和体育技能，更重要的是培养了学生自觉锻炼的意识。平时我十分注意理论的学习和经验的积累，经常撰写教学论文、教学反思等，并且积极参加县、市、国家级等教学论文评比，三年中共13次获奖。</w:t>
      </w:r>
      <w:r>
        <w:rPr>
          <w:lang w:eastAsia="zh-CN"/>
        </w:rPr>
        <w:br/>
      </w:r>
      <w:r>
        <w:rPr>
          <w:lang w:eastAsia="zh-CN"/>
        </w:rPr>
        <w:t>　　二、教学中遇到的困难</w:t>
      </w:r>
      <w:r>
        <w:rPr>
          <w:lang w:eastAsia="zh-CN"/>
        </w:rPr>
        <w:br/>
      </w:r>
      <w:r>
        <w:rPr>
          <w:lang w:eastAsia="zh-CN"/>
        </w:rPr>
        <w:t>　　我们东风小学规模小，与县城的小学相比较，我们的生源连他们的一半都不到，因此在运动员的选拔上带来了一定的难度，再加上学校训练场地的缺陷，使我校在前些年的田径运动会上成绩停滞不前。由我担任体育综合组组长后，一方面积极向学校领导提出改善体育训练场地的要求，另一方面则在原有的设施条件下因地制宜地开展体育训练。为了不挤占学生的上课时间，我起早摸黑，利用自己的休息时间带队训练。在训练过程中，我一方面对运动员严格要求，刻苦训练；另一方面讲究方式方法，如下午训练前给学生准备好补充能量的点心、解渴的开水等，给予学生最大的关怀。因此，在06年和07年的县田径运动会上，我校两次获得小学组甲级队第一名和道德风尚奖（甲级队，意味着是和实力强大，设施完善，人力资源丰富的实验小学、清溪小学、逸夫小学等大校抗衡）。对此，许多兄弟学校的体育教师都十分惊讶，我们学校领导、县教育局的领导也惊喜不已。在他们看来，一所如此小规模的农村小学能连续两年获此殊荣，简直有点不可思议。当然，成功的背后少不了辛勤的汗水。我想，一份耕耘一份收获。这份成绩也来自各位运动员自身的'努力，也来自学校领导对体育教学的重视和其他老师的支持。</w:t>
      </w:r>
      <w:r>
        <w:rPr>
          <w:lang w:eastAsia="zh-CN"/>
        </w:rPr>
        <w:br/>
      </w:r>
      <w:r>
        <w:rPr>
          <w:lang w:eastAsia="zh-CN"/>
        </w:rPr>
        <w:t>　　三、工作中的成绩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2"/>
          <w:cols w:space="425"/>
          <w:titlePg w:val="0"/>
          <w:docGrid w:type="lines" w:linePitch="312"/>
        </w:sectPr>
      </w:pPr>
      <w:r>
        <w:rPr>
          <w:lang w:eastAsia="zh-CN"/>
        </w:rPr>
        <w:t>　　定向运动是近几年比较时尚且流行的体育比赛项目了，由于操作比较麻烦，课前准备化时间多又不在教学大纲的范围之内，所以很多学校没有开展这项活动，特别是农村小学。然而，我从有利于学生动脑、动手、合作、探究等综合素养的养成教育出发，率先带队成立了学校定向运动小组，我和小运动员们一起勘察周围地形，动手绘制地图，制定运动训练方案等，有了一套虽较“土”但却实在的训练方法，学生的兴趣极度高涨，以点带面，推动了全校性的定向运动，把传统的体育课与现代时尚体育运动相结，锻炼了学生的能力，发展了学生的思维。我校每次都积极参加县级及以上定向运动比赛。成绩是喜人的，学生个人：湖州市一等奖1人、二等奖2人。县一等奖6人，二等奖4名。每次均获团体奖，还有一次道德风尚奖。由于我校走在了定向运动的前例，还有幸协助县教育局、体育局在防风山举办县第五届定向运动比赛。</w:t>
      </w:r>
      <w:r>
        <w:rPr>
          <w:lang w:eastAsia="zh-CN"/>
        </w:rPr>
        <w:br/>
      </w:r>
      <w:r>
        <w:rPr>
          <w:lang w:eastAsia="zh-CN"/>
        </w:rPr>
        <w:t>　　作为学校的体育教研组组长，我一直对学校体育工作尽心尽职。在每年的秋季运动会筹备工作中，从报名动员，到秩序册的编排，到比赛场地的安排，一直到运动会的胜利召开，前前后后总要一个多月的准备时间，为了不影响课堂教学，我利用休息时间加班加点来完这些工作。为丰富师生的课外生活，我每年都要组织拔河、放风筝、跳绳、广播操等比赛活动，营造全民健身的氛围。</w:t>
      </w:r>
      <w:r>
        <w:rPr>
          <w:lang w:eastAsia="zh-CN"/>
        </w:rPr>
        <w:br/>
      </w:r>
      <w:r>
        <w:rPr>
          <w:lang w:eastAsia="zh-CN"/>
        </w:rPr>
        <w:t xml:space="preserve">    体育教师工作总结优秀 篇11 </w:t>
      </w:r>
      <w:r>
        <w:rPr>
          <w:lang w:eastAsia="zh-CN"/>
        </w:rPr>
        <w:br/>
      </w:r>
      <w:r>
        <w:rPr>
          <w:lang w:eastAsia="zh-CN"/>
        </w:rPr>
        <w:t>　　一学期的工作将要结束，在本学期我较好的完成了四年级数学和体育教学作，现在我将本学期的工作情况总结如下。</w:t>
      </w:r>
      <w:r>
        <w:rPr>
          <w:lang w:eastAsia="zh-CN"/>
        </w:rPr>
        <w:br/>
      </w:r>
      <w:r>
        <w:rPr>
          <w:lang w:eastAsia="zh-CN"/>
        </w:rPr>
        <w:t>　　教学任务：</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3"/>
          <w:cols w:space="425"/>
          <w:titlePg w:val="0"/>
          <w:docGrid w:type="lines" w:linePitch="312"/>
        </w:sectPr>
      </w:pPr>
      <w:r>
        <w:rPr>
          <w:lang w:eastAsia="zh-CN"/>
        </w:rPr>
        <w:t>　　这一学期我执教四年级一个班的数学和2个班的体育教学任务，工作量是每周十节课，并负责学校日常田径队的训练和“三操” 工作。</w:t>
      </w:r>
      <w:r>
        <w:rPr>
          <w:lang w:eastAsia="zh-CN"/>
        </w:rPr>
        <w:br/>
      </w:r>
      <w:r>
        <w:rPr>
          <w:lang w:eastAsia="zh-CN"/>
        </w:rPr>
        <w:t>　　数学教学中：</w:t>
      </w:r>
      <w:r>
        <w:rPr>
          <w:lang w:eastAsia="zh-CN"/>
        </w:rPr>
        <w:br/>
      </w:r>
      <w:r>
        <w:rPr>
          <w:lang w:eastAsia="zh-CN"/>
        </w:rPr>
        <w:t>　　能做到课前有准备，课时能变通，课后有反思和总结;对待成绩较差学生能区别对待，做到因材施教;利用课余时间多听其他教师的课，做好听课笔记，向备课组长多请教问题;多专研教材和教法，并能结合学生的特点来教学，让学生做学习的主人。</w:t>
      </w:r>
      <w:r>
        <w:rPr>
          <w:lang w:eastAsia="zh-CN"/>
        </w:rPr>
        <w:br/>
      </w:r>
      <w:r>
        <w:rPr>
          <w:lang w:eastAsia="zh-CN"/>
        </w:rPr>
        <w:t>　　体育教学：</w:t>
      </w:r>
      <w:r>
        <w:rPr>
          <w:lang w:eastAsia="zh-CN"/>
        </w:rPr>
        <w:br/>
      </w:r>
      <w:r>
        <w:rPr>
          <w:lang w:eastAsia="zh-CN"/>
        </w:rPr>
        <w:t>　　我特别重视在教学过程中培养学生科学锻炼身体的方法;其次，在教学过程中特别重视人的认知规律的培养，这样，可以使学生尽快的学好技术，形成技能，使体育教师真正实现精讲多练，为体育教学研究科学的教学方法和组织方法奠定基础;最后，我在教学中特别重视学生的思想教育，利用教材，结合学校现有的体育设施，开展丰富的体育游戏比赛，在游戏和比赛中向学生进行思想教育，培养学生的自觉性、组织性、纪律性、集体荣誉感、不怕苦、不怕累、勇敢顽强的精神等。这三点的有机结合会使体育教学工作起到事半功倍的作用。</w:t>
      </w:r>
      <w:r>
        <w:rPr>
          <w:lang w:eastAsia="zh-CN"/>
        </w:rPr>
        <w:br/>
      </w:r>
      <w:r>
        <w:rPr>
          <w:lang w:eastAsia="zh-CN"/>
        </w:rPr>
        <w:t>　　广播操工作：</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4"/>
          <w:cols w:space="425"/>
          <w:titlePg w:val="0"/>
          <w:docGrid w:type="lines" w:linePitch="312"/>
        </w:sectPr>
      </w:pPr>
      <w:r>
        <w:rPr>
          <w:lang w:eastAsia="zh-CN"/>
        </w:rPr>
        <w:t>　　在学期中，学习了校园集体舞，我参与了教学活动。我们体育老师先是以身示范，自学自练，再来教学，每天利用体育课的时间进行教学。学生的集体舞得到了前来参观专家组们的高度评价高，在市里和省里都得到了好评。</w:t>
      </w:r>
      <w:r>
        <w:rPr>
          <w:lang w:eastAsia="zh-CN"/>
        </w:rPr>
        <w:br/>
      </w:r>
      <w:r>
        <w:rPr>
          <w:lang w:eastAsia="zh-CN"/>
        </w:rPr>
        <w:t xml:space="preserve">    体育教师工作总结优秀 篇12 </w:t>
      </w:r>
      <w:r>
        <w:rPr>
          <w:lang w:eastAsia="zh-CN"/>
        </w:rPr>
        <w:br/>
      </w:r>
      <w:r>
        <w:rPr>
          <w:lang w:eastAsia="zh-CN"/>
        </w:rPr>
        <w:t>　　一、学校基本状况：</w:t>
      </w:r>
      <w:r>
        <w:rPr>
          <w:lang w:eastAsia="zh-CN"/>
        </w:rPr>
        <w:br/>
      </w:r>
      <w:r>
        <w:rPr>
          <w:lang w:eastAsia="zh-CN"/>
        </w:rPr>
        <w:t>　　我校有六个年级，每个年级各一个班，共有202，其中男士123人，女生79人，五六年级人数偏多。学校在田径方面，有良好的传统。学校对田径训练非常支持。</w:t>
      </w:r>
      <w:r>
        <w:rPr>
          <w:lang w:eastAsia="zh-CN"/>
        </w:rPr>
        <w:br/>
      </w:r>
      <w:r>
        <w:rPr>
          <w:lang w:eastAsia="zh-CN"/>
        </w:rPr>
        <w:t>　　二、学生体质状况：</w:t>
      </w:r>
      <w:r>
        <w:rPr>
          <w:lang w:eastAsia="zh-CN"/>
        </w:rPr>
        <w:br/>
      </w:r>
      <w:r>
        <w:rPr>
          <w:lang w:eastAsia="zh-CN"/>
        </w:rPr>
        <w:t>　　袁河村位于二七区的西南方，地势高低不平，学生运动素质普遍较好，有个别同学较为突出，按班级的话，其中六年级以女生运动素质好较为突出，五年级男生较为突出，四年级男生较为突出，三年级以男生较为突出。在这里突然发现了一个非常有趣的现象，运动素质好也会扎堆，不知是巧合还是其他一些现象，这里暂且不做讨论。</w:t>
      </w:r>
      <w:r>
        <w:rPr>
          <w:lang w:eastAsia="zh-CN"/>
        </w:rPr>
        <w:br/>
      </w:r>
      <w:r>
        <w:rPr>
          <w:lang w:eastAsia="zh-CN"/>
        </w:rPr>
        <w:t>　　三、家庭方面的因素</w:t>
      </w:r>
      <w:r>
        <w:rPr>
          <w:lang w:eastAsia="zh-CN"/>
        </w:rPr>
        <w:br/>
      </w:r>
      <w:r>
        <w:rPr>
          <w:lang w:eastAsia="zh-CN"/>
        </w:rPr>
        <w:t>　　我校田径训练大部分都是在下午放学后进行，每周训练三次，周一，周二，周四各一次，训练时间一个小时左右。学生大部分都是本村的学生，训练结束后能保证学生按时到家，所以家长对学生的训练较为支持。但也有一部分学生的家长认为训练会影响孩子的学习，在这方面要加强根家长的沟通交流。避免家长的误会。</w:t>
      </w:r>
      <w:r>
        <w:rPr>
          <w:lang w:eastAsia="zh-CN"/>
        </w:rPr>
        <w:br/>
      </w:r>
      <w:r>
        <w:rPr>
          <w:lang w:eastAsia="zh-CN"/>
        </w:rPr>
        <w:t>　　四、学生对田径训练的看法</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5"/>
          <w:cols w:space="425"/>
          <w:titlePg w:val="0"/>
          <w:docGrid w:type="lines" w:linePitch="312"/>
        </w:sectPr>
      </w:pPr>
      <w:r>
        <w:rPr>
          <w:lang w:eastAsia="zh-CN"/>
        </w:rPr>
        <w:t>　　学生是训练的主体，学生们对田径训练充满兴趣。都想跑的更快，跳的更高，更远。但学生对活动量不能承受太大，这是由于学生的目前这一阶段身体状况决定的，所以在以后的训练中要多组织一些有意思的训练活动。有一些学生对荣誉感的追求非常强烈，每次训练都想争第一，这些学生的运动素质往往较为优秀，但也要对他们严厉的要求，防止他们骄傲、自满。也有一部分学生虽然运动素质也比较突出，但训练的激情不够，平平淡淡，作为老师也要在以后的训练中进行多多的引导。</w:t>
      </w:r>
      <w:r>
        <w:rPr>
          <w:lang w:eastAsia="zh-CN"/>
        </w:rPr>
        <w:br/>
      </w:r>
      <w:r>
        <w:rPr>
          <w:lang w:eastAsia="zh-CN"/>
        </w:rPr>
        <w:t>　　五、未来展望</w:t>
      </w:r>
      <w:r>
        <w:rPr>
          <w:lang w:eastAsia="zh-CN"/>
        </w:rPr>
        <w:br/>
      </w:r>
      <w:r>
        <w:rPr>
          <w:lang w:eastAsia="zh-CN"/>
        </w:rPr>
        <w:t>　　在确保学生身心健康的前提下，要稳步提高学生成绩和技巧，同时让他们养成好的体育锻炼习惯，为终身体育打好坚实的基础。</w:t>
      </w:r>
      <w:r>
        <w:rPr>
          <w:lang w:eastAsia="zh-CN"/>
        </w:rPr>
        <w:br/>
      </w:r>
      <w:r>
        <w:rPr>
          <w:lang w:eastAsia="zh-CN"/>
        </w:rPr>
        <w:t xml:space="preserve">    体育教师工作总结优秀 篇13 </w:t>
      </w:r>
      <w:r>
        <w:rPr>
          <w:lang w:eastAsia="zh-CN"/>
        </w:rPr>
        <w:br/>
      </w:r>
      <w:r>
        <w:rPr>
          <w:lang w:eastAsia="zh-CN"/>
        </w:rPr>
        <w:t>　　20__年春季学期体育工作将要完毕了，在本学期我较好的完成了体育工作，但在教学过程中还存在一些问题。现在我将本学期的工作情况总结如下。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6"/>
          <w:cols w:space="425"/>
          <w:titlePg w:val="0"/>
          <w:docGrid w:type="lines" w:linePitch="312"/>
        </w:sectPr>
      </w:pPr>
      <w:r>
        <w:rPr>
          <w:lang w:eastAsia="zh-CN"/>
        </w:rPr>
        <w:t>　　我的体育教学主要从三点来进展总结。首先，我特别重视人体生理机能变化规律在教学过程中的运用。运用这个规律可以减少伤害事故的发生，使学生科学的锻炼身体并安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根底。最后，我在教学中特别重视学生的思想教育，利用体育教材的特点结合详细内容，向学生进展思想教育。培养学生的自觉性、组织性、纪律性、集体荣誉感、不怕苦、不怕累、勇敢顽强的精神等。这三点的有机结合会使体育教学工作起到事半功倍的作用。</w:t>
      </w:r>
      <w:r>
        <w:rPr>
          <w:lang w:eastAsia="zh-CN"/>
        </w:rPr>
        <w:br/>
      </w:r>
      <w:r>
        <w:rPr>
          <w:lang w:eastAsia="zh-CN"/>
        </w:rPr>
        <w:t>　　在开学初我重点抓了播送操，因为学生经过一个寒假，对播送操有些陌生，如不及时抓紧复习，一旦学生养成坏习惯，在纠正就困难了。因此，我主要是通过以下几点对播送操进展教学的。</w:t>
      </w:r>
      <w:r>
        <w:rPr>
          <w:lang w:eastAsia="zh-CN"/>
        </w:rPr>
        <w:br/>
      </w:r>
      <w:r>
        <w:rPr>
          <w:lang w:eastAsia="zh-CN"/>
        </w:rPr>
        <w:t>　　第一，加强对学生的思想教育，使学生真正认识到做操的重要性和必要性，培养学生重视做操、自觉做操、坚持做操、认真做操的良好习惯。</w:t>
      </w:r>
      <w:r>
        <w:rPr>
          <w:lang w:eastAsia="zh-CN"/>
        </w:rPr>
        <w:br/>
      </w:r>
      <w:r>
        <w:rPr>
          <w:lang w:eastAsia="zh-CN"/>
        </w:rPr>
        <w:t>　　第二，体育教师要正确运用示范。示范是体育教学的主要教学方法之一，通过示范能使学生建立正确的动作表象。因此，要求教师示范要清楚、准确、标准、优美。</w:t>
      </w:r>
      <w:r>
        <w:rPr>
          <w:lang w:eastAsia="zh-CN"/>
        </w:rPr>
        <w:br/>
      </w:r>
      <w:r>
        <w:rPr>
          <w:lang w:eastAsia="zh-CN"/>
        </w:rPr>
        <w:t>　　第三，讲解要少而精。我在播送操教学时的讲解，主要是结合我的示范动作，让学生加深对动作的理解。</w:t>
      </w:r>
      <w:r>
        <w:rPr>
          <w:lang w:eastAsia="zh-CN"/>
        </w:rPr>
        <w:br/>
      </w:r>
      <w:r>
        <w:rPr>
          <w:lang w:eastAsia="zh-CN"/>
        </w:rPr>
        <w:t>　　第四，口令要清楚、洪亮、准确。第五，纠正错误动作要及时。另外，在播送操教学过程中还得到了学校领导和其他各位班主任的大力支持。</w:t>
      </w:r>
      <w:r>
        <w:rPr>
          <w:lang w:eastAsia="zh-CN"/>
        </w:rPr>
        <w:br/>
      </w:r>
      <w:r>
        <w:rPr>
          <w:lang w:eastAsia="zh-CN"/>
        </w:rPr>
        <w:t>　　我能够长期带着学生坚持训练，并做到训练有方案、阶段有测验、测验有记录、带着学生科学系统的进展训练。在训练过程中我努力做好学生和家长的工作，使家长能够让学生训练，使学生能够安心训练。因此，我要加倍努力，争取更大的取得好成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7"/>
          <w:cols w:space="425"/>
          <w:titlePg w:val="0"/>
          <w:docGrid w:type="lines" w:linePitch="312"/>
        </w:sectPr>
      </w:pPr>
      <w:r>
        <w:rPr>
          <w:lang w:eastAsia="zh-CN"/>
        </w:rPr>
        <w:t>　　1.要由重技能向重安康转变我们以往的中小学体育教学以“竞技体育”为主，注重技能训练，无视学生身心体能的全面开展。如短跑的教学，根本上都是采用小步跑、高抬腿跑、后蹬腿跑、加速跑和起跑、起跑后的加速跑、途中跑、终点冲刺跑等练习。</w:t>
      </w:r>
      <w:r>
        <w:rPr>
          <w:lang w:eastAsia="zh-CN"/>
        </w:rPr>
        <w:br/>
      </w:r>
      <w:r>
        <w:rPr>
          <w:lang w:eastAsia="zh-CN"/>
        </w:rPr>
        <w:t>　　2.由重结果向重过程转变“体育不能按照智育的模式来进展，同样也不能以智育的方式来衡量和检查”。在过去评价和衡量学生的体育课成绩时，重点放在考核结果，而无视了学生努力学习过程。因此我们必须转变体育评价机制，注重学生努力学习过程，“让先天缺乏”的学生得到公平的评价，使所有的学生都有一个快乐的学习过程。</w:t>
      </w:r>
      <w:r>
        <w:rPr>
          <w:lang w:eastAsia="zh-CN"/>
        </w:rPr>
        <w:br/>
      </w:r>
      <w:r>
        <w:rPr>
          <w:lang w:eastAsia="zh-CN"/>
        </w:rPr>
        <w:t>　　新课程标准是对不同学段学生在运动参与、运动技能、身体安康、心理安康、社会适应能力等方面的根本要求。它要求教师应制定符合学校和学生实际的课程教学方案，引导学生积极主动、富有创造性地学习，正确运用多种形式进展学习评价，营造良好的学习环境，创设良好的学习条件。</w:t>
      </w:r>
      <w:r>
        <w:rPr>
          <w:lang w:eastAsia="zh-CN"/>
        </w:rPr>
        <w:br/>
      </w:r>
      <w:r>
        <w:rPr>
          <w:lang w:eastAsia="zh-CN"/>
        </w:rPr>
        <w:t>　　1.要由课堂教学的传授者转化为促进者</w:t>
      </w:r>
      <w:r>
        <w:rPr>
          <w:lang w:eastAsia="zh-CN"/>
        </w:rPr>
        <w:br/>
      </w:r>
      <w:r>
        <w:rPr>
          <w:lang w:eastAsia="zh-CN"/>
        </w:rPr>
        <w:t>　　新课程强调，教与学的关系是沟通中的相互作用的关系，教师与学生是交互主体性的伙伴关系。在新课程中传统的教师教与学生的学，将不断让位于互教互学，彼此形成一个真正的“学习共同体”。教学过程不只忠实地执行课方案的过程，而且是师生共同开展课程、丰富课程的过程。</w:t>
      </w:r>
      <w:r>
        <w:rPr>
          <w:lang w:eastAsia="zh-CN"/>
        </w:rPr>
        <w:br/>
      </w:r>
      <w:r>
        <w:rPr>
          <w:lang w:eastAsia="zh-CN"/>
        </w:rPr>
        <w:t>　　2.要由课堂教学的管理者转化为引导者</w:t>
      </w:r>
      <w:r>
        <w:rPr>
          <w:lang w:eastAsia="zh-CN"/>
        </w:rPr>
        <w:br/>
      </w:r>
      <w:r>
        <w:rPr>
          <w:lang w:eastAsia="zh-CN"/>
        </w:rPr>
        <w:t>　　随着体育课程改革，体育老师应该由一个高压管理者转化为学生的引导者。如何引导学生积极、主动、富有创造性地学习呢?</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8"/>
          <w:cols w:space="425"/>
          <w:titlePg w:val="0"/>
          <w:docGrid w:type="lines" w:linePitch="312"/>
        </w:sectPr>
      </w:pPr>
      <w:r>
        <w:rPr>
          <w:lang w:eastAsia="zh-CN"/>
        </w:rPr>
        <w:t>　　一要激发学生对体育学习兴趣与热情，在教学中要不断地思考如何集中与保持学生的注意力。</w:t>
      </w:r>
      <w:r>
        <w:rPr>
          <w:lang w:eastAsia="zh-CN"/>
        </w:rPr>
        <w:br/>
      </w:r>
      <w:r>
        <w:rPr>
          <w:lang w:eastAsia="zh-CN"/>
        </w:rPr>
        <w:t>　　二要充分发挥学生的主体作用。</w:t>
      </w:r>
      <w:r>
        <w:rPr>
          <w:lang w:eastAsia="zh-CN"/>
        </w:rPr>
        <w:br/>
      </w:r>
      <w:r>
        <w:rPr>
          <w:lang w:eastAsia="zh-CN"/>
        </w:rPr>
        <w:t>　　三要尊重学生之间的差异、创造平等的学习时机。体育教师首先要充分认识到这种差异，切实了解和掌握学生的情况，然后针对这些差异采用适当的措施，在目标确实定、内容的安排、方法的采用等方面区别对待，以便使全体学生都有平等参加体育活动的时机。</w:t>
      </w:r>
      <w:r>
        <w:rPr>
          <w:lang w:eastAsia="zh-CN"/>
        </w:rPr>
        <w:br/>
      </w:r>
      <w:r>
        <w:rPr>
          <w:lang w:eastAsia="zh-CN"/>
        </w:rPr>
        <w:t>　　3.要由课堂教学的至尊者转化为效劳者</w:t>
      </w:r>
      <w:r>
        <w:rPr>
          <w:lang w:eastAsia="zh-CN"/>
        </w:rPr>
        <w:br/>
      </w:r>
      <w:r>
        <w:rPr>
          <w:lang w:eastAsia="zh-CN"/>
        </w:rPr>
        <w:t>　　时代开展到今天，“教育消费”已成为现实，此时的教师只能是一个效劳者。学生支付了学习费用，国家除给受教育者支付教育费用外，也为教师提供了相应的劳动报酬，不管是投资者还是消费者都期待着获得相应的回报。这种回报，就是通过教师的优质效劳，全面提高学生素质来实现的。因此体育教师应根据体育效劳的特殊性，在体育活动中突出学生的主体位置，尊重学生的人格，施以科学、合理的.教育，并且能遵照社会及家长的建议改善效劳，做一个诚心诚意为学生效劳的效劳者。</w:t>
      </w:r>
      <w:r>
        <w:rPr>
          <w:lang w:eastAsia="zh-CN"/>
        </w:rPr>
        <w:br/>
      </w:r>
      <w:r>
        <w:rPr>
          <w:lang w:eastAsia="zh-CN"/>
        </w:rPr>
        <w:t>　　1.改变课堂管理方式</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9"/>
          <w:cols w:space="425"/>
          <w:titlePg w:val="0"/>
          <w:docGrid w:type="lines" w:linePitch="312"/>
        </w:sectPr>
      </w:pPr>
      <w:r>
        <w:rPr>
          <w:lang w:eastAsia="zh-CN"/>
        </w:rPr>
        <w:t>　　体育课程标准不确定教学内容的这一变化，决定了教师课堂管理方式的变化。传统课堂中的教师往往倾向于“构造化”“封闭式”的管理方式，强调学生严格按照老师的条条框框去做，学生没有自主选择活动的权利。在新的体育课程标准中体育教师应更多地采用“非构造”、“开放式”的课堂管理方式，把主动权交给学生，让学生根据自己的兴趣爱好，自由选择工程、自由编组、自主学习和锻炼。</w:t>
      </w:r>
      <w:r>
        <w:rPr>
          <w:lang w:eastAsia="zh-CN"/>
        </w:rPr>
        <w:br/>
      </w:r>
      <w:r>
        <w:rPr>
          <w:lang w:eastAsia="zh-CN"/>
        </w:rPr>
        <w:t>　　2.改变课堂常规经历</w:t>
      </w:r>
      <w:r>
        <w:rPr>
          <w:lang w:eastAsia="zh-CN"/>
        </w:rPr>
        <w:br/>
      </w:r>
      <w:r>
        <w:rPr>
          <w:lang w:eastAsia="zh-CN"/>
        </w:rPr>
        <w:t>　　教师在课堂的位置将不再是固定位置讲解、示范，而是在操场上和学生一起活动，与学生一起感受运动的喜悦。在体育教学中可以采用易位教学，如游戏课、教学比赛课、室内课等，可以让学生来备课、设计、组织上课，让学生当老师，老师来做学生，这样能调动学生的积极性、主动性，增强了学生为同学效劳的自豪感的责任心，也提高了课堂质量。</w:t>
      </w:r>
      <w:r>
        <w:rPr>
          <w:lang w:eastAsia="zh-CN"/>
        </w:rPr>
        <w:br/>
      </w:r>
      <w:r>
        <w:rPr>
          <w:lang w:eastAsia="zh-CN"/>
        </w:rPr>
        <w:t>　　3.改变课程资源的开发</w:t>
      </w:r>
      <w:r>
        <w:rPr>
          <w:lang w:eastAsia="zh-CN"/>
        </w:rPr>
        <w:br/>
      </w:r>
      <w:r>
        <w:rPr>
          <w:lang w:eastAsia="zh-CN"/>
        </w:rPr>
        <w:t>　　我们不要总是埋怨学校的体育设施不行，要学会开发利用现有的课程资源，想方法发挥体育器材的多种功能。如栏架可用来跨栏，也可用作投射门和钻栏游戏;利用跳绳可以做绳操、角力、斗智拉绳等。要学会制作简易的器材、改造场地器材、合理布局使用场地器材。总而言之，在体育课程改革的浪潮中，如果具备过硬的自身素质和教给学生知识、运动技能的能力，有灵活多变的教育教学方法，有非常融洽的师生关系，有勇于创新、大胆开拓的精神，就一定能够顺利地走进新课程，成为新课程中出色的体育教师。</w:t>
      </w:r>
      <w:r>
        <w:rPr>
          <w:lang w:eastAsia="zh-CN"/>
        </w:rPr>
        <w:br/>
      </w:r>
      <w:r>
        <w:rPr>
          <w:lang w:eastAsia="zh-CN"/>
        </w:rPr>
        <w:t xml:space="preserve">    体育教师工作总结优秀 篇14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0"/>
          <w:cols w:space="425"/>
          <w:titlePg w:val="0"/>
          <w:docGrid w:type="lines" w:linePitch="312"/>
        </w:sectPr>
      </w:pPr>
      <w:r>
        <w:rPr>
          <w:lang w:eastAsia="zh-CN"/>
        </w:rPr>
        <w:t>　　在过去的教育生涯里，我一贯认为学生就应该遵守学校的规章制度。从早上进入到校园里，学生就要按照一定的常规上好课，学生不应该做违反学校的事，比如吃零食等。早点更应该在家里吃完，要养成早睡早起的生活习惯。如果有谁违反了这些规定，就会认为是不遵守学校纪律，是不好的学生。在学生中间也已经养成了这样的习惯，他们有与老师同样的看法，如果有谁违反了纪律，就会有人被告状。</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1"/>
          <w:cols w:space="425"/>
          <w:titlePg w:val="0"/>
          <w:docGrid w:type="lines" w:linePitch="312"/>
        </w:sectPr>
      </w:pPr>
      <w:r>
        <w:rPr>
          <w:lang w:eastAsia="zh-CN"/>
        </w:rPr>
        <w:t>　　一天，我在上午第三节课是一个四年级的体育课。在课堂常规进行完，准备活动进行完后，进行课课练的一分钟短绳练习时，正在我要准备上课时，有的学生举手说：老师，我的绳没带，落在班里，我稍加思索便让他们回到班里取，同时，根据以往经验我规定在上课时间里不准许互相借东西，如果让学生在课上互相借，有些学生就会不顾纪律互相打闹说话，更会让一些学生养成不用带绳的习惯，向同学借用就行了。这些学生回到班里不久，就有一些动作快的学生回来了，同时也把信息带回来：老师，他们不下来；老师，他们在班里吃东西我非常生气，我安排好学生跑步，立即就跑到他们班里，看到几位学生在班里晃来晃去，好像根本没有回到课堂的意思，更可气的是居然有一个学生正剥开糖在吃，而且边吃边在座位间串来串去，看到我进来，便若无其事的在座位里找绳。而其他学生也纷纷向我告状说他吃糖，没告状的也用眼睛看着我，似乎正在等着我如何爆发。我用目光在他们所有人眼前扫过，瞬间我感到他们的年龄都不大，在生活上需要家长照顾，小小年纪就要早起投入学习，而他们现在的身体正处在贪玩、贪睡、贪吃阶段，我也隐约从他们的身影中看到自己小时候的情境，也是有贪吃、爱吃小零食的习惯，我的心平静了，在学生们的注视和等待之中，我终于说话了：上体育课吃东西可不好，由其是吃糖一类甜的东西，这样在体育活动中会口喝，咳嗽。那个学生不敢看我，我用体谅的语气说：以后别在吃了，懂吗？他点了点头，把嘴里的糖吐到了垃圾筒里。其他学生的情绪一下子平静了，告状的学生安静地走了，晃悠的学生赶快拿东西。我回到了操场上等他们来，一会儿，学生们陆续回来了。在以往的师生关系中，老师就是高高在上，老师的话就是圣旨，不然怎么会出现“老师说的”这样的不置可否的学生语言呢？老师说你错了你就是错了，因此告状是同学之间解决问题的法宝。这个吃东西的学生之所以背着老师，抓住回班拿东西的机会吃东西，也就是因为他知道这样的行为是不对的，所以不顾是上课时间而抓紧一切机会。其他学生用眼睛看着我，等待我的发怒，也是因为对老师处理问题方式存在某种猜测，我以这样理解的方式解决也是出于他们意料之外的。</w:t>
      </w:r>
      <w:r>
        <w:rPr>
          <w:lang w:eastAsia="zh-CN"/>
        </w:rPr>
        <w:br/>
      </w:r>
      <w:r>
        <w:rPr>
          <w:lang w:eastAsia="zh-CN"/>
        </w:rPr>
        <w:t>　　从这件小事我也体会到，师生之间相互理解和尊重是教师对学生爱的重要体现。我用这种平和的解决方式解决这个突发问题，也出乎我自己的意料之外，我想因为换位思考起了作用。没有爱就没有教育，爱是教育事业的基础和开始，学生非常需要老师的爱，教师只有情感投入，把爱的甘泉撒向他们的心田，使学生获得心理上的满足，从而引起学生对教师的崇敬、信任和亲近，缩短师生的心理距离。</w:t>
      </w:r>
      <w:r>
        <w:rPr>
          <w:lang w:eastAsia="zh-CN"/>
        </w:rPr>
        <w:br/>
      </w:r>
      <w:r>
        <w:rPr>
          <w:lang w:eastAsia="zh-CN"/>
        </w:rPr>
        <w:t xml:space="preserve">    体育教师工作总结优秀 篇15 </w:t>
      </w:r>
      <w:r>
        <w:rPr>
          <w:lang w:eastAsia="zh-CN"/>
        </w:rPr>
        <w:br/>
      </w:r>
      <w:r>
        <w:rPr>
          <w:lang w:eastAsia="zh-CN"/>
        </w:rPr>
        <w:t>　　小学体育教师上学期工作总结五年级六年级</w:t>
      </w:r>
      <w:r>
        <w:rPr>
          <w:lang w:eastAsia="zh-CN"/>
        </w:rPr>
        <w:br/>
      </w:r>
    </w:p>
    <w:p w:rsidR="001B1F19" w14:textId="27C3F48A">
      <w:pPr>
        <w:rPr>
          <w:rFonts w:hint="eastAsia"/>
          <w:lang w:eastAsia="zh-CN"/>
        </w:rPr>
      </w:pPr>
      <w:r>
        <w:rPr>
          <w:lang w:eastAsia="zh-CN"/>
        </w:rPr>
        <w:t>　　时光如梭，不知不觉已经在小学教学五、六年了，我觉得做一名小学教师真的不简单，特别是做一名小学体育教师更不容易，我们所要面对的事情太多、太复杂了，但在工作过程中我也学到了许多专业知识、掌握了一定的工作经验，借此机会和大家一起分享。</w:t>
      </w:r>
      <w:r>
        <w:rPr>
          <w:lang w:eastAsia="zh-CN"/>
        </w:rPr>
        <w:br/>
      </w:r>
      <w:r>
        <w:rPr>
          <w:lang w:eastAsia="zh-CN"/>
        </w:rPr>
        <w:t>　　一、游戏比赛可培养学生健康的心态</w:t>
      </w:r>
      <w:r>
        <w:rPr>
          <w:lang w:eastAsia="zh-CN"/>
        </w:rPr>
        <w:br/>
      </w:r>
      <w:r>
        <w:rPr>
          <w:lang w:eastAsia="zh-CN"/>
        </w:rPr>
        <w:t>　　游戏比赛在小学体育教材中占有相当的分量，通过游戏教学能培养学生的创新精神、竞争意识、团结合作、热爱集体和遵纪守法等优良品质。而这些优良品质正是一个人健康心态的集中体现。游戏深受学生的喜爱，也为教师开展心理健康教育提供了良机。</w:t>
      </w:r>
      <w:r>
        <w:rPr>
          <w:lang w:eastAsia="zh-CN"/>
        </w:rPr>
        <w:br/>
      </w:r>
      <w:r>
        <w:rPr>
          <w:lang w:eastAsia="zh-CN"/>
        </w:rPr>
        <w:t>　　二、“运动处方”的教学方式可发挥学生的聪明才智</w:t>
      </w:r>
      <w:r>
        <w:rPr>
          <w:lang w:eastAsia="zh-CN"/>
        </w:rPr>
        <w:br/>
      </w:r>
      <w:r>
        <w:rPr>
          <w:lang w:eastAsia="zh-CN"/>
        </w:rPr>
        <w:t>　　教学中为了锻炼同学们自我组织能力、自我管理能力，为了有目的、有组织、有计划地教学，满足所有同学的兴趣和需要，有时我把教学内容科学地、严谨地设计成多种运动处方让同学们选择自己所喜欢的运动处方，然后根据选择情况自由结合成小组，每个小组选出一位小组长，小组长带领同学们完成教学内容。各小组在完成运动处方的内容时，根据自己情况选择自己的组织方法和学习方法。这样充分发挥了同学们的聪明才智，发挥了同学们的想象力、创造力，学生的主动性充分调动了，课堂教学一片生机盎然。</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https://d.book118.com/315100004110011114</w:t>
        </w:r>
      </w:hyperlink>
    </w:p>
    <w:p w:rsidR="001B1F19">
      <w:pPr>
        <w:rPr>
          <w:rFonts w:hint="eastAsia"/>
          <w:lang w:eastAsia="zh-CN"/>
        </w:rPr>
      </w:pPr>
    </w:p>
    <w:sectPr>
      <w:type w:val="nextPage"/>
      <w:pgSz w:w="11906" w:h="16838"/>
      <w:pgMar w:top="1440" w:right="1800" w:bottom="1440" w:left="1800" w:header="851" w:footer="992" w:gutter="0"/>
      <w:pgNumType w:start="3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315100004110011114"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