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1B1F19" w14:paraId="7F7A67AA" w14:textId="0AE8485B">
      <w:pPr>
        <w:pStyle w:val="Heading1"/>
        <w:jc w:val="center"/>
        <w:rPr>
          <w:rFonts w:hint="eastAsia"/>
          <w:lang w:eastAsia="zh-CN"/>
        </w:rPr>
      </w:pPr>
      <w:r>
        <w:rPr>
          <w:sz w:val="44"/>
          <w:lang w:eastAsia="zh-CN"/>
        </w:rPr>
        <w:t>高三新学期演讲稿精华【14篇】</w:t>
      </w:r>
    </w:p>
    <w:p w:rsidR="001B1F19" w14:paraId="15E7D7A0" w14:textId="27C3F48A">
      <w:pPr>
        <w:rPr>
          <w:rFonts w:hint="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lang w:eastAsia="zh-CN"/>
        </w:rPr>
        <w:br/>
      </w:r>
      <w:r>
        <w:rPr>
          <w:lang w:eastAsia="zh-CN"/>
        </w:rPr>
        <w:br/>
      </w:r>
      <w:r>
        <w:rPr>
          <w:lang w:eastAsia="zh-CN"/>
        </w:rPr>
        <w:t>　　高三新学期演讲稿 篇1</w:t>
      </w:r>
      <w:r>
        <w:rPr>
          <w:lang w:eastAsia="zh-CN"/>
        </w:rPr>
        <w:br/>
      </w:r>
      <w:r>
        <w:rPr>
          <w:lang w:eastAsia="zh-CN"/>
        </w:rPr>
        <w:t>尊敬的老师、亲爱的同学们：</w:t>
      </w:r>
      <w:r>
        <w:rPr>
          <w:lang w:eastAsia="zh-CN"/>
        </w:rPr>
        <w:br/>
      </w:r>
      <w:r>
        <w:rPr>
          <w:lang w:eastAsia="zh-CN"/>
        </w:rPr>
        <w:t>　　大家好!我今天在国旗下演讲的主题是：拥抱新学期。寒冷的冬天已经销声匿迹，我们迎来了暖暖的春季，也迎来了一个崭新的学期。我们度过了一个愉快的寒假，重返校园，首先祝同学们在新的一年里，学得轻松，学得愉快，并且学有所成。</w:t>
      </w:r>
      <w:r>
        <w:rPr>
          <w:lang w:eastAsia="zh-CN"/>
        </w:rPr>
        <w:br/>
      </w:r>
      <w:r>
        <w:rPr>
          <w:lang w:eastAsia="zh-CN"/>
        </w:rPr>
        <w:t>　　俗话说一年之计在于春，我们在春天里播撒文明、勤奋、健康、团结，会收获到明礼诚信、乐学善思、身心健康、团结友爱。收获离不开耕耘，只有辛勤耕耘，我们才能享受到进步的满足感，收获的成就感。在新学期开始之际，我建议大家要做好以下“五个心”：</w:t>
      </w:r>
      <w:r>
        <w:rPr>
          <w:lang w:eastAsia="zh-CN"/>
        </w:rPr>
        <w:br/>
      </w:r>
      <w:r>
        <w:rPr>
          <w:lang w:eastAsia="zh-CN"/>
        </w:rPr>
        <w:t>　　一为收心。寒假虽然有作业，但大多都以玩为主，开学应转变为以学为主，尽快调整心态，投入到新学期的学习生活中来。</w:t>
      </w:r>
      <w:r>
        <w:rPr>
          <w:lang w:eastAsia="zh-CN"/>
        </w:rPr>
        <w:br/>
      </w:r>
      <w:r>
        <w:rPr>
          <w:lang w:eastAsia="zh-CN"/>
        </w:rPr>
        <w:t>　　二为决心。新学期有新的开始，新的心态，主动制订学习计划，下定决心，努力实现理想。</w:t>
      </w:r>
      <w:r>
        <w:rPr>
          <w:lang w:eastAsia="zh-CN"/>
        </w:rPr>
        <w:br/>
      </w:r>
      <w:r>
        <w:rPr>
          <w:lang w:eastAsia="zh-CN"/>
        </w:rPr>
        <w:t>　　三为恒心。学习要持之以恒，不能半途而废，不论过程多么艰苦也要坚持到底，总有一天会收获丰硕的成果。</w:t>
      </w:r>
      <w:r>
        <w:rPr>
          <w:lang w:eastAsia="zh-CN"/>
        </w:rPr>
        <w:br/>
      </w:r>
      <w:r>
        <w:rPr>
          <w:lang w:eastAsia="zh-CN"/>
        </w:rPr>
        <w:t>　　四为爱心。不仅要提高学习成绩，同时还要提高个人品德修养。尊敬师长，团结同学，孝顺父母。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lang w:eastAsia="zh-CN"/>
        </w:rPr>
        <w:t>　　五为留心。注意校内、校外和家中的安全。提高警惕，加强自我防范意识。学会保护自己。树立“生命高于一切”的观念，尊重和爱惜自己的生命。</w:t>
      </w:r>
      <w:r>
        <w:rPr>
          <w:lang w:eastAsia="zh-CN"/>
        </w:rPr>
        <w:br/>
      </w:r>
      <w:r>
        <w:rPr>
          <w:lang w:eastAsia="zh-CN"/>
        </w:rPr>
        <w:t>　　同学们，新学期又开始了，只要我们大家充满信心和勇气，踏踏实实做好每一件事，认认真真对待每一个问题，我们就一定会有所提高，有所收获，让我们用新的心态开始，同学们加油吧!成功走好每一步，我们明天会更好!最后，祝全体师生，心情愉快，身体健康，工作顺利，学习进步!谢谢大家!春季高三开学演讲稿3分钟（篇5）</w:t>
      </w:r>
      <w:r>
        <w:rPr>
          <w:lang w:eastAsia="zh-CN"/>
        </w:rPr>
        <w:br/>
      </w:r>
      <w:r>
        <w:rPr>
          <w:lang w:eastAsia="zh-CN"/>
        </w:rPr>
        <w:t>　　尊敬的领导，敬爱的老师，亲爱的同学：</w:t>
      </w:r>
      <w:r>
        <w:rPr>
          <w:lang w:eastAsia="zh-CN"/>
        </w:rPr>
        <w:br/>
      </w:r>
      <w:r>
        <w:rPr>
          <w:lang w:eastAsia="zh-CN"/>
        </w:rPr>
        <w:t>　　大家上午好!首先，请允许我代表全体同学向无私奉献的老师们送上一份感激、献上一份崇敬!</w:t>
      </w:r>
      <w:r>
        <w:rPr>
          <w:lang w:eastAsia="zh-CN"/>
        </w:rPr>
        <w:br/>
      </w:r>
      <w:r>
        <w:rPr>
          <w:lang w:eastAsia="zh-CN"/>
        </w:rPr>
        <w:t>　　群山点点秀，草色处处新，二月东风催碧树，浩瀚平湖动波痕。告别新年的焰火，沐浴和暖的春风，我们迎来了又一个崭新的'学期。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lang w:eastAsia="zh-CN"/>
        </w:rPr>
        <w:t>　　大浪淘沙，方显真金本色，暴雨冲过，更见青松巍峨!高一的学弟学妹们，你们充满朝气，充满活力，经历过中考的磨练与一个学期的磨合，相信你们会更加成熟、稳重而自信。在新的学期里，希望你们能够怀着梦想，带着期盼，拥着激情，披荆斩棘走在求学路上，不顾风吹雨打，踏遍万水千山，一路飞扬;更希望树立远大的理想，坚定自己心中的目标，朝着既定的方向笃定前行。要让你的梦想飞扬，便需张开你的翅膀;要让你的雄心与智慧闪光，便需把握时机、放射光芒!我们期待你们成功!愿你们用成功和辉煌，感动所有关心你们的人!人因不断挑战困难而强大，人因不断战胜自我而辉煌，人因不断超越过去而美丽。高二的学弟学妹们，希望你们可以戒骄戒躁、放下过去，无论成功、失败，都让它随风飘逝，重新为自己充满电，迎接十分重要的这下半学期：</w:t>
      </w:r>
      <w:r>
        <w:rPr>
          <w:lang w:eastAsia="zh-CN"/>
        </w:rPr>
        <w:br/>
      </w:r>
      <w:r>
        <w:rPr>
          <w:lang w:eastAsia="zh-CN"/>
        </w:rPr>
        <w:t>　　首先是要处理好学思关系，找到适合自己的学习方法，“学而不思则罔，思而不学则殆”，刻苦并不象征着蛮干，不能在题海中迷失自我，因此你们既要耐劳学习，又要不断思考，掌握问题的前因后果，做到“学而时习之”，更要善于总结，养成良好的学习习惯，从而不断提高学习效率，建立起良好的知识网络，为高三复习打下夯实的基础。</w:t>
      </w:r>
      <w:r>
        <w:rPr>
          <w:lang w:eastAsia="zh-CN"/>
        </w:rPr>
        <w:br/>
      </w:r>
      <w:r>
        <w:rPr>
          <w:lang w:eastAsia="zh-CN"/>
        </w:rPr>
        <w:t>　　其次便是高效的安排时间，爱因斯坦说：“人的差异在于业余时间。”进入高二下半学期，时间变得尤为珍贵，你们不仅要利用好课堂上的教学时间，更要在课下勤学苦练，争分夺秒，这样才能弥补短处，突出优势。</w:t>
      </w:r>
      <w:r>
        <w:rPr>
          <w:lang w:eastAsia="zh-CN"/>
        </w:rPr>
        <w:br/>
      </w:r>
      <w:r>
        <w:rPr>
          <w:lang w:eastAsia="zh-CN"/>
        </w:rPr>
        <w:t>　　十二年春去冬来，寒暑易节;十二年寒窗苦读，辛勤耕作。养兵千日，用兵一时。高三的同学们，还有一百零五天，我们就要奔赴高考的战场，试问：我们准备好了吗?</w:t>
      </w:r>
      <w:r>
        <w:rPr>
          <w:lang w:eastAsia="zh-CN"/>
        </w:rPr>
        <w:br/>
      </w:r>
      <w:r>
        <w:rPr>
          <w:lang w:eastAsia="zh-CN"/>
        </w:rPr>
        <w:t>　　冲刺高三，就选择了在风雨中前行;冲刺高三，就选择了在崎岖中攀登;冲刺高三，就选择了在失败中前进;冲刺高三，就选择了在星空下拼搏!“男儿立志出乡关，学不成名誓不还，埋骨何须桑梓地，人生何处不青山。”高三是大苦与大乐的结合，惟有大苦，方能大乐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lang w:eastAsia="zh-CN"/>
        </w:rPr>
        <w:t>　　天，其实并不高，海，其实也不远。梦敢做就能圆。万里飘雪的北京皇城，我们放胆地心驰神往;烟迷柳垂的西子湖畔，我们要把脚印踏上;恢宏磅礴的古都长安，我们要登上它的斑驳古墙;璀璨富贵的上海明珠，我们要亲临黄埔迎风颂歌。无论黄鹤楼顶，橘子洲头，长城古楼，海角天涯，我们都要萍踪遍洒。</w:t>
      </w:r>
      <w:r>
        <w:rPr>
          <w:lang w:eastAsia="zh-CN"/>
        </w:rPr>
        <w:br/>
      </w:r>
      <w:r>
        <w:rPr>
          <w:lang w:eastAsia="zh-CN"/>
        </w:rPr>
        <w:t>　　冲刺，我们有钢铁的坚韧;冲刺，我们有鲲鹏的雄姿。冲刺，我们脚步铿锵，不再迷茫;冲刺，我们志在四方，风雨直闯。</w:t>
      </w:r>
      <w:r>
        <w:rPr>
          <w:lang w:eastAsia="zh-CN"/>
        </w:rPr>
        <w:br/>
      </w:r>
      <w:r>
        <w:rPr>
          <w:lang w:eastAsia="zh-CN"/>
        </w:rPr>
        <w:t>　　十年面壁，三年铸剑，面壁十年图破壁，铸得良剑斩蛟龙!面对六月沙场，面对六月鏖战，今天，我代表全体高三考生在此保证:困难面前，决不低头，挫折面前，决不弯腰，笑傲六月流火，直指万里苍穹!</w:t>
      </w:r>
      <w:r>
        <w:rPr>
          <w:lang w:eastAsia="zh-CN"/>
        </w:rPr>
        <w:br/>
      </w:r>
      <w:r>
        <w:rPr>
          <w:lang w:eastAsia="zh-CN"/>
        </w:rPr>
        <w:t>　　最后，祝愿全体同学美梦成真，全体老师万事胜意，我们母校再创辉煌!　　高三新学期演讲稿 篇2</w:t>
      </w:r>
      <w:r>
        <w:rPr>
          <w:lang w:eastAsia="zh-CN"/>
        </w:rPr>
        <w:br/>
      </w:r>
      <w:r>
        <w:rPr>
          <w:lang w:eastAsia="zh-CN"/>
        </w:rPr>
        <w:t>亲爱的同学们、老师们：</w:t>
      </w:r>
      <w:r>
        <w:rPr>
          <w:lang w:eastAsia="zh-CN"/>
        </w:rPr>
        <w:br/>
      </w:r>
      <w:r>
        <w:rPr>
          <w:lang w:eastAsia="zh-CN"/>
        </w:rPr>
        <w:t>　　大家好！欢迎新学期的到来，我代表全体学生发言。新学期新气象，新的学期也让我们迎来了更多的挑战和机遇。</w:t>
      </w:r>
      <w:r>
        <w:rPr>
          <w:lang w:eastAsia="zh-CN"/>
        </w:rPr>
        <w:br/>
      </w:r>
      <w:r>
        <w:rPr>
          <w:lang w:eastAsia="zh-CN"/>
        </w:rPr>
        <w:t>　　在这个新的学期中，我们会面临着高三的`重要考试，需要付出更多努力。但是，我们依然是一支充满活力和朝气的队伍，我们会在努力中取得优秀的成绩。</w:t>
      </w:r>
      <w:r>
        <w:rPr>
          <w:lang w:eastAsia="zh-CN"/>
        </w:rPr>
        <w:br/>
      </w:r>
      <w:r>
        <w:rPr>
          <w:lang w:eastAsia="zh-CN"/>
        </w:rPr>
        <w:t>　　同时，本学期也是我们最后一个学期了，我们需要更加珍惜这段时间，为自己的未来打好基础。无论是学习还是生活，我们都要积极、阳光、健康地面对。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lang w:eastAsia="zh-CN"/>
        </w:rPr>
        <w:t>　　新学期就像一张白纸，我们可以留下美好的印记。因此，我希望大家拥有一个积极向上的心态，发扬团队合作精神，共同努力，取得更好的成绩。</w:t>
      </w:r>
      <w:r>
        <w:rPr>
          <w:lang w:eastAsia="zh-CN"/>
        </w:rPr>
        <w:br/>
      </w:r>
      <w:r>
        <w:rPr>
          <w:lang w:eastAsia="zh-CN"/>
        </w:rPr>
        <w:t>　　祝我们顺利、愉快地度过这个新学期！　　高三新学期演讲稿 篇3</w:t>
      </w:r>
      <w:r>
        <w:rPr>
          <w:lang w:eastAsia="zh-CN"/>
        </w:rPr>
        <w:br/>
      </w:r>
      <w:r>
        <w:rPr>
          <w:lang w:eastAsia="zh-CN"/>
        </w:rPr>
        <w:t>同学们：</w:t>
      </w:r>
      <w:r>
        <w:rPr>
          <w:lang w:eastAsia="zh-CN"/>
        </w:rPr>
        <w:br/>
      </w:r>
      <w:r>
        <w:rPr>
          <w:lang w:eastAsia="zh-CN"/>
        </w:rPr>
        <w:t>　　我们迎来了新的学期，新的开始!对于我们高三的同学们来说也是迎来了高中学习的最后一学期，转瞬间，三年就要过去，如果说高中三年的学习生活是一次长跑，那么同学们，你们现在已经跑过最后一个弯道，距离终点仅有百米之遥。</w:t>
      </w:r>
      <w:r>
        <w:rPr>
          <w:lang w:eastAsia="zh-CN"/>
        </w:rPr>
        <w:br/>
      </w:r>
      <w:r>
        <w:rPr>
          <w:lang w:eastAsia="zh-CN"/>
        </w:rPr>
        <w:t>　　此时，是否紧张?是否疲惫?可当你们看到前方那道道关切的目光，听到周围那声声助威的呐喊，就算答案是肯定的，你们也要义无反顾地向着终点冲刺!</w:t>
      </w:r>
      <w:r>
        <w:rPr>
          <w:lang w:eastAsia="zh-CN"/>
        </w:rPr>
        <w:br/>
      </w:r>
      <w:r>
        <w:rPr>
          <w:lang w:eastAsia="zh-CN"/>
        </w:rPr>
        <w:t>　　今天离高考还有一年，但实际在校日子就两百多天，同学们，两百多天可以做什么?该怎么做?这些问题可能是我们高三学子要问自己的问题。</w:t>
      </w:r>
      <w:r>
        <w:rPr>
          <w:lang w:eastAsia="zh-CN"/>
        </w:rPr>
        <w:br/>
      </w:r>
      <w:r>
        <w:rPr>
          <w:lang w:eastAsia="zh-CN"/>
        </w:rPr>
        <w:t>　　我想送给同学们4个字，认真，坚持。</w:t>
      </w:r>
      <w:r>
        <w:rPr>
          <w:lang w:eastAsia="zh-CN"/>
        </w:rPr>
        <w:br/>
      </w:r>
      <w:r>
        <w:rPr>
          <w:lang w:eastAsia="zh-CN"/>
        </w:rPr>
        <w:t>　　同学们，在最后阶段，一定要牢记“认真”二字，摒弃杂念，耐住寂寞。</w:t>
      </w:r>
      <w:r>
        <w:rPr>
          <w:lang w:eastAsia="zh-CN"/>
        </w:rPr>
        <w:br/>
      </w:r>
      <w:r>
        <w:rPr>
          <w:lang w:eastAsia="zh-CN"/>
        </w:rPr>
        <w:t>　　不仅课要认认真真听，作业要认认真真做，考试要认认真真考，而且地也要认认真真地扫，被子也要认认真真的叠。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lang w:eastAsia="zh-CN"/>
        </w:rPr>
        <w:t>　　认真会内化为一种素质，帮助同学们获得高考的成功，以至事业的成功。</w:t>
      </w:r>
      <w:r>
        <w:rPr>
          <w:lang w:eastAsia="zh-CN"/>
        </w:rPr>
        <w:br/>
      </w:r>
      <w:r>
        <w:rPr>
          <w:lang w:eastAsia="zh-CN"/>
        </w:rPr>
        <w:t>　　同学们，在这最后阶段，一定要经常跟自己说，我再坚持一下，当我们在学习中碰到困难，想要放弃是，跟自己说，再坚持一下;当我们身心俱疲，想要放弃时，跟自己说，再坚持一下;当我们考试暂时失利，想要放弃是，跟自己说，再坚持一下。</w:t>
      </w:r>
      <w:r>
        <w:rPr>
          <w:lang w:eastAsia="zh-CN"/>
        </w:rPr>
        <w:br/>
      </w:r>
      <w:r>
        <w:rPr>
          <w:lang w:eastAsia="zh-CN"/>
        </w:rPr>
        <w:t>　　坚持的确是世界上最伟大的品质。</w:t>
      </w:r>
      <w:r>
        <w:rPr>
          <w:lang w:eastAsia="zh-CN"/>
        </w:rPr>
        <w:br/>
      </w:r>
      <w:r>
        <w:rPr>
          <w:lang w:eastAsia="zh-CN"/>
        </w:rPr>
        <w:t>　　黎明到来前总是最黑暗的'，但只要坚持一下，我们就能获得胜利，作为本届高三教师，伴随着你们迎来人生中这最关键的时刻，我们感到无比自豪。</w:t>
      </w:r>
      <w:r>
        <w:rPr>
          <w:lang w:eastAsia="zh-CN"/>
        </w:rPr>
        <w:br/>
      </w:r>
      <w:r>
        <w:rPr>
          <w:lang w:eastAsia="zh-CN"/>
        </w:rPr>
        <w:t>　　我们高三全体老师，一定会和同学们并肩战斗。</w:t>
      </w:r>
      <w:r>
        <w:rPr>
          <w:lang w:eastAsia="zh-CN"/>
        </w:rPr>
        <w:br/>
      </w:r>
      <w:r>
        <w:rPr>
          <w:lang w:eastAsia="zh-CN"/>
        </w:rPr>
        <w:t>　　我们愿做大家冲刺路上的加油站，愿做大家高考信息的查询台，愿做大家心理的咨询师，愿为大家诊断学习中遇到的凝难杂症，愿为同学们保驾护航，摇旗呐喊，愿与同学们同甘共苦，风雨同舟!同学们，无论你们遇到什么困难，别忘了，学校和老师是你们最坚实的后盾。</w:t>
      </w:r>
      <w:r>
        <w:rPr>
          <w:lang w:eastAsia="zh-CN"/>
        </w:rPr>
        <w:br/>
      </w:r>
      <w:r>
        <w:rPr>
          <w:lang w:eastAsia="zh-CN"/>
        </w:rPr>
        <w:t>　　我们始终和你们在一起!让我们一同携手,以百倍的信心、千倍的激情和万倍的努力，用我们的汗水和智慧去夺取20__年高考的胜利，铸就人生的辉煌!　　高三新学期演讲稿 篇4</w:t>
      </w:r>
      <w:r>
        <w:rPr>
          <w:lang w:eastAsia="zh-CN"/>
        </w:rPr>
        <w:br/>
      </w:r>
      <w:r>
        <w:rPr>
          <w:lang w:eastAsia="zh-CN"/>
        </w:rPr>
        <w:t>尊敬的各位老师，亲爱的同学们：</w:t>
      </w:r>
      <w:r>
        <w:rPr>
          <w:lang w:eastAsia="zh-CN"/>
        </w:rPr>
        <w:br/>
      </w:r>
      <w:r>
        <w:rPr>
          <w:lang w:eastAsia="zh-CN"/>
        </w:rPr>
        <w:t>　　大家好!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lang w:eastAsia="zh-CN"/>
        </w:rPr>
        <w:t>　　我是来自高_班的_，很荣幸在这里作为学生代表发言。炎炎夏日已经落下帷幕，丰硕的秋季悄然而至，新的学期又与我们如期相逢，新的征程即将开始!</w:t>
      </w:r>
      <w:r>
        <w:rPr>
          <w:lang w:eastAsia="zh-CN"/>
        </w:rPr>
        <w:br/>
      </w:r>
      <w:r>
        <w:rPr>
          <w:lang w:eastAsia="zh-CN"/>
        </w:rPr>
        <w:t>　　首先请允许我对刚刚走进_中学的同学们表示欢迎，欢迎你们在经历了中考后选择了_中学，这是美好的开始，愿你们奋发向上!高二的同学们，你们迎来了高中的关键阶段，我相信一年的高中生活已经使你们更加坚强，一步一个脚印向高三迈进，辉煌等待着你们!站在高三生活入口的我们，回望过去，感慨万千，展望未来，我们信心百倍!我们已经做好了迎接挑战与困难的准备，再大的艰难险阻都挡不住我们追求梦想的脚步!</w:t>
      </w:r>
      <w:r>
        <w:rPr>
          <w:lang w:eastAsia="zh-CN"/>
        </w:rPr>
        <w:br/>
      </w:r>
      <w:r>
        <w:rPr>
          <w:lang w:eastAsia="zh-CN"/>
        </w:rPr>
        <w:t>　　还有很重要的一点是，我们要感谢老师，感谢老师您无私的奉献，您是蜡烛，照亮我们前行的路;是航灯，为我们指引方向，在这里，我代表全体学生衷心地说一声：“老师您辛苦了!”</w:t>
      </w:r>
      <w:r>
        <w:rPr>
          <w:lang w:eastAsia="zh-CN"/>
        </w:rPr>
        <w:br/>
      </w:r>
      <w:r>
        <w:rPr>
          <w:lang w:eastAsia="zh-CN"/>
        </w:rPr>
        <w:t>　　接下来我想说说对学习的看法，希望对各位同学有所帮助：梦想是方向，勤奋是基础，时间是保证，习惯是关键，拼搏是行动。</w:t>
      </w:r>
      <w:r>
        <w:rPr>
          <w:lang w:eastAsia="zh-CN"/>
        </w:rPr>
        <w:br/>
      </w:r>
      <w:r>
        <w:rPr>
          <w:lang w:eastAsia="zh-CN"/>
        </w:rPr>
        <w:t>　　梦想是成功的发祥地，有梦想的人，才会迸发出不屈的力量。我们都是有梦想的人，梦想让我们离开父母，远离了家乡汇聚在_中这个圆梦的地方。当我们疲惫时，梦想就是加油站，为我们送来奋进的动力;当我们迷茫时，梦想就是那盏明灯，趋开迷雾，为我们送来阳光。同学们，有梦想就会有方向，有梦想才会有辉煌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lang w:eastAsia="zh-CN"/>
        </w:rPr>
        <w:t>　　俗话说：“书山有路勤为径，学海无涯苦作舟。”学习的重要方法是勤奋，勤能补拙是良训，一分辛苦一分才，祖狄刻苦勤奋，才有闻鸡起舞的故事，古有杨时程门立雪，又有车胤孙康囊萤映雪，刻苦勤奋才能成才。当你认真听讲，当你伏案苦读，当你埋首在书本中，比起疲累我想更多的是充实与欣慰。高中三年，对于学习来说，三年光阴太过短促，但是它也足够长到改变一生。我们把生命中最美好的三年交付给学习，那么全力以赴的度过吧，不去想太多不可预知的事，就这样平平淡淡地过好每一天。周围再吵有一颗宁静的心，生活再苦有一颗恬淡的心，作业再多有一颗耐心的心。抚慰好自己的心，掌好自己的舵，扬帆启航，驶向远方。</w:t>
      </w:r>
      <w:r>
        <w:rPr>
          <w:lang w:eastAsia="zh-CN"/>
        </w:rPr>
        <w:br/>
      </w:r>
      <w:r>
        <w:rPr>
          <w:lang w:eastAsia="zh-CN"/>
        </w:rPr>
        <w:t>　　时间是保证。常有人说一年之计在于春，而我认为一年之计在于每时每刻，我作为一名高三生，已经度过了高中生涯的三分之二，时光流逝之快超出我的想象，回首过去，我曾因贪玩完不成作业，曾因初入高中的各种不适应而默默哭泣，也曾因为贪恋床的温暖迟到被罚，忐忑过，彷徨过，兴奋过。然而不论我对于过去有多少遗憾，时光都不可能重来一遍。生活，没有彩排，没有剧本，舞台上的主角就是我们自己，珍惜时间，珍惜生命，因为没有再来一次的机会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lang w:eastAsia="zh-CN"/>
        </w:rPr>
        <w:t>　　学习习惯是关键。我认为学习一定要养成良好的习惯，在学习路途中，每个人都会遇到各种各样的困难，有些人徘徊于岔路的干扰，停在原地，不知所措，而那些具有良好习惯的人，在困难面前往往从容不迫，应付自如，所以他们脱颖而出。英国哲学家培根就曾说过：“习惯真是一种顽强而巨大的力量，它可以主宰人生。”是的，没有人天生就拥有超人的智慧，成功的关键恰恰就在于貌似不起眼的良好习惯。试想如果你习惯于每天早起十分钟背五个单词，那么三年就是5475个单词，同样如果你习惯于每天赖床五分钟，那么三年就有五千多分钟被白白浪费，试问人的一生中又有多少个五千分钟呢?所以说好的习惯是成功的一半。</w:t>
      </w:r>
      <w:r>
        <w:rPr>
          <w:lang w:eastAsia="zh-CN"/>
        </w:rPr>
        <w:br/>
      </w:r>
      <w:r>
        <w:rPr>
          <w:lang w:eastAsia="zh-CN"/>
        </w:rPr>
        <w:t>　　拼搏是行动。人生能有几回搏?此时不搏更待何时!天行健，君子以自强息不，在命运的激流中迎难而上，大浪淘金，方显英雄本色。高一是基础，高二是关键，高三是决战，十年寒窗只为一场高考，别让青春辜负了梦想。</w:t>
      </w:r>
      <w:r>
        <w:rPr>
          <w:lang w:eastAsia="zh-CN"/>
        </w:rPr>
        <w:br/>
      </w:r>
      <w:r>
        <w:rPr>
          <w:lang w:eastAsia="zh-CN"/>
        </w:rPr>
        <w:t>　　借用马云的一句话：“有梦就去做吧，万一实现了呢。”其实天并不高，路也不远。心有多大，舞台就有多大，梦敢做就能圆!无论是金碧辉煌的北京皇城，还是水光潋滟的西子湖畔，无论是磅礴恢弘的古都西安，还是流光溢彩的明珠上海，祖国大江南北的一所所大学都在向我们招手，只要我们牢记师长的教诲，不断完善自我，追求卓越，就一定能实现自己的.目标!四十岁的辉煌来自十七岁的拼搏，生命的完美在于青春的无憾。</w:t>
      </w:r>
      <w:r>
        <w:rPr>
          <w:lang w:eastAsia="zh-CN"/>
        </w:rPr>
        <w:br/>
      </w:r>
      <w:r>
        <w:rPr>
          <w:lang w:eastAsia="zh-CN"/>
        </w:rPr>
        <w:t>　　一届又一届的学子从_中腾飞，今天我们在这里，肩负着父母的期待和学校的期望，就应当以昂扬向上的精神面貌度过每一分钟，我们要用汗水圆自己的人生之梦，圆学校的复兴之梦，圆父母的望子成龙望女成凤的梦。圆梦是我们们的责任，梦圆是我们的能力。让我们以青春的激情作笔，以奋斗的汗水为墨，谱写人生的精彩华章!让成功的鲜花在每年的六月绽放在_中校园!</w:t>
      </w:r>
      <w:r>
        <w:rPr>
          <w:lang w:eastAsia="zh-CN"/>
        </w:rPr>
        <w:br/>
      </w:r>
      <w:r>
        <w:rPr>
          <w:lang w:eastAsia="zh-CN"/>
        </w:rPr>
        <w:t>　　谢谢大家!　　高三新学期演讲稿 篇5</w:t>
      </w:r>
      <w:r>
        <w:rPr>
          <w:lang w:eastAsia="zh-CN"/>
        </w:rPr>
        <w:br/>
      </w:r>
      <w:r>
        <w:rPr>
          <w:lang w:eastAsia="zh-CN"/>
        </w:rPr>
        <w:t>敬爱的老师、亲爱的同学们；上午好！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lang w:eastAsia="zh-CN"/>
        </w:rPr>
        <w:t>　　我是高三__班的__，首先请允许我为大家送上迟来的祝福；祝大家新年愉快、学习进步！请允许我代表高三的全体同学，向我们无私奉献、辛勤耕耘的老师送上一份真情的感激、真诚的崇敬！</w:t>
      </w:r>
      <w:r>
        <w:rPr>
          <w:lang w:eastAsia="zh-CN"/>
        </w:rPr>
        <w:br/>
      </w:r>
      <w:r>
        <w:rPr>
          <w:lang w:eastAsia="zh-CN"/>
        </w:rPr>
        <w:t>　　送走寒冬后，我们即将迎来温暖的春天，这个春天对我们高三的同学来讲注定是不平凡的，她即充满希望和机遇，也饱含艰辛和挑战。两年前，我们怀揣着美好的的憧憬来到我学校，多少个刻骨铭心的日日夜夜，我们热血沸腾从不停歇。远大的理想、不息的信念支撑着我们坚定的心。汪国真先生说过；“既然你选择了远方便只顾风雨兼程”。是的；我们既然选择了读书，便只顾高考的胜利。面对浩瀚的的题海，我们就是“衣带渐宽终不悔”，就是前面曲折蜿蜒，困难重重，我们也必将百折不挠、永不言弃。</w:t>
      </w:r>
      <w:r>
        <w:rPr>
          <w:lang w:eastAsia="zh-CN"/>
        </w:rPr>
        <w:br/>
      </w:r>
      <w:r>
        <w:rPr>
          <w:lang w:eastAsia="zh-CN"/>
        </w:rPr>
        <w:t>　　我相信，只要我们有信心、有决心、有恒心，就没有过不去的山，没有趟不去的河。在余下的.时间里，我们会惜时如金，分秒必争，只有抓住每一分钟，我们才会在高考这样一个独木桥上找到属于自己的路。《阿凡达》的导演詹姆斯.卡梅隆说过：“如果你定下一个高的离谱的目标，即使这个目标失败了，那么你的失败也在任何人的成功之上”。现如今，当高考的号角已经吹起时，我们是否也该为自己定下一个更加远大的目标？</w:t>
      </w:r>
      <w:r>
        <w:rPr>
          <w:lang w:eastAsia="zh-CN"/>
        </w:rPr>
        <w:br/>
      </w:r>
      <w:r>
        <w:rPr>
          <w:lang w:eastAsia="zh-CN"/>
        </w:rPr>
        <w:t>　　高三的同伴们，寒窗苦读十二载，为的就是这丰收的时刻，而在这最后的一百多天里，也是我们创造奇迹的时刻。我们的何校长时常激励我们说；“苦也就苦这些日子，今日不苦难不成要用我们一生的苦来弥补吗？”因此，当我们的脚步慢下来的时候，请牢记我们心中的目标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lang w:eastAsia="zh-CN"/>
        </w:rPr>
        <w:t>　　伴随着春天渐起的暖风，让我们珍惜最后的时光，抓紧剩余的分分秒秒，荣誉和鲜花就在前方！让我们不负学校的重托，不负家长的厚望，不负青春的梦想，再给我们母校美丽的脸庞增加荣光，再给我们的父母沧桑的身躯增加力量！</w:t>
      </w:r>
      <w:r>
        <w:rPr>
          <w:lang w:eastAsia="zh-CN"/>
        </w:rPr>
        <w:br/>
      </w:r>
      <w:r>
        <w:rPr>
          <w:lang w:eastAsia="zh-CN"/>
        </w:rPr>
        <w:t>　　谢谢大家！　　高三新学期演讲稿 篇6</w:t>
      </w:r>
      <w:r>
        <w:rPr>
          <w:lang w:eastAsia="zh-CN"/>
        </w:rPr>
        <w:br/>
      </w:r>
      <w:r>
        <w:rPr>
          <w:lang w:eastAsia="zh-CN"/>
        </w:rPr>
        <w:t>各位老师、各位同学：</w:t>
      </w:r>
      <w:r>
        <w:rPr>
          <w:lang w:eastAsia="zh-CN"/>
        </w:rPr>
        <w:br/>
      </w:r>
      <w:r>
        <w:rPr>
          <w:lang w:eastAsia="zh-CN"/>
        </w:rPr>
        <w:t>　　大家好！</w:t>
      </w:r>
      <w:r>
        <w:rPr>
          <w:lang w:eastAsia="zh-CN"/>
        </w:rPr>
        <w:br/>
      </w:r>
      <w:r>
        <w:rPr>
          <w:lang w:eastAsia="zh-CN"/>
        </w:rPr>
        <w:t>　　今天，我非常荣幸能在这里发言。首先，我代表高二、高三的全体同学，同学刚刚迈入_中校园的学弟学妹们表示热烈的欢迎和衷心的祝贺。祝贺你们在经历了中考的磨练之后义无返顾地选择了_中。_中，这所有着近百年历史的，是成人者的基石，成才者的摇篮。选择_中，对于你们既是一次机遇，也是更大的挑战。希望你们能够抓住机遇，直面挑战，在_中这片沃土上，放飞新的梦想，踏上新的征程。</w:t>
      </w:r>
      <w:r>
        <w:rPr>
          <w:lang w:eastAsia="zh-CN"/>
        </w:rPr>
        <w:br/>
      </w:r>
      <w:r>
        <w:rPr>
          <w:lang w:eastAsia="zh-CN"/>
        </w:rPr>
        <w:t>　　高二的同学们经过了一年的时间，已经融入了_中这个大家庭。这一学期，你们将去适应文理分科带来的新集体，应尽快调整心态，投入到新一阶段的学习中，学习纪律常抓不懈，在高二这个关键时期夯实基础、再创佳绩。</w:t>
      </w:r>
      <w:r>
        <w:rPr>
          <w:lang w:eastAsia="zh-CN"/>
        </w:rPr>
        <w:br/>
      </w:r>
      <w:r>
        <w:rPr>
          <w:lang w:eastAsia="zh-CN"/>
        </w:rPr>
        <w:t>　　对于和我一样的高三同学，高中的艰辛旅途我们已走过了三分之二，回望过去，两年来的感受，如五彩的颜料，抹上心头。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lang w:eastAsia="zh-CN"/>
        </w:rPr>
        <w:t>　　红色的，那是热情，是彷徨无助时间时同学们的热心帮助，是不知所措时老师们的谆谆教导，是身陷寂寞时朋友们的绵绵关怀……</w:t>
      </w:r>
      <w:r>
        <w:rPr>
          <w:lang w:eastAsia="zh-CN"/>
        </w:rPr>
        <w:br/>
      </w:r>
      <w:r>
        <w:rPr>
          <w:lang w:eastAsia="zh-CN"/>
        </w:rPr>
        <w:t>　　金色的，那是拼搏，是挑灯夜读里酸涩难睁的`双眼，是各项活动中永不放弃的倔强，是维护班级与学校的荣誉时不懈奋斗的汗水……</w:t>
      </w:r>
      <w:r>
        <w:rPr>
          <w:lang w:eastAsia="zh-CN"/>
        </w:rPr>
        <w:br/>
      </w:r>
      <w:r>
        <w:rPr>
          <w:lang w:eastAsia="zh-CN"/>
        </w:rPr>
        <w:t>　　绿色的，那是闲适，是独自一人漫步散心的林阴道，是和朋友留下欢乐和牢骚的草坪，是遥望苍天白云、星空月夜的那扇窗……</w:t>
      </w:r>
      <w:r>
        <w:rPr>
          <w:lang w:eastAsia="zh-CN"/>
        </w:rPr>
        <w:br/>
      </w:r>
      <w:r>
        <w:rPr>
          <w:lang w:eastAsia="zh-CN"/>
        </w:rPr>
        <w:t>　　还有那蓝色的忧愁和橙色的喜悦：缤纷的色彩，调绘出所有的记忆和感动。</w:t>
      </w:r>
      <w:r>
        <w:rPr>
          <w:lang w:eastAsia="zh-CN"/>
        </w:rPr>
        <w:br/>
      </w:r>
      <w:r>
        <w:rPr>
          <w:lang w:eastAsia="zh-CN"/>
        </w:rPr>
        <w:t>　　从回忆返回现实，我们清楚，前方的道路不可能平坦，只会更曲折、更艰险。在曲折而又艰险的求知途中，我们不可避免地将遇到挫折与困难，但我们绝不能让那些微不足道的障碍挡住前进的步伐。我们始终坚信，在_中的学习为您编辑与生活必须将拓展自己的视野、发掘自己的潜能，今后的人生中定能挥披荆斩棘之剑，驭乘风破浪之舟，穿越一片片险滩，继续追寻胜利的瞩光。</w:t>
      </w:r>
      <w:r>
        <w:rPr>
          <w:lang w:eastAsia="zh-CN"/>
        </w:rPr>
        <w:br/>
      </w:r>
      <w:r>
        <w:rPr>
          <w:lang w:eastAsia="zh-CN"/>
        </w:rPr>
        <w:t>　　同学们，人生能有几回搏，此时不搏更待何时！我们必须牢记“天行健，君子以自强不息”，在命运的激流中拼搏，须知“大浪淘沙，方显真金本色；暴雨冲刷，更见青松巍峨”。让我们鼓足风帆，从_中这个风和日丽的港湾奋力远航；让我们携手并进，以信念为舵，以理想为帆，以汗水为桨，载着梦想之舟驶向成功的彼岸，为_中的明天再添辉煌！　　高三新学期演讲稿 篇7</w:t>
      </w:r>
      <w:r>
        <w:rPr>
          <w:lang w:eastAsia="zh-CN"/>
        </w:rPr>
        <w:br/>
      </w:r>
      <w:r>
        <w:rPr>
          <w:lang w:eastAsia="zh-CN"/>
        </w:rPr>
        <w:t>尊敬的领导，敬爱的老师，亲爱的同学：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lang w:eastAsia="zh-CN"/>
        </w:rPr>
        <w:t>　　大家上午好!首先，请允许我代表全体同学向无私奉献的老师们送上一份感激、献上一份崇敬!</w:t>
      </w:r>
      <w:r>
        <w:rPr>
          <w:lang w:eastAsia="zh-CN"/>
        </w:rPr>
        <w:br/>
      </w:r>
      <w:r>
        <w:rPr>
          <w:lang w:eastAsia="zh-CN"/>
        </w:rPr>
        <w:t>　　群山点点秀，草色处处新，二月东风催碧树，浩瀚平湖动波痕。告别新年的焰火，沐浴和暖的春风，我们迎来了又一个崭新的学期。</w:t>
      </w:r>
      <w:r>
        <w:rPr>
          <w:lang w:eastAsia="zh-CN"/>
        </w:rPr>
        <w:br/>
      </w:r>
      <w:r>
        <w:rPr>
          <w:lang w:eastAsia="zh-CN"/>
        </w:rPr>
        <w:t>　　大浪淘沙，方显真金本色，暴雨冲过，更见青松巍峨!高一的学弟学妹们，你们充满朝气，充满活力，经历过中考的磨练与一个学期的磨合，相信你们会更加成熟、稳重而自信。在新的学期里，希望你们能够怀着梦想，带着期盼，拥着激情，披荆斩棘走在求学路上，不顾风吹雨打，踏遍万水千山，一路飞扬;更希望树立远大的理想，坚定自己心中的目标，朝着既定的方向笃定前行。要让你的梦想飞扬，便需张开你的翅膀;要让你的雄心与智慧闪光，便需把握时机、放射光芒!我们期待你们成功!愿你们用成功和辉煌，感动所有关心你们的人! 人因不断挑战困难而强大，人因不断战胜自我而辉煌，人因不断超越过去而美丽。高二的学弟学妹们，希望你们可以戒骄戒躁、放下过去，无论成功、失败，都让它随风飘逝，重新为自己充满电，迎接十分重要的.这下半学期： 首先是要处理好学思关系，找到适合自己的学习方法，“学而不思则罔，思而不学则殆”，刻苦并不象征着蛮干，不能在题海中迷失自我，因此你们既要耐劳学习，又要不断思考，掌握问题的前因后果，做到“学而时习之”，更要善于总结，养成良好的学习习惯，从而不断提高学习效率，建立起良好的知识网络，为高三复习打下夯实的基础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</w:pPr>
      <w:r>
        <w:rPr>
          <w:lang w:eastAsia="zh-CN"/>
        </w:rPr>
        <w:t>　　其次便是高效的安排时间，爱因斯坦说：“人的差异在于业余时间。”进入高二下半学期，时间变得尤为珍贵，你们不仅要利用好课堂上的教学时间，更要在课下勤学苦练，争分夺秒，这样才能弥补短处，突出优势。</w:t>
      </w:r>
      <w:r>
        <w:rPr>
          <w:lang w:eastAsia="zh-CN"/>
        </w:rPr>
        <w:br/>
      </w:r>
      <w:r>
        <w:rPr>
          <w:lang w:eastAsia="zh-CN"/>
        </w:rPr>
        <w:t>　　十二年春去冬来，寒暑易节;十二年寒窗苦读，辛勤耕作。养兵千日，用兵一时。高三的同学们，还有一百零五天，我们就要奔赴高考的战场，试问：我们准备好了吗?</w:t>
      </w:r>
      <w:r>
        <w:rPr>
          <w:lang w:eastAsia="zh-CN"/>
        </w:rPr>
        <w:br/>
      </w:r>
      <w:r>
        <w:rPr>
          <w:lang w:eastAsia="zh-CN"/>
        </w:rPr>
        <w:t>　　冲刺高三，就选择了在风雨中前行;冲刺高三，就选择了在崎岖中攀登;冲刺高三，就选择了在失败中前进;冲刺高三，就选择了在星空下拼搏!“男儿立志出乡关，学不成名誓不还，埋骨何须桑梓地，人生何处不青山。”高三是大苦与大乐的结合，惟有大苦，方能大乐。</w:t>
      </w:r>
      <w:r>
        <w:rPr>
          <w:lang w:eastAsia="zh-CN"/>
        </w:rPr>
        <w:br/>
      </w:r>
      <w:r>
        <w:rPr>
          <w:lang w:eastAsia="zh-CN"/>
        </w:rPr>
        <w:t>　　天，其实并不高，海，其实也不远。梦敢做就能圆。万里飘雪的北京皇城，我们放胆地心驰神往;烟迷柳垂的西子湖畔，我们要把脚印踏上;恢宏磅礴的古都长安，我们要登上它的斑驳古墙;璀璨富贵的上海明珠，我们要亲临黄埔迎风颂歌。无论黄鹤楼顶，橘子洲头，长城古楼，海角天涯，我们都要萍踪遍洒。</w:t>
      </w:r>
      <w:r>
        <w:rPr>
          <w:lang w:eastAsia="zh-CN"/>
        </w:rPr>
        <w:br/>
      </w:r>
      <w:r>
        <w:rPr>
          <w:lang w:eastAsia="zh-CN"/>
        </w:rPr>
        <w:t>　　冲刺，我们有钢铁的坚韧;冲刺，我们有鲲鹏的雄姿。冲刺，我们脚步铿锵，不再迷茫;冲刺，我们志在四方，风雨直闯。</w:t>
      </w:r>
      <w:r>
        <w:rPr>
          <w:lang w:eastAsia="zh-CN"/>
        </w:rPr>
        <w:br/>
      </w:r>
      <w:r>
        <w:rPr>
          <w:lang w:eastAsia="zh-CN"/>
        </w:rPr>
        <w:t>　　十年面壁，三年铸剑，面壁十年图破壁，铸得良剑斩蛟龙!面对六月沙场，面对六月鏖战，今天，我代表全体高三考生在此保证:困难面前，决不低头，挫折面前，决不弯腰，笑傲六月流火，直指万里苍穹! 最后，祝愿全体同学美梦成真，全体老师万事胜意，我们母校再创辉煌! 春季高三开学演讲稿3分钟（篇6）</w:t>
      </w:r>
      <w:r>
        <w:rPr>
          <w:lang w:eastAsia="zh-CN"/>
        </w:rPr>
        <w:br/>
      </w:r>
      <w:r>
        <w:rPr>
          <w:rFonts w:hint="eastAsia"/>
          <w:lang w:eastAsia="zh-CN"/>
        </w:rPr>
        <w:br/>
      </w:r>
      <w:r>
        <w:rPr>
          <w:rFonts w:hint="eastAsia"/>
          <w:lang w:eastAsia="zh-CN"/>
        </w:rP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https://d.book118.com/315121304110011114</w:t>
        </w:r>
      </w:hyperlink>
    </w:p>
    <w:p w:rsidR="001B1F19">
      <w:pPr>
        <w:rPr>
          <w:rFonts w:hint="eastAsia"/>
          <w:lang w:eastAsia="zh-CN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49D07D03"/>
    <w:multiLevelType w:val="multilevel"/>
    <w:tmpl w:val="3AE4B26C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20273113">
    <w:abstractNumId w:val="0"/>
  </w:num>
  <w:num w:numId="2" w16cid:durableId="1499691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2222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50009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484274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3348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F19"/>
    <w:rsid w:val="00012D24"/>
    <w:rsid w:val="000B76DB"/>
    <w:rsid w:val="001B1F19"/>
    <w:rsid w:val="002E2E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8D8A34"/>
  <w15:docId w15:val="{83B6B1C2-FF47-43CC-85A6-22B37870D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仿宋" w:eastAsia="仿宋" w:hAnsi="仿宋"/>
      <w:sz w:val="28"/>
    </w:rPr>
  </w:style>
  <w:style w:type="paragraph" w:styleId="Heading1">
    <w:name w:val="heading 1"/>
    <w:basedOn w:val="Normal"/>
    <w:next w:val="Normal"/>
    <w:link w:val="1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">
    <w:name w:val="页眉 字符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a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0">
    <w:name w:val="页脚 字符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1">
    <w:name w:val="标题 1 字符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">
    <w:name w:val="标题 2 字符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">
    <w:name w:val="标题 3 字符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le">
    <w:name w:val="Title"/>
    <w:basedOn w:val="Normal"/>
    <w:next w:val="Normal"/>
    <w:link w:val="a1"/>
    <w:uiPriority w:val="10"/>
    <w:qFormat/>
    <w:rsid w:val="00FC693F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1">
    <w:name w:val="标题 字符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a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2">
    <w:name w:val="副标题 字符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a3"/>
    <w:uiPriority w:val="99"/>
    <w:unhideWhenUsed/>
    <w:rsid w:val="00AA1D8D"/>
    <w:pPr>
      <w:spacing w:after="120"/>
    </w:pPr>
  </w:style>
  <w:style w:type="character" w:customStyle="1" w:styleId="a3">
    <w:name w:val="正文文本 字符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20"/>
    <w:uiPriority w:val="99"/>
    <w:unhideWhenUsed/>
    <w:rsid w:val="00AA1D8D"/>
    <w:pPr>
      <w:spacing w:after="120" w:line="480" w:lineRule="auto"/>
    </w:pPr>
  </w:style>
  <w:style w:type="character" w:customStyle="1" w:styleId="20">
    <w:name w:val="正文文本 2 字符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3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0">
    <w:name w:val="正文文本 3 字符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a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4">
    <w:name w:val="宏文本 字符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a5"/>
    <w:uiPriority w:val="29"/>
    <w:qFormat/>
    <w:rsid w:val="00FC693F"/>
    <w:rPr>
      <w:i/>
      <w:iCs/>
      <w:color w:val="000000" w:themeColor="text1"/>
    </w:rPr>
  </w:style>
  <w:style w:type="character" w:customStyle="1" w:styleId="a5">
    <w:name w:val="引用 字符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4">
    <w:name w:val="标题 4 字符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">
    <w:name w:val="标题 5 字符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">
    <w:name w:val="标题 6 字符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">
    <w:name w:val="标题 7 字符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">
    <w:name w:val="标题 8 字符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9">
    <w:name w:val="标题 9 字符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a6"/>
    <w:uiPriority w:val="30"/>
    <w:qFormat/>
    <w:rsid w:val="00FC693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6">
    <w:name w:val="明显引用 字符"/>
    <w:basedOn w:val="DefaultParagraphFont"/>
    <w:link w:val="IntenseQuote"/>
    <w:uiPriority w:val="30"/>
    <w:rsid w:val="00FC693F"/>
    <w:rPr>
      <w:b/>
      <w:bCs/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315121304110011114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Leslie Kang</cp:lastModifiedBy>
  <cp:revision>5</cp:revision>
  <dcterms:created xsi:type="dcterms:W3CDTF">2024-01-11T00:28:00Z</dcterms:created>
  <dcterms:modified xsi:type="dcterms:W3CDTF">2024-01-11T07:22:00Z</dcterms:modified>
</cp:coreProperties>
</file>