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对新学期的计划（31篇）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对新学期的计划（精选31篇）</w:t>
      </w:r>
      <w:r>
        <w:rPr>
          <w:lang w:eastAsia="zh-CN"/>
        </w:rPr>
        <w:br/>
      </w:r>
      <w:r>
        <w:rPr>
          <w:lang w:eastAsia="zh-CN"/>
        </w:rPr>
        <w:t xml:space="preserve">    对新学期的计划 篇1 </w:t>
      </w:r>
      <w:r>
        <w:rPr>
          <w:lang w:eastAsia="zh-CN"/>
        </w:rPr>
        <w:br/>
      </w:r>
      <w:r>
        <w:rPr>
          <w:lang w:eastAsia="zh-CN"/>
        </w:rPr>
        <w:t>　　一、 九月上旬：</w:t>
      </w:r>
      <w:r>
        <w:rPr>
          <w:lang w:eastAsia="zh-CN"/>
        </w:rPr>
        <w:br/>
      </w:r>
      <w:r>
        <w:rPr>
          <w:lang w:eastAsia="zh-CN"/>
        </w:rPr>
        <w:t>　　做好“迎新生”入校工作，把老师安排体育部份内的工作坚决做好，并积极协助其他部门工作，尽力把每名新生安排到位。刚开始就要做到让新生对本院的学生会感到有责任心、有威望、热情高的目的，让更多的有责任心的新生积极报名学生会。</w:t>
      </w:r>
      <w:r>
        <w:rPr>
          <w:lang w:eastAsia="zh-CN"/>
        </w:rPr>
        <w:br/>
      </w:r>
      <w:r>
        <w:rPr>
          <w:lang w:eastAsia="zh-CN"/>
        </w:rPr>
        <w:t>　　二、 九月下旬十月初：</w:t>
      </w:r>
      <w:r>
        <w:rPr>
          <w:lang w:eastAsia="zh-CN"/>
        </w:rPr>
        <w:br/>
      </w:r>
      <w:r>
        <w:rPr>
          <w:lang w:eastAsia="zh-CN"/>
        </w:rPr>
        <w:t>　　把“学生会纳新”工作做好充分准备，严肃做到“公平、公正、公开”制度，让每位学生感到满意，让每位老师感到满意！</w:t>
      </w:r>
      <w:r>
        <w:rPr>
          <w:lang w:eastAsia="zh-CN"/>
        </w:rPr>
        <w:br/>
      </w:r>
      <w:r>
        <w:rPr>
          <w:lang w:eastAsia="zh-CN"/>
        </w:rPr>
        <w:t>　　三、 十月下旬：</w:t>
      </w:r>
      <w:r>
        <w:rPr>
          <w:lang w:eastAsia="zh-CN"/>
        </w:rPr>
        <w:br/>
      </w:r>
      <w:r>
        <w:rPr>
          <w:lang w:eastAsia="zh-CN"/>
        </w:rPr>
        <w:t>　　如果能策划开展一场“舞会”的话，体育部将积极参与当中，舞会前积极把场地布置安排工作做好，维持好场内秩序，积极带动每一位在场者参与之中，坚持做到体育部无一人提前离场，做好收场工作。</w:t>
      </w:r>
      <w:r>
        <w:rPr>
          <w:lang w:eastAsia="zh-CN"/>
        </w:rPr>
        <w:br/>
      </w:r>
      <w:r>
        <w:rPr>
          <w:lang w:eastAsia="zh-CN"/>
        </w:rPr>
        <w:t>　　四、 十一月上旬：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迎新篮球赛”开赛前积极备战，做好各项准备工作，安排好各场赛事顺序，积极协助其他部门工作，把每场篮球赛顺利开展，也要做到“公平、公开、公正”制度，注重安全问题，让“迎新篮球赛”取得圆满成功。</w:t>
      </w:r>
      <w:r>
        <w:rPr>
          <w:lang w:eastAsia="zh-CN"/>
        </w:rPr>
        <w:br/>
      </w:r>
      <w:r>
        <w:rPr>
          <w:lang w:eastAsia="zh-CN"/>
        </w:rPr>
        <w:t>　　五、 十一月下旬：</w:t>
      </w:r>
      <w:r>
        <w:rPr>
          <w:lang w:eastAsia="zh-CN"/>
        </w:rPr>
        <w:br/>
      </w:r>
      <w:r>
        <w:rPr>
          <w:lang w:eastAsia="zh-CN"/>
        </w:rPr>
        <w:t>　　“迎新晚会”开展前积极配合其他部门进行宣传，让每位热爱表演、有才艺的学生积极参与晚会中，做好各项准备工作，管理好场内秩序，做好“干干净净的来，干干净净的走”的卫生要求，把每年一度的“迎新晚会”开展的更加精彩，更加辉煌！</w:t>
      </w:r>
      <w:r>
        <w:rPr>
          <w:lang w:eastAsia="zh-CN"/>
        </w:rPr>
        <w:br/>
      </w:r>
      <w:r>
        <w:rPr>
          <w:lang w:eastAsia="zh-CN"/>
        </w:rPr>
        <w:t>　　六、 “乒乓球羽毛球比赛”、“三人篮球赛”、“趣味运动会”积极主动拉赞助进行开展，尽量减少体育学院的费用开支问题。把每场赛事做到圆满！争取搞一些创新！</w:t>
      </w:r>
      <w:r>
        <w:rPr>
          <w:lang w:eastAsia="zh-CN"/>
        </w:rPr>
        <w:br/>
      </w:r>
      <w:r>
        <w:rPr>
          <w:lang w:eastAsia="zh-CN"/>
        </w:rPr>
        <w:t>　　七、 做到“计划——工作——总结”</w:t>
      </w:r>
      <w:r>
        <w:rPr>
          <w:lang w:eastAsia="zh-CN"/>
        </w:rPr>
        <w:br/>
      </w:r>
      <w:r>
        <w:rPr>
          <w:lang w:eastAsia="zh-CN"/>
        </w:rPr>
        <w:t>　　方案： 通过各项工作的科学准备与计划，做到各个突破。 目的： 同时做到行之有据，事后总结，为今后工作开展积累经验和教训。 具体措施： 在进行各个工作前做好书面计划，工作事后书面总结，使体育部工作资料化。</w:t>
      </w:r>
      <w:r>
        <w:rPr>
          <w:lang w:eastAsia="zh-CN"/>
        </w:rPr>
        <w:br/>
      </w:r>
      <w:r>
        <w:rPr>
          <w:lang w:eastAsia="zh-CN"/>
        </w:rPr>
        <w:t>　　运动点燃激情，我们畅想运动的激情，舞动我们的活力！体育部如同一支永远跳动的音符，丰富我们的大学生活！为进一步丰富同学们的校园文化生活，努力营造积极向上、健康文明的校园文化气氛，体育部将通过开展丰富多彩的体育活动、娱乐活动来陶冶同学们的高尚情操，展示同学们的体育才华，分享个人的技能特长，让广大的同学们热爱体育、热爱生活、融入一个大集体！</w:t>
      </w:r>
      <w:r>
        <w:rPr>
          <w:lang w:eastAsia="zh-CN"/>
        </w:rPr>
        <w:br/>
      </w:r>
      <w:r>
        <w:rPr>
          <w:lang w:eastAsia="zh-CN"/>
        </w:rPr>
        <w:t xml:space="preserve">    对新学期的计划 篇2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尊敬的老师们：</w:t>
      </w:r>
      <w:r>
        <w:rPr>
          <w:lang w:eastAsia="zh-CN"/>
        </w:rPr>
        <w:br/>
      </w:r>
      <w:r>
        <w:rPr>
          <w:lang w:eastAsia="zh-CN"/>
        </w:rPr>
        <w:t>　　下午好。</w:t>
      </w:r>
      <w:r>
        <w:rPr>
          <w:lang w:eastAsia="zh-CN"/>
        </w:rPr>
        <w:br/>
      </w:r>
      <w:r>
        <w:rPr>
          <w:lang w:eastAsia="zh-CN"/>
        </w:rPr>
        <w:t>　　在这个变革的时代，我们迎来了新的学年，新的学期，新的同事，新的学生，领导班子也有了分子。在刘家垴小学新的发展阶段，我想和大家聊几句。</w:t>
      </w:r>
      <w:r>
        <w:rPr>
          <w:lang w:eastAsia="zh-CN"/>
        </w:rPr>
        <w:br/>
      </w:r>
      <w:r>
        <w:rPr>
          <w:lang w:eastAsia="zh-CN"/>
        </w:rPr>
        <w:t>　　一、认清形势。当前，国际上有叙利亚事件，我国周边有日本、菲律宾、印度等国家占领着我国领土领海并不断挑衅生事；在国内，发工作和生态文明深入进行，对我们身边影响深远。我们应该关注国内外形势，并把它融入到我们的生活和教育工作中，认清西方资本主义的所谓民主、自由、平等是什么东西，激发孩子们为中火之崛起而读书的热情。</w:t>
      </w:r>
      <w:r>
        <w:rPr>
          <w:lang w:eastAsia="zh-CN"/>
        </w:rPr>
        <w:br/>
      </w:r>
      <w:r>
        <w:rPr>
          <w:lang w:eastAsia="zh-CN"/>
        </w:rPr>
        <w:t>　　二、廉洁从教。国家反腐工作进入了一个新的阶段，作为教师，我们一定要守住自己的底线，不要犯低级错误，要廉洁从教，不私自订购教辅用品，不有偿家教，做一个清清正正的老师。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三、立德育人。在教师节前夕给全国的教师发来慰问信，体现了中央领导对教师的关怀核对教育工作的重视。说：“百年大计，教育为本。教师是立教之本、兴教之源，承担着让每个孩子健康成长、办好人民满意教育的重任。希望全国广大教师牢固树立中国特色社会主义理想信念，带头践行社会主义核心价值观，自觉增强立德树人、教书育人的荣誉感和责任感，学为人师，行为世范，做学生健康成长的指导者和引路人；牢固树立终身学习理念，加强学习，拓宽视野，更新知识，不断提高业务能力和教育教学质量，努力成为业务精湛、学生喜爱的`高素质教师；牢固树立改革创新意识，踊跃投身教育创新实践，为发展具有中国特色、世界水平的现代教育作出贡献。”同时他要求“各级党委和政府要把加强教师队伍建设作为教育事业发展最重要的基础工作来抓，提升教师素质，改善教师待遇，关心教师健康，维护教师权益，充分信任、紧紧依靠广大教师，支持优秀人才长期从教、终身从教。”“全社会要大力弘扬尊师重教的良好风尚，使教师成为最受社会尊重的职业。”</w:t>
      </w:r>
      <w:r>
        <w:rPr>
          <w:lang w:eastAsia="zh-CN"/>
        </w:rPr>
        <w:br/>
      </w:r>
      <w:r>
        <w:rPr>
          <w:lang w:eastAsia="zh-CN"/>
        </w:rPr>
        <w:t>　　我认为，立德就是要自身正，这样才能正人，所谓育人，就是授以道，以求人人清正。我想提一个要求，用以前的话就是“教书育人”，既教书又育人，我想说的是，我们应该打起一岗双责的责任，就是说在做好本职业务（教书/管理/服务）的同时，还要做好所辖业务的安全工作、卫生工作、纪律工作，人员的思想政治工作、文明礼仪养成、处事心理疏导等，这些事一件事，不是多件事。</w:t>
      </w:r>
      <w:r>
        <w:rPr>
          <w:lang w:eastAsia="zh-CN"/>
        </w:rPr>
        <w:br/>
      </w:r>
      <w:r>
        <w:rPr>
          <w:lang w:eastAsia="zh-CN"/>
        </w:rPr>
        <w:t>　　第四，勇于担当。在新的发展时期，我们要团结在学校领导班子周围，以学校的发展为我的发展，以学校的荣誉为我的荣誉，以他人的进步为我的进步，以我的贡献为学校的贡献，出谋划策，创新工作，为学校现代化建设打造自己的一砖一瓦。</w:t>
      </w:r>
      <w:r>
        <w:rPr>
          <w:lang w:eastAsia="zh-CN"/>
        </w:rPr>
        <w:br/>
      </w:r>
      <w:r>
        <w:rPr>
          <w:lang w:eastAsia="zh-CN"/>
        </w:rPr>
        <w:t>　　.9.12</w:t>
      </w:r>
      <w:r>
        <w:rPr>
          <w:lang w:eastAsia="zh-CN"/>
        </w:rPr>
        <w:br/>
      </w:r>
      <w:r>
        <w:rPr>
          <w:lang w:eastAsia="zh-CN"/>
        </w:rPr>
        <w:t xml:space="preserve">    对新学期的计划 篇3 </w:t>
      </w:r>
      <w:r>
        <w:rPr>
          <w:lang w:eastAsia="zh-CN"/>
        </w:rPr>
        <w:br/>
      </w:r>
      <w:r>
        <w:rPr>
          <w:lang w:eastAsia="zh-CN"/>
        </w:rPr>
        <w:t>　　我从一个懵懂的顽童成为了一个风华正茂的少年。回首往事，那些如歌的日子依稀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在眼前，六年的似水流年，往昔的那些欢笑亦随风消散，那些记忆中的人已?</w:t>
      </w:r>
      <w:r>
        <w:rPr>
          <w:lang w:eastAsia="zh-CN"/>
        </w:rPr>
        <w:t xml:space="preserve"> 我的</w:t>
      </w:r>
      <w:r>
        <w:rPr>
          <w:lang w:eastAsia="zh-CN"/>
        </w:rPr>
        <w:t xml:space="preserve"> 新学期计划</w:t>
      </w:r>
      <w:r>
        <w:rPr>
          <w:lang w:eastAsia="zh-CN"/>
        </w:rPr>
        <w:t xml:space="preserve"> 开学?</w:t>
      </w:r>
      <w:r>
        <w:rPr>
          <w:lang w:eastAsia="zh-CN"/>
        </w:rPr>
        <w:br/>
      </w:r>
      <w:r>
        <w:rPr>
          <w:lang w:eastAsia="zh-CN"/>
        </w:rPr>
        <w:t>　　今天走进校园，回到了分别两个月的学校，我现在已成为一名三年级的学生。对于每天的学习，我做出了一个小计划。</w:t>
      </w:r>
      <w:r>
        <w:rPr>
          <w:lang w:eastAsia="zh-CN"/>
        </w:rPr>
        <w:br/>
      </w:r>
      <w:r>
        <w:rPr>
          <w:lang w:eastAsia="zh-CN"/>
        </w:rPr>
        <w:t>　　坚持早睡早起，在学习之余做好适量的锻炼，保证身体健康。而且，要把用习惯了的铅笔改成钢笔写字。这对于我来说，是一个非常大的难点。不过，什麽困难都是要靠自己才能克服掉。我相信自己，到了学期末会有&gt;收获。课堂上，仔细认真听好每一堂课，抓紧课堂上的分分秒秒。保持优点，改正缺点，不段完善自己的学习方法，争取做个品学兼优，健康活泼的小学生。</w:t>
      </w:r>
      <w:r>
        <w:rPr>
          <w:lang w:eastAsia="zh-CN"/>
        </w:rPr>
        <w:br/>
      </w:r>
      <w:r>
        <w:rPr>
          <w:lang w:eastAsia="zh-CN"/>
        </w:rPr>
        <w:t>　　期末争取各科成绩达优。希望我能做到以上所说的，达到目标取得好成绩。</w:t>
      </w:r>
      <w:r>
        <w:rPr>
          <w:lang w:eastAsia="zh-CN"/>
        </w:rPr>
        <w:br/>
      </w:r>
      <w:r>
        <w:rPr>
          <w:lang w:eastAsia="zh-CN"/>
        </w:rPr>
        <w:t>　　新的学期即将到来，为了使下学期的 学习 成绩进步、各科成绩优异、不偏科，在此做 新学期 的打算，如下： 一、做好预习。预习是学好各科的第一个环节，所以预习应做到：1、? 要先背再做。 五、课后复习。1、及时复习；2、 计划 复习；3、课本、笔记和教辅资料?</w:t>
      </w:r>
      <w:r>
        <w:rPr>
          <w:lang w:eastAsia="zh-CN"/>
        </w:rPr>
        <w:br/>
      </w:r>
      <w:r>
        <w:rPr>
          <w:lang w:eastAsia="zh-CN"/>
        </w:rPr>
        <w:t>　　王宇鹏说。 新学期快到了。为自己的学习提前做好规划，明确新学期的目标，找到前进的方向，才能收获更大的成绩。王宇鹏早早就设计着自己新学期计划，“我都想了一个假期了?</w:t>
      </w:r>
      <w:r>
        <w:rPr>
          <w:lang w:eastAsia="zh-CN"/>
        </w:rPr>
        <w:br/>
      </w:r>
      <w:r>
        <w:rPr>
          <w:lang w:eastAsia="zh-CN"/>
        </w:rPr>
        <w:t>　　新学期计划新的学期已经开始了。我们告别了初一生活，迎来了一个比较重要的时 期—初二年级。在这个学年中，知识会更加有难度，并且也是个两极分化的 时候。在这个学期中?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xml:space="preserve">    对新学期的计划 篇4 </w:t>
      </w:r>
      <w:r>
        <w:rPr>
          <w:lang w:eastAsia="zh-CN"/>
        </w:rPr>
        <w:br/>
      </w:r>
      <w:r>
        <w:rPr>
          <w:lang w:eastAsia="zh-CN"/>
        </w:rPr>
        <w:t>　　新学期的到来，让我兴奋不已，同时也让我很苦恼。我发现很多中学生都心里都有一个问题，读书的时候很想放假，但是放假的时候又想读书。唉，这个问题让我也很是郁闷，人生到底需要如何做才真正的叫做有意义。</w:t>
      </w:r>
      <w:r>
        <w:rPr>
          <w:lang w:eastAsia="zh-CN"/>
        </w:rPr>
        <w:br/>
      </w:r>
      <w:r>
        <w:rPr>
          <w:lang w:eastAsia="zh-CN"/>
        </w:rPr>
        <w:t>　　到初二下学期了，压力山大啊，压得我都喘不过气，每天有做不完的作业有老师和家长的唠叨，这种生活让我好想逃离这个世界。</w:t>
      </w:r>
      <w:r>
        <w:rPr>
          <w:lang w:eastAsia="zh-CN"/>
        </w:rPr>
        <w:br/>
      </w:r>
      <w:r>
        <w:rPr>
          <w:lang w:eastAsia="zh-CN"/>
        </w:rPr>
        <w:t>　　不过我制作了一个学期计划，这样就算累，但是心里一想，这是自己制定的，也一定要完成。我呢，制定的计划非常简单。无非就和很多中学生一样。“好好学习，天天向上”。</w:t>
      </w:r>
      <w:r>
        <w:rPr>
          <w:lang w:eastAsia="zh-CN"/>
        </w:rPr>
        <w:br/>
      </w:r>
      <w:r>
        <w:rPr>
          <w:lang w:eastAsia="zh-CN"/>
        </w:rPr>
        <w:t>　　但是有很多我也是很注重的'。比如不过早的交男朋友，不痴迷于网络，在任何地方都要注意自己的学生形象。等等等等。</w:t>
      </w:r>
      <w:r>
        <w:rPr>
          <w:lang w:eastAsia="zh-CN"/>
        </w:rPr>
        <w:br/>
      </w:r>
      <w:r>
        <w:rPr>
          <w:lang w:eastAsia="zh-CN"/>
        </w:rPr>
        <w:t xml:space="preserve">    对新学期的计划 篇5 </w:t>
      </w:r>
      <w:r>
        <w:rPr>
          <w:lang w:eastAsia="zh-CN"/>
        </w:rPr>
        <w:br/>
      </w:r>
      <w:r>
        <w:rPr>
          <w:lang w:eastAsia="zh-CN"/>
        </w:rPr>
        <w:t>　　一、认真完成老师和学校交给我的每一项工作。身为大队委的一员，我一定不要辜负众望，一如既往的去帮助同学，服务班级。在自己的能力范围内开展一些小活动，活跃班级学习气氛。</w:t>
      </w:r>
      <w:r>
        <w:rPr>
          <w:lang w:eastAsia="zh-CN"/>
        </w:rPr>
        <w:br/>
      </w:r>
      <w:r>
        <w:rPr>
          <w:lang w:eastAsia="zh-CN"/>
        </w:rPr>
        <w:t>　　二、尊敬老师，团结同学，爱护集体。在平时的学习生活中。在尊敬老师，同学和睦相处。既要帮助那些需要帮助的同学，也要虚心接受老师和同学提出的宝贵意见。做一个谦虚，不骄不躁，成绩优秀的大队委干部。我相信我会做到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最后，在生活方面也想给自己定一些计划。我今年已经九岁了，是该为父母分担一些家务了。争取做到自己的房间自己整理，鞋袜之类的自己洗。还有啊，我已经已经跟妈妈商量好了，让她教会我做一些简单的饭菜了。爸爸妈妈辛苦工作，都是为了让我有一个幸福快乐的生活环境，健健康康的长大。我不仅要把学习学好也要帮他们做一些自己力所能及的事情。</w:t>
      </w:r>
      <w:r>
        <w:rPr>
          <w:lang w:eastAsia="zh-CN"/>
        </w:rPr>
        <w:br/>
      </w:r>
      <w:r>
        <w:rPr>
          <w:lang w:eastAsia="zh-CN"/>
        </w:rPr>
        <w:t>　　新的学期，新的开始，我会按着我的计划学习新的知识接受新的挑战。在新学期里让自己在学习中进步，在挑战中更加优秀。</w:t>
      </w:r>
      <w:r>
        <w:rPr>
          <w:lang w:eastAsia="zh-CN"/>
        </w:rPr>
        <w:br/>
      </w:r>
      <w:r>
        <w:rPr>
          <w:lang w:eastAsia="zh-CN"/>
        </w:rPr>
        <w:t xml:space="preserve">    对新学期的计划 篇6 </w:t>
      </w:r>
      <w:r>
        <w:rPr>
          <w:lang w:eastAsia="zh-CN"/>
        </w:rPr>
        <w:br/>
      </w:r>
      <w:r>
        <w:rPr>
          <w:lang w:eastAsia="zh-CN"/>
        </w:rPr>
        <w:t>　　以下是我的计划：</w:t>
      </w:r>
      <w:r>
        <w:rPr>
          <w:lang w:eastAsia="zh-CN"/>
        </w:rPr>
        <w:br/>
      </w:r>
      <w:r>
        <w:rPr>
          <w:lang w:eastAsia="zh-CN"/>
        </w:rPr>
        <w:t>　　1、我要调整好自己的心态。过去，我总是抱着过一天算一天的态度，根本没重视学习，才导致成绩下滑，现在我明白了：只有调整好自己的`心态，把学业看成第一，才能提高自己的成绩，才能充实自己的生活。</w:t>
      </w:r>
      <w:r>
        <w:rPr>
          <w:lang w:eastAsia="zh-CN"/>
        </w:rPr>
        <w:br/>
      </w:r>
      <w:r>
        <w:rPr>
          <w:lang w:eastAsia="zh-CN"/>
        </w:rPr>
        <w:t>　　2、对于自己的专业课自己只知道一点皮毛。我知道如果这样，三年后拿到大学毕业证书，也只是空有一副皮囊，其实什么都不懂，试问那家公司、哪个企业会用这样的人才？所以对于专业课我会花费更多的心思在我的专业课上的。</w:t>
      </w:r>
      <w:r>
        <w:rPr>
          <w:lang w:eastAsia="zh-CN"/>
        </w:rPr>
        <w:br/>
      </w:r>
      <w:r>
        <w:rPr>
          <w:lang w:eastAsia="zh-CN"/>
        </w:rPr>
        <w:t>　　具体的实施方法：</w:t>
      </w:r>
      <w:r>
        <w:rPr>
          <w:lang w:eastAsia="zh-CN"/>
        </w:rPr>
        <w:br/>
      </w:r>
      <w:r>
        <w:rPr>
          <w:lang w:eastAsia="zh-CN"/>
        </w:rPr>
        <w:t>　　1、学习前先预习。</w:t>
      </w:r>
      <w:r>
        <w:rPr>
          <w:lang w:eastAsia="zh-CN"/>
        </w:rPr>
        <w:br/>
      </w:r>
      <w:r>
        <w:rPr>
          <w:lang w:eastAsia="zh-CN"/>
        </w:rPr>
        <w:t>　　2、每天坚持手绘。</w:t>
      </w:r>
      <w:r>
        <w:rPr>
          <w:lang w:eastAsia="zh-CN"/>
        </w:rPr>
        <w:br/>
      </w:r>
      <w:r>
        <w:rPr>
          <w:lang w:eastAsia="zh-CN"/>
        </w:rPr>
        <w:t>　　3、利用课外时间多阅读中外名著，加强写作，开阔视野。</w:t>
      </w:r>
      <w:r>
        <w:rPr>
          <w:lang w:eastAsia="zh-CN"/>
        </w:rPr>
        <w:br/>
      </w:r>
      <w:r>
        <w:rPr>
          <w:lang w:eastAsia="zh-CN"/>
        </w:rPr>
        <w:t>　　4、取别人之长，补自己之短，善于总结与反思。</w:t>
      </w:r>
      <w:r>
        <w:rPr>
          <w:lang w:eastAsia="zh-CN"/>
        </w:rPr>
        <w:br/>
      </w:r>
      <w:r>
        <w:rPr>
          <w:lang w:eastAsia="zh-CN"/>
        </w:rPr>
        <w:t>　　5、加强身体的锻炼，为以后能有个好的身体能奔波于各个工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地，每天我都要跑步，至少40分钟，下午打篮球……</w:t>
      </w:r>
      <w:r>
        <w:rPr>
          <w:lang w:eastAsia="zh-CN"/>
        </w:rPr>
        <w:br/>
      </w:r>
      <w:r>
        <w:rPr>
          <w:lang w:eastAsia="zh-CN"/>
        </w:rPr>
        <w:t>　　6、学习、做事的态度要端正，认真改正自身的不良学习习惯，对待大小考试的成绩要有正确的认识，深刻的自省，不骄不躁。积极参加学校和班集体组织的各种活动，团结同学。</w:t>
      </w:r>
      <w:r>
        <w:rPr>
          <w:lang w:eastAsia="zh-CN"/>
        </w:rPr>
        <w:br/>
      </w:r>
      <w:r>
        <w:rPr>
          <w:lang w:eastAsia="zh-CN"/>
        </w:rPr>
        <w:t>　　7、绝口不提游戏。</w:t>
      </w:r>
      <w:r>
        <w:rPr>
          <w:lang w:eastAsia="zh-CN"/>
        </w:rPr>
        <w:br/>
      </w:r>
      <w:r>
        <w:rPr>
          <w:lang w:eastAsia="zh-CN"/>
        </w:rPr>
        <w:t>　　每一天都是恩赐，感谢上帝。所以我要好好学习。</w:t>
      </w:r>
      <w:r>
        <w:rPr>
          <w:lang w:eastAsia="zh-CN"/>
        </w:rPr>
        <w:br/>
      </w:r>
      <w:r>
        <w:rPr>
          <w:lang w:eastAsia="zh-CN"/>
        </w:rPr>
        <w:t xml:space="preserve">    对新学期的计划 篇7 </w:t>
      </w:r>
      <w:r>
        <w:rPr>
          <w:lang w:eastAsia="zh-CN"/>
        </w:rPr>
        <w:br/>
      </w:r>
      <w:r>
        <w:rPr>
          <w:lang w:eastAsia="zh-CN"/>
        </w:rPr>
        <w:t>　　一、指导思想:</w:t>
      </w:r>
      <w:r>
        <w:rPr>
          <w:lang w:eastAsia="zh-CN"/>
        </w:rPr>
        <w:br/>
      </w:r>
      <w:r>
        <w:rPr>
          <w:lang w:eastAsia="zh-CN"/>
        </w:rPr>
        <w:t>　　以科教兴国战略为指导，深入贯彻落实德智体美劳全面发展精神，遵循燕山大学里仁学院学生管理制度，以“专业素质培养”为核心，以考研复习为重点，切实加大英语、数学学习力度。</w:t>
      </w:r>
      <w:r>
        <w:rPr>
          <w:lang w:eastAsia="zh-CN"/>
        </w:rPr>
        <w:br/>
      </w:r>
      <w:r>
        <w:rPr>
          <w:lang w:eastAsia="zh-CN"/>
        </w:rPr>
        <w:t>　　二、工作学习目标及要求:</w:t>
      </w:r>
      <w:r>
        <w:rPr>
          <w:lang w:eastAsia="zh-CN"/>
        </w:rPr>
        <w:br/>
      </w:r>
      <w:r>
        <w:rPr>
          <w:lang w:eastAsia="zh-CN"/>
        </w:rPr>
        <w:t>　　春秋季学期挂科率为0;重大错误发案率为0;迟到率小于10%;缺勤率小于10%;挂科补过率为100%。</w:t>
      </w:r>
      <w:r>
        <w:rPr>
          <w:lang w:eastAsia="zh-CN"/>
        </w:rPr>
        <w:br/>
      </w:r>
      <w:r>
        <w:rPr>
          <w:lang w:eastAsia="zh-CN"/>
        </w:rPr>
        <w:t>　　1、促进同学团结，做好班级工作。</w:t>
      </w:r>
      <w:r>
        <w:rPr>
          <w:lang w:eastAsia="zh-CN"/>
        </w:rPr>
        <w:br/>
      </w:r>
      <w:r>
        <w:rPr>
          <w:lang w:eastAsia="zh-CN"/>
        </w:rPr>
        <w:t>　　2、大力提高英语、数学学习效率。</w:t>
      </w:r>
      <w:r>
        <w:rPr>
          <w:lang w:eastAsia="zh-CN"/>
        </w:rPr>
        <w:br/>
      </w:r>
      <w:r>
        <w:rPr>
          <w:lang w:eastAsia="zh-CN"/>
        </w:rPr>
        <w:t>　　3、继续参加课外创新设计。</w:t>
      </w:r>
      <w:r>
        <w:rPr>
          <w:lang w:eastAsia="zh-CN"/>
        </w:rPr>
        <w:br/>
      </w:r>
      <w:r>
        <w:rPr>
          <w:lang w:eastAsia="zh-CN"/>
        </w:rPr>
        <w:t>　　4、提高课堂学习效率。</w:t>
      </w:r>
      <w:r>
        <w:rPr>
          <w:lang w:eastAsia="zh-CN"/>
        </w:rPr>
        <w:br/>
      </w:r>
      <w:r>
        <w:rPr>
          <w:lang w:eastAsia="zh-CN"/>
        </w:rPr>
        <w:t>　　5、提高整体学习成绩。</w:t>
      </w:r>
      <w:r>
        <w:rPr>
          <w:lang w:eastAsia="zh-CN"/>
        </w:rPr>
        <w:br/>
      </w:r>
      <w:r>
        <w:rPr>
          <w:lang w:eastAsia="zh-CN"/>
        </w:rPr>
        <w:t>　　三、具体措施:</w:t>
      </w:r>
      <w:r>
        <w:rPr>
          <w:lang w:eastAsia="zh-CN"/>
        </w:rPr>
        <w:br/>
      </w:r>
      <w:r>
        <w:rPr>
          <w:lang w:eastAsia="zh-CN"/>
        </w:rPr>
        <w:t>　　(一)、促进同学团结，做好班级工作。</w:t>
      </w:r>
      <w:r>
        <w:rPr>
          <w:lang w:eastAsia="zh-CN"/>
        </w:rPr>
        <w:br/>
      </w:r>
      <w:r>
        <w:rPr>
          <w:lang w:eastAsia="zh-CN"/>
        </w:rPr>
        <w:t>　　1、定期组织活动，丰富课外生活，促进同学之间的学习交流。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2、积极主动帮助有困难的同学。</w:t>
      </w:r>
      <w:r>
        <w:rPr>
          <w:lang w:eastAsia="zh-CN"/>
        </w:rPr>
        <w:br/>
      </w:r>
      <w:r>
        <w:rPr>
          <w:lang w:eastAsia="zh-CN"/>
        </w:rPr>
        <w:t>　　3、积极配合老师工作，定期于老师进行沟通交流。</w:t>
      </w:r>
      <w:r>
        <w:rPr>
          <w:lang w:eastAsia="zh-CN"/>
        </w:rPr>
        <w:br/>
      </w:r>
      <w:r>
        <w:rPr>
          <w:lang w:eastAsia="zh-CN"/>
        </w:rPr>
        <w:t>　　(二)、加强体育锻炼，全面提高身体素质：</w:t>
      </w:r>
      <w:r>
        <w:rPr>
          <w:lang w:eastAsia="zh-CN"/>
        </w:rPr>
        <w:br/>
      </w:r>
      <w:r>
        <w:rPr>
          <w:lang w:eastAsia="zh-CN"/>
        </w:rPr>
        <w:t>　　1、每日进行适当强度有目的体育锻炼。每周参加一定量的户外活动。在接下来的一年中将对此方面内容进行量化，已取得更显着效果。</w:t>
      </w:r>
      <w:r>
        <w:rPr>
          <w:lang w:eastAsia="zh-CN"/>
        </w:rPr>
        <w:br/>
      </w:r>
      <w:r>
        <w:rPr>
          <w:lang w:eastAsia="zh-CN"/>
        </w:rPr>
        <w:t>　　2、注意及改善饮食习惯，拒绝与避免不健康饮食习惯的发生。</w:t>
      </w:r>
      <w:r>
        <w:rPr>
          <w:lang w:eastAsia="zh-CN"/>
        </w:rPr>
        <w:br/>
      </w:r>
      <w:r>
        <w:rPr>
          <w:lang w:eastAsia="zh-CN"/>
        </w:rPr>
        <w:t>　　(三)、提高学习效率，认真完成考研复习计划。</w:t>
      </w:r>
      <w:r>
        <w:rPr>
          <w:lang w:eastAsia="zh-CN"/>
        </w:rPr>
        <w:br/>
      </w:r>
      <w:r>
        <w:rPr>
          <w:lang w:eastAsia="zh-CN"/>
        </w:rPr>
        <w:t>　　1、根据个人实际进一步分配各科学习时间。</w:t>
      </w:r>
      <w:r>
        <w:rPr>
          <w:lang w:eastAsia="zh-CN"/>
        </w:rPr>
        <w:br/>
      </w:r>
      <w:r>
        <w:rPr>
          <w:lang w:eastAsia="zh-CN"/>
        </w:rPr>
        <w:t>　　2、养成良好作息时间，时刻保持精力充沛。</w:t>
      </w:r>
      <w:r>
        <w:rPr>
          <w:lang w:eastAsia="zh-CN"/>
        </w:rPr>
        <w:br/>
      </w:r>
      <w:r>
        <w:rPr>
          <w:lang w:eastAsia="zh-CN"/>
        </w:rPr>
        <w:t xml:space="preserve">    对新学期的计划 篇8 </w:t>
      </w:r>
      <w:r>
        <w:rPr>
          <w:lang w:eastAsia="zh-CN"/>
        </w:rPr>
        <w:br/>
      </w:r>
      <w:r>
        <w:rPr>
          <w:lang w:eastAsia="zh-CN"/>
        </w:rPr>
        <w:t>　　一、指导思想：</w:t>
      </w:r>
      <w:r>
        <w:rPr>
          <w:lang w:eastAsia="zh-CN"/>
        </w:rPr>
        <w:br/>
      </w:r>
      <w:r>
        <w:rPr>
          <w:lang w:eastAsia="zh-CN"/>
        </w:rPr>
        <w:t>　　本学期，综合教研组将认真贯彻教育局和学校的工作要点，继续推进阳光课堂，配合新优质学校的创建和学校以及教科室的教学工作计划，以阳光课堂教学和师资队伍建设为重点，以提高全组教师群体专业化水平为目标，积极开展教学方法和学习方式的研究，同时正确认识和开展阳光课堂和开展艺体活动的关系，发挥学校艺体教育整体功能，促进学生德、智、体和谐发展。结合我校实际，在全体学生中大力开展艺体活动，以推动我校艺体教育的发展，进一步推进和落实我校学生阳光体育活动和课外艺体活动工程的实施，激励广大学生积极主动地参与课内外活动，提高学生综合素质，促进学生全面发展和健康成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二、工作目标：</w:t>
      </w:r>
      <w:r>
        <w:rPr>
          <w:lang w:eastAsia="zh-CN"/>
        </w:rPr>
        <w:br/>
      </w:r>
      <w:r>
        <w:rPr>
          <w:lang w:eastAsia="zh-CN"/>
        </w:rPr>
        <w:t>　　1、一个人的思想、态度决定一切！全组教师在工作中要克服懒惰、畏难的思想情绪，树立自尊、自爱、自强和自信的思想观念，以饱满的热情投入到工作学习中去！</w:t>
      </w:r>
      <w:r>
        <w:rPr>
          <w:lang w:eastAsia="zh-CN"/>
        </w:rPr>
        <w:br/>
      </w:r>
      <w:r>
        <w:rPr>
          <w:lang w:eastAsia="zh-CN"/>
        </w:rPr>
        <w:t>　　2、在工作和学习中，弘扬“团结协作、群帮互助”的优良传统！为我校艺体教育教学工作服务。</w:t>
      </w:r>
      <w:r>
        <w:rPr>
          <w:lang w:eastAsia="zh-CN"/>
        </w:rPr>
        <w:br/>
      </w:r>
      <w:r>
        <w:rPr>
          <w:lang w:eastAsia="zh-CN"/>
        </w:rPr>
        <w:t>　　3、坚持理论联系实际和学以致用的原则，确立终生学习、全程学习的思想观念。</w:t>
      </w:r>
      <w:r>
        <w:rPr>
          <w:lang w:eastAsia="zh-CN"/>
        </w:rPr>
        <w:br/>
      </w:r>
      <w:r>
        <w:rPr>
          <w:lang w:eastAsia="zh-CN"/>
        </w:rPr>
        <w:t>　　4、立足课堂，加强本教研组教师之间的交流与研讨，反思与总结，扎实有效的进行校本课程研究。</w:t>
      </w:r>
      <w:r>
        <w:rPr>
          <w:lang w:eastAsia="zh-CN"/>
        </w:rPr>
        <w:br/>
      </w:r>
      <w:r>
        <w:rPr>
          <w:lang w:eastAsia="zh-CN"/>
        </w:rPr>
        <w:t>　　5、认真领悟新课程标准的精神，掌握新教材的编写意图，把握重点和难点，用好、用活教材。</w:t>
      </w:r>
      <w:r>
        <w:rPr>
          <w:lang w:eastAsia="zh-CN"/>
        </w:rPr>
        <w:br/>
      </w:r>
      <w:r>
        <w:rPr>
          <w:lang w:eastAsia="zh-CN"/>
        </w:rPr>
        <w:t>　　6、敏锐地捕捉教学中的问题，将问题引申到课题研究中，使教研活动课型化、课题化。</w:t>
      </w:r>
      <w:r>
        <w:rPr>
          <w:lang w:eastAsia="zh-CN"/>
        </w:rPr>
        <w:br/>
      </w:r>
      <w:r>
        <w:rPr>
          <w:lang w:eastAsia="zh-CN"/>
        </w:rPr>
        <w:t>　　7、完善、规范、落实各兴趣小组，组织学生参加各级各类竞赛并力争获得优异成绩。</w:t>
      </w:r>
      <w:r>
        <w:rPr>
          <w:lang w:eastAsia="zh-CN"/>
        </w:rPr>
        <w:br/>
      </w:r>
      <w:r>
        <w:rPr>
          <w:lang w:eastAsia="zh-CN"/>
        </w:rPr>
        <w:t>　　三、主要工作</w:t>
      </w:r>
      <w:r>
        <w:rPr>
          <w:lang w:eastAsia="zh-CN"/>
        </w:rPr>
        <w:br/>
      </w:r>
      <w:r>
        <w:rPr>
          <w:lang w:eastAsia="zh-CN"/>
        </w:rPr>
        <w:t>　　（一）做好教研组日常工作</w:t>
      </w:r>
      <w:r>
        <w:rPr>
          <w:lang w:eastAsia="zh-CN"/>
        </w:rPr>
        <w:br/>
      </w:r>
      <w:r>
        <w:rPr>
          <w:lang w:eastAsia="zh-CN"/>
        </w:rPr>
        <w:t>　　1、期初结合教科室、教导处工作计划，教研组共同商讨拟订教研组工作计划，保证各学科工作开展目标方向统一，增强教研组凝聚力。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2、各学科教师制定学科计划和学科活动设计方案，把成果预设做在前面，有目标有针对性地开展工作，为达到成果最大化这一目标打下基础。</w:t>
      </w:r>
      <w:r>
        <w:rPr>
          <w:lang w:eastAsia="zh-CN"/>
        </w:rPr>
        <w:br/>
      </w:r>
      <w:r>
        <w:rPr>
          <w:lang w:eastAsia="zh-CN"/>
        </w:rPr>
        <w:t>　　3、坚持开展教研活动，把教研活动作为教研组的主要工作来抓，不松懈。</w:t>
      </w:r>
      <w:r>
        <w:rPr>
          <w:lang w:eastAsia="zh-CN"/>
        </w:rPr>
        <w:br/>
      </w:r>
      <w:r>
        <w:rPr>
          <w:lang w:eastAsia="zh-CN"/>
        </w:rPr>
        <w:t>　　（二）配合教导处，抓好学科的重点工作。</w:t>
      </w:r>
      <w:r>
        <w:rPr>
          <w:lang w:eastAsia="zh-CN"/>
        </w:rPr>
        <w:br/>
      </w:r>
      <w:r>
        <w:rPr>
          <w:lang w:eastAsia="zh-CN"/>
        </w:rPr>
        <w:t>　　组织全体组员认真学习教导处工作计划，围绕教导处制订的各学科重点开展好活动，把知识学习与竞赛活动结合起来，培养学生个性，提高学生艺体综合素养。</w:t>
      </w:r>
      <w:r>
        <w:rPr>
          <w:lang w:eastAsia="zh-CN"/>
        </w:rPr>
        <w:br/>
      </w:r>
      <w:r>
        <w:rPr>
          <w:lang w:eastAsia="zh-CN"/>
        </w:rPr>
        <w:t>　　（三）深化课堂常规教学</w:t>
      </w:r>
      <w:r>
        <w:rPr>
          <w:lang w:eastAsia="zh-CN"/>
        </w:rPr>
        <w:br/>
      </w:r>
      <w:r>
        <w:rPr>
          <w:lang w:eastAsia="zh-CN"/>
        </w:rPr>
        <w:t>　　1、我们将认真进行教研活动，做到活动有记录，研究有计划，每次教育研究活动都要有主题，学科间互相学习，共同进步。</w:t>
      </w:r>
      <w:r>
        <w:rPr>
          <w:lang w:eastAsia="zh-CN"/>
        </w:rPr>
        <w:br/>
      </w:r>
      <w:r>
        <w:rPr>
          <w:lang w:eastAsia="zh-CN"/>
        </w:rPr>
        <w:t>　　2、结合艺体学科组的自身特点，音乐，美术，体育学科之间根据学科间的不同特点，开展探索性的整合课堂教学研究，学科之间互相融合，互相促进，真正为提高学生的综合素质服务。</w:t>
      </w:r>
      <w:r>
        <w:rPr>
          <w:lang w:eastAsia="zh-CN"/>
        </w:rPr>
        <w:br/>
      </w:r>
      <w:r>
        <w:rPr>
          <w:lang w:eastAsia="zh-CN"/>
        </w:rPr>
        <w:t>　　3、严抓学生的常规管理和行为习惯、学习习惯、生活习惯的培养。了解各班班级课堂管理规则，与班主任多交流，协调并参与管理，落实规则。</w:t>
      </w:r>
      <w:r>
        <w:rPr>
          <w:lang w:eastAsia="zh-CN"/>
        </w:rPr>
        <w:br/>
      </w:r>
      <w:r>
        <w:rPr>
          <w:lang w:eastAsia="zh-CN"/>
        </w:rPr>
        <w:t>　　（四）学校第二课堂的建设</w:t>
      </w:r>
      <w:r>
        <w:rPr>
          <w:lang w:eastAsia="zh-CN"/>
        </w:rPr>
        <w:br/>
      </w:r>
      <w:r>
        <w:rPr>
          <w:lang w:eastAsia="zh-CN"/>
        </w:rPr>
        <w:t>　　根据艺体学科组的特点，我们学科组将有针对性地组织和指导学生开展丰富多彩的竞赛活动和课外活动，提高学生的综合素质，丰富校园生活。</w:t>
      </w:r>
      <w:r>
        <w:rPr>
          <w:lang w:eastAsia="zh-CN"/>
        </w:rPr>
        <w:br/>
      </w:r>
      <w:r>
        <w:rPr>
          <w:lang w:eastAsia="zh-CN"/>
        </w:rPr>
        <w:t>　　四、具体措施：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1、继续学习新课程标准与新的教学大纲，开展集体备课、说课，互听课的活动，一起探讨研究阳光课堂教学方法。</w:t>
      </w:r>
      <w:r>
        <w:rPr>
          <w:lang w:eastAsia="zh-CN"/>
        </w:rPr>
        <w:br/>
      </w:r>
      <w:r>
        <w:rPr>
          <w:lang w:eastAsia="zh-CN"/>
        </w:rPr>
        <w:t>　　2、提倡写教学后记，积累教学经验。</w:t>
      </w:r>
      <w:r>
        <w:rPr>
          <w:lang w:eastAsia="zh-CN"/>
        </w:rPr>
        <w:br/>
      </w:r>
      <w:r>
        <w:rPr>
          <w:lang w:eastAsia="zh-CN"/>
        </w:rPr>
        <w:t>　　3、开展各种兴趣小组活动，丰富活跃学生的课余生活，做好提优工作。</w:t>
      </w:r>
      <w:r>
        <w:rPr>
          <w:lang w:eastAsia="zh-CN"/>
        </w:rPr>
        <w:br/>
      </w:r>
      <w:r>
        <w:rPr>
          <w:lang w:eastAsia="zh-CN"/>
        </w:rPr>
        <w:t>　　4、加强本教研组教师的自身提高，多到外面接收一些新的知识经验，积极参加对外的交流学习、教研活动。</w:t>
      </w:r>
      <w:r>
        <w:rPr>
          <w:lang w:eastAsia="zh-CN"/>
        </w:rPr>
        <w:br/>
      </w:r>
      <w:r>
        <w:rPr>
          <w:lang w:eastAsia="zh-CN"/>
        </w:rPr>
        <w:t>　　五、具体工作安排：</w:t>
      </w:r>
      <w:r>
        <w:rPr>
          <w:lang w:eastAsia="zh-CN"/>
        </w:rPr>
        <w:br/>
      </w:r>
      <w:r>
        <w:rPr>
          <w:lang w:eastAsia="zh-CN"/>
        </w:rPr>
        <w:t>　　体育组：</w:t>
      </w:r>
      <w:r>
        <w:rPr>
          <w:lang w:eastAsia="zh-CN"/>
        </w:rPr>
        <w:br/>
      </w:r>
      <w:r>
        <w:rPr>
          <w:lang w:eastAsia="zh-CN"/>
        </w:rPr>
        <w:t>　　1、制订好课间操、课外体育活动的评价制度，认真贯彻落实阳光体育活动的方针与政策，制定切实可行的可行性方案。</w:t>
      </w:r>
      <w:r>
        <w:rPr>
          <w:lang w:eastAsia="zh-CN"/>
        </w:rPr>
        <w:br/>
      </w:r>
      <w:r>
        <w:rPr>
          <w:lang w:eastAsia="zh-CN"/>
        </w:rPr>
        <w:t>　　2、抓好教学常规，提高课堂教学的实效性，积极参与校级、区级教研活动。</w:t>
      </w:r>
      <w:r>
        <w:rPr>
          <w:lang w:eastAsia="zh-CN"/>
        </w:rPr>
        <w:br/>
      </w:r>
      <w:r>
        <w:rPr>
          <w:lang w:eastAsia="zh-CN"/>
        </w:rPr>
        <w:t>　　3、体育活动的组织：开展班级跳绳、阳光长跑活动。</w:t>
      </w:r>
      <w:r>
        <w:rPr>
          <w:lang w:eastAsia="zh-CN"/>
        </w:rPr>
        <w:br/>
      </w:r>
      <w:r>
        <w:rPr>
          <w:lang w:eastAsia="zh-CN"/>
        </w:rPr>
        <w:t>　　4、开展教师趣味运动会，丰富学生、教师的校园文化生活。</w:t>
      </w:r>
      <w:r>
        <w:rPr>
          <w:lang w:eastAsia="zh-CN"/>
        </w:rPr>
        <w:br/>
      </w:r>
      <w:r>
        <w:rPr>
          <w:lang w:eastAsia="zh-CN"/>
        </w:rPr>
        <w:t>　　5、体育训练队的开展与管理；围绕学校实情落实县田径运动会的强化训练。</w:t>
      </w:r>
      <w:r>
        <w:rPr>
          <w:lang w:eastAsia="zh-CN"/>
        </w:rPr>
        <w:br/>
      </w:r>
      <w:r>
        <w:rPr>
          <w:lang w:eastAsia="zh-CN"/>
        </w:rPr>
        <w:t>　　6、收集整理资料，作好迎接上级主管部门各项检查工作。</w:t>
      </w:r>
      <w:r>
        <w:rPr>
          <w:lang w:eastAsia="zh-CN"/>
        </w:rPr>
        <w:br/>
      </w:r>
      <w:r>
        <w:rPr>
          <w:lang w:eastAsia="zh-CN"/>
        </w:rPr>
        <w:t>　　美术组：</w:t>
      </w:r>
      <w:r>
        <w:rPr>
          <w:lang w:eastAsia="zh-CN"/>
        </w:rPr>
        <w:br/>
      </w:r>
      <w:r>
        <w:rPr>
          <w:lang w:eastAsia="zh-CN"/>
        </w:rPr>
        <w:t>　　1、积极完成学校布置的各项工作，积极完成校内外宣传活动橱窗的布展工作；协助学校进行软环境的再完善，为创建和谐美丽的校园环境作努力。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2、组织学生参加绘画比赛等各种美术活动。</w:t>
      </w:r>
      <w:r>
        <w:rPr>
          <w:lang w:eastAsia="zh-CN"/>
        </w:rPr>
        <w:br/>
      </w:r>
      <w:r>
        <w:rPr>
          <w:lang w:eastAsia="zh-CN"/>
        </w:rPr>
        <w:t>　　音乐组：</w:t>
      </w:r>
      <w:r>
        <w:rPr>
          <w:lang w:eastAsia="zh-CN"/>
        </w:rPr>
        <w:br/>
      </w:r>
      <w:r>
        <w:rPr>
          <w:lang w:eastAsia="zh-CN"/>
        </w:rPr>
        <w:t>　　1、积极完成学校布置的各项常规工作；</w:t>
      </w:r>
      <w:r>
        <w:rPr>
          <w:lang w:eastAsia="zh-CN"/>
        </w:rPr>
        <w:br/>
      </w:r>
      <w:r>
        <w:rPr>
          <w:lang w:eastAsia="zh-CN"/>
        </w:rPr>
        <w:t>　　2、积极准备区教研组的教研活动；</w:t>
      </w:r>
      <w:r>
        <w:rPr>
          <w:lang w:eastAsia="zh-CN"/>
        </w:rPr>
        <w:br/>
      </w:r>
      <w:r>
        <w:rPr>
          <w:lang w:eastAsia="zh-CN"/>
        </w:rPr>
        <w:t>　　3、积极参加县教体局的相关文艺活动；</w:t>
      </w:r>
      <w:r>
        <w:rPr>
          <w:lang w:eastAsia="zh-CN"/>
        </w:rPr>
        <w:br/>
      </w:r>
      <w:r>
        <w:rPr>
          <w:lang w:eastAsia="zh-CN"/>
        </w:rPr>
        <w:t>　　综合组根据学校工作计划，在春季举办校园文化艺术节，秋季校运动会这两项常规工作。总之，我认为只要我们艺体教研组平时能够扎扎实实地加强本教研组的管理建设，努力提高本教研组教学教研工作的计划性、前瞻性、常规性、特色性和实效性。在平时的工作中突出特色，狠抓落实，注重实效，我校艺体教研组的教育教学质量，就一定能够不断进步，获得空前的提高和成功！做出自己的特色！</w:t>
      </w:r>
      <w:r>
        <w:rPr>
          <w:lang w:eastAsia="zh-CN"/>
        </w:rPr>
        <w:br/>
      </w:r>
      <w:r>
        <w:rPr>
          <w:lang w:eastAsia="zh-CN"/>
        </w:rPr>
        <w:t>　　20__—20__学年度第二学期艺体组活动行事历</w:t>
      </w:r>
      <w:r>
        <w:rPr>
          <w:lang w:eastAsia="zh-CN"/>
        </w:rPr>
        <w:br/>
      </w:r>
      <w:r>
        <w:rPr>
          <w:lang w:eastAsia="zh-CN"/>
        </w:rPr>
        <w:t>　　三月份：</w:t>
      </w:r>
      <w:r>
        <w:rPr>
          <w:lang w:eastAsia="zh-CN"/>
        </w:rPr>
        <w:br/>
      </w:r>
      <w:r>
        <w:rPr>
          <w:lang w:eastAsia="zh-CN"/>
        </w:rPr>
        <w:t>　　1、制定教研组计划和学期教学计划，落实相关工作。</w:t>
      </w:r>
      <w:r>
        <w:rPr>
          <w:lang w:eastAsia="zh-CN"/>
        </w:rPr>
        <w:br/>
      </w:r>
      <w:r>
        <w:rPr>
          <w:lang w:eastAsia="zh-CN"/>
        </w:rPr>
        <w:t>　　2、开展师徒结对活动。</w:t>
      </w:r>
      <w:r>
        <w:rPr>
          <w:lang w:eastAsia="zh-CN"/>
        </w:rPr>
        <w:br/>
      </w:r>
      <w:r>
        <w:rPr>
          <w:lang w:eastAsia="zh-CN"/>
        </w:rPr>
        <w:t>　　3、综合组市级课题研究“围绕阳光课堂开展教学活动”。</w:t>
      </w:r>
      <w:r>
        <w:rPr>
          <w:lang w:eastAsia="zh-CN"/>
        </w:rPr>
        <w:br/>
      </w:r>
      <w:r>
        <w:rPr>
          <w:lang w:eastAsia="zh-CN"/>
        </w:rPr>
        <w:t>　　4、体育组积极备战中考体育加试训练。</w:t>
      </w:r>
      <w:r>
        <w:rPr>
          <w:lang w:eastAsia="zh-CN"/>
        </w:rPr>
        <w:br/>
      </w:r>
      <w:r>
        <w:rPr>
          <w:lang w:eastAsia="zh-CN"/>
        </w:rPr>
        <w:t>　　4、教学常规检查</w:t>
      </w:r>
      <w:r>
        <w:rPr>
          <w:lang w:eastAsia="zh-CN"/>
        </w:rPr>
        <w:br/>
      </w:r>
      <w:r>
        <w:rPr>
          <w:lang w:eastAsia="zh-CN"/>
        </w:rPr>
        <w:t>　　四月份：</w:t>
      </w:r>
      <w:r>
        <w:rPr>
          <w:lang w:eastAsia="zh-CN"/>
        </w:rPr>
        <w:br/>
      </w:r>
      <w:r>
        <w:rPr>
          <w:lang w:eastAsia="zh-CN"/>
        </w:rPr>
        <w:t>　　1、对教师进行新教材培训。</w:t>
      </w:r>
      <w:r>
        <w:rPr>
          <w:lang w:eastAsia="zh-CN"/>
        </w:rPr>
        <w:br/>
      </w:r>
      <w:r>
        <w:rPr>
          <w:lang w:eastAsia="zh-CN"/>
        </w:rPr>
        <w:t>　　2、拟定本学期教研活动计划。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3、开展本学期课题研究活动计划。</w:t>
      </w:r>
      <w:r>
        <w:rPr>
          <w:lang w:eastAsia="zh-CN"/>
        </w:rPr>
        <w:br/>
      </w:r>
      <w:r>
        <w:rPr>
          <w:lang w:eastAsia="zh-CN"/>
        </w:rPr>
        <w:t>　　4、根据计划开展教研活动和课题研究活动。</w:t>
      </w:r>
      <w:r>
        <w:rPr>
          <w:lang w:eastAsia="zh-CN"/>
        </w:rPr>
        <w:br/>
      </w:r>
      <w:r>
        <w:rPr>
          <w:lang w:eastAsia="zh-CN"/>
        </w:rPr>
        <w:t>　　5、教学常规检查</w:t>
      </w:r>
      <w:r>
        <w:rPr>
          <w:lang w:eastAsia="zh-CN"/>
        </w:rPr>
        <w:br/>
      </w:r>
      <w:r>
        <w:rPr>
          <w:lang w:eastAsia="zh-CN"/>
        </w:rPr>
        <w:t>　　五月份：</w:t>
      </w:r>
      <w:r>
        <w:rPr>
          <w:lang w:eastAsia="zh-CN"/>
        </w:rPr>
        <w:br/>
      </w:r>
      <w:r>
        <w:rPr>
          <w:lang w:eastAsia="zh-CN"/>
        </w:rPr>
        <w:t>　　1、实践、探究阳光课堂教学模式</w:t>
      </w:r>
      <w:r>
        <w:rPr>
          <w:lang w:eastAsia="zh-CN"/>
        </w:rPr>
        <w:br/>
      </w:r>
      <w:r>
        <w:rPr>
          <w:lang w:eastAsia="zh-CN"/>
        </w:rPr>
        <w:t>　　2、综合组讨论研究校园文化节活动方案。</w:t>
      </w:r>
      <w:r>
        <w:rPr>
          <w:lang w:eastAsia="zh-CN"/>
        </w:rPr>
        <w:br/>
      </w:r>
      <w:r>
        <w:rPr>
          <w:lang w:eastAsia="zh-CN"/>
        </w:rPr>
        <w:t>　　3、组织综教师外出培训学习。</w:t>
      </w:r>
      <w:r>
        <w:rPr>
          <w:lang w:eastAsia="zh-CN"/>
        </w:rPr>
        <w:br/>
      </w:r>
      <w:r>
        <w:rPr>
          <w:lang w:eastAsia="zh-CN"/>
        </w:rPr>
        <w:t>　　4、教研活动、课题实践活动依计划执行</w:t>
      </w:r>
      <w:r>
        <w:rPr>
          <w:lang w:eastAsia="zh-CN"/>
        </w:rPr>
        <w:br/>
      </w:r>
      <w:r>
        <w:rPr>
          <w:lang w:eastAsia="zh-CN"/>
        </w:rPr>
        <w:t>　　5、课题研究月度检查。</w:t>
      </w:r>
      <w:r>
        <w:rPr>
          <w:lang w:eastAsia="zh-CN"/>
        </w:rPr>
        <w:br/>
      </w:r>
      <w:r>
        <w:rPr>
          <w:lang w:eastAsia="zh-CN"/>
        </w:rPr>
        <w:t>　　6、教学常规检查</w:t>
      </w:r>
      <w:r>
        <w:rPr>
          <w:lang w:eastAsia="zh-CN"/>
        </w:rPr>
        <w:br/>
      </w:r>
      <w:r>
        <w:rPr>
          <w:lang w:eastAsia="zh-CN"/>
        </w:rPr>
        <w:t>　　六月份：</w:t>
      </w:r>
      <w:r>
        <w:rPr>
          <w:lang w:eastAsia="zh-CN"/>
        </w:rPr>
        <w:br/>
      </w:r>
      <w:r>
        <w:rPr>
          <w:lang w:eastAsia="zh-CN"/>
        </w:rPr>
        <w:t>　　1、综合组开展校园文化节活动。</w:t>
      </w:r>
      <w:r>
        <w:rPr>
          <w:lang w:eastAsia="zh-CN"/>
        </w:rPr>
        <w:br/>
      </w:r>
      <w:r>
        <w:rPr>
          <w:lang w:eastAsia="zh-CN"/>
        </w:rPr>
        <w:t>　　2、积极参与上级部门的各项评比工作</w:t>
      </w:r>
      <w:r>
        <w:rPr>
          <w:lang w:eastAsia="zh-CN"/>
        </w:rPr>
        <w:br/>
      </w:r>
      <w:r>
        <w:rPr>
          <w:lang w:eastAsia="zh-CN"/>
        </w:rPr>
        <w:t>　　3、筹备课题研究论坛</w:t>
      </w:r>
      <w:r>
        <w:rPr>
          <w:lang w:eastAsia="zh-CN"/>
        </w:rPr>
        <w:br/>
      </w:r>
      <w:r>
        <w:rPr>
          <w:lang w:eastAsia="zh-CN"/>
        </w:rPr>
        <w:t>　　4、课题研究月度检查。</w:t>
      </w:r>
      <w:r>
        <w:rPr>
          <w:lang w:eastAsia="zh-CN"/>
        </w:rPr>
        <w:br/>
      </w:r>
      <w:r>
        <w:rPr>
          <w:lang w:eastAsia="zh-CN"/>
        </w:rPr>
        <w:t>　　5、教师外出培训学习</w:t>
      </w:r>
      <w:r>
        <w:rPr>
          <w:lang w:eastAsia="zh-CN"/>
        </w:rPr>
        <w:br/>
      </w:r>
      <w:r>
        <w:rPr>
          <w:lang w:eastAsia="zh-CN"/>
        </w:rPr>
        <w:t>　　6、教学常规检查</w:t>
      </w:r>
      <w:r>
        <w:rPr>
          <w:lang w:eastAsia="zh-CN"/>
        </w:rPr>
        <w:br/>
      </w:r>
      <w:r>
        <w:rPr>
          <w:lang w:eastAsia="zh-CN"/>
        </w:rPr>
        <w:t>　　七月份：</w:t>
      </w:r>
      <w:r>
        <w:rPr>
          <w:lang w:eastAsia="zh-CN"/>
        </w:rPr>
        <w:br/>
      </w:r>
      <w:r>
        <w:rPr>
          <w:lang w:eastAsia="zh-CN"/>
        </w:rPr>
        <w:t>　　1、收集、整理教研资料。</w:t>
      </w:r>
      <w:r>
        <w:rPr>
          <w:lang w:eastAsia="zh-CN"/>
        </w:rPr>
        <w:br/>
      </w:r>
      <w:r>
        <w:rPr>
          <w:lang w:eastAsia="zh-CN"/>
        </w:rPr>
        <w:t>　　2、参加课题学期工作阶段性小结会</w:t>
      </w:r>
      <w:r>
        <w:rPr>
          <w:lang w:eastAsia="zh-CN"/>
        </w:rPr>
        <w:br/>
      </w:r>
      <w:r>
        <w:rPr>
          <w:lang w:eastAsia="zh-CN"/>
        </w:rPr>
        <w:t>　　3、教研成果统计。</w:t>
      </w:r>
      <w:r>
        <w:rPr>
          <w:lang w:eastAsia="zh-CN"/>
        </w:rPr>
        <w:br/>
      </w:r>
      <w:r>
        <w:rPr>
          <w:lang w:eastAsia="zh-CN"/>
        </w:rPr>
        <w:t>　　（注：部分活动将根据市、县教研部门的计划临时通知或调整）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xml:space="preserve">    对新学期的计划 篇9 </w:t>
      </w:r>
      <w:r>
        <w:rPr>
          <w:lang w:eastAsia="zh-CN"/>
        </w:rPr>
        <w:br/>
      </w:r>
      <w:r>
        <w:rPr>
          <w:lang w:eastAsia="zh-CN"/>
        </w:rPr>
        <w:t>　　又是一个新学期了,没办法，一想到学习计划，我脑中浮现的就是“新学期”这三个字。经过了高一一年的学习，我想我对于高中的学习情况已经有了很大的适应，在这一年的学习生活中我也改掉了很多不好的习惯，的一点就是开始知道什么才算得上是认真学习。</w:t>
      </w:r>
      <w:r>
        <w:rPr>
          <w:lang w:eastAsia="zh-CN"/>
        </w:rPr>
        <w:br/>
      </w:r>
      <w:r>
        <w:rPr>
          <w:lang w:eastAsia="zh-CN"/>
        </w:rPr>
        <w:t>　　首先，我认为，学习中不可忽略的一点就是要学会分析自己的学习特点，像我——理解能力还可以，老师讲的东西不是不懂，但却总出错(用家长们的话说就是不认真)，而且对于一些死记硬背才能学会的东西总觉得不耐烦，因此，在这点上，我希望自己能在新学期里对待学习更认真，更有耐心。</w:t>
      </w:r>
      <w:r>
        <w:rPr>
          <w:lang w:eastAsia="zh-CN"/>
        </w:rPr>
        <w:br/>
      </w:r>
      <w:r>
        <w:rPr>
          <w:lang w:eastAsia="zh-CN"/>
        </w:rPr>
        <w:t>　　其次，我觉得，在学习中，确定学习目标也是很重要的，学习目标是学生学习努力的方向，正确的学习目标更是能催人奋进。反之，没有目标的学习，就是对时光一种极大的浪费。所以，我暂时的目标就是先进入全班前10名，而对于我较弱的数学我会努力，让它也有所进步。</w:t>
      </w:r>
      <w:r>
        <w:rPr>
          <w:lang w:eastAsia="zh-CN"/>
        </w:rPr>
        <w:br/>
      </w:r>
      <w:r>
        <w:rPr>
          <w:lang w:eastAsia="zh-CN"/>
        </w:rPr>
        <w:t>　　最后，也是最关键的一点，就是要科学安排时间，没有合理的安排，再好的计划也会付之东流。所以，在新学期里，我最要学会的就是要合理安排学习、娱乐、休息的时间，要把每一点一滴宝贵的时间都抓紧。</w:t>
      </w:r>
      <w:r>
        <w:rPr>
          <w:lang w:eastAsia="zh-CN"/>
        </w:rPr>
        <w:br/>
      </w:r>
      <w:r>
        <w:rPr>
          <w:lang w:eastAsia="zh-CN"/>
        </w:rPr>
        <w:t>　　计划写完了，我想，按照惯例，似乎还应该加上几句鼓励的话，但我觉得，有一句话会胜过许许多多鼓励的语言，那么，我就以它作为我学习计划的结尾吧，那就是——定了计划，就一定要实行。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2.也需要你自己结合自己的情况修改。</w:t>
      </w:r>
      <w:r>
        <w:rPr>
          <w:lang w:eastAsia="zh-CN"/>
        </w:rPr>
        <w:br/>
      </w:r>
      <w:r>
        <w:rPr>
          <w:lang w:eastAsia="zh-CN"/>
        </w:rPr>
        <w:t>　　新的学期又到了，在这关键的时期里，我要认真，仔细地规划每一分钟。认真投入到学习中。曾经有一位老师对我说，态度决定一切，要以良好的态度去面对学习。挑战自己，相信自己，我个人认为，人一生的时间的有限的，时间不等人，因为这是我初中生涯的最后一段时间，我不会放过从我身边中的每一份时间，挣取把握好身边的每分每秒。</w:t>
      </w:r>
      <w:r>
        <w:rPr>
          <w:lang w:eastAsia="zh-CN"/>
        </w:rPr>
        <w:br/>
      </w:r>
      <w:r>
        <w:rPr>
          <w:lang w:eastAsia="zh-CN"/>
        </w:rPr>
        <w:t>　　环顾学习生涯，我觉得最薄弱的科目是语文，化学。强项是数学和物理。每次月考都有化学，语文拉分，我认为在这些方面我应该加强。我觉得首先应该做到的是应该认真听课，将老师课上所讲内容完全消化，让思维与老师同步。一般先以课本为先，书上的内容是基础。在掌握的基础上，做专项训练，按层次补缺和提高。我还需要建立一本错题集，将在练习中做错的题目和尚未弄懂的题目及时记录下来，逐一解决，形成巩固。在复习中应该提倡务实精神，也应该重视规范化和格式化，要养成科学，严谨的态度。因为任何一次不规范的答题都有可能造成失分。</w:t>
      </w:r>
      <w:r>
        <w:rPr>
          <w:lang w:eastAsia="zh-CN"/>
        </w:rPr>
        <w:br/>
      </w:r>
      <w:r>
        <w:rPr>
          <w:lang w:eastAsia="zh-CN"/>
        </w:rPr>
        <w:t>　　1.因为我最薄弱的一项科目是语文，成绩处于中等水平，作文干巴巴的，不生动。</w:t>
      </w:r>
      <w:r>
        <w:rPr>
          <w:lang w:eastAsia="zh-CN"/>
        </w:rPr>
        <w:br/>
      </w:r>
      <w:r>
        <w:rPr>
          <w:lang w:eastAsia="zh-CN"/>
        </w:rPr>
        <w:t>　　空闲时间多看课外书，每天记1～2条好词佳句,按老师的指导进行写作练习。争取每次作文练习都在95分以上。</w:t>
      </w:r>
      <w:r>
        <w:rPr>
          <w:lang w:eastAsia="zh-CN"/>
        </w:rPr>
        <w:br/>
      </w:r>
      <w:r>
        <w:rPr>
          <w:lang w:eastAsia="zh-CN"/>
        </w:rPr>
        <w:t>　　2.提前老师的讲解做考纲和全品的题目，前天晚上认真预习。多做深，精的题目，拓展思维。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3.每天坚持朗读外语作品，养成良好的语感。认真识记考纲后面的单词，严格避免中考因单词而失分。认真复习和预习全品的考点聚焦和附录，要求重点掌握语法，句型。注意活学活用。</w:t>
      </w:r>
      <w:r>
        <w:rPr>
          <w:lang w:eastAsia="zh-CN"/>
        </w:rPr>
        <w:br/>
      </w:r>
      <w:r>
        <w:rPr>
          <w:lang w:eastAsia="zh-CN"/>
        </w:rPr>
        <w:t>　　4.循环复习和背诵常用原子质量表，元素化合价，酸、碱、盐溶解表，严格避免因为忘记它们而在中考中失分。认真识记和归纳老师给出的化学方程式，要求活学活用，知道反应条件，反应结果。</w:t>
      </w:r>
      <w:r>
        <w:rPr>
          <w:lang w:eastAsia="zh-CN"/>
        </w:rPr>
        <w:br/>
      </w:r>
      <w:r>
        <w:rPr>
          <w:lang w:eastAsia="zh-CN"/>
        </w:rPr>
        <w:t>　　5.认真识记物理公式，物质常量，电学和光学是物理里我最薄弱的环节，我要跟随老师的总复习，认真，仔细的巩固电学和光学知识。根据考纲认真复习各点知识，按时完成作业，做笔记。</w:t>
      </w:r>
      <w:r>
        <w:rPr>
          <w:lang w:eastAsia="zh-CN"/>
        </w:rPr>
        <w:br/>
      </w:r>
      <w:r>
        <w:rPr>
          <w:lang w:eastAsia="zh-CN"/>
        </w:rPr>
        <w:t>　　6.根据考纲认真复习历史知识点，在未来的2个多月里循环复习，加强记忆，认真记忆老师归纳的口诀，表格，利用它们能很好的记忆知识点，关注今年发生的时事，联系时事与中学历史的联系。</w:t>
      </w:r>
      <w:r>
        <w:rPr>
          <w:lang w:eastAsia="zh-CN"/>
        </w:rPr>
        <w:br/>
      </w:r>
      <w:r>
        <w:rPr>
          <w:lang w:eastAsia="zh-CN"/>
        </w:rPr>
        <w:t>　　7.根据考纲与全品上面的题目和知识点循环复习，背诵。由于今年中考政治变得很活，所以不能死记硬背，要活学活用，认真参考其他地市的中考题目。</w:t>
      </w:r>
      <w:r>
        <w:rPr>
          <w:lang w:eastAsia="zh-CN"/>
        </w:rPr>
        <w:br/>
      </w:r>
      <w:r>
        <w:rPr>
          <w:lang w:eastAsia="zh-CN"/>
        </w:rPr>
        <w:t xml:space="preserve">    对新学期的计划 篇10 </w:t>
      </w:r>
      <w:r>
        <w:rPr>
          <w:lang w:eastAsia="zh-CN"/>
        </w:rPr>
        <w:br/>
      </w:r>
      <w:r>
        <w:rPr>
          <w:lang w:eastAsia="zh-CN"/>
        </w:rPr>
        <w:t>　　一、激发学习斗志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斗志是一种积极的情绪，也是一种有待开发的潜能，一旦引爆，就表现为强劲的力量。邱吉尔在他生命中的最后一次演讲是在一所大学的毕业典礼上，在本来预计整个20分钟的演讲过程中，他只讲了一句话，而且这句话的内容还是重复的，那就是：“永不放弃……决不……决不……决不!”当时台下的学生们都被他这句简单而有力的话深深地震憾住了，在二战最惨烈的时候，如果不是凭借着这样一种精神去激励英国人民奋勇抗敌，大不列颠可能早已变成纳粹铁蹄下的一片焦土。邱吉尔对英国青年学生这番讲话，应该引起我们教育工作者的思考。</w:t>
      </w:r>
      <w:r>
        <w:rPr>
          <w:lang w:eastAsia="zh-CN"/>
        </w:rPr>
        <w:br/>
      </w:r>
      <w:r>
        <w:rPr>
          <w:lang w:eastAsia="zh-CN"/>
        </w:rPr>
        <w:t>　　这就要求我们教育工作者要适时、适量的引爆学生的学习斗志。一位学生找到语文教师，说：“老师，你的课上我一点儿语文学习斗志都没有，怎么办?”这位语文老师的做法值得仿效，每每上课之前都让学生进行课前呼号，内容大致是：“做学的主人，做读的卓越者，我最踏实，我一定成功。”他将一个学生的心理转变放到集体中，让他在集体的热情中找到自己的积极情绪。这位教师说：“学生每每呼号时，群情激奋，斗志昂扬。我常常想，学生课课处在一种?我一定成功?的渴望中，怎么能学不好呢?”</w:t>
      </w:r>
      <w:r>
        <w:rPr>
          <w:lang w:eastAsia="zh-CN"/>
        </w:rPr>
        <w:br/>
      </w:r>
      <w:r>
        <w:rPr>
          <w:lang w:eastAsia="zh-CN"/>
        </w:rPr>
        <w:t>　　一位学生期中考试考了班里倒数第一，班主任找他谈话，要求他写出三句最能感动自己的话，这位同学写出了这样三句：“我不是懒汉，我不是孬种，我要成功!”每天早上对着卧室墙壁大声呐喊。他说：“每当我呐喊时，我就想到了自己倒数第一时的痛苦，我就会热血沸腾，全身有用不完的劲!”在这种情绪状态下，他的潜能爆发出来了，期末成绩上升到班里前十名。家长在大年三十打电话给孩子的班主任，他说：“我很好感激你，你给了我孩子的斗志，也给了我的斗志!你知道么，当孩子对着墙壁呐喊的时候，连我全身都有用不完的干劲!”所以，处于亚学习状态的高中学生，不妨写几句激动人心的话，每天厉声朗读，把将自己带进良好的学习情境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二、实施计划学习</w:t>
      </w:r>
      <w:r>
        <w:rPr>
          <w:lang w:eastAsia="zh-CN"/>
        </w:rPr>
        <w:br/>
      </w:r>
      <w:r>
        <w:rPr>
          <w:lang w:eastAsia="zh-CN"/>
        </w:rPr>
        <w:t>　　到了高中，学习行为要进行科学的管理，这种管理换一个名词就是计划学习。根据笔者的观察和研究，善于管理学习的同学常常表现为善于计划学习，为此笔者提出计划学习这个概念。</w:t>
      </w:r>
      <w:r>
        <w:rPr>
          <w:lang w:eastAsia="zh-CN"/>
        </w:rPr>
        <w:br/>
      </w:r>
      <w:r>
        <w:rPr>
          <w:lang w:eastAsia="zh-CN"/>
        </w:rPr>
        <w:t>　　计划学习就是对整个学习过程和学习策略进行管理，从而实现对学习进行自主计划的学习方式。计划学习的实质是在学习中计划，在计划中学习，从而实现对学习实施有效的管理。从学习过程来看，一个完整无缺的学习过程，首先是从对学习进行计划开始的。所以，计划学习由这些环节构成：学习计划—学习目标—学习等待—课堂学习—计划笔记—巩固笔记—完成作业—深入研究—反思学习—学习调整—新的学习计划—学习目标……学生学会了计划学习，就学会自己控制自己，自己安排学习生活，就能够做到劳逸结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计划学习理论首先要求高中学生要学会制定计划，从而对自己学习实施管理。从时段上来说，高中学生的计划学习分为一天的计划学习、一周的计划学习、一个月的计划学习和计划复习迎考学习。对于一天的计划学习，休息和休闲的计划十分重要，高中学习的大部分压力就要在其中进行消散。所以，计划学习就要学会计划休息，计划休闲活动。实践表明，那些学得轻松，学得有效的高中学生，往往得益于自己的“会学”和“会玩”，也就是说，在计划学习时，他们已经将休闲和休息考虑进去了。处于亚学习状态的学生，在当初实施时，计划往往被老师打乱，或者感到时间不够，导致计划不能很好的实现。事实上，实施计划学习并不全都能做到十全十美，学习计划不能</w:t>
      </w:r>
      <w:r>
        <w:rPr>
          <w:lang w:eastAsia="zh-CN"/>
        </w:rPr>
        <w:br/>
      </w:r>
      <w:r>
        <w:rPr>
          <w:lang w:eastAsia="zh-CN"/>
        </w:rPr>
        <w:t>　　实现或者实现的不满意，这是高中生经常发生的事情，但要记住，在一次计划完成或者破坏之后，要立刻产生新的学习计划。</w:t>
      </w:r>
      <w:r>
        <w:rPr>
          <w:lang w:eastAsia="zh-CN"/>
        </w:rPr>
        <w:br/>
      </w:r>
      <w:r>
        <w:rPr>
          <w:lang w:eastAsia="zh-CN"/>
        </w:rPr>
        <w:t>　　三、学会积极等待</w:t>
      </w:r>
      <w:r>
        <w:rPr>
          <w:lang w:eastAsia="zh-CN"/>
        </w:rPr>
        <w:br/>
      </w:r>
      <w:r>
        <w:rPr>
          <w:lang w:eastAsia="zh-CN"/>
        </w:rPr>
        <w:t>　　学习品质优秀的高中生，他们对教师的教学行为，常常处在一种积极等待的渴望状态。在教学开始之前，优秀的同学已经准备好学习用具和书本，巩固了上一节课学习的内容，预知道要学习内容的难度，心理上处于一种积极盼望、等待的心理状态。这时，学生不仅知道重点听什么、记什么，还知道哪些是比较难的，哪些是比较易的，能够较早的进行难度预案，预设课后进行的“消难”方案。具备了这种状态，就是时常所说的“我要学”的状态;具备这种学习心理状态，就能主动的和教师创设的教学平台自然的衔接，当教师进行新内容的讲练时，学生自觉的进入学习情境，和教师心理产生共振。这要比教师已经开讲，那些心还在课堂之外，迟迟的进不了教学情境，拿来不出书本用具，被动听课的同学来说，学习心理意识要积极的多。</w:t>
      </w:r>
      <w:r>
        <w:rPr>
          <w:lang w:eastAsia="zh-CN"/>
        </w:rPr>
        <w:br/>
      </w:r>
      <w:r>
        <w:rPr>
          <w:lang w:eastAsia="zh-CN"/>
        </w:rPr>
        <w:t xml:space="preserve">    对新学期的计划 篇11 </w:t>
      </w:r>
      <w:r>
        <w:rPr>
          <w:lang w:eastAsia="zh-CN"/>
        </w:rPr>
        <w:br/>
      </w:r>
      <w:r>
        <w:rPr>
          <w:lang w:eastAsia="zh-CN"/>
        </w:rPr>
        <w:t>　　时间过得真快，转眼间假期生活就要结束了，明天就要开学了，利用一天的时间，让儿子整理整理书包，并谈谈假期的收获，再给自己制定一个新学期的计划。</w:t>
      </w:r>
      <w:r>
        <w:rPr>
          <w:lang w:eastAsia="zh-CN"/>
        </w:rPr>
        <w:br/>
      </w:r>
      <w:r>
        <w:rPr>
          <w:lang w:eastAsia="zh-CN"/>
        </w:rPr>
        <w:t>　　在谈假期收获时，儿子是这样说的：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1、我按照老师的要求按时完成了寒假作业，寒假作业书写认真，我还认真检查了一遍，发现有错题并纠正了过来。</w:t>
      </w:r>
      <w:r>
        <w:rPr>
          <w:lang w:eastAsia="zh-CN"/>
        </w:rPr>
        <w:br/>
      </w:r>
      <w:r>
        <w:rPr>
          <w:lang w:eastAsia="zh-CN"/>
        </w:rPr>
        <w:t>　　2、我和妈妈一起读了一本书，叫《绿野仙踪》，我还简单地给()妈妈讲了一遍，妈妈帮我发到了博客上。我自己还读了《我会读》一系列的书，一共有八本，都是我自己读的。另外妈妈还给我买了《神奇校车》的第三辑和第四辑，每一本我也看了看，爸爸还给我讲了几本。我还读了两本有趣的漫画书，名叫《阿衰》，阿衰可有意思了，可逗人了，每次读这本书，我都呵呵大笑。</w:t>
      </w:r>
      <w:r>
        <w:rPr>
          <w:lang w:eastAsia="zh-CN"/>
        </w:rPr>
        <w:br/>
      </w:r>
      <w:r>
        <w:rPr>
          <w:lang w:eastAsia="zh-CN"/>
        </w:rPr>
        <w:t>　　3、我除了读书、写作业，每天我还运动半小时，跳绳、踢球、打羽毛球。假期里，我学会了一种新运动--打羽毛球，我爱上打羽毛球了，每天都想让爸爸妈妈陪我打羽毛球。</w:t>
      </w:r>
      <w:r>
        <w:rPr>
          <w:lang w:eastAsia="zh-CN"/>
        </w:rPr>
        <w:br/>
      </w:r>
      <w:r>
        <w:rPr>
          <w:lang w:eastAsia="zh-CN"/>
        </w:rPr>
        <w:t>　　4、我还约我的好朋友们一起玩，有的时候我去他们家里玩，有的时候他们来我家玩，还有的时候我们一起出去玩。</w:t>
      </w:r>
      <w:r>
        <w:rPr>
          <w:lang w:eastAsia="zh-CN"/>
        </w:rPr>
        <w:br/>
      </w:r>
      <w:r>
        <w:rPr>
          <w:lang w:eastAsia="zh-CN"/>
        </w:rPr>
        <w:t>　　5、我没有按时敲鼓，因为我们隔壁的叔叔家有了一个小弟弟，怕鼓声吓着弟弟，所以我没有敲鼓，但妈妈每天都会让我听音乐。</w:t>
      </w:r>
      <w:r>
        <w:rPr>
          <w:lang w:eastAsia="zh-CN"/>
        </w:rPr>
        <w:br/>
      </w:r>
      <w:r>
        <w:rPr>
          <w:lang w:eastAsia="zh-CN"/>
        </w:rPr>
        <w:t>　　整个假期儿子过得还挺充实，每天听到儿子说：“我今天过得真开心，妈妈你也是吧！”儿子整个假期挺快乐，新学期就要开始了，妈妈相信你，你会过得更开心、更有意义，因为你又可以回到老师身边，学习更多新知识，可以和你班的同学玩更有意思的游戏。新学期，你给自己制定一个什么计划呢？儿子想了想说：</w:t>
      </w:r>
      <w:r>
        <w:rPr>
          <w:lang w:eastAsia="zh-CN"/>
        </w:rPr>
        <w:br/>
      </w:r>
      <w:r>
        <w:rPr>
          <w:lang w:eastAsia="zh-CN"/>
        </w:rPr>
        <w:t>　　1、我每天要早起床，上学不迟到。（我建议儿子 6:50起床7:00读书 7:20吃饭 7:35去上学）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2、在学校，上课时，我认真听讲，把每节课所讲的新知识都学会；课间玩的时候，注意安全。</w:t>
      </w:r>
      <w:r>
        <w:rPr>
          <w:lang w:eastAsia="zh-CN"/>
        </w:rPr>
        <w:br/>
      </w:r>
      <w:r>
        <w:rPr>
          <w:lang w:eastAsia="zh-CN"/>
        </w:rPr>
        <w:t>　　3、每天放学后，主动写作业，争取一个小时完成作业，写完作业认真检查。</w:t>
      </w:r>
      <w:r>
        <w:rPr>
          <w:lang w:eastAsia="zh-CN"/>
        </w:rPr>
        <w:br/>
      </w:r>
      <w:r>
        <w:rPr>
          <w:lang w:eastAsia="zh-CN"/>
        </w:rPr>
        <w:t>　　4、每天晚上和以前一样，敲半小时的鼓，读半小时课外书。</w:t>
      </w:r>
      <w:r>
        <w:rPr>
          <w:lang w:eastAsia="zh-CN"/>
        </w:rPr>
        <w:br/>
      </w:r>
      <w:r>
        <w:rPr>
          <w:lang w:eastAsia="zh-CN"/>
        </w:rPr>
        <w:t>　　5、其余时间，我就可以玩了，玩拼车、磁力棒、做手工等等事情。</w:t>
      </w:r>
      <w:r>
        <w:rPr>
          <w:lang w:eastAsia="zh-CN"/>
        </w:rPr>
        <w:br/>
      </w:r>
      <w:r>
        <w:rPr>
          <w:lang w:eastAsia="zh-CN"/>
        </w:rPr>
        <w:t>　　说到这里，儿子问我能不能看电视，我说：“你的眼睛不太好，不能天天看电视，我可以给你加一条。”</w:t>
      </w:r>
      <w:r>
        <w:rPr>
          <w:lang w:eastAsia="zh-CN"/>
        </w:rPr>
        <w:br/>
      </w:r>
      <w:r>
        <w:rPr>
          <w:lang w:eastAsia="zh-CN"/>
        </w:rPr>
        <w:t>　　6、每周周末看一部电影。</w:t>
      </w:r>
      <w:r>
        <w:rPr>
          <w:lang w:eastAsia="zh-CN"/>
        </w:rPr>
        <w:br/>
      </w:r>
      <w:r>
        <w:rPr>
          <w:lang w:eastAsia="zh-CN"/>
        </w:rPr>
        <w:t>　　我问儿子：“你的计划里没有运动的时间，你什么时候锻炼身体呀？”</w:t>
      </w:r>
      <w:r>
        <w:rPr>
          <w:lang w:eastAsia="zh-CN"/>
        </w:rPr>
        <w:br/>
      </w:r>
      <w:r>
        <w:rPr>
          <w:lang w:eastAsia="zh-CN"/>
        </w:rPr>
        <w:t>　　儿子说：“我玩的时候锻炼身体，我可以在外面活动活动，天黑了，再回屋里玩。我还可以帮你做些事情。就这样吧！”</w:t>
      </w:r>
      <w:r>
        <w:rPr>
          <w:lang w:eastAsia="zh-CN"/>
        </w:rPr>
        <w:br/>
      </w:r>
      <w:r>
        <w:rPr>
          <w:lang w:eastAsia="zh-CN"/>
        </w:rPr>
        <w:t>　　第一学期，儿子已经适应了小学生活，学习兴趣很高，也养成了一些好的学习习惯，希望儿子第二学期能再接再厉，度过一个快乐的新学期！</w:t>
      </w:r>
      <w:r>
        <w:rPr>
          <w:lang w:eastAsia="zh-CN"/>
        </w:rPr>
        <w:br/>
      </w:r>
      <w:r>
        <w:rPr>
          <w:lang w:eastAsia="zh-CN"/>
        </w:rPr>
        <w:t xml:space="preserve">    对新学期的计划 篇12 </w:t>
      </w:r>
      <w:r>
        <w:rPr>
          <w:lang w:eastAsia="zh-CN"/>
        </w:rPr>
        <w:br/>
      </w:r>
      <w:r>
        <w:rPr>
          <w:lang w:eastAsia="zh-CN"/>
        </w:rPr>
        <w:t>　　在徐中学习已有半年，新学期开始，我对上学期存在的问题及这学期的努力方向做一个计划。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一、上学期，经常会有上课听懂了，做题不会、死套公式的现象，这是对内容一知半解、理解不透彻造成的。针对这一问题，这学期应该提前预习，带着自己没有看懂的概念听讲，自己会的也要跟上老师加固印象，把不清楚的圈起来下课问老师。</w:t>
      </w:r>
      <w:r>
        <w:rPr>
          <w:lang w:eastAsia="zh-CN"/>
        </w:rPr>
        <w:br/>
      </w:r>
      <w:r>
        <w:rPr>
          <w:lang w:eastAsia="zh-CN"/>
        </w:rPr>
        <w:t>　　二、上学期，我的化学、生物两科差距较大。同样像英语，由于做题较多保持了好的语感，就取得了不错的成绩。由此可见，是自己在这两科上下的功夫不够。这个学期，我会利用课间和午休时间记忆化学方程式和生物概念，从课后的练习题入手，做更多的题，从中总结经验，方便更好、更快地做题。</w:t>
      </w:r>
      <w:r>
        <w:rPr>
          <w:lang w:eastAsia="zh-CN"/>
        </w:rPr>
        <w:br/>
      </w:r>
      <w:r>
        <w:rPr>
          <w:lang w:eastAsia="zh-CN"/>
        </w:rPr>
        <w:t>　　三、上学期我课下效率不高，主要依靠课上老师讲的知识，没有做深入的思考。这个学期有更多的自习可供我总结公式、规律，做题，所以要充分利用这段时间，在完成老师的作业的基础上做课外题巩固知识点。</w:t>
      </w:r>
      <w:r>
        <w:rPr>
          <w:lang w:eastAsia="zh-CN"/>
        </w:rPr>
        <w:br/>
      </w:r>
      <w:r>
        <w:rPr>
          <w:lang w:eastAsia="zh-CN"/>
        </w:rPr>
        <w:t>　　四、上学期我还有拖延时间的问题，遇到不会的题不是解决而是堆在一旁不管，直到堆积成山再也无法处理，然后无从下手。这种现象造成的后果是做题时会的便会，不会的依然不会。这一学期一定要改掉这个毛病，遇到问题及时找老师或同学解决。</w:t>
      </w:r>
      <w:r>
        <w:rPr>
          <w:lang w:eastAsia="zh-CN"/>
        </w:rPr>
        <w:br/>
      </w:r>
      <w:r>
        <w:rPr>
          <w:lang w:eastAsia="zh-CN"/>
        </w:rPr>
        <w:t>　　新的学期，不仅要解决上学期遗留的问题，还要有新的计划：</w:t>
      </w:r>
      <w:r>
        <w:rPr>
          <w:lang w:eastAsia="zh-CN"/>
        </w:rPr>
        <w:br/>
      </w:r>
      <w:r>
        <w:rPr>
          <w:lang w:eastAsia="zh-CN"/>
        </w:rPr>
        <w:t>　　一、充分利用早自习时间。把早自习合理分配给各个科目，语文要背的古文古诗，英语记单词扩展词汇量，数理化生要记要点、概念、公式。利用早自习减轻课下记忆的负担。</w:t>
      </w:r>
      <w:r>
        <w:rPr>
          <w:lang w:eastAsia="zh-CN"/>
        </w:rPr>
        <w:br/>
      </w:r>
      <w:r>
        <w:rPr>
          <w:lang w:eastAsia="zh-CN"/>
        </w:rPr>
        <w:t>　　二、利用下课时间。课间时间可以把下节课的书准备好，翻看上节课的笔记，把学过的知识回忆起来便于衔接。</w:t>
      </w:r>
      <w:r>
        <w:rPr>
          <w:lang w:eastAsia="zh-CN"/>
        </w:rPr>
        <w:br/>
      </w:r>
      <w:r>
        <w:rPr>
          <w:lang w:eastAsia="zh-CN"/>
        </w:rPr>
        <w:t>　　三、利用跑操整队的一小段时间。准备一个小本，把单词、公式记在上面，利用这一段时间进行背诵。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在新的学期，就要和过去道别，专一专注于学习。我给自己定的目标是年级前150名，保持成绩稳定，下次分班时能考进理想的班级。</w:t>
      </w:r>
      <w:r>
        <w:rPr>
          <w:lang w:eastAsia="zh-CN"/>
        </w:rPr>
        <w:br/>
      </w:r>
      <w:r>
        <w:rPr>
          <w:lang w:eastAsia="zh-CN"/>
        </w:rPr>
        <w:t>　　我会遵照自己的计划去努力学习，争取实现我的小目标。</w:t>
      </w:r>
      <w:r>
        <w:rPr>
          <w:lang w:eastAsia="zh-CN"/>
        </w:rPr>
        <w:br/>
      </w:r>
      <w:r>
        <w:rPr>
          <w:lang w:eastAsia="zh-CN"/>
        </w:rPr>
        <w:t xml:space="preserve">    对新学期的计划 篇13 </w:t>
      </w:r>
      <w:r>
        <w:rPr>
          <w:lang w:eastAsia="zh-CN"/>
        </w:rPr>
        <w:br/>
      </w:r>
      <w:r>
        <w:rPr>
          <w:lang w:eastAsia="zh-CN"/>
        </w:rPr>
        <w:t>　　一、班级情况分析</w:t>
      </w:r>
      <w:r>
        <w:rPr>
          <w:lang w:eastAsia="zh-CN"/>
        </w:rPr>
        <w:br/>
      </w:r>
      <w:r>
        <w:rPr>
          <w:lang w:eastAsia="zh-CN"/>
        </w:rPr>
        <w:t>　　本学期我班共__人，男孩__人、女孩__人，都是从中班升上来。通过在中班的培养，幼儿都有良好的行为习惯，对人有礼貌。但在写字方面还须加强，必须从简单的握笔姿势开始。本学期我们将着重在一日常规上下功夫，合理的安排一日活动安排，努力做班级保教工作，进一步的培养幼儿的自我服务能力。在喜欢帮助他人、尊敬长辈和与同伴有爱的基础上进一步的提升。</w:t>
      </w:r>
      <w:r>
        <w:rPr>
          <w:lang w:eastAsia="zh-CN"/>
        </w:rPr>
        <w:br/>
      </w:r>
      <w:r>
        <w:rPr>
          <w:lang w:eastAsia="zh-CN"/>
        </w:rPr>
        <w:t>　　二、保教工作</w:t>
      </w:r>
      <w:r>
        <w:rPr>
          <w:lang w:eastAsia="zh-CN"/>
        </w:rPr>
        <w:br/>
      </w:r>
      <w:r>
        <w:rPr>
          <w:lang w:eastAsia="zh-CN"/>
        </w:rPr>
        <w:t>　　以《规程》为指针，贯彻《新纲要》精神，根据园务工作计划，扎扎实实做好保教工作，规范幼儿的一日常规，发展幼儿智力，培养真确的美感，促使幼儿的身心和谐发展。</w:t>
      </w:r>
      <w:r>
        <w:rPr>
          <w:lang w:eastAsia="zh-CN"/>
        </w:rPr>
        <w:br/>
      </w:r>
      <w:r>
        <w:rPr>
          <w:lang w:eastAsia="zh-CN"/>
        </w:rPr>
        <w:t>　　1、保育工作：督促生活教师搞好班级卫生，每天做好清洁、消毒、通风卫生、预防传染病的卫生;严格执行幼儿的一日活动作息制度，合理安排一日生活;整理好室内外的环境布置，为幼儿创设一个清洁舒适、健康安全的生活学习环境。细心呵护幼儿成长，在日常生活中精心关爱幼儿，特别是年龄小能力稍弱的孩子。日常生活中细心关注孩子的精神面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2、教育教学工作：尊重幼儿的学习活动中的主体地位，根据大班幼儿的兴趣的发展目标结合我们新的.建构式课程内容增加五大领域的教学内容，每月教学计划，有计划有目的地组织实施。充分发挥幼儿的主体，对幼儿进行语言智能，数学逻辑智能、自我认识智能、空间智能、人际关系智能、音乐智能、身体运动智能、自然观察智能，留心每个幼儿身上的闪光点。继续加强幼儿的常规培养，常规的好坏直接影响教学的达成，从而影响孩子的发展。重点培养幼儿的阅读下载能力、提高幼儿的讲述能力帮助幼儿掌握阅读下载的方法，能涿页翻读、学习用完整的话表达每一页的人和话讲述故事的能力。</w:t>
      </w:r>
      <w:r>
        <w:rPr>
          <w:lang w:eastAsia="zh-CN"/>
        </w:rPr>
        <w:br/>
      </w:r>
      <w:r>
        <w:rPr>
          <w:lang w:eastAsia="zh-CN"/>
        </w:rPr>
        <w:t>　　三、安全工作</w:t>
      </w:r>
      <w:r>
        <w:rPr>
          <w:lang w:eastAsia="zh-CN"/>
        </w:rPr>
        <w:br/>
      </w:r>
      <w:r>
        <w:rPr>
          <w:lang w:eastAsia="zh-CN"/>
        </w:rPr>
        <w:t>　　我们始终都要把安全工作放在首要，加强日常活动中的安全管理。重视幼儿一日活动中各个环节的安全管理工作，如晨间活动、自选活动、餐前餐后、午睡前后及午睡间的巡视，保证幼儿一日不脱离老师的视线。在日常活动中穿插安全意识、帮助幼儿掌握一些自我保护技能、提高自己的责任心，细心排除一切不安全因素。</w:t>
      </w:r>
      <w:r>
        <w:rPr>
          <w:lang w:eastAsia="zh-CN"/>
        </w:rPr>
        <w:br/>
      </w:r>
      <w:r>
        <w:rPr>
          <w:lang w:eastAsia="zh-CN"/>
        </w:rPr>
        <w:t>　　四、班级管理</w:t>
      </w:r>
      <w:r>
        <w:rPr>
          <w:lang w:eastAsia="zh-CN"/>
        </w:rPr>
        <w:br/>
      </w:r>
      <w:r>
        <w:rPr>
          <w:lang w:eastAsia="zh-CN"/>
        </w:rPr>
        <w:t>　　1、每周定期召开班务会，总结一周下来的工作情况。共同讨论自己工作中遇到的困难，找出解决的办法。</w:t>
      </w:r>
      <w:r>
        <w:rPr>
          <w:lang w:eastAsia="zh-CN"/>
        </w:rPr>
        <w:br/>
      </w:r>
      <w:r>
        <w:rPr>
          <w:lang w:eastAsia="zh-CN"/>
        </w:rPr>
        <w:t>　　2、认真制订好月、周、日计划。严格按计划开展各项活动。</w:t>
      </w:r>
      <w:r>
        <w:rPr>
          <w:lang w:eastAsia="zh-CN"/>
        </w:rPr>
        <w:br/>
      </w:r>
      <w:r>
        <w:rPr>
          <w:lang w:eastAsia="zh-CN"/>
        </w:rPr>
        <w:t>　　3、管理好班级财物，每天检查门窗是否关好，不让班级财物丢失。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五、家长工作</w:t>
      </w:r>
      <w:r>
        <w:rPr>
          <w:lang w:eastAsia="zh-CN"/>
        </w:rPr>
        <w:br/>
      </w:r>
      <w:r>
        <w:rPr>
          <w:lang w:eastAsia="zh-CN"/>
        </w:rPr>
        <w:t>　　做好家长工作，提高家园共育的结果。</w:t>
      </w:r>
      <w:r>
        <w:rPr>
          <w:lang w:eastAsia="zh-CN"/>
        </w:rPr>
        <w:br/>
      </w:r>
      <w:r>
        <w:rPr>
          <w:lang w:eastAsia="zh-CN"/>
        </w:rPr>
        <w:t>　　1、根据大班具体情况，有针对性地出好家园共育栏目，及时向家长宣传有关幼教知识，让家长及时了解幼儿在园情况。</w:t>
      </w:r>
      <w:r>
        <w:rPr>
          <w:lang w:eastAsia="zh-CN"/>
        </w:rPr>
        <w:br/>
      </w:r>
      <w:r>
        <w:rPr>
          <w:lang w:eastAsia="zh-CN"/>
        </w:rPr>
        <w:t>　　2、认真填写家园情况反馈表，使其充分发挥桥梁作用。</w:t>
      </w:r>
      <w:r>
        <w:rPr>
          <w:lang w:eastAsia="zh-CN"/>
        </w:rPr>
        <w:br/>
      </w:r>
      <w:r>
        <w:rPr>
          <w:lang w:eastAsia="zh-CN"/>
        </w:rPr>
        <w:t>　　3、通过家访，电访和电子邮件等形式与家长保持密切联系，及时交流幼儿的生活学习情况。</w:t>
      </w:r>
      <w:r>
        <w:rPr>
          <w:lang w:eastAsia="zh-CN"/>
        </w:rPr>
        <w:br/>
      </w:r>
      <w:r>
        <w:rPr>
          <w:lang w:eastAsia="zh-CN"/>
        </w:rPr>
        <w:t>　　4、定期开展好家长会，提倡优质服务。尽量让家长感到满意，放心，以取得家长对班级工作的支持与配合。</w:t>
      </w:r>
      <w:r>
        <w:rPr>
          <w:lang w:eastAsia="zh-CN"/>
        </w:rPr>
        <w:br/>
      </w:r>
      <w:r>
        <w:rPr>
          <w:lang w:eastAsia="zh-CN"/>
        </w:rPr>
        <w:t>　　总之，我们继续努力、团结一致、同心协力把班级工作做好，争取取得更好的成绩。</w:t>
      </w:r>
      <w:r>
        <w:rPr>
          <w:lang w:eastAsia="zh-CN"/>
        </w:rPr>
        <w:br/>
      </w:r>
      <w:r>
        <w:rPr>
          <w:lang w:eastAsia="zh-CN"/>
        </w:rPr>
        <w:t xml:space="preserve">    对新学期的计划 篇14 </w:t>
      </w:r>
      <w:r>
        <w:rPr>
          <w:lang w:eastAsia="zh-CN"/>
        </w:rPr>
        <w:br/>
      </w:r>
      <w:r>
        <w:rPr>
          <w:lang w:eastAsia="zh-CN"/>
        </w:rPr>
        <w:t>　　一个学期说过去就过去了，真的好快，书画协会的成员在享受本学期的快乐的同时也收获了不少的经验。想，每一次的成功都必须要有精密的计划。为了让我们在下个学期的工作当中有前进的目标，特为此写一份工作计划书。</w:t>
      </w:r>
      <w:r>
        <w:rPr>
          <w:lang w:eastAsia="zh-CN"/>
        </w:rPr>
        <w:br/>
      </w:r>
      <w:r>
        <w:rPr>
          <w:lang w:eastAsia="zh-CN"/>
        </w:rPr>
        <w:t>　　1、社联是为学生提供精彩活动的组织，所以我们希望我们书画协会在下个学期能够有再次有自己的活动。保证学院学生的课余活动丰富多彩，同时提高学院学生的艺术细胞。我们的活动尽管没有确定，但是我已经看到了协会成员在努力把活动举办得成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2、书画协会在下个学期的工作当中应该配合其他协会做好其他协会的活动宣传工作。让全院的学生都知道我们的'社联的活动，并积极加入我们的活动当中来，是我们的活动更加的丰富与精彩。这样才能体现我们的存在与实现我们的价值。</w:t>
      </w:r>
      <w:r>
        <w:rPr>
          <w:lang w:eastAsia="zh-CN"/>
        </w:rPr>
        <w:br/>
      </w:r>
      <w:r>
        <w:rPr>
          <w:lang w:eastAsia="zh-CN"/>
        </w:rPr>
        <w:t>　　3、书画协会还是得一步加强内部成员团结结合作精神与内部的感情。为此我想我们在下个学期应该在自己内部搞一些活动，比如说篮球赛、聚会等等。</w:t>
      </w:r>
      <w:r>
        <w:rPr>
          <w:lang w:eastAsia="zh-CN"/>
        </w:rPr>
        <w:br/>
      </w:r>
      <w:r>
        <w:rPr>
          <w:lang w:eastAsia="zh-CN"/>
        </w:rPr>
        <w:t>　　做好自己就是为书画协会服务，我们书画协会在下个学期的工作当中一定各自努力使我们的工作做好，并实现我们的价值。</w:t>
      </w:r>
      <w:r>
        <w:rPr>
          <w:lang w:eastAsia="zh-CN"/>
        </w:rPr>
        <w:br/>
      </w:r>
      <w:r>
        <w:rPr>
          <w:lang w:eastAsia="zh-CN"/>
        </w:rPr>
        <w:t xml:space="preserve">    对新学期的计划 篇15 </w:t>
      </w:r>
      <w:r>
        <w:rPr>
          <w:lang w:eastAsia="zh-CN"/>
        </w:rPr>
        <w:br/>
      </w:r>
      <w:r>
        <w:rPr>
          <w:lang w:eastAsia="zh-CN"/>
        </w:rPr>
        <w:t>　　告别了小学的愉快生活，中学富丽堂皇的大门有向我们开启，向我们伸出欢迎的臂膀，热情地迎接我们的道来。我们接受了这份难得可贵的热情，踏进了中学的大门，走进了新的学校，新的班集体，融入了新的学习生活，新的团队。</w:t>
      </w:r>
      <w:r>
        <w:rPr>
          <w:lang w:eastAsia="zh-CN"/>
        </w:rPr>
        <w:br/>
      </w:r>
      <w:r>
        <w:rPr>
          <w:lang w:eastAsia="zh-CN"/>
        </w:rPr>
        <w:t>　　我们走进了知识的殿堂，将用一把把神奇的金灿灿的钥匙，打开一间间知识，智慧的宝库。我们期待着，希望能吮吸到更多知识的甘霖，希望在初中的第一个新学期里能表现得更出色。</w:t>
      </w:r>
      <w:r>
        <w:rPr>
          <w:lang w:eastAsia="zh-CN"/>
        </w:rPr>
        <w:br/>
      </w:r>
      <w:r>
        <w:rPr>
          <w:lang w:eastAsia="zh-CN"/>
        </w:rPr>
        <w:t>　　面对中学这三年，我们不应当害怕退缩，而应当勇敢地走出去，面对一切艰难险阻。中学三年看似有些漫长，其实却很短暂，因此我们更应该抓紧一分一秒努力学习，认真完成各项作业，合理安排作息时间，按计划有条理地完成老师布置的任务，给老师留下一个难以抹灭的烙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要知道，初中是比小学更高的一个层次，因此我们更应当稳抓稳打，加固我们自身的“地基”，并且牢牢地抓住眼前的每一个难得的机会，把握住时机，千万不能错失良机。</w:t>
      </w:r>
      <w:r>
        <w:rPr>
          <w:lang w:eastAsia="zh-CN"/>
        </w:rPr>
        <w:br/>
      </w:r>
      <w:r>
        <w:rPr>
          <w:lang w:eastAsia="zh-CN"/>
        </w:rPr>
        <w:t>　　在新的班集体中，我们更应该大胆地展现出自己各方面的才能，让同学们刮目相看。我们也要学会与新同学适当交往，得“民心”，更应该尊敬自己的师长，表示忠心，将来才能得以重用。我们应当多参加各方面活动，锻炼自己，让自己更出色。</w:t>
      </w:r>
      <w:r>
        <w:rPr>
          <w:lang w:eastAsia="zh-CN"/>
        </w:rPr>
        <w:br/>
      </w:r>
      <w:r>
        <w:rPr>
          <w:lang w:eastAsia="zh-CN"/>
        </w:rPr>
        <w:t>　　就以上三大点，我给自己在初中第一学期里定下了三大“战略”目标：</w:t>
      </w:r>
      <w:r>
        <w:rPr>
          <w:lang w:eastAsia="zh-CN"/>
        </w:rPr>
        <w:br/>
      </w:r>
      <w:r>
        <w:rPr>
          <w:lang w:eastAsia="zh-CN"/>
        </w:rPr>
        <w:t>　　首先要自觉遵守中学“学生一日常规”。上课要认真听课，做课堂笔记，完成作业，要努力养成温故而知新的良好的学习习惯，改掉粗心，马虎的坏毛病。做任何事都应当仔细谨慎，观察入微。在成绩方面要过应，期中考之前，要在班级站?脚跟，靠进班级前十。</w:t>
      </w:r>
      <w:r>
        <w:rPr>
          <w:lang w:eastAsia="zh-CN"/>
        </w:rPr>
        <w:br/>
      </w:r>
      <w:r>
        <w:rPr>
          <w:lang w:eastAsia="zh-CN"/>
        </w:rPr>
        <w:t>　　其次应当抓住每一个时机，不能错过，稳稳地向前迈出每一步。</w:t>
      </w:r>
      <w:r>
        <w:rPr>
          <w:lang w:eastAsia="zh-CN"/>
        </w:rPr>
        <w:br/>
      </w:r>
      <w:r>
        <w:rPr>
          <w:lang w:eastAsia="zh-CN"/>
        </w:rPr>
        <w:t>　　最后应当展现最好的自己，让自己在各方面都很出色。并且跟周围的同学结下深厚的友情，从陌生一直到熟悉，让老师信任自己，看见自己存在的价值，要知道是金子总会发光的。</w:t>
      </w:r>
      <w:r>
        <w:rPr>
          <w:lang w:eastAsia="zh-CN"/>
        </w:rPr>
        <w:br/>
      </w:r>
      <w:r>
        <w:rPr>
          <w:lang w:eastAsia="zh-CN"/>
        </w:rPr>
        <w:t>　　如果初一的时候抓紧时间为自己打下了良好的基础，那初中三年的不易也将会屡屡化解，也不会像当初想象的那么难了。如果完成那三大“战略”目标，就可以像蜀国丞相诸葛亮一样“坐观天下事”了······</w:t>
      </w:r>
      <w:r>
        <w:rPr>
          <w:lang w:eastAsia="zh-CN"/>
        </w:rPr>
        <w:br/>
      </w:r>
      <w:r>
        <w:rPr>
          <w:lang w:eastAsia="zh-CN"/>
        </w:rPr>
        <w:t xml:space="preserve">    对新学期的计划 篇16 </w:t>
      </w:r>
      <w:r>
        <w:rPr>
          <w:lang w:eastAsia="zh-CN"/>
        </w:rPr>
        <w:br/>
      </w:r>
      <w:r>
        <w:rPr>
          <w:lang w:eastAsia="zh-CN"/>
        </w:rPr>
        <w:t>　　最终目标：</w:t>
      </w:r>
      <w:r>
        <w:rPr>
          <w:lang w:eastAsia="zh-CN"/>
        </w:rPr>
        <w:br/>
      </w:r>
      <w:r>
        <w:rPr>
          <w:lang w:eastAsia="zh-CN"/>
        </w:rPr>
        <w:t>　　1、月考挺进全级前20名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2、期中考挺进全级前15名或者更好</w:t>
      </w:r>
      <w:r>
        <w:rPr>
          <w:lang w:eastAsia="zh-CN"/>
        </w:rPr>
        <w:br/>
      </w:r>
      <w:r>
        <w:rPr>
          <w:lang w:eastAsia="zh-CN"/>
        </w:rPr>
        <w:t>　　3、期末考稳坐全级第12名</w:t>
      </w:r>
      <w:r>
        <w:rPr>
          <w:lang w:eastAsia="zh-CN"/>
        </w:rPr>
        <w:br/>
      </w:r>
      <w:r>
        <w:rPr>
          <w:lang w:eastAsia="zh-CN"/>
        </w:rPr>
        <w:t>　　短期内目标：</w:t>
      </w:r>
      <w:r>
        <w:rPr>
          <w:lang w:eastAsia="zh-CN"/>
        </w:rPr>
        <w:br/>
      </w:r>
      <w:r>
        <w:rPr>
          <w:lang w:eastAsia="zh-CN"/>
        </w:rPr>
        <w:t>　　1、月考前背完英语课文;</w:t>
      </w:r>
      <w:r>
        <w:rPr>
          <w:lang w:eastAsia="zh-CN"/>
        </w:rPr>
        <w:br/>
      </w:r>
      <w:r>
        <w:rPr>
          <w:lang w:eastAsia="zh-CN"/>
        </w:rPr>
        <w:t>　　2、月考前默完语文应背文段;</w:t>
      </w:r>
      <w:r>
        <w:rPr>
          <w:lang w:eastAsia="zh-CN"/>
        </w:rPr>
        <w:br/>
      </w:r>
      <w:r>
        <w:rPr>
          <w:lang w:eastAsia="zh-CN"/>
        </w:rPr>
        <w:t>　　3、月考前物理基本自学完毕;</w:t>
      </w:r>
      <w:r>
        <w:rPr>
          <w:lang w:eastAsia="zh-CN"/>
        </w:rPr>
        <w:br/>
      </w:r>
      <w:r>
        <w:rPr>
          <w:lang w:eastAsia="zh-CN"/>
        </w:rPr>
        <w:t>　　4、月考前数学基本自学完毕;</w:t>
      </w:r>
      <w:r>
        <w:rPr>
          <w:lang w:eastAsia="zh-CN"/>
        </w:rPr>
        <w:br/>
      </w:r>
      <w:r>
        <w:rPr>
          <w:lang w:eastAsia="zh-CN"/>
        </w:rPr>
        <w:t>　　5、其余科目尽可能赶上去;</w:t>
      </w:r>
      <w:r>
        <w:rPr>
          <w:lang w:eastAsia="zh-CN"/>
        </w:rPr>
        <w:br/>
      </w:r>
      <w:r>
        <w:rPr>
          <w:lang w:eastAsia="zh-CN"/>
        </w:rPr>
        <w:t>　　6、月考前背完《增广贤文》，看五本以上的名著。</w:t>
      </w:r>
      <w:r>
        <w:rPr>
          <w:lang w:eastAsia="zh-CN"/>
        </w:rPr>
        <w:br/>
      </w:r>
      <w:r>
        <w:rPr>
          <w:lang w:eastAsia="zh-CN"/>
        </w:rPr>
        <w:t>　　学习时间安排如下：</w:t>
      </w:r>
      <w:r>
        <w:rPr>
          <w:lang w:eastAsia="zh-CN"/>
        </w:rPr>
        <w:br/>
      </w:r>
      <w:r>
        <w:rPr>
          <w:lang w:eastAsia="zh-CN"/>
        </w:rPr>
        <w:t>　　7:40起床，背英语，直到8:10</w:t>
      </w:r>
      <w:r>
        <w:rPr>
          <w:lang w:eastAsia="zh-CN"/>
        </w:rPr>
        <w:br/>
      </w:r>
      <w:r>
        <w:rPr>
          <w:lang w:eastAsia="zh-CN"/>
        </w:rPr>
        <w:t>　　8:10出去跑步</w:t>
      </w:r>
      <w:r>
        <w:rPr>
          <w:lang w:eastAsia="zh-CN"/>
        </w:rPr>
        <w:br/>
      </w:r>
      <w:r>
        <w:rPr>
          <w:lang w:eastAsia="zh-CN"/>
        </w:rPr>
        <w:t>　　8:30吃饭8:40在家预习数学、物理</w:t>
      </w:r>
      <w:r>
        <w:rPr>
          <w:lang w:eastAsia="zh-CN"/>
        </w:rPr>
        <w:br/>
      </w:r>
      <w:r>
        <w:rPr>
          <w:lang w:eastAsia="zh-CN"/>
        </w:rPr>
        <w:t>　　9:10上学</w:t>
      </w:r>
      <w:r>
        <w:rPr>
          <w:lang w:eastAsia="zh-CN"/>
        </w:rPr>
        <w:br/>
      </w:r>
      <w:r>
        <w:rPr>
          <w:lang w:eastAsia="zh-CN"/>
        </w:rPr>
        <w:t>　　9:30——10:15上早自习</w:t>
      </w:r>
      <w:r>
        <w:rPr>
          <w:lang w:eastAsia="zh-CN"/>
        </w:rPr>
        <w:br/>
      </w:r>
      <w:r>
        <w:rPr>
          <w:lang w:eastAsia="zh-CN"/>
        </w:rPr>
        <w:t>　　10:25-2:00上课</w:t>
      </w:r>
      <w:r>
        <w:rPr>
          <w:lang w:eastAsia="zh-CN"/>
        </w:rPr>
        <w:br/>
      </w:r>
      <w:r>
        <w:rPr>
          <w:lang w:eastAsia="zh-CN"/>
        </w:rPr>
        <w:t>　　2:15回家(路上背课文)</w:t>
      </w:r>
      <w:r>
        <w:rPr>
          <w:lang w:eastAsia="zh-CN"/>
        </w:rPr>
        <w:br/>
      </w:r>
      <w:r>
        <w:rPr>
          <w:lang w:eastAsia="zh-CN"/>
        </w:rPr>
        <w:t>　　2:20吃饭2：30:-3：00午休</w:t>
      </w:r>
      <w:r>
        <w:rPr>
          <w:lang w:eastAsia="zh-CN"/>
        </w:rPr>
        <w:br/>
      </w:r>
      <w:r>
        <w:rPr>
          <w:lang w:eastAsia="zh-CN"/>
        </w:rPr>
        <w:t>　　3:00——3:30 (写作业、看书)</w:t>
      </w:r>
      <w:r>
        <w:rPr>
          <w:lang w:eastAsia="zh-CN"/>
        </w:rPr>
        <w:br/>
      </w:r>
      <w:r>
        <w:rPr>
          <w:lang w:eastAsia="zh-CN"/>
        </w:rPr>
        <w:t>　　3：30-7：35上课</w:t>
      </w:r>
      <w:r>
        <w:rPr>
          <w:lang w:eastAsia="zh-CN"/>
        </w:rPr>
        <w:br/>
      </w:r>
      <w:r>
        <w:rPr>
          <w:lang w:eastAsia="zh-CN"/>
        </w:rPr>
        <w:t>　　晚上</w:t>
      </w:r>
      <w:r>
        <w:rPr>
          <w:lang w:eastAsia="zh-CN"/>
        </w:rPr>
        <w:br/>
      </w:r>
      <w:r>
        <w:rPr>
          <w:lang w:eastAsia="zh-CN"/>
        </w:rPr>
        <w:t>　　1、做当日所学的有关练习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2、预习物理、数学</w:t>
      </w:r>
      <w:r>
        <w:rPr>
          <w:lang w:eastAsia="zh-CN"/>
        </w:rPr>
        <w:br/>
      </w:r>
      <w:r>
        <w:rPr>
          <w:lang w:eastAsia="zh-CN"/>
        </w:rPr>
        <w:t>　　3、默写文段、单词、诗词</w:t>
      </w:r>
      <w:r>
        <w:rPr>
          <w:lang w:eastAsia="zh-CN"/>
        </w:rPr>
        <w:br/>
      </w:r>
      <w:r>
        <w:rPr>
          <w:lang w:eastAsia="zh-CN"/>
        </w:rPr>
        <w:t>　　4、复习其他科目</w:t>
      </w:r>
      <w:r>
        <w:rPr>
          <w:lang w:eastAsia="zh-CN"/>
        </w:rPr>
        <w:br/>
      </w:r>
      <w:r>
        <w:rPr>
          <w:lang w:eastAsia="zh-CN"/>
        </w:rPr>
        <w:t>　　5、看课外书</w:t>
      </w:r>
      <w:r>
        <w:rPr>
          <w:lang w:eastAsia="zh-CN"/>
        </w:rPr>
        <w:br/>
      </w:r>
      <w:r>
        <w:rPr>
          <w:lang w:eastAsia="zh-CN"/>
        </w:rPr>
        <w:t>　　6、作文、随笔</w:t>
      </w:r>
      <w:r>
        <w:rPr>
          <w:lang w:eastAsia="zh-CN"/>
        </w:rPr>
        <w:br/>
      </w:r>
      <w:r>
        <w:rPr>
          <w:lang w:eastAsia="zh-CN"/>
        </w:rPr>
        <w:t>　　临睡前听录音带</w:t>
      </w:r>
      <w:r>
        <w:rPr>
          <w:lang w:eastAsia="zh-CN"/>
        </w:rPr>
        <w:br/>
      </w:r>
      <w:r>
        <w:rPr>
          <w:lang w:eastAsia="zh-CN"/>
        </w:rPr>
        <w:t>　　口号：只有坚持不懈地努力，才会有想做出的优秀成绩。</w:t>
      </w:r>
      <w:r>
        <w:rPr>
          <w:lang w:eastAsia="zh-CN"/>
        </w:rPr>
        <w:br/>
      </w:r>
      <w:r>
        <w:rPr>
          <w:lang w:eastAsia="zh-CN"/>
        </w:rPr>
        <w:t xml:space="preserve">    对新学期的计划 篇17 </w:t>
      </w:r>
      <w:r>
        <w:rPr>
          <w:lang w:eastAsia="zh-CN"/>
        </w:rPr>
        <w:br/>
      </w:r>
      <w:r>
        <w:rPr>
          <w:lang w:eastAsia="zh-CN"/>
        </w:rPr>
        <w:t>　　新的学期新的希望，新的学期新的挑战。在经过中班一年的共同学习和生活后，我们一起迎来孩子们在幼儿园的最后一年，我们在《纲要》的精神和《园务计划》的引领下，根据本班实际情况以及家长的建议，经过讨论我们拟定了本学期班务、教育教学工作重点和方向，我们将提供多元整合的学习机会，充分利用各种资源，以开放的态度,陪伴幼儿一起经历这有意义的一学期。</w:t>
      </w:r>
      <w:r>
        <w:rPr>
          <w:lang w:eastAsia="zh-CN"/>
        </w:rPr>
        <w:br/>
      </w:r>
      <w:r>
        <w:rPr>
          <w:lang w:eastAsia="zh-CN"/>
        </w:rPr>
        <w:t>　　一、幼儿状况分析：</w:t>
      </w:r>
      <w:r>
        <w:rPr>
          <w:lang w:eastAsia="zh-CN"/>
        </w:rPr>
        <w:br/>
      </w:r>
    </w:p>
    <w:p w:rsidR="001B1F19" w14:textId="27C3F48A">
      <w:pPr>
        <w:rPr>
          <w:rFonts w:hint="eastAsia"/>
          <w:lang w:eastAsia="zh-CN"/>
        </w:rPr>
      </w:pPr>
      <w:r>
        <w:rPr>
          <w:lang w:eastAsia="zh-CN"/>
        </w:rPr>
        <w:t>　　升入大班，我们班有了很大的变动，首先是老师的变动，语言教师和生活教师都有了变动，其次是孩子的转学和新生的加入，于是现在我班有幼儿48名，男生28名，女生20名，新插生1名，其男女比例很不均衡。经过两年的幼儿园学习生活，大部分幼儿乐意参加各项体育活动，基本动作的发展较协调，具有良好的生活卫生习惯，有一定的生活自理能力，在老师的提醒下会保持公共场所的清洁卫生，但坚持不够;另外有部分幼儿饮食习惯较差，还有挑食情况，在本学期将着重培养;大部分幼儿能口齿清晰地用普通话进行交流，喜欢阅读图书，听故事;积极参加数学活动，对科学探索活动感兴趣，爱动脑筋、爱提问,但也有个别幼儿在具体操作活动中动手能力较差，需要个别辅导，本学期将多给予他们动手操作的机会，增强他们的自信心;幼儿能尊敬师长，关心集体，有一定集体荣誉感，</w:t>
      </w:r>
      <w:r>
        <w:rPr>
          <w:lang w:eastAsia="zh-CN"/>
        </w:rPr>
        <w:br/>
      </w:r>
      <w:r>
        <w:rPr>
          <w:lang w:eastAsia="zh-CN"/>
        </w:rPr>
        <w:t>　　但由于全班幼儿发展不平衡，还存在以下几方面的问题：</w:t>
      </w:r>
      <w:r>
        <w:rPr>
          <w:lang w:eastAsia="zh-CN"/>
        </w:rPr>
        <w:br/>
      </w:r>
      <w:r>
        <w:rPr>
          <w:lang w:eastAsia="zh-CN"/>
        </w:rPr>
        <w:t>　　1.部分幼儿个性好强，自我为中心，不懂的相互谦让，不能用正确的方法解决与同伴的纠纷。缺乏集体生活、活动的规则意识。</w:t>
      </w:r>
      <w:r>
        <w:rPr>
          <w:lang w:eastAsia="zh-CN"/>
        </w:rPr>
        <w:br/>
      </w:r>
      <w:r>
        <w:rPr>
          <w:lang w:eastAsia="zh-CN"/>
        </w:rPr>
        <w:t>　　2、幼儿个体差异较显著,掌握知识的程度参差不齐;操作常规欠缺，有个别幼儿在进行操作活动时不能较好的控制音量及收拾操作材料。</w:t>
      </w:r>
      <w:r>
        <w:rPr>
          <w:lang w:eastAsia="zh-CN"/>
        </w:rPr>
        <w:br/>
      </w:r>
      <w:r>
        <w:rPr>
          <w:lang w:eastAsia="zh-CN"/>
        </w:rPr>
        <w:t>　　3、 倾听能力：在日常生活中缺少使用礼貌用语的习惯，部分幼儿倾听能力差，讲述语言欠条理、连贯;在同伴或老师讲述时，注意力不集中。</w:t>
      </w:r>
      <w:r>
        <w:rPr>
          <w:lang w:eastAsia="zh-CN"/>
        </w:rPr>
        <w:br/>
      </w:r>
      <w:r>
        <w:rPr>
          <w:lang w:eastAsia="zh-CN"/>
        </w:rPr>
        <w:t>　　4、 部分幼儿胆小,怕生,不够自信,大胆的表达自己的想法及需求。</w:t>
      </w:r>
      <w:r>
        <w:rPr>
          <w:lang w:eastAsia="zh-CN"/>
        </w:rPr>
        <w:br/>
      </w:r>
      <w:r>
        <w:rPr>
          <w:lang w:eastAsia="zh-CN"/>
        </w:rPr>
        <w:t>　　5、部分幼儿没有良好的学习习惯; 家长配合参与教育的意识很薄弱。</w:t>
      </w:r>
      <w:r>
        <w:rPr>
          <w:lang w:eastAsia="zh-CN"/>
        </w:rPr>
        <w:br/>
      </w:r>
      <w:r>
        <w:rPr>
          <w:lang w:eastAsia="zh-CN"/>
        </w:rPr>
        <w:t>　　6、 一小部分幼儿吃饭速度慢,出现挑食,偏食的饮食不良习惯。</w:t>
      </w:r>
      <w:r>
        <w:rPr>
          <w:lang w:eastAsia="zh-CN"/>
        </w:rPr>
        <w:br/>
      </w:r>
      <w:r>
        <w:rPr>
          <w:lang w:eastAsia="zh-CN"/>
        </w:rPr>
        <w:t>　　二、教育教学工作：</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https://d.book118.com/315222002234011103</w:t>
        </w:r>
      </w:hyperlink>
    </w:p>
    <w:p w:rsidR="001B1F19">
      <w:pPr>
        <w:rPr>
          <w:rFonts w:hint="eastAsia"/>
          <w:lang w:eastAsia="zh-CN"/>
        </w:rPr>
      </w:pPr>
    </w:p>
    <w:sectPr>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1522200223401110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41</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