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中学生活老师工作总结（30篇）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中学生活老师工作总结（精选30篇）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篇1 </w:t>
      </w:r>
      <w:r>
        <w:rPr>
          <w:lang w:eastAsia="zh-CN"/>
        </w:rPr>
        <w:br/>
      </w:r>
      <w:r>
        <w:rPr>
          <w:lang w:eastAsia="zh-CN"/>
        </w:rPr>
        <w:t>　　生活老师，不少人认为“生活”无非就是：衣、食、住、行；也需要老师吗？其实，我们不仅仅是对学生的衣、食、住、行进行管理，更重要的是我们还配合学校的德育处，对学生进行思想品德的教育，在思想上给学生正确的指导，教育学生懂得做人的道理，使学生未成材之前首先成人。紧跟学校的发展方向—宿舍工作要从管理向教育转型；所以我知道生活老师任务的艰巨，责任的重大。</w:t>
      </w:r>
      <w:r>
        <w:rPr>
          <w:lang w:eastAsia="zh-CN"/>
        </w:rPr>
        <w:br/>
      </w:r>
      <w:r>
        <w:rPr>
          <w:lang w:eastAsia="zh-CN"/>
        </w:rPr>
        <w:t>　　一、爱岗、敬业，树立崇高的师德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我非常的热爱自己的工作，因为兴趣是最好的老师，也只有这样才能把自己全部的身心投入到工作中，才能想方设法把工作做得更好。我们生活老师既然能称得上是老师，就应该像个老师的样。一点也不错，我们不仅注重对学生的言教更应注意对学生的身教。因为在学生的心目中，老师是社会的规范，是道德的化身，是人类的楷模，是父母的替身。俗话说：“有一个什么样的将军，就有一支什么样的军队”。教育是人类永恒的事业，教育事业是爱的事业。老师对学生的爱是神圣、高尚、纯洁、无私、搏斗的，它来自崇高的教师职业道德。这种爱可孕育国家的英才、社会的栋梁。也正因为教师这种对学生的爱，人们才把教师誉为“人类灵魂的工程师”，把教师这一行业誉为“太阳底下最光辉的事业”。所以教师职业道德素质的高低直接关系到学生的健康成长，作为人民教师应以事业为重，以学生为重的宽阔胸怀，不断提高以为人民服务为核心的精神追求的境界。正如著名的教育家陈鹤琴的那句名言：“对下一代给以无与伦比的爱，具有着眼未来的宽阔胸怀，以孩子的健康成长为根本出发点与归宿点，将自己的一切言行，所有的时间和空间，都系孩子，用智慧、心血朔造祖国的未来，用满员桃李注释一生。”可见，崇高的师德，是一名教师，特别是作为一名生活老师必须具备的条件。</w:t>
      </w:r>
      <w:r>
        <w:rPr>
          <w:lang w:eastAsia="zh-CN"/>
        </w:rPr>
        <w:br/>
      </w:r>
      <w:r>
        <w:rPr>
          <w:lang w:eastAsia="zh-CN"/>
        </w:rPr>
        <w:t>　　二、赏识、信任和尊重学生</w:t>
      </w:r>
      <w:r>
        <w:rPr>
          <w:lang w:eastAsia="zh-CN"/>
        </w:rPr>
        <w:br/>
      </w:r>
      <w:r>
        <w:rPr>
          <w:lang w:eastAsia="zh-CN"/>
        </w:rPr>
        <w:t>　　当教师的不能用简单粗暴的做法对待学生，而应该信任和尊重学生的人格，发扬民主作风，以客观、平等、公正的态度处理好师生的关系。教师之所以特别要注意尊重学生，从青少年的心理特点来看，这是极其必要的。青少年一般自尊心特别强，他们对别人给予自己的评价极为敏感，往往一言一语都可以使他们激动，所谓“一枝一叶总关情”。而且，这种自尊心又往往是向上的动力。在学校里，如果学生受到老师恰当的评价与真诚的信任，他们会得到精神的满足，产生奋发向上的力量。</w:t>
      </w:r>
      <w:r>
        <w:rPr>
          <w:lang w:eastAsia="zh-CN"/>
        </w:rPr>
        <w:br/>
      </w:r>
      <w:r>
        <w:rPr>
          <w:lang w:eastAsia="zh-CN"/>
        </w:rPr>
        <w:t>　　三、关爱学生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既然我们选择了生活老师这份职业，就意味着我们选择了神圣，选择了付出、选择了奉献。把我们自己的全部知识、才华和爱心奉献给学生。爱，是青少年的基本心理需要，前苏联著名的教育家苏霍姆林基说：“事实上，在学校里所学习的许多东西，将会随着时间的消逝而被遗忘，但是人的思想所接触过的一切文明财富会在心灵中——首先在情感、内心感受中留下痕迹。关爱学生是爱生的源泉，特别是关心那些在宿舍表现差的、不遵守纪律的、而在学习上又较落后的所谓的后进生，由于他们经常受到父母、老师斥责，同学们的取笑或歧视，所以他们比较心虚、自卑、有戒心、有敌意，常以为老师轻视自己，厌弃自己，甚至对待真心实意的教育也常常持以沉默、回避或粗暴无礼的反常态度，但他们又很渴望得到周围的人们，特别是老师的关心、爱护和帮助。老师要想教育好他们，必须主动的接近他们，彻底的了解他们存在的问题，然后“对症下药”。以热情真挚的爱、无限的关怀，对他们动之以情，晓之以理，导之以行，与他们在感情上建立联系，消除他们怀疑恐惧的心理和对立的情绪。要转化先感化，使他们相信老师的善意，把老师当知心朋友。老师只有得到他们真心的信赖和爱戴，才能了解他们的所作所为，启发他们的觉悟，拨动他们的心弦，努力寻找他们身上的“闪光点”，使他们树立自信心，看到进步的希望。</w:t>
      </w:r>
      <w:r>
        <w:rPr>
          <w:lang w:eastAsia="zh-CN"/>
        </w:rPr>
        <w:br/>
      </w:r>
      <w:r>
        <w:rPr>
          <w:lang w:eastAsia="zh-CN"/>
        </w:rPr>
        <w:t>　　总之，我觉得“人非草木，熟能无情”；只要我们用深沉而执着的爱心去对待学生，用科学、正确的方法去引导学生，即使枯萎了的心灵也能苏醒，冰冻了的感情也会消融。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篇2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转眼一学期又结束了，回顾走过的日子，好像很忙碌，但却感到很充实而有意义；有压力的同时也有工作的动力，要求自我努力努力再努力，争取有更多的收获。现将本学期工作总结如下。</w:t>
      </w:r>
      <w:r>
        <w:rPr>
          <w:lang w:eastAsia="zh-CN"/>
        </w:rPr>
        <w:br/>
      </w:r>
      <w:r>
        <w:rPr>
          <w:lang w:eastAsia="zh-CN"/>
        </w:rPr>
        <w:t>　　一、创设一个健康的室内外卫生环境</w:t>
      </w:r>
      <w:r>
        <w:rPr>
          <w:lang w:eastAsia="zh-CN"/>
        </w:rPr>
        <w:br/>
      </w:r>
      <w:r>
        <w:rPr>
          <w:lang w:eastAsia="zh-CN"/>
        </w:rPr>
        <w:t>　　1、严格执行卫生安全消毒制度，每周对孩子的宿舍进行消毒，做到适时开窗换气，保证宿舍既暖和又有新鲜的空气，每月为孩子晒被褥等。</w:t>
      </w:r>
      <w:r>
        <w:rPr>
          <w:lang w:eastAsia="zh-CN"/>
        </w:rPr>
        <w:br/>
      </w:r>
      <w:r>
        <w:rPr>
          <w:lang w:eastAsia="zh-CN"/>
        </w:rPr>
        <w:t>　　2、身心健康指导：帮忙学生克服各种障碍，养成健全人格，帮忙他们获得有关维持和保护身体健康、防止疾病、保障安全、讲究卫生等方面的知识和本事。</w:t>
      </w:r>
      <w:r>
        <w:rPr>
          <w:lang w:eastAsia="zh-CN"/>
        </w:rPr>
        <w:br/>
      </w:r>
      <w:r>
        <w:rPr>
          <w:lang w:eastAsia="zh-CN"/>
        </w:rPr>
        <w:t>　　3、个人生活指导：包括帮忙学生正确认识人生的意义和价值，培养积极向上的生活态度；尊重和体谅他人，能帮父母分忧，与父母同享欢乐；懂得保护自我。在平时的工作中，我注重关心孩子们的健康成长，一有高度的职责心，二是勤快不怕脏，三是有一套科学有效的管理办法。学校规定的《生活教师职责》要求负责学生有生活时段的安全及卫生工作，在这方面我坚持早、中、晚清点人数，异常是晚上我要查几次，直到学生全部睡熟我才放心离开，夜里还要起来叫年龄小的孩子小便。</w:t>
      </w:r>
      <w:r>
        <w:rPr>
          <w:lang w:eastAsia="zh-CN"/>
        </w:rPr>
        <w:br/>
      </w:r>
      <w:r>
        <w:rPr>
          <w:lang w:eastAsia="zh-CN"/>
        </w:rPr>
        <w:t>　　二、加强安全教育，提高安全意识</w:t>
      </w:r>
      <w:r>
        <w:rPr>
          <w:lang w:eastAsia="zh-CN"/>
        </w:rPr>
        <w:br/>
      </w:r>
      <w:r>
        <w:rPr>
          <w:lang w:eastAsia="zh-CN"/>
        </w:rPr>
        <w:t>　　1、利用生活指导课进行学生卫生安全宣传与教育，努力提高学生的安全意识。对孩子进行卫生安全教育工作者并开展相关的活动，使孩子掌握一些自我保护的技能，提高孩子的保护本事。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2、加强孩子在校服用药品管理，根据服用要求，确保服药及时、准确，严禁错服、服现象的发生。建立班级安全职责制，切实做好日常活动，饮食、卫生安全工作。</w:t>
      </w:r>
      <w:r>
        <w:rPr>
          <w:lang w:eastAsia="zh-CN"/>
        </w:rPr>
        <w:br/>
      </w:r>
      <w:r>
        <w:rPr>
          <w:lang w:eastAsia="zh-CN"/>
        </w:rPr>
        <w:t>　　三、勤奋做事，积极加强常规建设，培养孩子自我保护意识</w:t>
      </w:r>
      <w:r>
        <w:rPr>
          <w:lang w:eastAsia="zh-CN"/>
        </w:rPr>
        <w:br/>
      </w:r>
      <w:r>
        <w:rPr>
          <w:lang w:eastAsia="zh-CN"/>
        </w:rPr>
        <w:t>　　良好的常规能够使孩子的生活具有合理的节奏，神经系统得到有益的调节。认真做好一日的常规工作，做到手勤、眼勤、腿勤，让孩子们有一个良好的生活环境。同时我为了更好的工作，不断加强自身修养，自觉加强学习，努力提高工作水平。</w:t>
      </w:r>
      <w:r>
        <w:rPr>
          <w:lang w:eastAsia="zh-CN"/>
        </w:rPr>
        <w:br/>
      </w:r>
      <w:r>
        <w:rPr>
          <w:lang w:eastAsia="zh-CN"/>
        </w:rPr>
        <w:t>　　四、爱心负出，无怨无悔</w:t>
      </w:r>
      <w:r>
        <w:rPr>
          <w:lang w:eastAsia="zh-CN"/>
        </w:rPr>
        <w:br/>
      </w:r>
      <w:r>
        <w:rPr>
          <w:lang w:eastAsia="zh-CN"/>
        </w:rPr>
        <w:t>　　我坚持做到对孩子有耐心，有爱心，还要细心。当冬天到来的时候，天气逐渐寒冷，我研究到打饭那么远，打回饭来恐怕馒头就凉了，于是就自我找来材料做了小棉被来盖馒头；看到孩子们推三轮车的手冻得又红又肿，我就买来手套给孩子；我自我生病也从来不耽误上班，还是拖着病痛的身子坚持着给孩子们洗衣服。做一名生活教师很苦很累，但我发现自我喜欢这份工作，能为学校作出自我的一份贡献，就是我最大的满足。作为一名生活教师更要注意自我在行为和习惯上严格要求自我，给学生树立榜样，正确引导学生的自理和独立的生活本事。</w:t>
      </w:r>
      <w:r>
        <w:rPr>
          <w:lang w:eastAsia="zh-CN"/>
        </w:rPr>
        <w:br/>
      </w:r>
      <w:r>
        <w:rPr>
          <w:lang w:eastAsia="zh-CN"/>
        </w:rPr>
        <w:t>　　在今后的工作中，我仍要加强个人修养，努力提高工作水平，以适应新形势下本职工作的需要。扬长避短，发奋工作，为完美的明天奉献自我的力量。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篇3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转眼一学期就结束了，回顾这段时间的工作，充实而有意义，在领导和同事的帮助下，我的工作很快步入的正规，取得了较好的成绩，今后我会严格要求自己，争取有更多的收获，现将本学期工作总结如下：</w:t>
      </w:r>
      <w:r>
        <w:rPr>
          <w:lang w:eastAsia="zh-CN"/>
        </w:rPr>
        <w:br/>
      </w:r>
      <w:r>
        <w:rPr>
          <w:lang w:eastAsia="zh-CN"/>
        </w:rPr>
        <w:t>　　1.确定安全</w:t>
      </w:r>
      <w:r>
        <w:rPr>
          <w:lang w:eastAsia="zh-CN"/>
        </w:rPr>
        <w:br/>
      </w:r>
      <w:r>
        <w:rPr>
          <w:lang w:eastAsia="zh-CN"/>
        </w:rPr>
        <w:t>　　生活老师的重要职责是保证学生的安全，每次学生回宿舍后要深</w:t>
      </w:r>
      <w:r>
        <w:rPr>
          <w:lang w:eastAsia="zh-CN"/>
        </w:rPr>
        <w:br/>
      </w:r>
      <w:r>
        <w:rPr>
          <w:lang w:eastAsia="zh-CN"/>
        </w:rPr>
        <w:t>　　入宿舍清点学生人数，确保点名查寝不漏一人;督促学生认真保管好自身的财物，以防不测发生;加强对安全隐患进行检查，发现隐患及时报告;加强课外时间对学生的监管力度，尽量避免学生出意外的安全事故。</w:t>
      </w:r>
      <w:r>
        <w:rPr>
          <w:lang w:eastAsia="zh-CN"/>
        </w:rPr>
        <w:br/>
      </w:r>
      <w:r>
        <w:rPr>
          <w:lang w:eastAsia="zh-CN"/>
        </w:rPr>
        <w:t>　　2.深入学生生活，勤于观察</w:t>
      </w:r>
      <w:r>
        <w:rPr>
          <w:lang w:eastAsia="zh-CN"/>
        </w:rPr>
        <w:br/>
      </w:r>
      <w:r>
        <w:rPr>
          <w:lang w:eastAsia="zh-CN"/>
        </w:rPr>
        <w:t>　　每个学生的心理状态、内心世界都是不一样的。所以要了解他们</w:t>
      </w:r>
      <w:r>
        <w:rPr>
          <w:lang w:eastAsia="zh-CN"/>
        </w:rPr>
        <w:br/>
      </w:r>
      <w:r>
        <w:rPr>
          <w:lang w:eastAsia="zh-CN"/>
        </w:rPr>
        <w:t>　　的内心世界，针对不同的情况进行耐心细致的教育，深入学生宿舍，掌握学生情况，认真观察学生的言行举止，从细致处做好学生的思想工作。引导学生日常生活严谨、自律，养成良好的行为习惯，及时倒垃圾，节约用水，整理好自己的内务卫生，他们感到学校生活的温馨、幸福和愉快，由此激发他们努力学习天天向上。</w:t>
      </w:r>
      <w:r>
        <w:rPr>
          <w:lang w:eastAsia="zh-CN"/>
        </w:rPr>
        <w:br/>
      </w:r>
      <w:r>
        <w:rPr>
          <w:lang w:eastAsia="zh-CN"/>
        </w:rPr>
        <w:t>　　3、人性化的管理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对学生管理既不能伤失原则，又不能死搬硬套。既要讲究原则，又要有一定的灵活性。这样，学生愿意接受你的管理，不会排斥你，不会形成比较严重的冲突和对立。没有惩罚的教育是不完整的教育，当然采取什么样的惩罚方式，应因人而异，需要花一些心思去琢磨。师生关系比较融洽，比较和谐，学生情绪好，学生在生活区的吃饭就寝内务卫生都能比较到位。无形之中学生的自我约束力加强，提高了班级凝聚力。</w:t>
      </w:r>
      <w:r>
        <w:rPr>
          <w:lang w:eastAsia="zh-CN"/>
        </w:rPr>
        <w:br/>
      </w:r>
      <w:r>
        <w:rPr>
          <w:lang w:eastAsia="zh-CN"/>
        </w:rPr>
        <w:t>　　总之，这一学期，已经快完成学校交给我的任务。当然，工作质量从来就没有尽头的。在今后的教育工作中，要不断加强个人修养，自觉加强学习，努力提高工作水平，适应新形势下本质工作的需要，我将更加努力，力争将工作做得更好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篇4 </w:t>
      </w:r>
      <w:r>
        <w:rPr>
          <w:lang w:eastAsia="zh-CN"/>
        </w:rPr>
        <w:br/>
      </w:r>
      <w:r>
        <w:rPr>
          <w:lang w:eastAsia="zh-CN"/>
        </w:rPr>
        <w:t>　　“千军万马过独木桥”曾经是人们对高考竞争之激烈的形象描述，然而，现在高考的压力正在逐渐向初中、小学甚至学前教育转移。人们发现，中考已渐渐成为孩子教育生涯中又一座残酷的独木桥。我和孩子们在华茂的后花园———温馨如家的生活区又是如何度过的呢？现将本学期的工作过程归纳总结如下：</w:t>
      </w:r>
      <w:r>
        <w:rPr>
          <w:lang w:eastAsia="zh-CN"/>
        </w:rPr>
        <w:br/>
      </w:r>
      <w:r>
        <w:rPr>
          <w:lang w:eastAsia="zh-CN"/>
        </w:rPr>
        <w:t>　　第一、安全工作。</w:t>
      </w:r>
      <w:r>
        <w:rPr>
          <w:lang w:eastAsia="zh-CN"/>
        </w:rPr>
        <w:br/>
      </w:r>
      <w:r>
        <w:rPr>
          <w:lang w:eastAsia="zh-CN"/>
        </w:rPr>
        <w:t>　　安全工作重于”泰山”。是我们生活老师的首要职责。那么我们毕业班女生的安全工作主要表现在那些方面呢？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1、重点在于晚寝晚归的时间概念，九年级相对于初三年级来讲，时间相对来说比较宽松一点，回生活区的时间早一点，一般情况下，9：40分左右大部分学生开始回生活区，10点之后只有少数的个别同学尚未归来，这个时候，生活老师可要开始留意了，是否每天都是这几位学生晚回？有必要时一定要及时电话联系班主任确认。因为根据自己这些年生活老师的经验，此时间段为毕业班回生活区的安全时间的盲点，属于事件高发时段，故应引起我们的高度关注。</w:t>
      </w:r>
      <w:r>
        <w:rPr>
          <w:lang w:eastAsia="zh-CN"/>
        </w:rPr>
        <w:br/>
      </w:r>
      <w:r>
        <w:rPr>
          <w:lang w:eastAsia="zh-CN"/>
        </w:rPr>
        <w:t>　　2、天气炎热，毕业班女生已习惯于晚寝前洗头、洗澡、洗衣服，晚寝时间相对来说就要更晚一点。这样一来，洗头后使用吹风机的现象特别普遍，如此所带来的安全隐患更是令我们生活老师必须尤其加强防范。</w:t>
      </w:r>
      <w:r>
        <w:rPr>
          <w:lang w:eastAsia="zh-CN"/>
        </w:rPr>
        <w:br/>
      </w:r>
      <w:r>
        <w:rPr>
          <w:lang w:eastAsia="zh-CN"/>
        </w:rPr>
        <w:t>　　3、晚寝点名，一定要及时准确无误。因为临近中考前夕，学生要求回家住宿的现象也开始多了起来，是否住校每天也不是固定的，这样在一定程度上也增加了我们的管理难度和安全责任的压力。因此，我们一定要仔细点名，认真核实回家住宿的学生，确保不遗漏任何学生，使每个学生都在学校和家长的有效管理范围。</w:t>
      </w:r>
      <w:r>
        <w:rPr>
          <w:lang w:eastAsia="zh-CN"/>
        </w:rPr>
        <w:br/>
      </w:r>
      <w:r>
        <w:rPr>
          <w:lang w:eastAsia="zh-CN"/>
        </w:rPr>
        <w:t>　　第二、沟通交流。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缓解学生中考的心理压力是我本学期的工作重点。长时间的学习，学生很容易产生烦闷、压抑等不良情绪。特别是临近中考的前夕，这种不良情绪也在不断加重。适时让学生回生活区进行各种各样的放松活动，有利于学生心理恢复到平和、宁静的状态。比如前一段时间，903班方艳同学跟我聊天时，提到她有一些泄气，感觉到中考前夕，就是再怎么复习也改变不了什么了，同时也觉得没什么好复习的了，心已经飞向了考试结束后。这样的心态不影响最后的冲刺才怪呢！对于这样的考生，帮助她把浮躁心态沉下来是关键。我采取的办法就是利用空余时间，接近她，做一个忠实的听众，尽量让她一吐为快，驱散或缓解她心中的紧张情绪，一心一意备考。功夫不负有心人，张艳同学这次中考，以573分的中考佳绩第一个向我汇报。</w:t>
      </w:r>
      <w:r>
        <w:rPr>
          <w:lang w:eastAsia="zh-CN"/>
        </w:rPr>
        <w:br/>
      </w:r>
      <w:r>
        <w:rPr>
          <w:lang w:eastAsia="zh-CN"/>
        </w:rPr>
        <w:t>　　第三、管理学生人性化。</w:t>
      </w:r>
      <w:r>
        <w:rPr>
          <w:lang w:eastAsia="zh-CN"/>
        </w:rPr>
        <w:br/>
      </w:r>
      <w:r>
        <w:rPr>
          <w:lang w:eastAsia="zh-CN"/>
        </w:rPr>
        <w:t>　　对学生管理既不能伤失原则，又不能死搬硬套。既要讲究原则，又要有一定的灵活性。这样，学生愿意接受你的管理，不会排斥你，不会形成比较严重的冲突和对立。师生关系比较融洽，比较和谐，学生情绪好，学生在生活区的吃饭就寝内务卫生都能比较到位。我举个例子，就是学生晚上洗头并用电吹风的事，这是非常严重违反学校规章的大问题，不可迁就，不能纵容。但是，学生头已经洗了，要是头发不干又会影响她的睡眠，第二天的学习也会跟着受影响。遇到这样的问题，我通常的做法是，把学生带到自己的办公室用电吹风吹干，电吹风交老师统一管理，实行先暂时扣分，稍后用加做卫生、做好人好事、拣垃圾等方式补回扣分的办法对待。如果不从，很简单，第一，没收电吹风，第二，报班主任和校学生处，第三，报家长。学生一般乖乖就范。这样，管住了电吹风，安全方面的隐患大大降低。自己心理塌实，学生认为不被告到班主任和学生处，觉得很划得来。学生认为我比较通融，做事可以商量，而且能原谅她那样大的错误，很感激我，更愿意服从我的管理。我正是利用这种比较人性化的管理方法，一年来，生活区安静、稳定、平和、和谐，为学生创造了良好的学习和生活环境。</w:t>
      </w:r>
      <w:r>
        <w:rPr>
          <w:lang w:eastAsia="zh-CN"/>
        </w:rPr>
        <w:br/>
      </w:r>
      <w:r>
        <w:rPr>
          <w:lang w:eastAsia="zh-CN"/>
        </w:rPr>
        <w:t>　　至于，生活区日常管理，虽然是毕业班，但自己认为，日常管理仍然是十分到位的。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总之，一年来，自己不管是所负责的二号楼还是自己负责的楼层，工作都是比较出色的，是十分优秀的完成了学校交给我们的任务。当然，工作质量从来就没有尽头的。我将更加努力，力争将工作做得更好。谢谢！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篇5 </w:t>
      </w:r>
      <w:r>
        <w:rPr>
          <w:lang w:eastAsia="zh-CN"/>
        </w:rPr>
        <w:br/>
      </w:r>
      <w:r>
        <w:rPr>
          <w:lang w:eastAsia="zh-CN"/>
        </w:rPr>
        <w:t>　　生活老师，一个新兴的光荣的称号。本学期，我担任了新星慈航小学四年级(3)、(4)、(5)班和五年级5个班的生活老师。就在这短短的工作中，作为学校学生生活管理中的一个新角色，在没有一点工作经验的前提下，在与学生朝夕相处的日子里，虽然很辛苦，却也收获了许多快乐，我的感触颇深。一是虚心的向其他老师学习;二是在实际工作中慢慢的摸索积累。在领导与同事的关心和帮助，加上自己的不断努力下，觉得自己的工作还是进行得有条不紊。现将这段时间的工作总结如下：</w:t>
      </w:r>
      <w:r>
        <w:rPr>
          <w:lang w:eastAsia="zh-CN"/>
        </w:rPr>
        <w:br/>
      </w:r>
      <w:r>
        <w:rPr>
          <w:lang w:eastAsia="zh-CN"/>
        </w:rPr>
        <w:t>　　一、保持一个健康的室内卫生环境</w:t>
      </w:r>
      <w:r>
        <w:rPr>
          <w:lang w:eastAsia="zh-CN"/>
        </w:rPr>
        <w:br/>
      </w:r>
      <w:r>
        <w:rPr>
          <w:lang w:eastAsia="zh-CN"/>
        </w:rPr>
        <w:t>　　1、室内严格执行卫生安全消毒制度，每天必须将宿舍清扫干净，做到适时开窗换气，保证宿舍既暖和空气又新鲜，同时做好定时室内消毒工作，保证宿舍整洁卫生。</w:t>
      </w:r>
      <w:r>
        <w:rPr>
          <w:lang w:eastAsia="zh-CN"/>
        </w:rPr>
        <w:br/>
      </w:r>
      <w:r>
        <w:rPr>
          <w:lang w:eastAsia="zh-CN"/>
        </w:rPr>
        <w:t>　　2、身心健康指导：积极和学生进行思想交流，帮助学生克服各种心理障碍，养成健全人格，提高他们保护身体健康，保证安全，讲究卫生等方面的知识和能力。</w:t>
      </w:r>
      <w:r>
        <w:rPr>
          <w:lang w:eastAsia="zh-CN"/>
        </w:rPr>
        <w:br/>
      </w:r>
      <w:r>
        <w:rPr>
          <w:lang w:eastAsia="zh-CN"/>
        </w:rPr>
        <w:t>　　二、加强安全教育，提高安全意识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1、严格执行学校规定的《生活教师职责》，努力做好生活区域的安全和卫生工作。坚持做好午、晚清点人数，特别是晚上更要认真仔细，绝不马虎。</w:t>
      </w:r>
      <w:r>
        <w:rPr>
          <w:lang w:eastAsia="zh-CN"/>
        </w:rPr>
        <w:br/>
      </w:r>
      <w:r>
        <w:rPr>
          <w:lang w:eastAsia="zh-CN"/>
        </w:rPr>
        <w:t>　　2、利用主动和学生多聊天的机会，对学生进行安全宣传和教育，提高学生的安全意识。让他们掌握一些自我保护的技能，提高孩子们的自我保护能力。</w:t>
      </w:r>
      <w:r>
        <w:rPr>
          <w:lang w:eastAsia="zh-CN"/>
        </w:rPr>
        <w:br/>
      </w:r>
      <w:r>
        <w:rPr>
          <w:lang w:eastAsia="zh-CN"/>
        </w:rPr>
        <w:t>　　3、教会孩子们能准确使用110、120、119紧急呼叫电话，以备紧急情况下救助。</w:t>
      </w:r>
      <w:r>
        <w:rPr>
          <w:lang w:eastAsia="zh-CN"/>
        </w:rPr>
        <w:br/>
      </w:r>
      <w:r>
        <w:rPr>
          <w:lang w:eastAsia="zh-CN"/>
        </w:rPr>
        <w:t>　　三、勤奋工作，努力上进</w:t>
      </w:r>
      <w:r>
        <w:rPr>
          <w:lang w:eastAsia="zh-CN"/>
        </w:rPr>
        <w:br/>
      </w:r>
      <w:r>
        <w:rPr>
          <w:lang w:eastAsia="zh-CN"/>
        </w:rPr>
        <w:t>　　认真做好每天的常规工作，做到了手勤腿勤，保持一个良好的生活环境。用自己的细心、耐心、爱心感化了孩子们，使他们感觉到大家庭的温暖。</w:t>
      </w:r>
      <w:r>
        <w:rPr>
          <w:lang w:eastAsia="zh-CN"/>
        </w:rPr>
        <w:br/>
      </w:r>
      <w:r>
        <w:rPr>
          <w:lang w:eastAsia="zh-CN"/>
        </w:rPr>
        <w:t>　　四、收获与不足</w:t>
      </w:r>
      <w:r>
        <w:rPr>
          <w:lang w:eastAsia="zh-CN"/>
        </w:rPr>
        <w:br/>
      </w:r>
      <w:r>
        <w:rPr>
          <w:lang w:eastAsia="zh-CN"/>
        </w:rPr>
        <w:t>　　在这几个月的工作里，自己得到了很大的收获。让我懂得了和孩子们的相处之道就是：相互尊重、相互理解、相互信任。不足的地方就是，由于自己没有工作经验，所以在管理方面有所欠缺。</w:t>
      </w:r>
      <w:r>
        <w:rPr>
          <w:lang w:eastAsia="zh-CN"/>
        </w:rPr>
        <w:br/>
      </w:r>
      <w:r>
        <w:rPr>
          <w:lang w:eastAsia="zh-CN"/>
        </w:rPr>
        <w:t>　　五、今后努力方向</w:t>
      </w:r>
      <w:r>
        <w:rPr>
          <w:lang w:eastAsia="zh-CN"/>
        </w:rPr>
        <w:br/>
      </w:r>
      <w:r>
        <w:rPr>
          <w:lang w:eastAsia="zh-CN"/>
        </w:rPr>
        <w:t>　　在今后的工作中，一定要不断加强个人修养，自觉加强理论和实践的学习，努力力克服自己的不足，扬长避短，奋发工作，积极主动和孩子们多交流、多聊天，及时掌握孩子们的思想动态，与学生做到零距离接触、近距离交流，为美好的明天奉献自己的力量。提高工作水平，在工作中不断探索适合于我们学校生活管理的经验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篇6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20__年生活老师个人工作总结</w:t>
      </w:r>
      <w:r>
        <w:rPr>
          <w:lang w:eastAsia="zh-CN"/>
        </w:rPr>
        <w:br/>
      </w:r>
      <w:r>
        <w:rPr>
          <w:lang w:eastAsia="zh-CN"/>
        </w:rPr>
        <w:t>　　本人，现任生活老师一职。回顾20__年是多变的一年，也是感触颇深的一年，从学习到生活，无论在何种工作岗位上，克服困难，踏实工作，始终坚持着“立足本职，服务学生”的工作理念，认真将各项工作有条不紊地进行着。现本人将20__年工作总结如下：</w:t>
      </w:r>
      <w:r>
        <w:rPr>
          <w:lang w:eastAsia="zh-CN"/>
        </w:rPr>
        <w:br/>
      </w:r>
      <w:r>
        <w:rPr>
          <w:lang w:eastAsia="zh-CN"/>
        </w:rPr>
        <w:t>　　一、在思想方面</w:t>
      </w:r>
      <w:r>
        <w:rPr>
          <w:lang w:eastAsia="zh-CN"/>
        </w:rPr>
        <w:br/>
      </w:r>
      <w:r>
        <w:rPr>
          <w:lang w:eastAsia="zh-CN"/>
        </w:rPr>
        <w:t>　　作为一名合格的中共党员，我始终把思想学习放在生活的第一位，不断提高党性修养，积极参加庄园的党员学习，通过自身的实际行动和党员的模范带头作用，时刻牢记自己的职责，服从上级的安排，认真工作，踏实学习，始终坚持以人为本，言传身教的教育理念，积极辅导学龄儿童的学习，强化学生的日常行为教育，始终保持着鲜明的工作思想，使学习辅导工作和生活管理工作顺利进行。</w:t>
      </w:r>
      <w:r>
        <w:rPr>
          <w:lang w:eastAsia="zh-CN"/>
        </w:rPr>
        <w:br/>
      </w:r>
      <w:r>
        <w:rPr>
          <w:lang w:eastAsia="zh-CN"/>
        </w:rPr>
        <w:t>　　二、在工作方面：</w:t>
      </w:r>
      <w:r>
        <w:rPr>
          <w:lang w:eastAsia="zh-CN"/>
        </w:rPr>
        <w:br/>
      </w:r>
      <w:r>
        <w:rPr>
          <w:lang w:eastAsia="zh-CN"/>
        </w:rPr>
        <w:t>　　1、坚持不懈，继续辅导学龄儿童学习教育</w:t>
      </w:r>
      <w:r>
        <w:rPr>
          <w:lang w:eastAsia="zh-CN"/>
        </w:rPr>
        <w:br/>
      </w:r>
      <w:r>
        <w:rPr>
          <w:lang w:eastAsia="zh-CN"/>
        </w:rPr>
        <w:t>　　作为一名合格的教育者，我深知教育的意义，也明白教育过程中需要克服的困难，因此始终坚持不懈，根据实际情况，调整工作步伐，始终将儿童学习放在第一位。一是认真接送儿童上学放学，确保儿童按时顺利上学;二是认真沟通与学校的教育问题，及时向领导、社工反馈。生活老师反馈儿童就学情况;三是认真监督儿童上好晚自习，指导儿童完成家庭作业;四是协助生活老师查寝，及时送儿童就医。</w:t>
      </w:r>
      <w:r>
        <w:rPr>
          <w:lang w:eastAsia="zh-CN"/>
        </w:rPr>
        <w:br/>
      </w:r>
      <w:r>
        <w:rPr>
          <w:lang w:eastAsia="zh-CN"/>
        </w:rPr>
        <w:t>　　2、转变工作方式，确保较快融入新岗位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作为一名儿童的生活协助者，我深知需要老师具有极强的耐心和细心，也知道儿童需要生活老师在吃、穿、住、行上的悉心照顾。因此，当我新加入到生活老师这个岗位时，转变工作作风，调整工作态度，加强学习，确保较快地融入工作岗位;一是全面了解儿童的生活习性，掌握儿童特殊需求;二是认真研究生活老师各项规章制度，严格把好制度关;三是积极向各位生活老师吸收经验，与儿童建立良好的师生关系</w:t>
      </w:r>
      <w:r>
        <w:rPr>
          <w:lang w:eastAsia="zh-CN"/>
        </w:rPr>
        <w:br/>
      </w:r>
      <w:r>
        <w:rPr>
          <w:lang w:eastAsia="zh-CN"/>
        </w:rPr>
        <w:t>　　3、严格要求，为儿童营造良好的生活氛围</w:t>
      </w:r>
      <w:r>
        <w:rPr>
          <w:lang w:eastAsia="zh-CN"/>
        </w:rPr>
        <w:br/>
      </w:r>
      <w:r>
        <w:rPr>
          <w:lang w:eastAsia="zh-CN"/>
        </w:rPr>
        <w:t>　　一是加强常规管理，规范就寝纪律，严格按照规定，按时督促儿童就寝，形成良好的生物钟;二是狠抓养成教育，促进卫生行为。按时检查儿童的内务情况，认真指导儿童清洁卫生，随时关注儿童穿着，督促儿童勤换衣物，勤添加衣服;三是认真关注儿童饮食健康情况，按时带儿童到食堂就餐，教导儿童节约粮食;四是协助学习辅导老师上好晚自习，为儿童解答学习疑问;</w:t>
      </w:r>
      <w:r>
        <w:rPr>
          <w:lang w:eastAsia="zh-CN"/>
        </w:rPr>
        <w:br/>
      </w:r>
      <w:r>
        <w:rPr>
          <w:lang w:eastAsia="zh-CN"/>
        </w:rPr>
        <w:t>　　5、认真仔细，做好儿童后勤工作</w:t>
      </w:r>
      <w:r>
        <w:rPr>
          <w:lang w:eastAsia="zh-CN"/>
        </w:rPr>
        <w:br/>
      </w:r>
      <w:r>
        <w:rPr>
          <w:lang w:eastAsia="zh-CN"/>
        </w:rPr>
        <w:t>　　按照上级安排，服从领导要求，因身体原因，调整了工作内容，每日认真收集对儿童有利的新闻并张贴，使儿童能够得到每日最新的时事新闻，了解新鲜事;辅导生病儿童进行学习，使儿童不落人于后。每日收取报刊杂志，分发到各小组，认真为各位同事服好务。</w:t>
      </w:r>
      <w:r>
        <w:rPr>
          <w:lang w:eastAsia="zh-CN"/>
        </w:rPr>
        <w:br/>
      </w:r>
      <w:r>
        <w:rPr>
          <w:lang w:eastAsia="zh-CN"/>
        </w:rPr>
        <w:t>　　作为学龄儿童管理教育中的一个角色，在探索中慢慢积累学习，20__年或有不足之处，但我相信只有坚持，才能让工作顺利进行下去，通过所有同事的努力才会更好的服务于儿童。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中学生活老师工作总结 篇7 </w:t>
      </w:r>
      <w:r>
        <w:rPr>
          <w:lang w:eastAsia="zh-CN"/>
        </w:rPr>
        <w:br/>
      </w:r>
      <w:r>
        <w:rPr>
          <w:lang w:eastAsia="zh-CN"/>
        </w:rPr>
        <w:t>　　转眼一学期就结束了，回顾这段时间的工作，充实而有意义，在领导和同事的帮助下，我的工作很快步入的正规，取得了较好的成绩，今后我会严格要求自己，争取有更多的收获，现将本学期工作总结如下， 生活老师工作总结 1.确定安全</w:t>
      </w:r>
      <w:r>
        <w:rPr>
          <w:lang w:eastAsia="zh-CN"/>
        </w:rPr>
        <w:br/>
      </w:r>
      <w:r>
        <w:rPr>
          <w:lang w:eastAsia="zh-CN"/>
        </w:rPr>
        <w:t>　　生活老师的重要职责是保证学生的安全，每次学生回宿舍后深入宿舍清点学生人数，确保点名查寝不漏一人;督促学生认真保管好自身的财物，以防不测发生;定期对公寓的安全隐患进行排查，发现隐患及时报告。</w:t>
      </w:r>
      <w:r>
        <w:rPr>
          <w:lang w:eastAsia="zh-CN"/>
        </w:rPr>
        <w:br/>
      </w:r>
      <w:r>
        <w:rPr>
          <w:lang w:eastAsia="zh-CN"/>
        </w:rPr>
        <w:t>　　2.深入学生生活，勤于观察</w:t>
      </w:r>
      <w:r>
        <w:rPr>
          <w:lang w:eastAsia="zh-CN"/>
        </w:rPr>
        <w:br/>
      </w:r>
      <w:r>
        <w:rPr>
          <w:lang w:eastAsia="zh-CN"/>
        </w:rPr>
        <w:t>　　初中学生有着心理状态的复杂性、内心世界的多样性的特点及个性，了解他们的内心世界，针对不同的情况进行耐心细致的教育，深入学生宿舍，掌握学生情况，认真观察学生的言行举止，从细致处做好学生的思想工作，老师爱学生如同爱自己子女一样， 工作总结</w:t>
      </w:r>
      <w:r>
        <w:rPr>
          <w:lang w:eastAsia="zh-CN"/>
        </w:rPr>
        <w:br/>
      </w:r>
      <w:r>
        <w:rPr>
          <w:lang w:eastAsia="zh-CN"/>
        </w:rPr>
        <w:t>　　《生活老师工作总结》引导学生日常生活严谨、自律，养成良好的行为习惯，及时到垃圾，节约用水，整理好自己的内务卫生，他们感到英华学校生活的温馨、幸福和愉快，由此激发他们努力学习天天向上。</w:t>
      </w:r>
      <w:r>
        <w:rPr>
          <w:lang w:eastAsia="zh-CN"/>
        </w:rPr>
        <w:br/>
      </w:r>
      <w:r>
        <w:rPr>
          <w:lang w:eastAsia="zh-CN"/>
        </w:rPr>
        <w:t>　　3人性化的管理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对学生管理既不能伤失原既要讲究原则，又要有一定的灵活性。这样，学生愿意接受你的管理，不会排斥你，不会形成比较严重的冲突和对立。没有惩罚的教育是不完整的教育，当然采取什么样的惩罚方式，应因人而异，需要花一些心思去琢磨。师生关系比较融洽，比较和谐，学生情绪好，学生在生活区的吃饭就寝内务卫生都能比较到位。无形之中学生的自我约束力加强，提高了班级凝聚力。</w:t>
      </w:r>
      <w:r>
        <w:rPr>
          <w:lang w:eastAsia="zh-CN"/>
        </w:rPr>
        <w:br/>
      </w:r>
      <w:r>
        <w:rPr>
          <w:lang w:eastAsia="zh-CN"/>
        </w:rPr>
        <w:t>　　总之，这一学期，十分优秀的完成了学校交给我的任务。当然，工作质量从来就没有尽头的。在今后的教育工作中，不断加强个人修养，自觉加强学习，努力提高工作水平，适应新形势下本质工作的需要，我将更加努力，力争将工作做得更好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篇8 </w:t>
      </w:r>
      <w:r>
        <w:rPr>
          <w:lang w:eastAsia="zh-CN"/>
        </w:rPr>
        <w:br/>
      </w:r>
      <w:r>
        <w:rPr>
          <w:lang w:eastAsia="zh-CN"/>
        </w:rPr>
        <w:t>　　我是今年9月来到--中学部生活组的，根据学部的安排，我接替的是八年级(5)班，由于这个班比较特殊，会遇到不同的学生，如何抓住学生的特点，提高学生的各方面素质，就成了我首先考虑的问题。学校是德育的重要场所，在生活区这一块，生活教师便是主角，我认为要带好这个班首先要做的是以下几个方面。</w:t>
      </w:r>
      <w:r>
        <w:rPr>
          <w:lang w:eastAsia="zh-CN"/>
        </w:rPr>
        <w:br/>
      </w:r>
      <w:r>
        <w:rPr>
          <w:lang w:eastAsia="zh-CN"/>
        </w:rPr>
        <w:t>　　一、尊重、理解、信任学生</w:t>
      </w:r>
      <w:r>
        <w:rPr>
          <w:lang w:eastAsia="zh-CN"/>
        </w:rPr>
        <w:br/>
      </w:r>
      <w:r>
        <w:rPr>
          <w:lang w:eastAsia="zh-CN"/>
        </w:rPr>
        <w:t>　　对学生的尊重和期望，我不仅仅表现在口头上，更是注意言行一致，贯穿在整个自我道德教育过程中，比如，在和学生谈心时，我总要选择能与他们的目光平视的方位来进行，这样与人相处的方式态度就总透着待人的诚意;再如，我在学生的面前从不批驳“对于新生事物的敏感性，学生强过老师”自己正在忙着认识一些新事物，学习一些新知识，看一些较经典的书籍刊物，使自己和学生谈心时充满时代气息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二、言教身教要结合</w:t>
      </w:r>
      <w:r>
        <w:rPr>
          <w:lang w:eastAsia="zh-CN"/>
        </w:rPr>
        <w:br/>
      </w:r>
      <w:r>
        <w:rPr>
          <w:lang w:eastAsia="zh-CN"/>
        </w:rPr>
        <w:t>　　作为一位生活指导教师，我的一言一行都会影响到孩子的行为准则规范，对孩子的深刻教育，言语不如行动：“身教最为贵，知行不可少”，如自己的着装、房间、床铺、衣柜整理、勤剪指甲、吃饭不挑食、个人卫生等等，随时加强自身修养。要知道老师的行为不当，学生的举止也好不到哪里去。因此，我不断地完善自身，谨言慎行，时时处处做学生的榜样，用自己的善言善行为学生树立模仿的标本。</w:t>
      </w:r>
      <w:r>
        <w:rPr>
          <w:lang w:eastAsia="zh-CN"/>
        </w:rPr>
        <w:br/>
      </w:r>
      <w:r>
        <w:rPr>
          <w:lang w:eastAsia="zh-CN"/>
        </w:rPr>
        <w:t>　　三、了解、关爱每一位学生</w:t>
      </w:r>
      <w:r>
        <w:rPr>
          <w:lang w:eastAsia="zh-CN"/>
        </w:rPr>
        <w:br/>
      </w:r>
      <w:r>
        <w:rPr>
          <w:lang w:eastAsia="zh-CN"/>
        </w:rPr>
        <w:t>　　首先熟悉了解学生，掌握学生动态，分析以前学生的情况，找个别学生谈话，从和他们谈话我可以了解和掌握学生的心理和动态，在和他们多次交谈以后，我认为他们都把我当成了朋友，兄长，我感觉他们都是很有上进心的，由于文化基础打得不好，加上脾气比较暴躁，所以经常和同学发生冲突，特别是---，在我刚接这个班的时候，英语老师给我说他上课的时候从来不听课，讲话，打闹，什么都做。在和他谈心的过程中，了解到他的家长对他是非常严格，期望是很高的，所以就帮他制定小目标，逐渐进步，现在他已经和其他同学关系和睦、上课也能认真听讲了，做事也很积极了，当然看到他的改变的心里也很安慰，时而表扬他，慢慢地，学生愿意靠近我，有什么心里话都跟我谈。</w:t>
      </w:r>
      <w:r>
        <w:rPr>
          <w:lang w:eastAsia="zh-CN"/>
        </w:rPr>
        <w:br/>
      </w:r>
      <w:r>
        <w:rPr>
          <w:lang w:eastAsia="zh-CN"/>
        </w:rPr>
        <w:t>　　四、提高学生自理能力、严格要求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生活老师，首先必须先从寝室的常规管理做起。所以我每个天都要下寝室很多次，尤其是两休，我都会去寝室值班，希望学生可以休息好。寝室是学生的第二个家，只有抓好寝室的卫生和纪律等常规，才能让学生有一个比安静，整洁的休息的良好环境。所以每天我都会去寝室进行常规检查，为了搞好寝室工作，我决定发展学生实行“传、帮、带”让做得好的同学当“小老师”。如--的军被叠得不错，去向同学传授他叠被子的经验，帮那些叠不好的同学，带动一个班级，同时学校也设立了奖励制度，每月都设有优秀寝室的评比，获奖寝室在每月的德育考核中都能有流动红旗。这样学生的积极性也就被调动起来了。同时，我们还开展了一系列的寝室文化活动。学生发挥自己的聪明才智，自己动手，布置寝室，简单大方，又充满创意，使学生的小家更加融洽，迸发出勃勃生机。</w:t>
      </w:r>
      <w:r>
        <w:rPr>
          <w:lang w:eastAsia="zh-CN"/>
        </w:rPr>
        <w:br/>
      </w:r>
      <w:r>
        <w:rPr>
          <w:lang w:eastAsia="zh-CN"/>
        </w:rPr>
        <w:t>　　五、抓学生的养成教育，促学生健康成长</w:t>
      </w:r>
      <w:r>
        <w:rPr>
          <w:lang w:eastAsia="zh-CN"/>
        </w:rPr>
        <w:br/>
      </w:r>
      <w:r>
        <w:rPr>
          <w:lang w:eastAsia="zh-CN"/>
        </w:rPr>
        <w:t>　　养成了良好的学习习惯，等于成功了一半。对于学生的内务、路队，我都严格要求。做不规范的不能过关，物品摆放丢三拉四的不过关。我班有38个学生，要是老师都亲自检查是不现实的。我培养了几个班干部。这样既提高了检查力度，又减轻了老师的工作量，还能保质保量的完成各项任务。每个同学心里都明白做不好是过不了关的，自然就会自觉的干好自己份内的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经过一个多月的磨合，我已经和老师、学生建立了良好的友谊。生活组老师们都帮助我，使我感受到了亲情般的温暖。使我尽快熟悉了这里的工作流程和工作内容;使我得以在这里施展自己的抱负，使我在部队学到的部分管理方式能融入实际应用，为我创造了更多的发展空间，我想再没有什么能比这给我带来更多的快乐，于是我对--中学更加热爱。</w:t>
      </w:r>
      <w:r>
        <w:rPr>
          <w:lang w:eastAsia="zh-CN"/>
        </w:rPr>
        <w:br/>
      </w:r>
      <w:r>
        <w:rPr>
          <w:lang w:eastAsia="zh-CN"/>
        </w:rPr>
        <w:t>　　对于刚加盟--中学的生活老师，我大部分时间都与学生生活在一起，在工作中，有欢笑、有汗水、有眼泪，但什么时候我都没退缩，我认为部队培养我最大的优点就是不轻言放弃。一件事要么不做，要么就尽力去做好。我用一件一件的小事，一点一滴的行动去履行一名生活老师的职责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篇9 </w:t>
      </w:r>
      <w:r>
        <w:rPr>
          <w:lang w:eastAsia="zh-CN"/>
        </w:rPr>
        <w:br/>
      </w:r>
      <w:r>
        <w:rPr>
          <w:lang w:eastAsia="zh-CN"/>
        </w:rPr>
        <w:t>　　我是今年_中学部生活组的，根据学部的安排，我接替的是七年级（4）班，由于这个班比较特殊，会遇到不同的学生，如何抓住学生的特点，提高学生的各方面素质，就成了我首先考虑的问题。学校是德育的重要场所，在生活区这一块，生活教师便是主角，我认为要带好这个班首先要做的是以下几个方面。</w:t>
      </w:r>
      <w:r>
        <w:rPr>
          <w:lang w:eastAsia="zh-CN"/>
        </w:rPr>
        <w:br/>
      </w:r>
      <w:r>
        <w:rPr>
          <w:lang w:eastAsia="zh-CN"/>
        </w:rPr>
        <w:t>　　一、尊重、理解、信任学生</w:t>
      </w:r>
      <w:r>
        <w:rPr>
          <w:lang w:eastAsia="zh-CN"/>
        </w:rPr>
        <w:br/>
      </w:r>
      <w:r>
        <w:rPr>
          <w:lang w:eastAsia="zh-CN"/>
        </w:rPr>
        <w:t>　　对学生的尊重和期望，我不仅仅表现在口头上，更是注意言行一致，贯穿在整个自我道德教育过程中，比如，在和学生谈心时，我总要选择能与他们的目光平视的方位来进行，这样与人相处的方式态度就总透着待人的诚意；再如，我在学生的面前从不批驳“对于新生事物的敏感性，学生强过老师”自己正在忙着认识一些新事物，学习一些新知识，看一些较经典的书籍刊物，使自己和学生谈心时充满时代气息。</w:t>
      </w:r>
      <w:r>
        <w:rPr>
          <w:lang w:eastAsia="zh-CN"/>
        </w:rPr>
        <w:br/>
      </w:r>
      <w:r>
        <w:rPr>
          <w:lang w:eastAsia="zh-CN"/>
        </w:rPr>
        <w:t>　　二、言教身教要结合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作为一位生活指导教师，我的一言一行都会影响到孩子的行为准则规范，对孩子的深刻教育，言语不如行动：“身教最为贵，知行不可少”，如自己的着装、房间、床铺、衣柜整理、勤剪指甲、吃饭不挑食、个人卫生等等，随时加强自身修养。要知道老师的行为不当，学生的举止也好不到哪里去。因此，我不断地完善自身，谨言慎行，时时处处做学生的榜样，用自己的善言善行为学生树立模仿的标本。</w:t>
      </w:r>
      <w:r>
        <w:rPr>
          <w:lang w:eastAsia="zh-CN"/>
        </w:rPr>
        <w:br/>
      </w:r>
      <w:r>
        <w:rPr>
          <w:lang w:eastAsia="zh-CN"/>
        </w:rPr>
        <w:t>　　三、了解、关爱每一位学生</w:t>
      </w:r>
      <w:r>
        <w:rPr>
          <w:lang w:eastAsia="zh-CN"/>
        </w:rPr>
        <w:br/>
      </w:r>
      <w:r>
        <w:rPr>
          <w:lang w:eastAsia="zh-CN"/>
        </w:rPr>
        <w:t>　　首先熟悉了解学生，掌握学生动态，分析以前学生的情况，找个别学生谈话，如：甘洛、黄洪卫、曹颖、田晓等等，从和他们谈话我可以了解和掌握学生的心理和动态，在和他们多次交谈以后，我认为他们都把我当成了朋友，兄长，我感觉他们都是很有上进心的，由于文化基础打得不好，加上脾气比较暴躁，所以经常和同学发生冲突，特别是黄洪卫，在我刚接这个班的时候，英语老师给我说他上课的时候从来不听课，讲话，打闹，什么都做。在和他谈心的过程中，了解到他的家长对他是非常严格，期望是很高的，所以就帮他制定小目标，逐渐进步，现在他已经和其他同学关系和睦、上课也能认真听讲了，做事也很积极了，当然看到他的改变的心里也很安慰，时而表扬他，慢慢地，学生愿意靠近我，有什么心里话都跟我谈。</w:t>
      </w:r>
      <w:r>
        <w:rPr>
          <w:lang w:eastAsia="zh-CN"/>
        </w:rPr>
        <w:br/>
      </w:r>
      <w:r>
        <w:rPr>
          <w:lang w:eastAsia="zh-CN"/>
        </w:rPr>
        <w:t>　　四、提高学生自理能力、严格要求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生活老师，首先必须先从寝室的常规管理做起。所以我每个天都要下寝室很多次，尤其是两休，我都会去寝室值班，希望学生可以休息好。寝室是学生的第二个家，只有抓好寝室的卫生和纪律等常规，才能让学生有一个比安静，整洁的休息的良好环境。所以每天我都会去寝室进行常规检查，为了搞好寝室工作，我决定发展学生实行“传、帮、带”让做得好的同学当“小老师”如曹颖的军被叠得不错，去向同学传授他叠被子的经验，帮那些叠不好的同学，带动一个班级，同时学校也设立了奖励制度，每月都设有优秀寝室的评比，获奖寝室在每月的德育考核中都能有流动红旗。这样学生的积极性也就被调动起来了。同时，我们还开展了一系列的寝室文化活动。学生发挥自己的聪明才智，自己动手，布置寝室，简单大方，又充满创意，使学生的小家更加融洽，迸发出勃勃生机。</w:t>
      </w:r>
      <w:r>
        <w:rPr>
          <w:lang w:eastAsia="zh-CN"/>
        </w:rPr>
        <w:br/>
      </w:r>
      <w:r>
        <w:rPr>
          <w:lang w:eastAsia="zh-CN"/>
        </w:rPr>
        <w:t>　　五、抓学生的养成教育，促学生健康成长。</w:t>
      </w:r>
      <w:r>
        <w:rPr>
          <w:lang w:eastAsia="zh-CN"/>
        </w:rPr>
        <w:br/>
      </w:r>
      <w:r>
        <w:rPr>
          <w:lang w:eastAsia="zh-CN"/>
        </w:rPr>
        <w:t>　　养成了良好的学习习惯，等于成功了一半。对于学生的内务、路队，我都严格要求。做不规范的不能过关，物品摆放丢三拉四的不过关。我班有32个学生，要是老师都亲自检查是不现实的。我培养了几个班干部。这样既提高了检查力度，又减轻了老师的工作量，还能保质保量的完成各项任务。每个同学心里都明白做不好是过不了关的，自然就会自觉的干好自己份内的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经过一个多月的磨合，我已经和老师、学生建立了良好的友谊。生活组老师们都帮助我，使我感受到了亲情般的温暖。使我尽快熟悉了这里的工作流程和工作内容；使我得以在这里施展自己的抱负，使我在部队学到的部分管理方式能融入实际应用，为我创造了更多的发展空间，我想再没有什么能比这给我带来更多的快乐，于是我对北大附中更加热爱。</w:t>
      </w:r>
      <w:r>
        <w:rPr>
          <w:lang w:eastAsia="zh-CN"/>
        </w:rPr>
        <w:br/>
      </w:r>
      <w:r>
        <w:rPr>
          <w:lang w:eastAsia="zh-CN"/>
        </w:rPr>
        <w:t>　　对于刚加盟实验学校的生活老师，我大部分时间都与学生生活在一起，在工作中，有欢笑、有汗水、有眼泪，但什么时候我都没退缩，我认为部队培养我最大的优点就是不轻言放弃。一件事要么不做，要么就尽力去做好。我用一件一件的小事，一点一滴的行动去履行一名生活老师的职责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篇10 </w:t>
      </w:r>
      <w:r>
        <w:rPr>
          <w:lang w:eastAsia="zh-CN"/>
        </w:rPr>
        <w:br/>
      </w:r>
      <w:r>
        <w:rPr>
          <w:lang w:eastAsia="zh-CN"/>
        </w:rPr>
        <w:t>　　生活老师，不少人认为“生活”无非就是：衣、食、住、行;也需要老师吗?其实，我们不仅仅是对学生的衣、食、住、行进行管理，更重要的是我们还配合学校的德育处，对学生进行思想品德的教育，在思想上给学生正确的指导，教育学生懂得做人的道理，使学生未成材之前首先成人。紧跟学校的发展方向—宿舍工作要从管理向教育转型;所以我知道生活老师任务的艰巨，责任的重大。</w:t>
      </w:r>
      <w:r>
        <w:rPr>
          <w:lang w:eastAsia="zh-CN"/>
        </w:rPr>
        <w:br/>
      </w:r>
      <w:r>
        <w:rPr>
          <w:lang w:eastAsia="zh-CN"/>
        </w:rPr>
        <w:t>　　一、爱岗、敬业，树立崇高的师德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>　　我非常的热爱自己的工作，因为兴趣是最好的老师，也只有这样才能把自己全部的身心投入到工作中，才能想方设法把工作做得更好。我们生活老师既然能称得上是老师，就应该像个老师的样。一点也不错，我们不仅注重对学生的言教更应注意对学生的身教。因为在学生的心目中，老师是社会的规范，是道德的化身，是人类的楷模，是父母的`替身。俗话说：“有一个什么样的将军，就有一支什么样的军队”。教育是人类永恒的事业，教育事业是爱的事业。老师对学生的爱是神圣、高尚、纯洁、无私、搏斗的，它来自崇高的教师职业道德。这种爱可孕育国家的英才、社会的栋梁。也正因为教师这种对学生的爱，人们才把教师誉为“人类灵魂的工程师”，把教师这一行业誉为“太阳底下最光辉的事业”。所以教师职业道德素质的高低直接关系到学生的健康成长，作为人民教师应以事业为重，以学生为重的宽阔胸怀，不断提高以为人民服务为核心的精神追求的境界。正如著名的教育家陈鹤琴的那句名言：“对下一代给以无与伦比的爱，具有着眼未来的宽阔胸怀，以孩子的健康成长为根本出发点与归宿点，将自己的一切言行，所有的时间和空间，都系孩子，用智慧、心血朔造祖国的未来，用满员桃李注释一生。”可见，崇高的师德，是一名教师，特别是作为一名生活老师必须具备的条件。</w:t>
      </w:r>
      <w:r>
        <w:rPr>
          <w:lang w:eastAsia="zh-CN"/>
        </w:rPr>
        <w:br/>
      </w:r>
      <w:r>
        <w:rPr>
          <w:lang w:eastAsia="zh-CN"/>
        </w:rPr>
        <w:t>　　二、赏识、信任和尊重学生</w:t>
      </w:r>
      <w:r>
        <w:rPr>
          <w:lang w:eastAsia="zh-CN"/>
        </w:rPr>
        <w:br/>
      </w:r>
      <w:r>
        <w:rPr>
          <w:lang w:eastAsia="zh-CN"/>
        </w:rPr>
        <w:t>　　当教师的不能用简单粗暴的做法对待学生，而应该信任和尊重学生的人格，发扬民主作风，以客观、平等、公正的态度处理好师生的关系。教师之所以特别要注意尊重学生，从青少年的心理特点来看，这是极其必要的。青少年一般自尊心特别强，他们对别人给予自己的评价极为敏感，往往一言一语都可以使他们激动，所谓“一枝一叶总关情”。而且，这种自尊心又往往是积极向上的动力。在学校里，如果学生受到老师恰当的评价与真诚的信任，他们会得到精神的满足，产生奋发向上的力量。</w:t>
      </w:r>
      <w:r>
        <w:rPr>
          <w:lang w:eastAsia="zh-CN"/>
        </w:rPr>
        <w:br/>
      </w:r>
      <w:r>
        <w:rPr>
          <w:lang w:eastAsia="zh-CN"/>
        </w:rPr>
        <w:t>　　三、关爱学生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lang w:eastAsia="zh-CN"/>
        </w:rPr>
        <w:t>　　既然我们选择了生活老师这份职业，就意味着我们选择了神圣，选择了付出、选择了奉献。把我们自己的全部知识、才华和爱心奉献给学生。爱，是青少年的基本心理需要，前苏联著名的教育家苏霍姆林基说：“事实上，在学校里所学习的许多东西，将会随着时间的消逝而被遗忘，但是人的思想所接触过的一切文明财富会在心灵中——首先在情感、内心感受中留下痕迹。关爱学生是爱生的源泉，特别是关心那些在宿舍表现差的、不遵守纪律的、而在学习上又较落后的所谓的后进生，由于他们经常受到父母、老师斥责，同学们的取笑或歧视，所以他们比较心虚、自卑、有戒心、有敌意，常以为老师轻视自己，厌弃自己，甚至对待真心实意的教育也常常持以沉默、回避或粗暴无礼的反常态度，但他们又很渴望得到周围的人们，特别是老师的关心、爱护和帮助。老师要想教育好他们，必须主动的接近他们，彻底的了解他们存在的问题，然后“对症下药”。以热情真挚的爱、无限的关怀，对他们动之以情，晓之以理，导之以行，与他们在感情上建立联系，消除他们怀疑恐惧的心理和对立的情绪。要转化先感化，使他们相信老师的善意，把老师当知心朋友。老师只有得到他们真心的信赖和爱戴，才能了解他们的所作所为，启发他们的觉悟，拨动他们的心弦，努力寻找他们身上的“闪光点”，使他们树立自信心，看到进步的希望。</w:t>
      </w:r>
      <w:r>
        <w:rPr>
          <w:lang w:eastAsia="zh-CN"/>
        </w:rPr>
        <w:br/>
      </w:r>
      <w:r>
        <w:rPr>
          <w:lang w:eastAsia="zh-CN"/>
        </w:rPr>
        <w:t>　　总之，我觉得“人非草木，熟能无情”;只要我们用深沉而执着的爱心去对待学生，用科学、正确的方法去引导学生，即使枯萎了的心灵也能苏醒，冰冻了的感情也会消融。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中学生活老师工作总结 篇11 </w:t>
      </w:r>
      <w:r>
        <w:rPr>
          <w:lang w:eastAsia="zh-CN"/>
        </w:rPr>
        <w:br/>
      </w:r>
      <w:r>
        <w:rPr>
          <w:lang w:eastAsia="zh-CN"/>
        </w:rPr>
        <w:t>　　时间过的可真快，转眼一年的时间过去了，在__幼儿园的园长领导下，各位老师的帮助下，通过自己的努力，在这个大家庭里使我在这一年里学到了很多东西，让我受益匪浅。在这里我总结了以下四点：</w:t>
      </w:r>
      <w:r>
        <w:rPr>
          <w:lang w:eastAsia="zh-CN"/>
        </w:rPr>
        <w:br/>
      </w:r>
      <w:r>
        <w:rPr>
          <w:lang w:eastAsia="zh-CN"/>
        </w:rPr>
        <w:t>　　一、在思想上，重新认识了幼儿教育</w:t>
      </w:r>
      <w:r>
        <w:rPr>
          <w:lang w:eastAsia="zh-CN"/>
        </w:rPr>
        <w:br/>
      </w:r>
      <w:r>
        <w:rPr>
          <w:lang w:eastAsia="zh-CN"/>
        </w:rPr>
        <w:t>　　在踏入__幼儿园之前，我的脑海里的幼儿园，就是老师带领着小朋友一起做游戏，学习的简单的知识的场所。可当我真正踏入这工作当中实践时，我对它有了进一步的了解。</w:t>
      </w:r>
      <w:r>
        <w:rPr>
          <w:lang w:eastAsia="zh-CN"/>
        </w:rPr>
        <w:br/>
      </w:r>
      <w:r>
        <w:rPr>
          <w:lang w:eastAsia="zh-CN"/>
        </w:rPr>
        <w:t>　　幼儿教育是基础教育的有机组成部分，是学校教育的基础阶段，也是人才成长的奠基阶段，幼儿园的工作是：实施保育与教育相结合的原则，对幼儿实施体、智、德、美诸方面的教育，促进其身心和谐发展。这是国家对幼儿园教育工作的要求，也是幼儿园全部的出发点和归宿。通过这个任务在活动中制定不同的目标，大大丰富和满足了幼儿身心的需要，真正使幼儿在活动中得到快乐，得到发展!</w:t>
      </w:r>
      <w:r>
        <w:rPr>
          <w:lang w:eastAsia="zh-CN"/>
        </w:rPr>
        <w:br/>
      </w:r>
      <w:r>
        <w:rPr>
          <w:lang w:eastAsia="zh-CN"/>
        </w:rPr>
        <w:t>　　二、在工作中，我热爱了这一行</w:t>
      </w:r>
      <w:r>
        <w:rPr>
          <w:lang w:eastAsia="zh-CN"/>
        </w:rPr>
        <w:br/>
      </w:r>
      <w:r>
        <w:rPr>
          <w:lang w:eastAsia="zh-CN"/>
        </w:rPr>
        <w:t>　　工作中，每天面对一群嘴里总有讲不完的话的可爱孩子们，使我爱上了这一行，不仅仅是他们的可爱，还掺杂着一股浓浓的人情味。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lang w:eastAsia="zh-CN"/>
        </w:rPr>
        <w:t>　　前几天，因为我的孩子感冒了把他送回了老家，让他奶奶看着，因为很想他，我的心情恨低落，那一天的早晨，我在洗着小手绢默默的掉眼泪，不一会，我们班里的陈杨鑫过来上小便，他笑着叫了我一句：“尚老师好”，然后就说“尚老师你真辛苦啊!”我赶紧把眼泪擦干，不让孩子看见，我笑着说：“只要你们听话，上课认真听讲，老师再辛苦也愿意!”然后，他的小脸贴近我的脸亲了我一下，瞬间我低落的心情变的好起来。其实看上去孩子很平常的一句话，一个动作，但是起到的作用却是意想不到的!</w:t>
      </w:r>
      <w:r>
        <w:rPr>
          <w:lang w:eastAsia="zh-CN"/>
        </w:rPr>
        <w:br/>
      </w:r>
      <w:r>
        <w:rPr>
          <w:lang w:eastAsia="zh-CN"/>
        </w:rPr>
        <w:t>　　我因为不小心割着手了用药包着，我洗茶杯的时候就带塑料手套，正在洗的时候，我们班的李佳怡过去了说：“尚老师，你的手割着了，怎么洗呀，我来给你洗吧!”我笑着说：“没事的，我带着手套啊!”</w:t>
      </w:r>
      <w:r>
        <w:rPr>
          <w:lang w:eastAsia="zh-CN"/>
        </w:rPr>
        <w:br/>
      </w:r>
      <w:r>
        <w:rPr>
          <w:lang w:eastAsia="zh-CN"/>
        </w:rPr>
        <w:t>　　一件件与孩子们发生的小事，孩子们那可爱天真的笑脸带给我的欢乐，让我深深的感受到了孩子们的纯洁的心灵和深情，给我温暖，让我感动，让我在关心别人的同时也被关心着，我感到无比的幸福!</w:t>
      </w:r>
      <w:r>
        <w:rPr>
          <w:lang w:eastAsia="zh-CN"/>
        </w:rPr>
        <w:br/>
      </w:r>
      <w:r>
        <w:rPr>
          <w:lang w:eastAsia="zh-CN"/>
        </w:rPr>
        <w:t>　　三、在老师的教学工作中，让我学会很多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lang w:eastAsia="zh-CN"/>
        </w:rPr>
        <w:t>　　我们班的刘老师经常教孩子背三字经，说句实话，以前我也看过，但是能记住的却很少几句，每次听孩子们背，我自己也记住了很多，现在也能背上很多了。还有折纸，孩子们上折纸课的时候，我也学会了不少，教孩子如何折纸，折小风琴，折大风车，折衣服等等很多。在这个幼儿园里，我学会了很多以前没接触过的活动，让我感到幼儿园里有学不完的东西，我如饥似渴的吸取着各个方面的知识，我要学，我喜欢学，我要努力使自己变成一个德，智，体，美全面发展的好老师。</w:t>
      </w:r>
      <w:r>
        <w:rPr>
          <w:lang w:eastAsia="zh-CN"/>
        </w:rPr>
        <w:br/>
      </w:r>
      <w:r>
        <w:rPr>
          <w:lang w:eastAsia="zh-CN"/>
        </w:rPr>
        <w:t>　　四、现在的成绩</w:t>
      </w:r>
      <w:r>
        <w:rPr>
          <w:lang w:eastAsia="zh-CN"/>
        </w:rPr>
        <w:br/>
      </w:r>
      <w:r>
        <w:rPr>
          <w:lang w:eastAsia="zh-CN"/>
        </w:rPr>
        <w:t>　　经过了一年的磨练，我对生活老师的概念有了一定的理解，有一定的进步，经过园内的培训学习，我在理论方面也增加了许多知识。在教师教学课上，也学到了许多经验，回头想想与自己刚来幼儿园的时候相比，确实提高了许多，在这里要感谢我们班的刘老师和冷老师，从她们的身上，我学到了许多书本上学不到的东西&amp;热情，勤奋，努力。同时也要感谢园长给我到__幼儿园这个团结的大集体中学习的机会，也要感谢园内各位老师的细心帮助，使我很快的“成长”起来。</w:t>
      </w:r>
      <w:r>
        <w:rPr>
          <w:lang w:eastAsia="zh-CN"/>
        </w:rPr>
        <w:br/>
      </w:r>
      <w:r>
        <w:rPr>
          <w:lang w:eastAsia="zh-CN"/>
        </w:rPr>
        <w:t>　　在这里，我要郑重的道一声：谢谢你们了，各位老师!</w:t>
      </w:r>
      <w:r>
        <w:rPr>
          <w:lang w:eastAsia="zh-CN"/>
        </w:rPr>
        <w:br/>
      </w:r>
      <w:r>
        <w:rPr>
          <w:lang w:eastAsia="zh-CN"/>
        </w:rPr>
        <w:t>　　总之，我能成为__幼儿园其中的一员，感到很自豪，我喜欢__幼儿园，我会尽我的努力和热情来做好自己的本职工作!</w:t>
      </w:r>
      <w:r>
        <w:rPr>
          <w:lang w:eastAsia="zh-CN"/>
        </w:rPr>
        <w:br/>
      </w:r>
      <w:r>
        <w:rPr>
          <w:lang w:eastAsia="zh-CN"/>
        </w:rPr>
        <w:t>　　总结三：幼儿园生活老师优秀教育心得总结&amp;&amp;如何培养幼儿自理能力</w:t>
      </w:r>
      <w:r>
        <w:rPr>
          <w:lang w:eastAsia="zh-CN"/>
        </w:rPr>
        <w:br/>
      </w:r>
      <w:r>
        <w:rPr>
          <w:lang w:eastAsia="zh-CN"/>
        </w:rPr>
        <w:t>　　什么是生活自理能力?简单来说，生活自理能力就是宝宝从依赖到独立的过程，即宝宝从依赖成人到学习认知照顾的衣、食、住、行等历程。对孩子来说，它是踏出家庭保护的第一步，不能马虎，要想自立必须先学会自理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篇12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lang w:eastAsia="zh-CN"/>
        </w:rPr>
        <w:t>　　带着激情和梦想来到___学，一转眼两个人月时间过去了，一学期又过了一半的时间，在这段时间里，我收获了快乐、知识，在对学生的管理中，我也看到了希望，同时也有辛酸。总之，我深深的爱上了这份工作，当在工作中每取得一点进步和成绩时，我就会感到骄傲和自豪，现将半学期的工作做以下几点总结：</w:t>
      </w:r>
      <w:r>
        <w:rPr>
          <w:lang w:eastAsia="zh-CN"/>
        </w:rPr>
        <w:br/>
      </w:r>
      <w:r>
        <w:rPr>
          <w:lang w:eastAsia="zh-CN"/>
        </w:rPr>
        <w:t>　　一、提高自己是教育学生的关键。</w:t>
      </w:r>
      <w:r>
        <w:rPr>
          <w:lang w:eastAsia="zh-CN"/>
        </w:rPr>
        <w:br/>
      </w:r>
      <w:r>
        <w:rPr>
          <w:lang w:eastAsia="zh-CN"/>
        </w:rPr>
        <w:t>　　自来到附中一开始，我就把提高自己的教育和管理的能力放在首位，我认为作为一名教育工作者，自己应该是一个知识渊博，多才多艺，亲和力强，并富有幽默感的人，自己一定在空时间里要多学习各方面的知识，作为生活老师，更要注意自己在行为和习惯上严格要求自己，给学生树立榜样，正确引导学生的自理和独立生活的能力。</w:t>
      </w:r>
      <w:r>
        <w:rPr>
          <w:lang w:eastAsia="zh-CN"/>
        </w:rPr>
        <w:br/>
      </w:r>
      <w:r>
        <w:rPr>
          <w:lang w:eastAsia="zh-CN"/>
        </w:rPr>
        <w:t>　　二、多主动的找学生交流和学生做朋友。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>
        <w:rPr>
          <w:lang w:eastAsia="zh-CN"/>
        </w:rPr>
        <w:t>　　我认为一个成功的教育者，最重要的方法就是和学生多交流和沟通，多了解他们的心声和愿望，他们的困难和需求，和学生做真正的朋友。让自己在学生的眼中既是引领他们成长的老师，又是他们最真诚的朋友。使他们在生活和学习中的苦与乐都会和我坦诚的交流，特别有一些特殊情况的学生要单独的沟通。在交流中要多鼓励他们，并且对个别特殊情况的学生的心事要保密，这样也使这些学生更加的信任你和敬重你，如：我们班有一位同学父母离弃，对她的精神上的打击太大。刚到校时她就很忧郁，很少与同学们讲话，性格也不好，据了解，她以前的学校的老师和同学都不喜欢她，最后我凭着自己的耐心和诚心，在生活中多关心和帮助她，同时也找同学与她多交朋友，终于在有一天被我的诚意感动，并主动提出要和我谈谈。就这样，她讲出了她内心真正的苦恼，也讲出了在我们学校第一次感到老师和同学对她的关爱和关心，感受到温暖，重新树立理想。</w:t>
      </w:r>
      <w:r>
        <w:rPr>
          <w:lang w:eastAsia="zh-CN"/>
        </w:rPr>
        <w:br/>
      </w:r>
      <w:r>
        <w:rPr>
          <w:lang w:eastAsia="zh-CN"/>
        </w:rPr>
        <w:t>　　三、多与家长联系，共同引领学生成长。</w:t>
      </w:r>
      <w:r>
        <w:rPr>
          <w:lang w:eastAsia="zh-CN"/>
        </w:rPr>
        <w:br/>
      </w:r>
      <w:r>
        <w:rPr>
          <w:lang w:eastAsia="zh-CN"/>
        </w:rPr>
        <w:t>　　从开学以来，我就保持经常和家长取得联系。多了解他孩子各方面的情况，来达到对学生的共同教育。我们班的一位叫宋子涵的同学，在刚到校时行为习惯很差，在家对于父母的态度也不好，和他妈妈在电话中多次了解到他的情况后，我在生活上关心他，如洗衣服不会，我手把手教他，做清洁我亲自教他，空时间多与他交流，和班主任一起正确的引导他，就这样，通过三周时间就让他培养起自理的能力，回家后也变得更加懂事，也主动做事，后来他妈妈打电话动情的说“是学校改变了我的孩子，谢谢你们”。</w:t>
      </w:r>
      <w:r>
        <w:rPr>
          <w:lang w:eastAsia="zh-CN"/>
        </w:rPr>
        <w:br/>
      </w:r>
      <w:r>
        <w:rPr>
          <w:lang w:eastAsia="zh-CN"/>
        </w:rPr>
        <w:t>　　四、工作中的差距和怎样改进。</w:t>
      </w:r>
      <w:r>
        <w:rPr>
          <w:lang w:eastAsia="zh-CN"/>
        </w:rPr>
        <w:br/>
      </w:r>
      <w:r>
        <w:rPr>
          <w:lang w:eastAsia="zh-CN"/>
        </w:rPr>
        <w:t>　　我们班是一个新的班级。作为生活老师，我觉得对一部分同学还没有真正走进他们的心灵。对学生好习惯的培养还有很大的差距，路队，内务整理，还有待提高，对个别同学的关心还不到位，今后在工作中多向别的老师请教，多用好的方法，在工作中用新的思维去引领学生。让他们尽量成为北大附中重庆实验学校秀的学生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>
        <w:rPr>
          <w:lang w:eastAsia="zh-CN"/>
        </w:rPr>
        <w:t>　　以上的工作总结中，我会从中取长补短。工作中多总结自己不足和差距。同时，也要注意细节。对学生说过的话，一定要认真，不能说假话，有一句叫做“身正才为师”，老师要有高尚的人格，对一些调皮的同学要多做思想工作，“以理服人，以情打动”来达到和谐师生的关系。这样也才能创建和谐的班集体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篇13 </w:t>
      </w:r>
      <w:r>
        <w:rPr>
          <w:lang w:eastAsia="zh-CN"/>
        </w:rPr>
        <w:br/>
      </w:r>
      <w:r>
        <w:rPr>
          <w:lang w:eastAsia="zh-CN"/>
        </w:rPr>
        <w:t>　　时间过得很快，回顾这一年，感触颇深。好像很忙碌，却感到很充实而有意义，有压力的同时也有了工作的动力。作为学校学生管理中的一个新角色，之前我们没有任职此工作的经验，只能是在探索中慢慢积累。不过在校级领导的指导和自己的不断努力下，觉得自己的工作还是进行得有条不紊。现将这一年的工作总结如下。</w:t>
      </w:r>
      <w:r>
        <w:rPr>
          <w:lang w:eastAsia="zh-CN"/>
        </w:rPr>
        <w:br/>
      </w:r>
      <w:r>
        <w:rPr>
          <w:lang w:eastAsia="zh-CN"/>
        </w:rPr>
        <w:t>　　我们始终坚持以人为本，言传身教的教育理念。通过自身的实际行动和模范带头。强化学生的日常行为教育。并把学校的总体工作思想为工作指导，把学生的全面发展为工作主线。时刻牢记自己的职责，借鉴上届生活老师的管理经验。服从上级的安排，认真工作，不断提高工作思想，深化思想观念。始终保持着鲜明的工作思想，使在生活管理工作取得了骄人的成绩。</w:t>
      </w:r>
      <w:r>
        <w:rPr>
          <w:lang w:eastAsia="zh-CN"/>
        </w:rPr>
        <w:br/>
      </w:r>
      <w:r>
        <w:rPr>
          <w:lang w:eastAsia="zh-CN"/>
        </w:rPr>
        <w:t>　　没有规矩，不成方圆。学校不仅针对学生，还要针对老师需要全面而符合实际的规章制度，从而规范我们的行为习惯。这一年我们为了规范住宿生的就寝纪律，学期初与政教处共同制定了贴近实际，行之有效的宿舍管理规章制度。使之对学生的管理上有了更明确的尺度，在此期间我们每天坚持对学生的监督与教育，早起晚睡检查学生的就寝情况，了解他们的一举一动。发现问题，及时加强教育，问题严重着按时上报学校。通过学校，班主任，生活老师的共同努力，还有学生自身的发展与完善，我校住校生的就寝纪律不断在进步，不断在提高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>
        <w:rPr>
          <w:lang w:eastAsia="zh-CN"/>
        </w:rPr>
        <w:t>　　养成了良好的行为习惯，等于成功了一半。同艺体卫处我们对于学生的内务，用品，宿舍卫生我们都严格要求。每天不仅老师在检查，还有学生会成员在检查评比。物品摆放不规范的不能过关，床上东西丢三拉四的不过关。卫生达不到要求的不过关，经过这一年不间断的监督与检查，批评与教育。大部分学生的自觉性，责任心有了明显的改善。但是部分学生仍存在着破坏公物，欠缺卫生意识，处事不认真等错误问题。针对这些现象我们也通过谈话、交心、教育、开导等形式纠正他们的错误，也取得了较好的效果。期间对学生宿舍进行严格的卫生评比，宿舍整体卫生也一步一步在好转。每天值班学生也很负责地对宿舍，物品，用品的卫生进行严格打分，并打分情况按时公布，同时在周总结会上总结本周的卫生情况，从而学生也慢慢重视卫生，养成行为习惯，对学生的健康成长有重大的意义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>
        <w:rPr>
          <w:lang w:eastAsia="zh-CN"/>
        </w:rPr>
        <w:t>　　学校公物财产是学生正常学习，生活的保障，也是必不可少的基本条件。这一年为了住校生爱护公物，珍惜生活设施。能够拥有健康文明的生活环境。我们一直加强爱护身边每一公物的思想教育。首先是从学生会成员开始，让他们认识到爱惜公物的重要性，通过他们让学生管学生，让学生监督学生，从而大大减少了公物设施的破坏。同时我们在管理学生的过程中，若发现公物损坏，如水管、电灯、卫生间冲水箱等，我们每天毫无退缩，自己主动去弄去修，通过自己的行为给学生树立榜样，让学生也主动参与到中来。学生的思想意识也慢慢有了进步，能够爱惜公物。通过我们所有老师坚持不懈的努力，学生的进步也很快，我们能够继续坚持，生活老师个人工今后将学生的生活设施，学校的公物财产会得到更好的保护。</w:t>
      </w:r>
      <w:r>
        <w:rPr>
          <w:lang w:eastAsia="zh-CN"/>
        </w:rPr>
        <w:br/>
      </w:r>
      <w:r>
        <w:rPr>
          <w:lang w:eastAsia="zh-CN"/>
        </w:rPr>
        <w:t>　　一年的生活老师下来，觉得自己的工作主动、全面，做到了知人、知根、知底；师生感情融洽，工作见效明显。当然我们的工作也还存在很多不足之处，不能对每个学生都给予足够的关心，工作的深度还不够。希望在今后取得更大的进步，与学生做到零距离接触、近距离交流，共同建立积极向上的优秀学校。</w:t>
      </w:r>
      <w:r>
        <w:rPr>
          <w:lang w:eastAsia="zh-CN"/>
        </w:rPr>
        <w:br/>
      </w:r>
      <w:r>
        <w:rPr>
          <w:lang w:eastAsia="zh-CN"/>
        </w:rPr>
        <w:t>　　生活老师，一个新兴的光荣的称号。本学期，我担任了新星慈航小学四年级（3）、（4）、（5）班和五年级5个班的生活老师。就在这短短的工作中，作为学校学生生活管理中的一个新角色，在没有一点工作经验的前提下，在与学生朝夕相处的日子里，虽然很辛苦，却也收获了许多快乐，我的感触颇深。一是虚心的向其他老师学习；二是在实际工作中慢慢的摸索积累。在领导与同事的关心和帮助，加上自己的不断努力下，觉得自己的工作还是进行得有条不紊。现将这段时间的工作总结如下。</w:t>
      </w:r>
      <w:r>
        <w:rPr>
          <w:lang w:eastAsia="zh-CN"/>
        </w:rPr>
        <w:br/>
      </w:r>
      <w:r>
        <w:rPr>
          <w:lang w:eastAsia="zh-CN"/>
        </w:rPr>
        <w:t>　　1、室内严格执行卫生安全消毒制度，每天必须将宿舍清扫干净，做到适时开窗换气，保证宿舍既暖和空气又新鲜，同时做好定时室内消毒工作，保证宿舍整洁卫生。</w:t>
      </w:r>
      <w:r>
        <w:rPr>
          <w:lang w:eastAsia="zh-CN"/>
        </w:rPr>
        <w:br/>
      </w:r>
      <w:r>
        <w:rPr>
          <w:lang w:eastAsia="zh-CN"/>
        </w:rPr>
        <w:t>　　2、身心健康指导：积极和学生进行思想交流，帮助学生克服各种心理障碍，养成健全人格，提高他们保护身体健康，保证安全，讲究卫生等方面的知识和能力。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>
        <w:rPr>
          <w:lang w:eastAsia="zh-CN"/>
        </w:rPr>
        <w:t>　　1、严格执行学校规定的《生活教师职责》，努力做好生活区域的安全和卫生工作。坚持做好午、晚清点人数，特别是晚上更要认真仔细，绝不马虎。</w:t>
      </w:r>
      <w:r>
        <w:rPr>
          <w:lang w:eastAsia="zh-CN"/>
        </w:rPr>
        <w:br/>
      </w:r>
      <w:r>
        <w:rPr>
          <w:lang w:eastAsia="zh-CN"/>
        </w:rPr>
        <w:t>　　2、利用主动和学生多聊天的机会，对学生进行安全宣传和教育，提高学生的安全意识。让他们掌握一些自我保护的技能，提高孩子们的自我保护能力。</w:t>
      </w:r>
      <w:r>
        <w:rPr>
          <w:lang w:eastAsia="zh-CN"/>
        </w:rPr>
        <w:br/>
      </w:r>
      <w:r>
        <w:rPr>
          <w:lang w:eastAsia="zh-CN"/>
        </w:rPr>
        <w:t>　　认真做好每天的常规工作，做到了手勤腿勤，保持一个良好的生活环境。用自己的细心、耐心、爱心感化了孩子们，使他们感觉到大家庭的温暖。</w:t>
      </w:r>
      <w:r>
        <w:rPr>
          <w:lang w:eastAsia="zh-CN"/>
        </w:rPr>
        <w:br/>
      </w:r>
      <w:r>
        <w:rPr>
          <w:lang w:eastAsia="zh-CN"/>
        </w:rPr>
        <w:t>　　在这几个月的工作里，自己得到了很大的收获。让我懂得了和孩子们的相处之道就是：相互尊重、相互理解、相互信任。不足的地方就是，由于自己没有工作经验，所以在管理方面有所欠缺。</w:t>
      </w:r>
      <w:r>
        <w:rPr>
          <w:lang w:eastAsia="zh-CN"/>
        </w:rPr>
        <w:br/>
      </w:r>
      <w:r>
        <w:rPr>
          <w:lang w:eastAsia="zh-CN"/>
        </w:rPr>
        <w:t>　　在今后的工作中，一定要不断加强个人修养，自觉加强理论和实践的学习，努力力克服自己的不足，扬长避短，奋发工作，积极主动和孩子们多交流、多聊天，及时掌握孩子们的思想动态，与学生做到“零距离接触、近距离交流”，为美好的明天奉献自己的力量。提高工作水平，在工作中不断探索适合于我们学校生活管理的经验。</w:t>
      </w:r>
      <w:r>
        <w:rPr>
          <w:lang w:eastAsia="zh-CN"/>
        </w:rPr>
        <w:br/>
      </w:r>
      <w:r>
        <w:rPr>
          <w:lang w:eastAsia="zh-CN"/>
        </w:rPr>
        <w:t xml:space="preserve">    中学生活老师工作总结 篇14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自从9月初被安排到管理日托当宿舍管理员以来，我已经在那工作有一个学期了。经过这段时间的工作，我认识到了学生管理的难处，体会到了做宿舍管理员的滋味。虽说是，“革命工作分工不同”，但自从我来到宿舍管理员的岗位上后，我就偶尔听到了些议论，说不好听的话，的确，这样的工作是谁也不愿意去做的，何况我们学校本来就没有先例，让老师去看宿舍。工作总得有人去做，既然是领导安排了，那么我就得把安排的工作做好吧。我将本期的工作总结如下几点：</w:t>
      </w:r>
      <w:r>
        <w:rPr>
          <w:lang w:eastAsia="zh-CN"/>
        </w:rPr>
        <w:br/>
      </w:r>
      <w:r>
        <w:rPr>
          <w:lang w:eastAsia="zh-CN"/>
        </w:rPr>
        <w:t>　　一、保持一个健康的室内的卫生环境</w:t>
      </w:r>
      <w:r>
        <w:rPr>
          <w:lang w:eastAsia="zh-CN"/>
        </w:rPr>
        <w:br/>
      </w:r>
      <w:r>
        <w:rPr>
          <w:lang w:eastAsia="zh-CN"/>
        </w:rPr>
        <w:t>　　每天对寝室物品进行清洗擦拭，注意开窗通风，形成空气对流，保持宿舍空气新鲜，同时做好定时物品消毒工作。</w:t>
      </w:r>
      <w:r>
        <w:rPr>
          <w:lang w:eastAsia="zh-CN"/>
        </w:rPr>
        <w:br/>
      </w:r>
      <w:r>
        <w:rPr>
          <w:lang w:eastAsia="zh-CN"/>
        </w:rPr>
        <w:t>　　二、培养学生卫生习惯和治理能力</w:t>
      </w:r>
      <w:r>
        <w:rPr>
          <w:lang w:eastAsia="zh-CN"/>
        </w:rPr>
        <w:br/>
      </w:r>
      <w:r>
        <w:rPr>
          <w:lang w:eastAsia="zh-CN"/>
        </w:rPr>
        <w:t>　　在管理教育学生方面，要注重好孩子们的个人卫生，培养孩子们卫生常识，做到饭前便后勤洗手，平时不随地吐痰、不能乱扔垃圾。让他们养好良好的卫生习惯。</w:t>
      </w:r>
      <w:r>
        <w:rPr>
          <w:lang w:eastAsia="zh-CN"/>
        </w:rPr>
        <w:br/>
      </w:r>
      <w:r>
        <w:rPr>
          <w:lang w:eastAsia="zh-CN"/>
        </w:rPr>
        <w:t>　　三、加强安全教育提高安全意识</w:t>
      </w:r>
      <w:r>
        <w:rPr>
          <w:lang w:eastAsia="zh-CN"/>
        </w:rPr>
        <w:br/>
      </w:r>
      <w:r>
        <w:rPr>
          <w:lang w:eastAsia="zh-CN"/>
        </w:rPr>
        <w:t>　　1.利用每周一(安全五分钟)进行安全教育。努力提高学生的安全意识，使孩子们掌握一些自我保护的技能，提高孩子们的自我保护能力。在遇到危险时，让孩子们准确使用110、120、119紧急呼叫电话。</w:t>
      </w:r>
      <w:r>
        <w:rPr>
          <w:lang w:eastAsia="zh-CN"/>
        </w:rPr>
        <w:br/>
      </w:r>
      <w:r>
        <w:rPr>
          <w:lang w:eastAsia="zh-CN"/>
        </w:rPr>
        <w:t>　　2.加强孩子在校期间服用药品的管理。根据家长的要求，确保不要及时、准确、禁止错服、漏服现象的发生。切实做好寝室日常生活、饭食、安全工作。</w:t>
      </w:r>
      <w:r>
        <w:rPr>
          <w:lang w:eastAsia="zh-CN"/>
        </w:rPr>
        <w:br/>
      </w:r>
      <w:r>
        <w:rPr>
          <w:lang w:eastAsia="zh-CN"/>
        </w:rPr>
        <w:t>　　四、勤奋工作、努力上进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https://d.book118.com/316043015020010053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1604301502001005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