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2024工程技术年终总结范文（30篇）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2024工程技术年终总结范文（精选30篇）</w:t>
      </w:r>
      <w:r>
        <w:rPr>
          <w:lang w:eastAsia="zh-CN"/>
        </w:rPr>
        <w:br/>
      </w:r>
      <w:r>
        <w:rPr>
          <w:lang w:eastAsia="zh-CN"/>
        </w:rPr>
        <w:t xml:space="preserve">    2024工程技术年终总结范文 篇1 </w:t>
      </w:r>
      <w:r>
        <w:rPr>
          <w:lang w:eastAsia="zh-CN"/>
        </w:rPr>
        <w:br/>
      </w:r>
      <w:r>
        <w:rPr>
          <w:lang w:eastAsia="zh-CN"/>
        </w:rPr>
        <w:t>　　一、今年的主要工作</w:t>
      </w:r>
      <w:r>
        <w:rPr>
          <w:lang w:eastAsia="zh-CN"/>
        </w:rPr>
        <w:br/>
      </w:r>
      <w:r>
        <w:rPr>
          <w:lang w:eastAsia="zh-CN"/>
        </w:rPr>
        <w:t>　　作为安装处的技术员，预算员，我按照公司及安装处的各项规章制度，按时按质地完成施工处的各项经营管理工作。</w:t>
      </w:r>
      <w:r>
        <w:rPr>
          <w:lang w:eastAsia="zh-CN"/>
        </w:rPr>
        <w:br/>
      </w:r>
      <w:r>
        <w:rPr>
          <w:lang w:eastAsia="zh-CN"/>
        </w:rPr>
        <w:t>　　1、技术管理</w:t>
      </w:r>
      <w:r>
        <w:rPr>
          <w:lang w:eastAsia="zh-CN"/>
        </w:rPr>
        <w:br/>
      </w:r>
      <w:r>
        <w:rPr>
          <w:lang w:eastAsia="zh-CN"/>
        </w:rPr>
        <w:t>　　在过去的一年中，共参加6幢新建工程的图纸会审工作，并及时将会审内容通知施工人员。图纸会审后及时编制施工组织设计及技术交底，并下发至施工人员手中。在施工过程中，多幢新建工程及在建工程又多次按甲方要求对水电暖工程进行了协商变更，由于设计图纸对于满足使用功能上的欠缺，在施工过程中经常发生甲方临时的变更，对于能够在施工前签证的变更，都做到了及时准确，而部分不能在施工前签证的，在施工完成后，立即进行了签证。</w:t>
      </w:r>
      <w:r>
        <w:rPr>
          <w:lang w:eastAsia="zh-CN"/>
        </w:rPr>
        <w:br/>
      </w:r>
      <w:r>
        <w:rPr>
          <w:lang w:eastAsia="zh-CN"/>
        </w:rPr>
        <w:t>　　2、资料管理</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对于在建，新建工程均按照工程的形象进度，及时，准确的收集材料合格证，进行材料试验，隐蔽工程验收，检验批质量验收，分部分项工程质量验收，并且及时找甲方驻土地工程师，监理工程师签字盖章，从而做到了施工资料各检验批，分项分部，隐蔽验收，材料试验的日期能够与实际施工日期相吻合，满足资料编制的要求。</w:t>
      </w:r>
      <w:r>
        <w:rPr>
          <w:lang w:eastAsia="zh-CN"/>
        </w:rPr>
        <w:br/>
      </w:r>
      <w:r>
        <w:rPr>
          <w:lang w:eastAsia="zh-CN"/>
        </w:rPr>
        <w:t>　　二、具体的工作情况</w:t>
      </w:r>
      <w:r>
        <w:rPr>
          <w:lang w:eastAsia="zh-CN"/>
        </w:rPr>
        <w:br/>
      </w:r>
      <w:r>
        <w:rPr>
          <w:lang w:eastAsia="zh-CN"/>
        </w:rPr>
        <w:t>　　今年的技术管理，资料编制，预决算工作存在这些特点：工作量大，承担了幢工程的技术管理及资料编制工作，并及时提供各工程的材料供应计划。工地位置分散，面广干线长：今年共有2幢住宅楼，崖头西到，东至，北到，各工地之间相距较远。工程涉及建设单位，监理单位较多，各工程变，监理例会频繁。与多家建筑公司施工同一小区，工作的好坏，不只是个人问题，直接影响到公司的声誉。</w:t>
      </w:r>
      <w:r>
        <w:rPr>
          <w:lang w:eastAsia="zh-CN"/>
        </w:rPr>
        <w:br/>
      </w:r>
      <w:r>
        <w:rPr>
          <w:lang w:eastAsia="zh-CN"/>
        </w:rPr>
        <w:t>　　在这种情况下，如何做好技术管理及资料编制工作，保证工程施工质量，既让甲方，监理方满意，为公司赢得荣誉，同时又能保证预决算的编审，材料数量的提供，这个问题就摆在了我的面前。</w:t>
      </w:r>
      <w:r>
        <w:rPr>
          <w:lang w:eastAsia="zh-CN"/>
        </w:rPr>
        <w:br/>
      </w:r>
      <w:r>
        <w:rPr>
          <w:lang w:eastAsia="zh-CN"/>
        </w:rPr>
        <w:t>　　三、合理安排工作，分清主次</w:t>
      </w:r>
      <w:r>
        <w:rPr>
          <w:lang w:eastAsia="zh-CN"/>
        </w:rPr>
        <w:br/>
      </w:r>
      <w:r>
        <w:rPr>
          <w:lang w:eastAsia="zh-CN"/>
        </w:rPr>
        <w:t>　　首先，以橡胶高层，泰祥高层为工作重点把大量时间安排在两幢高层住宅工地，并利用两幢高层住宅施工至标准层之际，编审其他工程的预决算及资料编制工作，同时大量翻阅规范，工艺规程，根据自己掌握的水电暖施工的质量通病情况，每个工序施工前在技术交底中将具体的施工要求，注意事项，规范要求进行详细的编制，及时下发给现场施工人员，做好质量预控工作，最大限度的避免出现质量问题；在具体施工过程中，经常进行检查，发现问题及时通过施工队长责令施工人员进行整改。</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在管理，指导好两幢高层住宅楼施工的同时，安排好其它工地的资料编制工作，对催要资料的工程，经常加班，加点的进行编制，从而保证能够按期上交资料。对于工程变更，现场施工人员比较熟悉情况，在施工人员未撤离工地时及时整理，对甲方要求需绘制平面图，系统图的工程，多次利用晚上电脑闲置时进行电脑绘图，以便于更改。</w:t>
      </w:r>
      <w:r>
        <w:rPr>
          <w:lang w:eastAsia="zh-CN"/>
        </w:rPr>
        <w:br/>
      </w:r>
      <w:r>
        <w:rPr>
          <w:lang w:eastAsia="zh-CN"/>
        </w:rPr>
        <w:t>　　由于最近两年小工程较多，而自己去年刚接手安装工程预决算，对于工作内容，程序不是很熟悉，加上之前遗留未做决算的工程较多，从而在年初仍有大量完工工程的决算未能及时编制，仅仅依靠上班时间远远不能按时按质的完成工作任务。因此，年初即将部分已完工程图纸留于家中，充分利用晚上的时间编制预决算，从而保证了能够按时保质的完成决算编制工作。</w:t>
      </w:r>
      <w:r>
        <w:rPr>
          <w:lang w:eastAsia="zh-CN"/>
        </w:rPr>
        <w:br/>
      </w:r>
      <w:r>
        <w:rPr>
          <w:lang w:eastAsia="zh-CN"/>
        </w:rPr>
        <w:t xml:space="preserve">    2024工程技术年终总结范文 篇2 </w:t>
      </w:r>
      <w:r>
        <w:rPr>
          <w:lang w:eastAsia="zh-CN"/>
        </w:rPr>
        <w:br/>
      </w:r>
      <w:r>
        <w:rPr>
          <w:lang w:eastAsia="zh-CN"/>
        </w:rPr>
        <w:t>　　一、工作方面</w:t>
      </w:r>
      <w:r>
        <w:rPr>
          <w:lang w:eastAsia="zh-CN"/>
        </w:rPr>
        <w:br/>
      </w:r>
      <w:r>
        <w:rPr>
          <w:lang w:eastAsia="zh-CN"/>
        </w:rPr>
        <w:t>　　本人主要是负责队里的技术，质量，及配合队长做好队里的工作。__项目是一个工期短工程量大的一个工程，段落地形复杂，交通不便，路基施工进度缓慢，垫层没有足够的施工段落，但为保项目工期能顺利完工，我们队在环境复杂，施工难度大的特殊情况下，采取分段施工，路基交验一段，就施工一段，虽然这样调动比较频繁，员工比较辛苦，但使施工进度得到了保障。</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在质量方面坚持施工质量检查制度，严格执行“自检，互检，交接检”的三检制度，使质量问题在每道工序施工中都能得以有效控制，加强现场管理，在材料紧缺情况下，依然没有降低对入场材料质量要求，拒绝任何不合格材料进场。严格控制施工进度，明确施工任务量，在控制材料成本方面，首先核对好，在不影响质量，有利于我们砂砾垫层几何尺寸，对进场材料进行严格抽检。每天和核算员将当日完成的工程量进行节超对比，找出节超原因，为下一步控制材料成本做好基础，对每完成一段的任务量进行汇报总结，对存在问题进行分析，找出不足，认真落实，及时改进。</w:t>
      </w:r>
      <w:r>
        <w:rPr>
          <w:lang w:eastAsia="zh-CN"/>
        </w:rPr>
        <w:br/>
      </w:r>
      <w:r>
        <w:rPr>
          <w:lang w:eastAsia="zh-CN"/>
        </w:rPr>
        <w:t>　　在__项目，由于前期天气，变更等原因的影响，工程进度滞后，后期工程量大，为保工期顺利完工，公司经理来到我们施工一线服务指导帮助，施工队实行两班倒，二十四小时施工，一天三餐都在路上吃，经过一个多月的紧张施工，终于在业主要求工期内顺利完工。在紧张施工过程中，能始终贯彻执行总公司的各项规章制度，及各项成本管理。</w:t>
      </w:r>
      <w:r>
        <w:rPr>
          <w:lang w:eastAsia="zh-CN"/>
        </w:rPr>
        <w:br/>
      </w:r>
      <w:r>
        <w:rPr>
          <w:lang w:eastAsia="zh-CN"/>
        </w:rPr>
        <w:t>　　二、思想方面</w:t>
      </w:r>
      <w:r>
        <w:rPr>
          <w:lang w:eastAsia="zh-CN"/>
        </w:rPr>
        <w:br/>
      </w:r>
      <w:r>
        <w:rPr>
          <w:lang w:eastAsia="zh-CN"/>
        </w:rPr>
        <w:t>　　一年来，不断地学习，努力提高自己思想政治素质和专业水平。认真学习总公司各种管理制度，深刻领会总公司重要会议的会议精神以及下发的文件。结合实际工作，有针对性的学习各类专业知识，一方面认真学习与本专业相关的现行规范，技术标准；另一面加强在实践中学习，向有经验的老同事，监理单位虚心请教，不断提高自身的专业水平。</w:t>
      </w:r>
      <w:r>
        <w:rPr>
          <w:lang w:eastAsia="zh-CN"/>
        </w:rPr>
        <w:br/>
      </w:r>
      <w:r>
        <w:rPr>
          <w:lang w:eastAsia="zh-CN"/>
        </w:rPr>
        <w:t>　　三、明年工作计划</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明年我将在总公司路面项目负责拌和站的收料工作，首先以身作则带领队里人做好检斤工作，立足本岗，履行职责，对进场材料从数量上严格检斤。从质量上做到车车抽检，杜绝任何不合格材料进场，检斤小票，日报单要填写准确并及时上报材料科进行入账。随时与工程科，质检科保持联系，从工程总体材料控制，以防止各个单质材料多进或少进的情况发生。</w:t>
      </w:r>
      <w:r>
        <w:rPr>
          <w:lang w:eastAsia="zh-CN"/>
        </w:rPr>
        <w:br/>
      </w:r>
      <w:r>
        <w:rPr>
          <w:lang w:eastAsia="zh-CN"/>
        </w:rPr>
        <w:t>　　作为青年技术人员一定要发扬公司的优良传统，在团结协作，提高团队精神方面，要做到尊重领导，尊重同事，要能够协调好同事间关系。加强自身责任感，个人服从组织，下级服从上级，办事不独断，虚心听取不同意见。对人诚恳，办事公正，敢于承担责任。</w:t>
      </w:r>
      <w:r>
        <w:rPr>
          <w:lang w:eastAsia="zh-CN"/>
        </w:rPr>
        <w:br/>
      </w:r>
      <w:r>
        <w:rPr>
          <w:lang w:eastAsia="zh-CN"/>
        </w:rPr>
        <w:t>　　四、合理化建议</w:t>
      </w:r>
      <w:r>
        <w:rPr>
          <w:lang w:eastAsia="zh-CN"/>
        </w:rPr>
        <w:br/>
      </w:r>
      <w:r>
        <w:rPr>
          <w:lang w:eastAsia="zh-CN"/>
        </w:rPr>
        <w:t>　　希望总公司新的岗位职责，能够尽快制定并实施起来。让我们每一个人都能够按着自己岗位职责来工作，谁的事谁做，就能避免推诿扯皮的现象出现。</w:t>
      </w:r>
      <w:r>
        <w:rPr>
          <w:lang w:eastAsia="zh-CN"/>
        </w:rPr>
        <w:br/>
      </w:r>
      <w:r>
        <w:rPr>
          <w:lang w:eastAsia="zh-CN"/>
        </w:rPr>
        <w:t>　　五、自身不足与整改措施</w:t>
      </w:r>
      <w:r>
        <w:rPr>
          <w:lang w:eastAsia="zh-CN"/>
        </w:rPr>
        <w:br/>
      </w:r>
      <w:r>
        <w:rPr>
          <w:lang w:eastAsia="zh-CN"/>
        </w:rPr>
        <w:t>　　总体上讲，与领导和同事的沟通交流不够，管理能力和工作效率也有待进一步提高。今后要多与同事交流工作，学习，思想方面内容，以达到互相激励互相帮助，共同提高的目的。把更多的时间用在学习和思考工作上。</w:t>
      </w:r>
      <w:r>
        <w:rPr>
          <w:lang w:eastAsia="zh-CN"/>
        </w:rPr>
        <w:br/>
      </w:r>
      <w:r>
        <w:rPr>
          <w:lang w:eastAsia="zh-CN"/>
        </w:rPr>
        <w:t>　　以上是我这一年来的工作总结，在施工管理中，虽然取得了一点收获，但对于公司对上层管理者的要求，自我感觉还有一定的差距，在日后的工作中，会尽自己的的最大努力去做好自己的本质工作，为项目、为公司的明天尽自己的一份微薄之力！</w:t>
      </w:r>
      <w:r>
        <w:rPr>
          <w:lang w:eastAsia="zh-CN"/>
        </w:rPr>
        <w:br/>
      </w:r>
      <w:r>
        <w:rPr>
          <w:lang w:eastAsia="zh-CN"/>
        </w:rPr>
        <w:t xml:space="preserve">    2024工程技术年终总结范文 篇3 </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__年是硕果累累的一年，对于我个人而言，是个人专业技能全面进步的一年。在过去的一年之中，作为工程汽机工程处一名具备工程施工经验的技术干部，我部分或者全程参与了汽机专业多个施工班组的技术工作。正是在这繁忙而又充实的一年之中，在工程得天独厚的条件下，一方面我将自我原有的工程技术知识进行了检验并加以进一步的深化，另一方面初步构建了自我的专业知识体系。</w:t>
      </w:r>
      <w:r>
        <w:rPr>
          <w:lang w:eastAsia="zh-CN"/>
        </w:rPr>
        <w:br/>
      </w:r>
      <w:r>
        <w:rPr>
          <w:lang w:eastAsia="zh-CN"/>
        </w:rPr>
        <w:t>　　一、工作概况</w:t>
      </w:r>
      <w:r>
        <w:rPr>
          <w:lang w:eastAsia="zh-CN"/>
        </w:rPr>
        <w:br/>
      </w:r>
      <w:r>
        <w:rPr>
          <w:lang w:eastAsia="zh-CN"/>
        </w:rPr>
        <w:t>　　整个度我个人负责的技术工作从工程阶段性施工重点来说大致能够分为几个时光段。</w:t>
      </w:r>
      <w:r>
        <w:rPr>
          <w:lang w:eastAsia="zh-CN"/>
        </w:rPr>
        <w:br/>
      </w:r>
      <w:r>
        <w:rPr>
          <w:lang w:eastAsia="zh-CN"/>
        </w:rPr>
        <w:t>　　新春伊始，由于公司、这两个重大工程项目均处于建设施工的关键时段，整个汽机队仅有我一个技术干部。而作为汽机队的技术干部，汽机专业所有班组技术工作均由我负责执行。与此同时，汽机专业所有__个大的系统多套施工图册的备料计划也是一项时光紧迫，工作量巨大而又极为重要的工作。</w:t>
      </w:r>
      <w:r>
        <w:rPr>
          <w:lang w:eastAsia="zh-CN"/>
        </w:rPr>
        <w:br/>
      </w:r>
      <w:r>
        <w:rPr>
          <w:lang w:eastAsia="zh-CN"/>
        </w:rPr>
        <w:t>　　从_月其他技术干部进场到_月这段时光，我的工作重点有所改变，主要负责管一班及管二班日常施工技术工作和前期部分尚未完成的阶段性施工任务。这个时段我所负责的工作任务主要是_、汽机房钢平台安装、_台高压加热器吊装拖运、循环水泵房行车轨道梁及行车安装、厂区循环水管道安装及管道一班工作任务中参与炉水压试验的高压给水管道安装。</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从_月份开始我所担任的.技术工作任务开始逐步的剥离，管道二班的工作任务在_月上旬完全交付新调入本现场的技术干部，工作任务得已减轻。今年__月，我开始接手两台汽动给水泵的安装技术任务，应对全新的工作任务，我的专业技能积累进入了一个新的阶段。直至此刻，我的工作侧重点主要是两台汽动给水泵组的安装、蒸汽管道吹扫临时管道安装及管道一班负责施工的所有汽水管道系统的完善工作。</w:t>
      </w:r>
      <w:r>
        <w:rPr>
          <w:lang w:eastAsia="zh-CN"/>
        </w:rPr>
        <w:br/>
      </w:r>
      <w:r>
        <w:rPr>
          <w:lang w:eastAsia="zh-CN"/>
        </w:rPr>
        <w:t>　　二、工作总结</w:t>
      </w:r>
      <w:r>
        <w:rPr>
          <w:lang w:eastAsia="zh-CN"/>
        </w:rPr>
        <w:br/>
      </w:r>
      <w:r>
        <w:rPr>
          <w:lang w:eastAsia="zh-CN"/>
        </w:rPr>
        <w:t>　　在的工作当中，应对一系列繁重的施工任务、应对一项项陌生的技术工作，我从来没有被吓倒过。对于我所从事的工程技术工作，我一向所持有的观点是从意识上藐视它，毕竟这些工作都有成熟的施工经验能够借鉴，是许许多多像我一样的工程技术人员一齐共同在从事的工作；但是在工作方法和策略上我所采取的是慎重的态度，因为从这些系统的工作实践当中，从工作细节当中能够积累和汲取宝贵的经验。</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我把队站领导交给我的每一项工作都当作是个人工作经验积累的宝贵机会，圆满的完成工作任务是我的工作目标，竭尽全力去解决施工难题是我的工作态度。每一项我所负责的工程施工任务我都做到了全程参与其中，对于单位工程和分项工程的施工要点进行全力控制。以汽机房钢平台安装和循环水管安装为例，这两项施工任务是汽机队开展得最早的单位工程，在这两项工程施工期间，我常常奔波在主厂房与循环水管沟之间，去检查工程施工要点的执行状况，与施工组长探讨和解决施工难点。正是因为将自我真正的投入到工程施工过程当中，我才掌握了钢平台立柱跨距、垂直度以及钢柱节点安装的标高控制、连接质量控制，循环水管的安装质量控制等等这一系列施工要点。</w:t>
      </w:r>
      <w:r>
        <w:rPr>
          <w:lang w:eastAsia="zh-CN"/>
        </w:rPr>
        <w:br/>
      </w:r>
      <w:r>
        <w:rPr>
          <w:lang w:eastAsia="zh-CN"/>
        </w:rPr>
        <w:t>　　要说苦和累，每一位工地上的职工肯定都深有体会，而作为班组技术员的我对个中的味道别有体味。在工程施工最繁忙的时候，我每一天要跑的施工组有近__个，从锅炉__米层到循环水泵房每一天要跑几个来回，原因只有一个——我是一名工程技术员。因为工作需要，顶着夏天超过度的高温天气，我同样和施工班组长一齐在烈日暴晒下探讨和解决循环水管施工难点，检查工程施工质量。在今年进入工地以来，多个日子里，我只休了5天假，其余时光我和汽机队的工友们一样，每一天都在为公司的第一台机组的顺利投产、发电而加班加点幸福地忙碌着，风雨无阻、寒暑不侵。</w:t>
      </w:r>
      <w:r>
        <w:rPr>
          <w:lang w:eastAsia="zh-CN"/>
        </w:rPr>
        <w:br/>
      </w:r>
      <w:r>
        <w:rPr>
          <w:lang w:eastAsia="zh-CN"/>
        </w:rPr>
        <w:t>　　作为一名现代化大型企业的职工，作为一名新时代的工程技术人员，除了吃苦耐劳以外，我也在不断的总结，在不断的进步。常规的施工工艺早已被我牢牢的记忆在脑海深处，工程施工过程当中遇到的新问题、难点是我总结的重点。工程最繁忙的时期，每一天所有的事情不可能全部在当天解决，我就将这些事情进行分类，有计划的进行处理。因为在工程之前我仅有的工程施工经验是攀枝花工程，工作经验不足，遇到了许多的问题。对于自我的不足和错误，能及时纠正过来的我都作到了及时纠正，而对于既成的事实，我采取的方法是去正应对待它，从自我的不足和错误当中分析原因，总结经验教训，使其成为自我的财富。</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除了技术工作之外，我还在工程项目部团总支、安装团支部担任职务，同时也是队岗长。参与青年活动是我一贯的安好，我用心参与到团委的每一次活动当中，在团委的活动中很好的履行了自我的职责。在青年活动这一块，我的遗憾是因为工作繁忙的缘故未能按原有计划将汽机队青工的活动更多的开展起来，汽机施工现场宣传任务未能很好的完成，这是我本工程的败着。</w:t>
      </w:r>
      <w:r>
        <w:rPr>
          <w:lang w:eastAsia="zh-CN"/>
        </w:rPr>
        <w:br/>
      </w:r>
      <w:r>
        <w:rPr>
          <w:lang w:eastAsia="zh-CN"/>
        </w:rPr>
        <w:t>　　我始终遵崇这样一句哲言——天行健，君子自强以不息，我从来都以一个优秀工程技术人员的标准来要求自我，我自我也因这个要求而进步。公司的辉煌需要我们用努力去创造，个人的发展需要自我用拼搏去实现，为了这些崇高的目标，我一向都在不懈努力、奋力拼搏。在以后的工作当中，我将继续戒骄戒躁、艰苦奋斗，与大家一道紧密的团结在公司这个大家庭当中，用自我灿烂的青春去实现公司的腾飞，用无悔的热血去书写自我的篇章。</w:t>
      </w:r>
      <w:r>
        <w:rPr>
          <w:lang w:eastAsia="zh-CN"/>
        </w:rPr>
        <w:br/>
      </w:r>
      <w:r>
        <w:rPr>
          <w:lang w:eastAsia="zh-CN"/>
        </w:rPr>
        <w:t xml:space="preserve">    2024工程技术年终总结范文 篇4 </w:t>
      </w:r>
      <w:r>
        <w:rPr>
          <w:lang w:eastAsia="zh-CN"/>
        </w:rPr>
        <w:br/>
      </w:r>
      <w:r>
        <w:rPr>
          <w:lang w:eastAsia="zh-CN"/>
        </w:rPr>
        <w:t>　　本人20__年10月来进入入江苏华建深圳公司（原江苏建安一公司深圳公司），一直工作在施工第一线。自1999年至__年担任给排水施工班长，先后参与或独立承担了美丽365花园、朗钜御风庭、等工程的给排水施工任务，给排水安装工程均能够一次性通过深圳市建设主管部门的验收，优良率达100%。__年至今从事美丽365花园、朗钜·御风庭、云顶·天海花园、榭丽花园三期等工程的给排水施工员及资料员工作。其中朗钜·御风庭工程荣获了市优质样板工程和扬子杯的称号。</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面对这样的成绩，我深深感到这是得益于上级领导的关心和支持，得益于公司和工程处、项目部领导对我的信任，并且通过自己不懈的努力而换来的。面对如此成绩，我要倍加珍惜。回首这十几年的工作历程和取得的成绩，我作为在一线的工程技术人员，对自己的工作作一些总结。</w:t>
      </w:r>
      <w:r>
        <w:rPr>
          <w:lang w:eastAsia="zh-CN"/>
        </w:rPr>
        <w:br/>
      </w:r>
      <w:r>
        <w:rPr>
          <w:lang w:eastAsia="zh-CN"/>
        </w:rPr>
        <w:t>　　一、勤于学习，刻苦钻研</w:t>
      </w:r>
      <w:r>
        <w:rPr>
          <w:lang w:eastAsia="zh-CN"/>
        </w:rPr>
        <w:br/>
      </w:r>
      <w:r>
        <w:rPr>
          <w:lang w:eastAsia="zh-CN"/>
        </w:rPr>
        <w:t>　　我1996年从学校高中毕业后在江苏江都工业设备安装工程公司做安装钳工。1999年10月进入江苏华建（原江苏一建）设备安装处工作。刚开始来深圳的时候，对民用住宅不太熟悉，对施工工艺不是太熟悉。我就虚心的请教师傅，晚上的时间看图纸，并作好笔记，白天带着问题到现场看工人师傅施工，看不懂的就请教施工员，很快我对给排水施工工艺及图纸不再感到陌生，由不懂到懂一直到能够拿图纸独立施工。我一直都这样认为，能够按图纸施工是最基本的要求，怎样安全高效的完成施工任务是我一直所追求的。我不仅埋头苦干，还学会了巧干。至1999年初承蒙领导的信任，我开始担任水工班的班长。作为30多人的施工班组，怎样带领大家出色完成工程任务是对我的一大考验。我深信只有不断学习，提高自己才能更好的胜任工作。施工中控制人工、材料的耗用是一门学问，我利用业余时间学习安装工程预算定额。只有掌握好安装定额才能做到心中有数，有的放矢，学会定额拆分做到每个工作面需要多少人工、材料心中有数并加以控制。随着电脑的普及，我利用业余时间自学电脑，用电脑做施工预、决算使自己的工作效率比原来快几倍。我始终坚信干一行爱一行，学无止境。</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二、积极推广和应用新材料、新技术、新工艺</w:t>
      </w:r>
      <w:r>
        <w:rPr>
          <w:lang w:eastAsia="zh-CN"/>
        </w:rPr>
        <w:br/>
      </w:r>
      <w:r>
        <w:rPr>
          <w:lang w:eastAsia="zh-CN"/>
        </w:rPr>
        <w:t>　　近年来，随着科学技术的突飞猛进，新材料、新工艺层出不穷，日新月异。几乎所有工程给排水均采用了新材料。给水系统普遍使用了pp-r给水管，钢塑复合给水管、pe给水管；排水系统普遍采用了pvc排水管，柔性铸铁排水管安装。在开始使用这些新材料时，我们也在探索，学习产品说明书，掌握这些新材料的特点，请教厂家技术人员，加强对工人的技术培训。经过长期的学习和探索，目前我队施工人员已基本上掌握了这些给排水新材料的施工要领，做到人人手到擒来。在设备安装方面，近几年随着高层建筑的增加和节能的需要高层建筑都使用高层变频供水设备、气压供水设备。在这些新材料、新工艺的施工过程中，我们边学习边总结，在实践中不断提高，为日后工作打好基础的同时也为兄弟项目部（工程处）积累经验。通过实践我们感觉到，这些新材料、新技术、新工艺的应用，大大的提高了工作效率，减轻了工人的劳动强度，增加了经济效益。</w:t>
      </w:r>
      <w:r>
        <w:rPr>
          <w:lang w:eastAsia="zh-CN"/>
        </w:rPr>
        <w:br/>
      </w:r>
      <w:r>
        <w:rPr>
          <w:lang w:eastAsia="zh-CN"/>
        </w:rPr>
        <w:t>　　三、不断学习，爱岗敬业</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__年开始，领导安排我负责工程技术资料工作。在转换角色之后，面对新的工作岗位，由陌生到熟悉。工程技术资料是一个工程的软件，是评定一个工程优劣的不可或缺的依据。一个工程在施工前、施工中直至竣工和以后的保修阶段，工程技术资料贯穿始终。为了尽快适应新的工作需要除做好日常的技术资料工作外，本人还利用业余时间学习电脑，因为工程技术资料的编辑已经数字化、电子化。不懂电脑就是“现代文盲”。本人还协助项目工程师编制月进度工程量报表、编制材料耗用计划、参加工程成本核算，为财务部门和处领导提供准确的人工、材料耗用数值。参加工程的招投标预算的编制，为工程投标提供准确的理论数量。对于工程日常的工程设计修改、变更能及时计算和编制出变更部分的造价金额，一旦施工完成，立即进行工程量签证并进行存档，协助项目工程师编制竣工图为日后工程的决算提供准确的一手资料。在工程项目中，本人除做好工程技术资料的编制，收集整理外，还协助安全员做好安全资料的管理工作。</w:t>
      </w:r>
      <w:r>
        <w:rPr>
          <w:lang w:eastAsia="zh-CN"/>
        </w:rPr>
        <w:br/>
      </w:r>
      <w:r>
        <w:rPr>
          <w:lang w:eastAsia="zh-CN"/>
        </w:rPr>
        <w:t>　　四、做好iso贯标工作，顺利通过内、外审核</w:t>
      </w:r>
      <w:r>
        <w:rPr>
          <w:lang w:eastAsia="zh-CN"/>
        </w:rPr>
        <w:br/>
      </w:r>
      <w:r>
        <w:rPr>
          <w:lang w:eastAsia="zh-CN"/>
        </w:rPr>
        <w:t>　　自九八年以来，在深圳公司和工程处统一部署下，我队所有工程均进行了贯标工作。本人作为工程项目的资料员，直接参加了多次贯标工作，对贯标工作的每项工作都进行了大量的学习、记载、布置、检查、复核等细致工作。贯标工作是一个企业走向国际化，标准化，程序化管理的必由之路。由本人负责资料的项目工程在内、外审过程中均能够顺利通过。经过几年来对iso贯标工作的认识和了解，企业实行iso标准，不能只局限于纸上谈兵，更应该对照它的实质内容进行项目管理，将程序文件、作业指导书、质量手册中的内容落实到实处，通过贯标工作，更进一步加强了规范管理，法制化管理；杜绝了工程管理中的随意性，盲目性。更好的明确公司的管理目标，更好的落实公司的管理方针这是我通过iso贯标工作得到的体会。</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随着深圳特区更大规模的开发建设，随着我公司不断的做大做强，我深切感受到做为一个华建人的骄傲和自豪，也深知自己的责任。建筑市场竞争越来越激烈，工程管理、工程质量等要求也越来越高，这也就是要求我们要以更高的要求、标准来规范自己，不等、不靠、不要。要努力不断的充实自己，认真学习、踏实工作，这样才能跟上日新月异的时代变化，才能在强烈的市场竞争环境中得已不败之地。来深圳十多年来，深圳人的与时俱进、不断创新、团结协作、勇于开拓的精神一直激励着我。这就是我这些年来源于工作中而发自肺腑的体会。</w:t>
      </w:r>
      <w:r>
        <w:rPr>
          <w:lang w:eastAsia="zh-CN"/>
        </w:rPr>
        <w:br/>
      </w:r>
      <w:r>
        <w:rPr>
          <w:lang w:eastAsia="zh-CN"/>
        </w:rPr>
        <w:t>　　今年有幸江苏华建深圳公司推荐我申报助理工程师职称，这是对我的鼓励也是对我的鞭策。不管能否评上，我今后都以工程师的要求来严格自己，工作中认真找差距，认真学习别人的长处，不断丰富自己的知识面，不断提高自己的技术管理水平，使今后的工作更上一个新台阶，为公司的发展作出我应有的贡献。</w:t>
      </w:r>
      <w:r>
        <w:rPr>
          <w:lang w:eastAsia="zh-CN"/>
        </w:rPr>
        <w:br/>
      </w:r>
      <w:r>
        <w:rPr>
          <w:lang w:eastAsia="zh-CN"/>
        </w:rPr>
        <w:t xml:space="preserve">    2024工程技术年终总结范文 篇5 </w:t>
      </w:r>
      <w:r>
        <w:rPr>
          <w:lang w:eastAsia="zh-CN"/>
        </w:rPr>
        <w:br/>
      </w:r>
      <w:r>
        <w:rPr>
          <w:lang w:eastAsia="zh-CN"/>
        </w:rPr>
        <w:t>　　自20年初到现在一年的时间过去了，首先感谢领导在这一年中的精心培养。在技术部这一年中，接触到了很多以前没接触的东西，也学到了许多各方面的知识，不仅在专业方面有所进步，在为人处事方面的能力也有很多提高。在这一年里，有好多事情都是在不断的摸索过程中前行的，虽然有时会感到艰辛，但也锻炼了自己。</w:t>
      </w:r>
      <w:r>
        <w:rPr>
          <w:lang w:eastAsia="zh-CN"/>
        </w:rPr>
        <w:br/>
      </w:r>
      <w:r>
        <w:rPr>
          <w:lang w:eastAsia="zh-CN"/>
        </w:rPr>
        <w:t>　　现针对这一年的工作进行总结如下：</w:t>
      </w:r>
      <w:r>
        <w:rPr>
          <w:lang w:eastAsia="zh-CN"/>
        </w:rPr>
        <w:br/>
      </w:r>
      <w:r>
        <w:rPr>
          <w:lang w:eastAsia="zh-CN"/>
        </w:rPr>
        <w:t>　　一、关于本职工作</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对于领导交代的任务都能够以认真的态度去完成，积极主动的配合好各项工作，对于一些方案、技术交底的编写也能够及时完成。</w:t>
      </w:r>
      <w:r>
        <w:rPr>
          <w:lang w:eastAsia="zh-CN"/>
        </w:rPr>
        <w:br/>
      </w:r>
      <w:r>
        <w:rPr>
          <w:lang w:eastAsia="zh-CN"/>
        </w:rPr>
        <w:t>　　对于各种的工作联系函，能够及时的发放多相关人员手中，将事情落实到位。现场遇到的问题，能根据具体情况做出相应的解决方法，不懂的地方及时虚心请教，共同探讨解决问题的方法。能够积极主动的和同事交流，耐心的听取他们的意见改进工作，充分了解现场的施工情况，遇到的问题，及时总结从中吸取经验教训。</w:t>
      </w:r>
      <w:r>
        <w:rPr>
          <w:lang w:eastAsia="zh-CN"/>
        </w:rPr>
        <w:br/>
      </w:r>
      <w:r>
        <w:rPr>
          <w:lang w:eastAsia="zh-CN"/>
        </w:rPr>
        <w:t>　　能处理好同甲方、监理之间的关系，为以后工程量确认、现场签证的审核等工作提供方便。</w:t>
      </w:r>
      <w:r>
        <w:rPr>
          <w:lang w:eastAsia="zh-CN"/>
        </w:rPr>
        <w:br/>
      </w:r>
      <w:r>
        <w:rPr>
          <w:lang w:eastAsia="zh-CN"/>
        </w:rPr>
        <w:t>　　二、关于一期方面</w:t>
      </w:r>
      <w:r>
        <w:rPr>
          <w:lang w:eastAsia="zh-CN"/>
        </w:rPr>
        <w:br/>
      </w:r>
      <w:r>
        <w:rPr>
          <w:lang w:eastAsia="zh-CN"/>
        </w:rPr>
        <w:t>　　上半年的工作主要是针对竣工验收展开的，验收过程中比较困难且比较复杂的是人防验收。首先主要因为是由专业资质的分包单位进行施工，工人不好管理、工程进度不好控制，每天都有督促施工单位进行施工。其次是关于人防验收等方面的专业知识掌握的不够全面，要验收的内容第一次接触，要具体达到人防监督站什么样的要求不了解，这对工作有了一定困难，必须每天都要到现场进行检查，发现问题及时解决。</w:t>
      </w:r>
      <w:r>
        <w:rPr>
          <w:lang w:eastAsia="zh-CN"/>
        </w:rPr>
        <w:br/>
      </w:r>
      <w:r>
        <w:rPr>
          <w:lang w:eastAsia="zh-CN"/>
        </w:rPr>
        <w:t>　　第一次人防验收时，所检查的项目有所了解，对所提出的问题，有了针对性的整改。人防工程验收通过后，对一些容易出错的地方、一些细节处理、验收中需要注意的事项等做出了整体的总结，为以后二期的人防工程做准备。</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紧接着又参加了节能验收。节能验收主要是对整个工程的保温做法、保温材料、采光、采暖、通风一系列的检查，检查现场是够按图施工，是否能满足节能标准。</w:t>
      </w:r>
      <w:r>
        <w:rPr>
          <w:lang w:eastAsia="zh-CN"/>
        </w:rPr>
        <w:br/>
      </w:r>
      <w:r>
        <w:rPr>
          <w:lang w:eastAsia="zh-CN"/>
        </w:rPr>
        <w:t>　　针对竣工验收，检查的范围比较广，开间、进深、净高尺寸；墙面的平整度、垂直度、是否有大的开裂现象、阴阳角的大小；墙、地面砖是否存在大面积的空鼓；小五金是否齐全；电气开关标示是否完整等问题。这些问题只要在开间、进深、净高尺寸符合规范允许的偏差范围内，墙、地面砖没有大面积空鼓现象，基本上通过验收没什么大的问题。</w:t>
      </w:r>
      <w:r>
        <w:rPr>
          <w:lang w:eastAsia="zh-CN"/>
        </w:rPr>
        <w:br/>
      </w:r>
      <w:r>
        <w:rPr>
          <w:lang w:eastAsia="zh-CN"/>
        </w:rPr>
        <w:t>　　工作最繁琐的应该是由物业组织进行的交房验收，许多细小的问题都能被发现，一些刮痕、垃圾未清理干净、五金件损坏等等的问题都是反复修补维修好多次之后才能达到业主的满意。如若每个人都能像做自己家的活一样认真的话，这些问题应该会很少出现吧。</w:t>
      </w:r>
      <w:r>
        <w:rPr>
          <w:lang w:eastAsia="zh-CN"/>
        </w:rPr>
        <w:br/>
      </w:r>
      <w:r>
        <w:rPr>
          <w:lang w:eastAsia="zh-CN"/>
        </w:rPr>
        <w:t>　　在一期装修的过程中产生的大量建筑垃圾对施工现场环境造成很大的影响，若能进行分类堆放，则有利于集中处理和回收利用，即显得场地整洁，又突显出了文明施工，同时回收的垃圾又能带来一定的利润。</w:t>
      </w:r>
      <w:r>
        <w:rPr>
          <w:lang w:eastAsia="zh-CN"/>
        </w:rPr>
        <w:br/>
      </w:r>
      <w:r>
        <w:rPr>
          <w:lang w:eastAsia="zh-CN"/>
        </w:rPr>
        <w:t>　　三、关于二期工程</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自二期幼儿园开始打第一根桩起，二期工程算是已经开始了。这是一个很好的学习机会，静压桩施工、钻孔灌注桩施工、水泥搅拌桩施工这些让我从中学到了很多。以前只是在学校里面通过书本上学到的知识，现在能很直观的了解整个施工过程，在施工过程中所需要控制的事项，一边根据现场施工，一边总结学习这方面的知识。预制空心方桩：根据图纸要求，检查桩型、桩长、截面尺寸等事项是否满足要求；压桩过程中，桩位的控制、垂直度控制，桩顶标高的控制，这些都是施工过程中需要注意的事项。边桩施工时，桩位、垂直度更需要多加注意。若施工时桩位偏差较大应协调设计院对承台加大处理，以满足设计要求。</w:t>
      </w:r>
      <w:r>
        <w:rPr>
          <w:lang w:eastAsia="zh-CN"/>
        </w:rPr>
        <w:br/>
      </w:r>
      <w:r>
        <w:rPr>
          <w:lang w:eastAsia="zh-CN"/>
        </w:rPr>
        <w:t>　　钻孔灌注桩在施工时钢筋笼出现的问题最为严重，现场出现偷工减料现象，钢筋笼箍筋间距不符合设计及规范要求、加强箍搭接焊缝不饱满、注浆管焊穿、箍筋点焊过少、钢筋笼搭接焊时，焊缝不饱满、焊接长度不满足要求等一些质量问题，这些都是影响桩基工程质量的主意问题。桩顶标高的控制也是很重要的问题，吊筋的长短决定了桩顶的标高，控制好吊筋的长度桩顶标高才能很好的控制。只有对这些质量问题逐一进行控制，才能很好的确保工程质量。</w:t>
      </w:r>
      <w:r>
        <w:rPr>
          <w:lang w:eastAsia="zh-CN"/>
        </w:rPr>
        <w:br/>
      </w:r>
      <w:r>
        <w:rPr>
          <w:lang w:eastAsia="zh-CN"/>
        </w:rPr>
        <w:t>　　参加图纸会审，对一些图纸上的问题进行整理，分析、解决，通过图纸会审对二期整体有所一定的了解，以后还要加紧看图，要更深一层次的了解。</w:t>
      </w:r>
      <w:r>
        <w:rPr>
          <w:lang w:eastAsia="zh-CN"/>
        </w:rPr>
        <w:br/>
      </w:r>
      <w:r>
        <w:rPr>
          <w:lang w:eastAsia="zh-CN"/>
        </w:rPr>
        <w:t>　　四、个人观点</w:t>
      </w:r>
      <w:r>
        <w:rPr>
          <w:lang w:eastAsia="zh-CN"/>
        </w:rPr>
        <w:br/>
      </w:r>
      <w:r>
        <w:rPr>
          <w:lang w:eastAsia="zh-CN"/>
        </w:rPr>
        <w:t>　　这一年来通过对整个项目上的观察，发现有很多的很不协调的现象，对于这些现象提出自己的一些想法，虽然这些想法还不成熟，但希望能对以后的工作有些帮助。</w:t>
      </w:r>
      <w:r>
        <w:rPr>
          <w:lang w:eastAsia="zh-CN"/>
        </w:rPr>
        <w:br/>
      </w:r>
      <w:r>
        <w:rPr>
          <w:lang w:eastAsia="zh-CN"/>
        </w:rPr>
        <w:t>　　现场一：对于施工现场浪费的水、电、材料等一些资源，很多人对视而不见，不闻不问，这种冷漠的态度应该进行改正。</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建议：通过会议提高每个员工的节能环保意识，对一些长明灯、上流水现场进行控制。节约每一度电，每一方水、每一方砼，每一根钢筋。可以组织一个以“节能环保、绿色文明施工”的主题活动月，为以后评审优秀项目部及各项评优添上一笔，同时提高每个人的环保意识，减少浪费，节约成本。</w:t>
      </w:r>
      <w:r>
        <w:rPr>
          <w:lang w:eastAsia="zh-CN"/>
        </w:rPr>
        <w:br/>
      </w:r>
      <w:r>
        <w:rPr>
          <w:lang w:eastAsia="zh-CN"/>
        </w:rPr>
        <w:t>　　现象二：总有一些遇和自己有关的需要负责的事情，推的一干二净，和自己一点关系都没有。</w:t>
      </w:r>
      <w:r>
        <w:rPr>
          <w:lang w:eastAsia="zh-CN"/>
        </w:rPr>
        <w:br/>
      </w:r>
      <w:r>
        <w:rPr>
          <w:lang w:eastAsia="zh-CN"/>
        </w:rPr>
        <w:t>　　建议：对于一些责任心不强，需要加强教育，加强团队合作，要错是整体都有责任，要对整体都有功劳。增强每个人的责任心，对工程施工质量有很大的帮助，对个人本身素质也有所提高。</w:t>
      </w:r>
      <w:r>
        <w:rPr>
          <w:lang w:eastAsia="zh-CN"/>
        </w:rPr>
        <w:br/>
      </w:r>
      <w:r>
        <w:rPr>
          <w:lang w:eastAsia="zh-CN"/>
        </w:rPr>
        <w:t>　　现象三：对于混日子的人，其实我个人认为这些人并不是想混日子，只是对这个建筑行业还不太了解。</w:t>
      </w:r>
      <w:r>
        <w:rPr>
          <w:lang w:eastAsia="zh-CN"/>
        </w:rPr>
        <w:br/>
      </w:r>
      <w:r>
        <w:rPr>
          <w:lang w:eastAsia="zh-CN"/>
        </w:rPr>
        <w:t>　　建议：在每个施工段结束后，对这个施工工序、主意施工节点、现场易出现的质量问题、安全隐患、注意事项进行，然后再开个交流会一起相互补充，相互学习，这对于我们这些刚刚入行不久的人会有很大的帮助。</w:t>
      </w:r>
      <w:r>
        <w:rPr>
          <w:lang w:eastAsia="zh-CN"/>
        </w:rPr>
        <w:br/>
      </w:r>
      <w:r>
        <w:rPr>
          <w:lang w:eastAsia="zh-CN"/>
        </w:rPr>
        <w:t>　　有些事情并不是我们不去做，只是我们没经历过，不知道该如何下手。通过交流经验，就会明白每个阶段需要注意哪些事情，就能提前做好准备工作。</w:t>
      </w:r>
      <w:r>
        <w:rPr>
          <w:lang w:eastAsia="zh-CN"/>
        </w:rPr>
        <w:br/>
      </w:r>
      <w:r>
        <w:rPr>
          <w:lang w:eastAsia="zh-CN"/>
        </w:rPr>
        <w:t>　　绝知此事要躬行是有道理的，但是像我们这些年轻、经验少的人，更应该借助别人有过的经历，总结他们的经验进行成长。这样以后再遇到类似的事情就能够处之泰然，随遇而安了！</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这一年中，也没少过磕磕绊绊，总之比刚进公司时有所进步，但和领导对我的期望相比还是相差甚远。在以后的工作中，我会一如既往的努力工作，始终用一种积极乐观向上的心态，把自己的这种热情带个身边的每个人，用自己的微笑，带给身边每个人快乐，让每个人都能拥有一个愉快的心情投入到工作中。</w:t>
      </w:r>
      <w:r>
        <w:rPr>
          <w:lang w:eastAsia="zh-CN"/>
        </w:rPr>
        <w:br/>
      </w:r>
      <w:r>
        <w:rPr>
          <w:lang w:eastAsia="zh-CN"/>
        </w:rPr>
        <w:t>　　我会不断提高自己的专业水平，提高工作效率，在每次做事之前做好充分准备，不打无准备之战。加强同事、甲方、监理之间的沟通使工作更为深入。</w:t>
      </w:r>
      <w:r>
        <w:rPr>
          <w:lang w:eastAsia="zh-CN"/>
        </w:rPr>
        <w:br/>
      </w:r>
      <w:r>
        <w:rPr>
          <w:lang w:eastAsia="zh-CN"/>
        </w:rPr>
        <w:t xml:space="preserve">    2024工程技术年终总结范文 篇6 </w:t>
      </w:r>
      <w:r>
        <w:rPr>
          <w:lang w:eastAsia="zh-CN"/>
        </w:rPr>
        <w:br/>
      </w:r>
      <w:r>
        <w:rPr>
          <w:lang w:eastAsia="zh-CN"/>
        </w:rPr>
        <w:t>　　回顾过去的半年，在公司领导和项目领导的正确指导和各部门同事亲密的配合下，工程科工作开展顺利，工程科紧紧围绕总公司20__上半年的重点工作部署和奋斗目标，紧紧围绕部门工作，最大限度地发挥部门作用，在加强内部管理方面做了大量的工作，克服了人员少、业务水平不足等多方面的困难，全科人员上下齐心，较好的完成了公司和项目部交给的工作任务，发挥了部门在工程技术管理，外委分包管理等多方面作用。以下是上半年的工作总结。</w:t>
      </w:r>
      <w:r>
        <w:rPr>
          <w:lang w:eastAsia="zh-CN"/>
        </w:rPr>
        <w:br/>
      </w:r>
      <w:r>
        <w:rPr>
          <w:lang w:eastAsia="zh-CN"/>
        </w:rPr>
        <w:t>　　一、上半年完成的工作</w:t>
      </w:r>
      <w:r>
        <w:rPr>
          <w:lang w:eastAsia="zh-CN"/>
        </w:rPr>
        <w:br/>
      </w:r>
      <w:r>
        <w:rPr>
          <w:lang w:eastAsia="zh-CN"/>
        </w:rPr>
        <w:t>　　完成了项目总体和成本测算工作；工程量的复核和变更的上报工作；迎接总公司第一次大检查的`准备工作；补充完成前期所拖欠的各种报表、台账工作；完成半年经济活动分析报表工作；各月的计量、结算、计划等工作。</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上半年完成了一些工作，但大部分都是为了完成工作而工作，期间工作做的还不够细，工作安排的还不科学和细致，都是工作压着做，忙了这个忘了那个，结果都是出现了这样或那样的差错，没有真正发挥工程科龙头的作用，因此我在下半年将对工程科进一步细化管理，制定切实可行的措施，为实现目标而努力。</w:t>
      </w:r>
      <w:r>
        <w:rPr>
          <w:lang w:eastAsia="zh-CN"/>
        </w:rPr>
        <w:br/>
      </w:r>
      <w:r>
        <w:rPr>
          <w:lang w:eastAsia="zh-CN"/>
        </w:rPr>
        <w:t>　　二、完善规章制度</w:t>
      </w:r>
      <w:r>
        <w:rPr>
          <w:lang w:eastAsia="zh-CN"/>
        </w:rPr>
        <w:br/>
      </w:r>
      <w:r>
        <w:rPr>
          <w:lang w:eastAsia="zh-CN"/>
        </w:rPr>
        <w:t>　　完善规章制度，使工程科管理更加顺畅，更加高效，建立上传下达、团结协作、规范有序的工作秩序，有利地推动各项工作顺利开展，完善工程管理的业务流程，强化管理控制，规范管理程序和标准，固化管理机制。做好与项目其他科室的业务联系沟通工作。做到沟通及时准确详尽。</w:t>
      </w:r>
      <w:r>
        <w:rPr>
          <w:lang w:eastAsia="zh-CN"/>
        </w:rPr>
        <w:br/>
      </w:r>
      <w:r>
        <w:rPr>
          <w:lang w:eastAsia="zh-CN"/>
        </w:rPr>
        <w:t>　　三、合理编排施工计划</w:t>
      </w:r>
      <w:r>
        <w:rPr>
          <w:lang w:eastAsia="zh-CN"/>
        </w:rPr>
        <w:br/>
      </w:r>
      <w:r>
        <w:rPr>
          <w:lang w:eastAsia="zh-CN"/>
        </w:rPr>
        <w:t>　　在计划编制过程中，深入到施工生产一线，与各队负责人和质检员一起制定每月完成的产值计划，在保证完成全年生产任务前提下，确保工程计划的编排使各队购的着，摸得到。保证计划的实践性和可操作性以及工程统计的完整、及时、准确，确保工程施工进度的合理安排及工程的正常施工。</w:t>
      </w:r>
      <w:r>
        <w:rPr>
          <w:lang w:eastAsia="zh-CN"/>
        </w:rPr>
        <w:br/>
      </w:r>
      <w:r>
        <w:rPr>
          <w:lang w:eastAsia="zh-CN"/>
        </w:rPr>
        <w:t>　　四、规范工程结算</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工程结算是控制工程建设进度、质量的一种手段，工程科是结算的重要把关点，也是与施工队接触比较多的部门。为此，科室内部就明确要求，工程单价严格按照合同规定，结算数量在业主审批计量的前提下，根据质检科提供的双方签认数量，并且两人以上进一步按图纸及实际情况核实，做到不徇私、不舞弊，实事求是。为防止超结现象，工程科完善各施工队的结算台账，严格控制红线，绝不越雷池一步。</w:t>
      </w:r>
      <w:r>
        <w:rPr>
          <w:lang w:eastAsia="zh-CN"/>
        </w:rPr>
        <w:br/>
      </w:r>
      <w:r>
        <w:rPr>
          <w:lang w:eastAsia="zh-CN"/>
        </w:rPr>
        <w:t xml:space="preserve">    2024工程技术年终总结范文 篇7 </w:t>
      </w:r>
      <w:r>
        <w:rPr>
          <w:lang w:eastAsia="zh-CN"/>
        </w:rPr>
        <w:br/>
      </w:r>
      <w:r>
        <w:rPr>
          <w:lang w:eastAsia="zh-CN"/>
        </w:rPr>
        <w:t>　　自二期幼儿园开始打第一根桩起，二期工程算是已经开始了。这是一个很好的学习机会，静压桩施工、钻孔灌注桩施工、水泥搅拌桩施工这些让我从中学到了很多。以前只是在学校里面通过书本上学到的知识，现在能很直观的了解整个施工过程，在施工过程中所需要控制的事项，一边根据现场施工，一边总结学习这方面的知识。预制空心方桩：根据图纸要求，检查桩型、桩长、截面尺寸等事项是否满足要求；压桩过程中，桩位的控制、垂直度控制，桩顶标高的控制，这些都是施工过程中需要注意的`事项。边桩施工时，桩位、垂直度更需要多加注意。若施工时桩位偏差较大应协调设计院对承台加大处理，以满足设计要求。</w:t>
      </w:r>
      <w:r>
        <w:rPr>
          <w:lang w:eastAsia="zh-CN"/>
        </w:rPr>
        <w:br/>
      </w:r>
      <w:r>
        <w:rPr>
          <w:lang w:eastAsia="zh-CN"/>
        </w:rPr>
        <w:t>　　钻孔灌注桩在施工时钢筋笼出现的问题最为严重，现场出现偷工减料现象，钢筋笼箍筋间距不符合设计及规范要求、加强箍搭接焊缝不饱满、注浆管焊穿、箍筋点焊过少、钢筋笼搭接焊时，焊缝不饱满、焊接长度不满足要求等一些质量问题，这些都是影响桩基工程质量的主意问题。桩顶标高的控制也是很重要的问题，吊筋的长短决定了桩顶的标高，控制好吊筋的长度桩顶标高才能很好的控制。只有对这些质量问题逐一进行控制，才能很好的确保工程质量。</w:t>
      </w:r>
      <w:r>
        <w:rPr>
          <w:lang w:eastAsia="zh-CN"/>
        </w:rPr>
        <w:br/>
      </w:r>
      <w:r>
        <w:rPr>
          <w:lang w:eastAsia="zh-CN"/>
        </w:rPr>
        <w:t>　　参加图纸会审，对一些图纸上的问题进行整理，分析、解决，通过图纸会审对二期整体有所一定的了解，以后还要加紧看图，要更深一层次的了解。</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xml:space="preserve">    2024工程技术年终总结范文 篇8 </w:t>
      </w:r>
      <w:r>
        <w:rPr>
          <w:lang w:eastAsia="zh-CN"/>
        </w:rPr>
        <w:br/>
      </w:r>
      <w:r>
        <w:rPr>
          <w:lang w:eastAsia="zh-CN"/>
        </w:rPr>
        <w:t>　　各单位工程管理部门相关人员请注意：</w:t>
      </w:r>
      <w:r>
        <w:rPr>
          <w:lang w:eastAsia="zh-CN"/>
        </w:rPr>
        <w:br/>
      </w:r>
      <w:r>
        <w:rPr>
          <w:lang w:eastAsia="zh-CN"/>
        </w:rPr>
        <w:t>　　为了保证20__年对上、对下工程资料的规范、统一，现将20__年各单位工程快报、年终总结等重要资料的格式、内容予以提前明确、规范，望各单位遵照执行，减少不必要的返工。</w:t>
      </w:r>
      <w:r>
        <w:rPr>
          <w:lang w:eastAsia="zh-CN"/>
        </w:rPr>
        <w:br/>
      </w:r>
      <w:r>
        <w:rPr>
          <w:lang w:eastAsia="zh-CN"/>
        </w:rPr>
        <w:t>　　工程快报、年度总结等必须含有的内容及格式如下（以工程快报为例）：</w:t>
      </w:r>
      <w:r>
        <w:rPr>
          <w:lang w:eastAsia="zh-CN"/>
        </w:rPr>
        <w:br/>
      </w:r>
      <w:r>
        <w:rPr>
          <w:lang w:eastAsia="zh-CN"/>
        </w:rPr>
        <w:t>　　每期工程快报前面的内容……（此处省略，不作要求）</w:t>
      </w:r>
      <w:r>
        <w:rPr>
          <w:lang w:eastAsia="zh-CN"/>
        </w:rPr>
        <w:br/>
      </w:r>
      <w:r>
        <w:rPr>
          <w:lang w:eastAsia="zh-CN"/>
        </w:rPr>
        <w:t>　　一、本月完成的主要工程形象</w:t>
      </w:r>
      <w:r>
        <w:rPr>
          <w:lang w:eastAsia="zh-CN"/>
        </w:rPr>
        <w:br/>
      </w:r>
      <w:r>
        <w:rPr>
          <w:lang w:eastAsia="zh-CN"/>
        </w:rPr>
        <w:t>　　本项内容编制要求如下：</w:t>
      </w:r>
      <w:r>
        <w:rPr>
          <w:lang w:eastAsia="zh-CN"/>
        </w:rPr>
        <w:br/>
      </w:r>
      <w:r>
        <w:rPr>
          <w:lang w:eastAsia="zh-CN"/>
        </w:rPr>
        <w:t>　　此项内容需采用文字表述，主要的、关键的施工项目描述要准确，尽量用精炼的语言描述清楚本月完成的形象即可，避免冗长。同时，形象非工程量，此处不要出现“完成多少工程量”的字眼，请揣摩一下。</w:t>
      </w:r>
      <w:r>
        <w:rPr>
          <w:lang w:eastAsia="zh-CN"/>
        </w:rPr>
        <w:br/>
      </w:r>
      <w:r>
        <w:rPr>
          <w:lang w:eastAsia="zh-CN"/>
        </w:rPr>
        <w:t>　　二、本月完成的主要工程量对比分析</w:t>
      </w:r>
      <w:r>
        <w:rPr>
          <w:lang w:eastAsia="zh-CN"/>
        </w:rPr>
        <w:br/>
      </w:r>
      <w:r>
        <w:rPr>
          <w:lang w:eastAsia="zh-CN"/>
        </w:rPr>
        <w:t>　　1、本月完成的主要工程量</w:t>
      </w:r>
      <w:r>
        <w:rPr>
          <w:lang w:eastAsia="zh-CN"/>
        </w:rPr>
        <w:br/>
      </w:r>
      <w:r>
        <w:rPr>
          <w:lang w:eastAsia="zh-CN"/>
        </w:rPr>
        <w:t>　　此项内容以表格的形式表述，统一格式详见下表。</w:t>
      </w:r>
      <w:r>
        <w:rPr>
          <w:lang w:eastAsia="zh-CN"/>
        </w:rPr>
        <w:br/>
      </w:r>
      <w:r>
        <w:rPr>
          <w:lang w:eastAsia="zh-CN"/>
        </w:rPr>
        <w:t>　　此项内容编制要求如下：此项内容以文字形式列项表述。</w:t>
      </w:r>
      <w:r>
        <w:rPr>
          <w:lang w:eastAsia="zh-CN"/>
        </w:rPr>
        <w:br/>
      </w:r>
      <w:r>
        <w:rPr>
          <w:lang w:eastAsia="zh-CN"/>
        </w:rPr>
        <w:t>　　⑴根据上表的工程量完成情况统计，说明本月完成情况的优劣；⑵对本月未完成或工期滞后的工程项目简明扼要的说明原因；</w:t>
      </w:r>
      <w:r>
        <w:rPr>
          <w:lang w:eastAsia="zh-CN"/>
        </w:rPr>
        <w:br/>
      </w:r>
      <w:r>
        <w:rPr>
          <w:lang w:eastAsia="zh-CN"/>
        </w:rPr>
        <w:t>　　⑶对本月未完成或工期滞后的工程项目说明是否影响关键项目工期、节点工期和总工期，是否能保证节点工期和总工期的实现。</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3、对工程项目重大进度控制节点目标的实施情况进行说明。</w:t>
      </w:r>
      <w:r>
        <w:rPr>
          <w:lang w:eastAsia="zh-CN"/>
        </w:rPr>
        <w:br/>
      </w:r>
      <w:r>
        <w:rPr>
          <w:lang w:eastAsia="zh-CN"/>
        </w:rPr>
        <w:t>　　4、项目实施中存在的问题及其解决措施，以及已落实解决问题的说明。</w:t>
      </w:r>
      <w:r>
        <w:rPr>
          <w:lang w:eastAsia="zh-CN"/>
        </w:rPr>
        <w:br/>
      </w:r>
      <w:r>
        <w:rPr>
          <w:lang w:eastAsia="zh-CN"/>
        </w:rPr>
        <w:t>　　三、本月质量管控工作情况说明本项内容编制要求如下：</w:t>
      </w:r>
      <w:r>
        <w:rPr>
          <w:lang w:eastAsia="zh-CN"/>
        </w:rPr>
        <w:br/>
      </w:r>
      <w:r>
        <w:rPr>
          <w:lang w:eastAsia="zh-CN"/>
        </w:rPr>
        <w:t>　　简明扼要的说明本月的质量控制情况，需含有验收数量、合格率及优良率；有无质量事故发生；有无因质量问题导致业主等来文投诉、约谈等问题的简要叙述。</w:t>
      </w:r>
      <w:r>
        <w:rPr>
          <w:lang w:eastAsia="zh-CN"/>
        </w:rPr>
        <w:br/>
      </w:r>
      <w:r>
        <w:rPr>
          <w:lang w:eastAsia="zh-CN"/>
        </w:rPr>
        <w:t>　　四、本月工程进度形象照片本项内容编制要求如下：</w:t>
      </w:r>
      <w:r>
        <w:rPr>
          <w:lang w:eastAsia="zh-CN"/>
        </w:rPr>
        <w:br/>
      </w:r>
      <w:r>
        <w:rPr>
          <w:lang w:eastAsia="zh-CN"/>
        </w:rPr>
        <w:t>　　需提供能反映重要施工部位和工程整体进度典型且较高质量的形象照片，要求不少于4张较清晰的照片（JPEG格式、不大于1M），照片人物应弱化，每张照片需配有相应文字说明。</w:t>
      </w:r>
      <w:r>
        <w:rPr>
          <w:lang w:eastAsia="zh-CN"/>
        </w:rPr>
        <w:br/>
      </w:r>
      <w:r>
        <w:rPr>
          <w:lang w:eastAsia="zh-CN"/>
        </w:rPr>
        <w:t>　　特别提醒：</w:t>
      </w:r>
      <w:r>
        <w:rPr>
          <w:lang w:eastAsia="zh-CN"/>
        </w:rPr>
        <w:br/>
      </w:r>
      <w:r>
        <w:rPr>
          <w:lang w:eastAsia="zh-CN"/>
        </w:rPr>
        <w:t>　　工程快报、年终总结中体现的工程数据要真实、准确无误且不允许隔期随意更改（编制、校审及报送人员要对内部数据负责）；工程语言描述力求专业；文字、表格等编排要统一、规范。</w:t>
      </w:r>
      <w:r>
        <w:rPr>
          <w:lang w:eastAsia="zh-CN"/>
        </w:rPr>
        <w:br/>
      </w:r>
      <w:r>
        <w:rPr>
          <w:lang w:eastAsia="zh-CN"/>
        </w:rPr>
        <w:t>　　20__年各单位重点跟踪项目要尤其重视。</w:t>
      </w:r>
      <w:r>
        <w:rPr>
          <w:lang w:eastAsia="zh-CN"/>
        </w:rPr>
        <w:br/>
      </w:r>
      <w:r>
        <w:rPr>
          <w:lang w:eastAsia="zh-CN"/>
        </w:rPr>
        <w:t>　　此处要求上报资料的报送整体情况将作为年终考核的重要指标之一，敬请各单位重视并遵照执行。</w:t>
      </w:r>
      <w:r>
        <w:rPr>
          <w:lang w:eastAsia="zh-CN"/>
        </w:rPr>
        <w:br/>
      </w:r>
      <w:r>
        <w:rPr>
          <w:lang w:eastAsia="zh-CN"/>
        </w:rPr>
        <w:t>　　谢谢大家的配合！</w:t>
      </w:r>
      <w:r>
        <w:rPr>
          <w:lang w:eastAsia="zh-CN"/>
        </w:rPr>
        <w:br/>
      </w:r>
      <w:r>
        <w:rPr>
          <w:lang w:eastAsia="zh-CN"/>
        </w:rPr>
        <w:t xml:space="preserve">    2024工程技术年终总结范文 篇9 </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本人进入__公司以来，一直工作在施工第一线。先后参与或独立承担了多项工程的施工任务，面对公司和工程处、项目部领导对我的信任，我要倍加珍惜。回首工作历程和取得的成绩，我作为在一线的工程技术人员，现对今年的工程技术工作做如下总结。</w:t>
      </w:r>
      <w:r>
        <w:rPr>
          <w:lang w:eastAsia="zh-CN"/>
        </w:rPr>
        <w:br/>
      </w:r>
      <w:r>
        <w:rPr>
          <w:lang w:eastAsia="zh-CN"/>
        </w:rPr>
        <w:t>　　一、勤于学习，刻苦钻研</w:t>
      </w:r>
      <w:r>
        <w:rPr>
          <w:lang w:eastAsia="zh-CN"/>
        </w:rPr>
        <w:br/>
      </w:r>
      <w:r>
        <w:rPr>
          <w:lang w:eastAsia="zh-CN"/>
        </w:rPr>
        <w:t>　　由于年初刚刚来到，对施工工艺不是太熟悉。我就虚心的请教师傅，晚上的时间看图纸，并作好笔记，白天带着问题到现场看工人师傅施工，看不懂的就请教施工员，很快我对给施工工艺及图纸不再感到陌生，由不懂到懂一直到能够拿图纸独立施工。我一直都这样认为，能够按图纸施工是最基本的要求，怎样安全高效的完成施工任务是我一直所追求的。</w:t>
      </w:r>
      <w:r>
        <w:rPr>
          <w:lang w:eastAsia="zh-CN"/>
        </w:rPr>
        <w:br/>
      </w:r>
      <w:r>
        <w:rPr>
          <w:lang w:eastAsia="zh-CN"/>
        </w:rPr>
        <w:t>　　我深信只有不断学习，提高自己才能更好的胜任工作。施工中控制人工、材料的耗用是一门学问，我利用业余时间学习安装工程预算定额。只有掌握好安装定额才能做到心中有数，有的放矢，学会定额拆分做到每个工作面需要多少人工、材料心中有数并加以控制。</w:t>
      </w:r>
      <w:r>
        <w:rPr>
          <w:lang w:eastAsia="zh-CN"/>
        </w:rPr>
        <w:br/>
      </w:r>
      <w:r>
        <w:rPr>
          <w:lang w:eastAsia="zh-CN"/>
        </w:rPr>
        <w:t>　　二、积极推广和应用新材料、新技术、新工艺</w:t>
      </w:r>
      <w:r>
        <w:rPr>
          <w:lang w:eastAsia="zh-CN"/>
        </w:rPr>
        <w:br/>
      </w:r>
      <w:r>
        <w:rPr>
          <w:lang w:eastAsia="zh-CN"/>
        </w:rPr>
        <w:t>　　经过长期的学习和探索，目前我队施工人员已基本上掌握了新材料的施工要领。在设备安装方面，我们边学习边总结，在实践中不断提高，为日后工作打好基础。通过实践我们感觉到，这些新材料、新技术、新工艺的应用，大大的提高了工作效率，减轻了工人的劳动强度，增加了经济效益。</w:t>
      </w:r>
      <w:r>
        <w:rPr>
          <w:lang w:eastAsia="zh-CN"/>
        </w:rPr>
        <w:br/>
      </w:r>
      <w:r>
        <w:rPr>
          <w:lang w:eastAsia="zh-CN"/>
        </w:rPr>
        <w:t>　　三、不断学习，爱岗敬业</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工程技术资料是一个工程的软件，是评定一个工程优劣的不可或缺的依据。一个工程在施工前、施工中直至竣工和以后的.保修阶段，工程技术资料贯穿始终。本人还协助项目工程师编制月进度工程量报表、编制材料耗用计划、参加工程成本核算，为财务部门和处领导提供准确的人工、材料耗用数值。参加工程的招投标预算的编制，为工程投标提供准确的理论数量。</w:t>
      </w:r>
      <w:r>
        <w:rPr>
          <w:lang w:eastAsia="zh-CN"/>
        </w:rPr>
        <w:br/>
      </w:r>
      <w:r>
        <w:rPr>
          <w:lang w:eastAsia="zh-CN"/>
        </w:rPr>
        <w:t>　　对于工程日常的工程设计修改、变更能及时计算和编制出变更部分的造价金额，一旦施工完成，立即进行工程量签证并进行存档，协助项目工程师编制竣工图为日后工程的决算提供准确的一手资料。在工程项目中，本人除做好工程技术资料的编制，收集整理外，还协助安全员做好安全资料的管理工作。</w:t>
      </w:r>
      <w:r>
        <w:rPr>
          <w:lang w:eastAsia="zh-CN"/>
        </w:rPr>
        <w:br/>
      </w:r>
      <w:r>
        <w:rPr>
          <w:lang w:eastAsia="zh-CN"/>
        </w:rPr>
        <w:t>　　四、做好贯标工作</w:t>
      </w:r>
      <w:r>
        <w:rPr>
          <w:lang w:eastAsia="zh-CN"/>
        </w:rPr>
        <w:br/>
      </w:r>
      <w:r>
        <w:rPr>
          <w:lang w:eastAsia="zh-CN"/>
        </w:rPr>
        <w:t>　　企业实行标准，不能只局限于纸上谈兵，更应该对照它的实质内容进行项目管理，将程序文件、作业指导书、质量手册中的内容落实到实处，通过贯标工作，更进一步加强了规范管理，法制化管理；杜绝了工程管理中的随意性，盲目性。更好的明确公司的管理目标，更好的落实公司的管理方针这是我通过贯标工作得到的体会。</w:t>
      </w:r>
      <w:r>
        <w:rPr>
          <w:lang w:eastAsia="zh-CN"/>
        </w:rPr>
        <w:br/>
      </w:r>
      <w:r>
        <w:rPr>
          <w:lang w:eastAsia="zh-CN"/>
        </w:rPr>
        <w:t>　　随着我公司不断的做大做强，我深切感受到自己的责任。建筑市场竞争越来越激烈，工程管理、工程质量等要求也越来越高，这也就是要求我们要以更高的要求、标准来规范自己。要努力不断的充实自己，认真学习、踏实工作，这样才能跟上日新月异的时代变化，才能在强烈的市场竞争环境中得已不败之地。</w:t>
      </w:r>
      <w:r>
        <w:rPr>
          <w:lang w:eastAsia="zh-CN"/>
        </w:rPr>
        <w:br/>
      </w:r>
      <w:r>
        <w:rPr>
          <w:lang w:eastAsia="zh-CN"/>
        </w:rPr>
        <w:t xml:space="preserve">    2024工程技术年终总结范文 篇10 </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20__年的工作已经结束，根据自身工作的实际情况，我对自己的工作做出分析评定，总结经验教训，提出改进方法，以便自己在今后的工作中扬长避短，为今后不断改进工作方法，提高工作效率提供依据。</w:t>
      </w:r>
      <w:r>
        <w:rPr>
          <w:lang w:eastAsia="zh-CN"/>
        </w:rPr>
        <w:br/>
      </w:r>
      <w:r>
        <w:rPr>
          <w:lang w:eastAsia="zh-CN"/>
        </w:rPr>
        <w:t>　　我来五公司已有3个年头了，在这3年里我参建了各种各样的工程，可以说对建筑行业的大体已经有了较为清晰的认识，作为一名技术人员，我将工作定位为协助好技术负责人的工作和不断的自我学习充实，在参与建设的工程中，在完成工程的材料计划和基本的施工测量放线的同时，还协助技术负责人编制施工方案、技术交底，并负责工程技术资料的.指导与编制，和施工员一起进行现场质量检查，以及协助安全员落实、督促、检查施工现场安全工作。</w:t>
      </w:r>
      <w:r>
        <w:rPr>
          <w:lang w:eastAsia="zh-CN"/>
        </w:rPr>
        <w:br/>
      </w:r>
      <w:r>
        <w:rPr>
          <w:lang w:eastAsia="zh-CN"/>
        </w:rPr>
        <w:t>　　在工程施工过程中，我一直以积极的心态认真地对待自己的工作，在从事的各项工作中，都能尽职尽责，以求圆满的完成工作任务。“不要急于出成绩，埋下头来干工作”，是领导教会我的工作态度，从而提醒自己不要好高骛远，要脚踏实地，多干实事，在实践中检验自己的知识并获得施工现场的经验累积。</w:t>
      </w:r>
      <w:r>
        <w:rPr>
          <w:lang w:eastAsia="zh-CN"/>
        </w:rPr>
        <w:br/>
      </w:r>
      <w:r>
        <w:rPr>
          <w:lang w:eastAsia="zh-CN"/>
        </w:rPr>
        <w:t xml:space="preserve">    2024工程技术年终总结范文 篇11 </w:t>
      </w:r>
      <w:r>
        <w:rPr>
          <w:lang w:eastAsia="zh-CN"/>
        </w:rPr>
        <w:br/>
      </w:r>
      <w:r>
        <w:rPr>
          <w:lang w:eastAsia="zh-CN"/>
        </w:rPr>
        <w:t>　　我于前几年，经初级职务评委会认定，获得了工程师的职称。在20__上半年期间，我主要做了如下工作：</w:t>
      </w:r>
      <w:r>
        <w:rPr>
          <w:lang w:eastAsia="zh-CN"/>
        </w:rPr>
        <w:br/>
      </w:r>
      <w:r>
        <w:rPr>
          <w:lang w:eastAsia="zh-CN"/>
        </w:rPr>
        <w:t>　　一、在榨季生产中，认真履行生产调度员职责，为榨季生产的圆满完成尽了自己的一份责任</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榨季生产是分公司工作的集中体现，各项指标的完成与否，都直接影响到分公司总体目标的实现。作为一名生产调度员，我深知自己肩上的责任重大，如何协调好各生产部门的水、电、气平衡，确保生产工作的顺利进行，完成或超额完成分公司和科内下达的各项几天生产指标，努力做到高能低耗，多产糖，产好糖，紧紧围绕自己的职责和工作目标，我对生产的每一个环节进行全程关注和跟踪，从大处着眼，从小处着手，不放过每一个细节，从甘蔗进厂堆放到白糖包装出厂，那一个环节发生问题或出现波动，我都会及时出现在现场，和操作人员一同采取措施处理，不能解决的向科长和主管领导报告，使问题得以及时解决，保证生产工作的顺利进行和各项生产指标的实现。</w:t>
      </w:r>
      <w:r>
        <w:rPr>
          <w:lang w:eastAsia="zh-CN"/>
        </w:rPr>
        <w:br/>
      </w:r>
      <w:r>
        <w:rPr>
          <w:lang w:eastAsia="zh-CN"/>
        </w:rPr>
        <w:t>　　二、参加榨前设备检修技改工作</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用自己所积累的经验和专业技术知识指导和协助车间完成设备常规检修和设备技改工作。在上半年的检修期间，我指导并协助清净车间完成了沉降池的改造和真空吸滤机抽汁系统的改造，还参与糖浆上浮系统的安装工作，上半年检修期间，经公司批准同意，分公司在煮炼车间包装室安装两台电子电量包装秤，分公司主管领导安排___负责对安装和需要改造的设备进行设计，并指导部门根据设计图进行安装，安装和改造的设备经过一个榨季的使用，未出现异常情况，达到了预期目的。在检修期间，___还参与了压榨车间预处理系统的改造工作，并参考其它厂蔗刀的排列方式，确定了一组和二组蔗刀机的排刀方法，用下来效果良好。上半年检修期，在领导的安排下，参照第一二组蔗刀机的排刀方法，对第三组蔗刀机的蔗刀进行了重新排列和增加，现使用效果良好。</w:t>
      </w:r>
      <w:r>
        <w:rPr>
          <w:lang w:eastAsia="zh-CN"/>
        </w:rPr>
        <w:br/>
      </w:r>
      <w:r>
        <w:rPr>
          <w:lang w:eastAsia="zh-CN"/>
        </w:rPr>
        <w:t>　　三、其它工作</w:t>
      </w:r>
      <w:r>
        <w:rPr>
          <w:lang w:eastAsia="zh-CN"/>
        </w:rPr>
        <w:br/>
      </w:r>
      <w:r>
        <w:rPr>
          <w:lang w:eastAsia="zh-CN"/>
        </w:rPr>
        <w:t>　　我除完成以上两项主要工作外，在科内，还主动承当了大部分零配件图的测绘任务;同时也兼着分公司技术档案的治理工作;也参与对购进物资的质量验证;还参加了公司标准治理体系中技术标准体系的编写工作。</w:t>
      </w:r>
      <w:r>
        <w:rPr>
          <w:lang w:eastAsia="zh-CN"/>
        </w:rPr>
        <w:br/>
      </w:r>
      <w:r>
        <w:rPr>
          <w:lang w:eastAsia="zh-CN"/>
        </w:rPr>
        <w:t>　　在科学技术日新月异，竞争越来越激烈的今天，我个人意识到，不断学习新知识，把握新技能，不断提高自己的业务水平和工作技能，才能满足工作的需求和适应社会的发展。在工作过程中，我将不断向有经验的同事和车间操作工请教学习自己未曾真正把握的技术或技能，并学以至用，对生产过程中的一些信息也进行收集整理，转化为资料以备所需;业余时间翻看一些专业书籍，查看一些专业网站，学习和把握一些先进的专业技术知识;也看一些治理或其它方面的书籍或网站，学习各种知识，提高自己的综合能力。在今后的工作中，我将通过不断的学习和实践，提高自身的素质，让自己的进步和社会的发展同步，以满足工作的需要。</w:t>
      </w:r>
      <w:r>
        <w:rPr>
          <w:lang w:eastAsia="zh-CN"/>
        </w:rPr>
        <w:br/>
      </w:r>
      <w:r>
        <w:rPr>
          <w:lang w:eastAsia="zh-CN"/>
        </w:rPr>
        <w:t xml:space="preserve">    2024工程技术年终总结范文 篇12 </w:t>
      </w:r>
      <w:r>
        <w:rPr>
          <w:lang w:eastAsia="zh-CN"/>
        </w:rPr>
        <w:br/>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紧张的20年即将过去,这一年可以说是不平凡的一年,作为一名工程技术人员，我在同事和领导的关心、支持下，通过努力，为公司的发展做出了应有的贡献。在过去的一年中，我在工作和生活中高标准要求自己，出色的完成了上级领导交代的各项任务，也从工作中学到了许多新知识，将自己的工作能力提高到了一个新的高度，现将我这一年的工作总结如下：</w:t>
      </w:r>
      <w:r>
        <w:rPr>
          <w:lang w:eastAsia="zh-CN"/>
        </w:rPr>
        <w:br/>
      </w:r>
      <w:r>
        <w:rPr>
          <w:lang w:eastAsia="zh-CN"/>
        </w:rPr>
        <w:t>　　管理：为了提高工程项目管理水平，促进施工项目管理的科学化、规范化，在这一年中，我努力学习各类项目管理书籍，在管理的过程中总结经验，理论联系实际。对机操手、工人放下包袱大胆管理、耐心讲解、把他们的消极思想转换成积极的工作态度，并做好技术交底工作，针对不同的人、不同的事物采取不同的方式方法管理。</w:t>
      </w:r>
      <w:r>
        <w:rPr>
          <w:lang w:eastAsia="zh-CN"/>
        </w:rPr>
        <w:br/>
      </w:r>
      <w:r>
        <w:rPr>
          <w:lang w:eastAsia="zh-CN"/>
        </w:rPr>
        <w:t>　　技术：技术工作贯穿于整个施工过程，从开工前的图纸会审，编制各项施工措施、方案到工程施工过程中的定位放线、开展施工测量，最后到工程结束后的工程复测无不存在。它要求我不但要能熟练使用各种测量仪器，还要有丰富的实践经验，稍有疏忽就会造成重大经济损失。针对这一问题，在工作中我采取了使用各种不同的检验方法，加强了对外业和内业的校核工作，确保了不会出现失误。施工测量工作与工程质量及工程进度有着密切的联系，在此项工作前我必须了解设计的内容、性质及其对测量工作的精度要求，熟悉图纸的尺寸和高程数据，了解施工的全过程并掌握现场的变动情况，只有这样才能使施工测量工作能够与施工密切配合。</w:t>
      </w:r>
      <w:r>
        <w:rPr>
          <w:lang w:eastAsia="zh-CN"/>
        </w:rPr>
        <w:br/>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201年我先后参加了工程、建设工程、工程、道路工程等项目的建设。在施工过程中，我充分发挥了自己在专业技术和工作经验上的优势，把技术和管理紧密结合起来，努力锻炼自己成为一名技术型管理人员，在工作中做到了搞管理懂技术，杜绝了盲目指挥、乱指挥，避免了反攻、窝工等现象的发生。施工现场的得心应手，使我充分意识到了丰富的专业技术知识是从事现场成功管理必不可少的条件。</w:t>
      </w:r>
      <w:r>
        <w:rPr>
          <w:lang w:eastAsia="zh-CN"/>
        </w:rPr>
        <w:br/>
      </w:r>
      <w:r>
        <w:rPr>
          <w:lang w:eastAsia="zh-CN"/>
        </w:rPr>
        <w:t>　　20年虽然我在工作中拥有上述的可圈可点之处，但也存在着某些不足。比如在油建路中段(昆仑路&amp;油建桥)建设工程的施工过程中，由于思想上对质检认证的重视不够，抱有认证只是走形式的心理，对施工中存在的个别问题整改怕麻烦、怕耽误时间，没有及时组织实施，以至路面垫层认证没有及时通过，造成了窝工、怠工的现象发生。这次事件使我认识到做任何事情都要脚踏实地一丝不苟，只有思想上重视，工作中扎实才稳当过关。除此之外，在工作中遇到挫折、困难我也曾有过推委、退缩、放之任之等想法。不能积极的去迎接和面对，这些都是我工作中的黑点。在来年的工作中我将洗礼自己的思想，摸去这些黑点。为作一名优秀的员工而努力奋斗。</w:t>
      </w:r>
      <w:r>
        <w:rPr>
          <w:lang w:eastAsia="zh-CN"/>
        </w:rPr>
        <w:br/>
      </w:r>
      <w:r>
        <w:rPr>
          <w:lang w:eastAsia="zh-CN"/>
        </w:rPr>
        <w:t xml:space="preserve">    2024工程技术年终总结范文 篇13 </w:t>
      </w:r>
      <w:r>
        <w:rPr>
          <w:lang w:eastAsia="zh-CN"/>
        </w:rPr>
        <w:br/>
      </w:r>
    </w:p>
    <w:p w:rsidR="001B1F19" w14:textId="27C3F48A">
      <w:pPr>
        <w:rPr>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20__年是不平凡的一年，在这一年，也是我们__公司成功升级为壹级资质的大喜之年，我们的心情是欢腾中而又夹杂着沉默；喜悦当中又带着忧伤。在欢送20__迎接20__到来之际，我们部门认真地回顾近一年来的工作成果及存在的不足，为了能够使今后的工作在质量上、效率上再上一个新台阶，现将本年度完成的主要工作总结如下：我们技术部是公司的一个重要部门，负责各个工程项目的投标、图纸预算，以及对各个工程项目的施工进行技术跟踪和技术支持等等。今年，我部新投标项目共计13项，将各项工作任务落实到每一个人，分工合作、加班加点，最终能按时完成投标任务，从而确保了每项工程都能按质按量地开工。投标规模共计：540539.3，投标价格共计：597700638.2元。</w:t>
      </w:r>
      <w:r>
        <w:rPr>
          <w:lang w:eastAsia="zh-CN"/>
        </w:rPr>
        <w:br/>
      </w:r>
      <w:r>
        <w:rPr>
          <w:lang w:eastAsia="zh-CN"/>
        </w:rPr>
        <w:t>　　我部所参与的投标工程项目包括：</w:t>
      </w:r>
      <w:r>
        <w:rPr>
          <w:lang w:eastAsia="zh-CN"/>
        </w:rPr>
        <w:br/>
      </w:r>
      <w:r>
        <w:rPr>
          <w:lang w:eastAsia="zh-CN"/>
        </w:rPr>
        <w:t>　　1、食品有限公司配套育成猪场。</w:t>
      </w:r>
      <w:r>
        <w:rPr>
          <w:lang w:eastAsia="zh-CN"/>
        </w:rPr>
        <w:br/>
      </w:r>
      <w:r>
        <w:rPr>
          <w:lang w:eastAsia="zh-CN"/>
        </w:rPr>
        <w:t>　　2、_室外配套工程。</w:t>
      </w:r>
      <w:r>
        <w:rPr>
          <w:lang w:eastAsia="zh-CN"/>
        </w:rPr>
        <w:br/>
      </w:r>
      <w:r>
        <w:rPr>
          <w:lang w:eastAsia="zh-CN"/>
        </w:rPr>
        <w:t>　　3、_18#楼及地下车库工程。</w:t>
      </w:r>
      <w:r>
        <w:rPr>
          <w:lang w:eastAsia="zh-CN"/>
        </w:rPr>
        <w:br/>
      </w:r>
      <w:r>
        <w:rPr>
          <w:lang w:eastAsia="zh-CN"/>
        </w:rPr>
        <w:t>　　4、河南_有限公司种猪繁育二场。</w:t>
      </w:r>
      <w:r>
        <w:rPr>
          <w:lang w:eastAsia="zh-CN"/>
        </w:rPr>
        <w:br/>
      </w:r>
      <w:r>
        <w:rPr>
          <w:lang w:eastAsia="zh-CN"/>
        </w:rPr>
        <w:t>　　5、城格外4#住宅楼工程。</w:t>
      </w:r>
      <w:r>
        <w:rPr>
          <w:lang w:eastAsia="zh-CN"/>
        </w:rPr>
        <w:br/>
      </w:r>
      <w:r>
        <w:rPr>
          <w:lang w:eastAsia="zh-CN"/>
        </w:rPr>
        <w:t>　　6、河北畜禽__6600育种猪场。</w:t>
      </w:r>
      <w:r>
        <w:rPr>
          <w:lang w:eastAsia="zh-CN"/>
        </w:rPr>
        <w:br/>
      </w:r>
      <w:r>
        <w:rPr>
          <w:lang w:eastAsia="zh-CN"/>
        </w:rPr>
        <w:t>　　7、花园小区工程。</w:t>
      </w:r>
      <w:r>
        <w:rPr>
          <w:lang w:eastAsia="zh-CN"/>
        </w:rPr>
        <w:br/>
      </w:r>
      <w:r>
        <w:rPr>
          <w:lang w:eastAsia="zh-CN"/>
        </w:rPr>
        <w:t>　　8、_村村民安置楼133#楼工程。</w:t>
      </w:r>
      <w:r>
        <w:rPr>
          <w:lang w:eastAsia="zh-CN"/>
        </w:rPr>
        <w:br/>
      </w:r>
      <w:r>
        <w:rPr>
          <w:lang w:eastAsia="zh-CN"/>
        </w:rPr>
        <w:t>　　9、综合厂房工程。</w:t>
      </w:r>
      <w:r>
        <w:rPr>
          <w:lang w:eastAsia="zh-CN"/>
        </w:rPr>
        <w:br/>
      </w:r>
      <w:r>
        <w:rPr>
          <w:lang w:eastAsia="zh-CN"/>
        </w:rPr>
        <w:t>　　10、A区、B区工程。</w:t>
      </w:r>
      <w:r>
        <w:rPr>
          <w:lang w:eastAsia="zh-CN"/>
        </w:rPr>
        <w:br/>
      </w:r>
    </w:p>
    <w:p w:rsidR="001B1F19" w14:textId="27C3F48A">
      <w:pPr>
        <w:rPr>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在投标过程中我部在原有合作单位的基础上不断发展新的合作单位，结交了多家兄弟企业，包括：青岛建设集团有限公司、青岛建设集团有限公司、青岛建设集团有限公司、青岛建设集团有限公司、青岛建设集团有限公司等。在发展新关系的同时，我们没有疏忽与以往单位的合作，如与青岛建设集团有限公司多次合作，我们与兄弟公司之间通过互相陪标，加深了彼此之间的了解，增加了友好关系。为我们以后更好的开展工作奠定了坚实的基础。通过一年的努力，我们的工作取得了一些新进展，如果说本年度技术部工作取得了一些成绩的话，离不开公司的正确领导、各部门之间的积极配合和技术部全体员工的共同努力。但我们在肯定成绩的同时也看到了有待改善和提高的地方，具体表现为：我们的队伍综合素质还有待进一步提高；其次是资料和图纸整理、归类的合理化仍需进一步加强；这就要求我们多学习新工艺，新知识，在实践过程中拓展思路，敢于创新。今后我们还将努力完善我们部门综合建设，继续发扬优良作风，改进不足，为公司再添佳绩。</w:t>
      </w:r>
      <w:r>
        <w:rPr>
          <w:lang w:eastAsia="zh-CN"/>
        </w:rPr>
        <w:br/>
      </w:r>
      <w:r>
        <w:rPr>
          <w:lang w:eastAsia="zh-CN"/>
        </w:rPr>
        <w:t>　　我们坚信，在大家的团结努力下，__公司的明天会更加灿烂辉煌！</w:t>
      </w:r>
      <w:r>
        <w:rPr>
          <w:lang w:eastAsia="zh-CN"/>
        </w:rPr>
        <w:br/>
      </w:r>
      <w:r>
        <w:rPr>
          <w:lang w:eastAsia="zh-CN"/>
        </w:rPr>
        <w:t xml:space="preserve">    2024工程技术年终总结范文 篇14 </w:t>
      </w:r>
      <w:r>
        <w:rPr>
          <w:lang w:eastAsia="zh-CN"/>
        </w:rPr>
        <w:br/>
      </w:r>
      <w:r>
        <w:rPr>
          <w:lang w:eastAsia="zh-CN"/>
        </w:rPr>
        <w:t>　　施工现场工作更使我深深明白，自己翻看规范、规程学习到的知识在实际操作过程中必须落实到底，不能有一点迁就的意向。拿除盐水站室内外水沟防腐一事来说，对我就是一个莫大的经验教训，因为是新工艺，不单单对我，对我们整个项目部而言，此项工程也是头一遭，在学习过相关规范规程之后，对耐酸转的做法以及施工时耐酸转对温度、湿度、养护时间、粘贴工艺和呋喃胶泥的配比有了较为清楚的认识之后，我们便即刻组织了相关人员进行施工，由于选择的队伍只是粘贴普通面砖的人员，我们认为只要在配比上严把质量关，应该没有问题，再加上当时工期紧，没有时间联系专业的防腐队伍，再加上当时天气寒冷，而耐酸砖粘贴时要求的温度在150C以上，我们也没有采取相应的.保温措施，养护时间不低于14天，甲方在7天后就投入到了使用当中，以至于造成所有耐酸砖在不到一个月之内大面积脱落，后来全部返工处理。</w:t>
      </w:r>
      <w:r>
        <w:rPr>
          <w:lang w:eastAsia="zh-CN"/>
        </w:rPr>
        <w:br/>
      </w:r>
    </w:p>
    <w:p w:rsidR="001B1F19" w14:textId="27C3F48A">
      <w:pPr>
        <w:rPr>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若当时我们坚持原则，给甲方签订书面协议，我们的损失会减少到最低限度，我作为当时负责除盐水站工程的技术员，有一定的责任，像这样以公司的效益为自己买的施工经验对我来说太重了，必须以严谨的工作态度来要求自己，技术含量上不能掺杂任何侥幸成分，只有这样你才能在自己的岗位上站稳。</w:t>
      </w:r>
      <w:r>
        <w:rPr>
          <w:lang w:eastAsia="zh-CN"/>
        </w:rPr>
        <w:br/>
      </w:r>
      <w:r>
        <w:rPr>
          <w:lang w:eastAsia="zh-CN"/>
        </w:rPr>
        <w:t xml:space="preserve">    2024工程技术年终总结范文 篇15 </w:t>
      </w:r>
      <w:r>
        <w:rPr>
          <w:lang w:eastAsia="zh-CN"/>
        </w:rPr>
        <w:br/>
      </w:r>
      <w:r>
        <w:rPr>
          <w:lang w:eastAsia="zh-CN"/>
        </w:rPr>
        <w:t>　　时间悄然走过，工作的日子已经有了差不多一年，作为一名施工技术人员，能渐渐适应现在的工作节奏和强度。在这段时间里我深刻到一名施工技术人员的职责所在，同时也在工作中认识到自己的不足。现在我将这段时间的工作做以下总结。</w:t>
      </w:r>
      <w:r>
        <w:rPr>
          <w:lang w:eastAsia="zh-CN"/>
        </w:rPr>
        <w:br/>
      </w:r>
      <w:r>
        <w:rPr>
          <w:lang w:eastAsia="zh-CN"/>
        </w:rPr>
        <w:t>　　加入这个项目，首先从现场责任负责人说起，工地虽然是公路养护，工程量不大，由于刚来到项目对整个项目的工作不熟悉，加上跟施工队交流不到位，造成刚开始的工作很是被动。从刚来时候的雄心壮志一下子被现实磨的没了形状。 缺乏合作精神，不善于主动与同事交流，还做不到积极地运用集体的智慧去分析解决问题。可能是在项目上呆的时间短的缘故，与同事的接触也比较少，有种陌生感、生分感，再加上性格的原因，没有能彻底融入到大集体中去。不过相信随着时间的延长和自己团队意识的增强以及交流技巧的提升，这个问题还是能够很快解决的。</w:t>
      </w:r>
      <w:r>
        <w:rPr>
          <w:lang w:eastAsia="zh-CN"/>
        </w:rPr>
        <w:br/>
      </w:r>
    </w:p>
    <w:p w:rsidR="001B1F19" w14:textId="27C3F48A">
      <w:pPr>
        <w:rPr>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在工作中，不断掌握方法积累经验。我注重以工作任务为牵引，依托工作岗位学习提高，通过观察、摸索、查阅资料和实践锻炼，较快的完成任务。另一方面，问书本、问同事，不断丰富知识掌握技巧。在现场责任负责人的指导下，不断进步，逐渐摸清了工作的基本情况，找到了切入点，把握了工作的基本层次，对外业的调查和资料的整理也进入了轨道。对于内业，在同事的指引下也有了新的跨越。一步步拓宽的了自己的专业知识。</w:t>
      </w:r>
      <w:r>
        <w:rPr>
          <w:lang w:eastAsia="zh-CN"/>
        </w:rPr>
        <w:br/>
      </w:r>
      <w:r>
        <w:rPr>
          <w:lang w:eastAsia="zh-CN"/>
        </w:rPr>
        <w:t>　　对于施工员，自己必须先对每天的工作内容有掌握，对每天施工的技术要求和施工工艺熟练掌握，这样在现场的管理和协调中才能更好的处理。现场是一个极其考验一个人能力的地方，不光是对技术的掌握更是体现在对整个施工现场的管理和协调，尤其是在很多工序交叉时候，更要处理好相关事宜来避免不必要的麻烦。</w:t>
      </w:r>
      <w:r>
        <w:rPr>
          <w:lang w:eastAsia="zh-CN"/>
        </w:rPr>
        <w:br/>
      </w:r>
      <w:r>
        <w:rPr>
          <w:lang w:eastAsia="zh-CN"/>
        </w:rPr>
        <w:t>　　协调参建各方关系，确保施工质量得到控制、工程有序推进、紧紧抓住施工方技术负责人和质量管理等主要人员。监理参与管理，严把工程质量关，对每道工序做到控制在事前，降低和减少质量事故，尽量做到少返工或不返工。对每道工序的重要部位做到心中有数，对此应严格控制，监理必须到位检查验收。</w:t>
      </w:r>
      <w:r>
        <w:rPr>
          <w:lang w:eastAsia="zh-CN"/>
        </w:rPr>
        <w:br/>
      </w:r>
      <w:r>
        <w:rPr>
          <w:lang w:eastAsia="zh-CN"/>
        </w:rPr>
        <w:t>　　以上是在项目施工中的简单总结，在接下来的时间里我会加倍的努力，不断提高自身的综合素质，在公司及项目部的领导下，在项目施工中不断创新。</w:t>
      </w:r>
      <w:r>
        <w:rPr>
          <w:lang w:eastAsia="zh-CN"/>
        </w:rPr>
        <w:br/>
      </w:r>
      <w:r>
        <w:rPr>
          <w:lang w:eastAsia="zh-CN"/>
        </w:rPr>
        <w:t xml:space="preserve">    2024工程技术年终总结范文 篇16 </w:t>
      </w:r>
      <w:r>
        <w:rPr>
          <w:lang w:eastAsia="zh-CN"/>
        </w:rPr>
        <w:br/>
      </w:r>
    </w:p>
    <w:p w:rsidR="001B1F19" w14:textId="27C3F48A">
      <w:pPr>
        <w:rPr>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时光飞逝，从毕业后参加工作到现在已经有很长时间了。在这段时间的工作过程中我不仅加深了对原来学习的知识理解，而且对以前书本中没有接触或接触不深的知识有了进一步的认识。工作以来，在单位领导的精心培育和教导下，通过自身的不断努力，无论是思想上、学习上还是工作上，都取得了长足的发展和巨大的收获，现将工作总结如下：</w:t>
      </w:r>
      <w:r>
        <w:rPr>
          <w:lang w:eastAsia="zh-CN"/>
        </w:rPr>
        <w:br/>
      </w:r>
      <w:r>
        <w:rPr>
          <w:lang w:eastAsia="zh-CN"/>
        </w:rPr>
        <w:t>　　思想上，用科学发展的观点统领思想，尊重实践、深入实践，认真研究和解决实践中的问题，不断提高认识问题和解决问题的能力。坚持实事求是，不断提高自己的政治思想觉悟与水平，不断地探索与追求。在__年我加入了中国共产党，成为了一名中共党员。</w:t>
      </w:r>
      <w:r>
        <w:rPr>
          <w:lang w:eastAsia="zh-CN"/>
        </w:rPr>
        <w:br/>
      </w:r>
      <w:r>
        <w:rPr>
          <w:lang w:eastAsia="zh-CN"/>
        </w:rPr>
        <w:t>　　学习上，自参加工作以来我一直严格要求自己，认真对待自己的工作，自身很好的为自己定位，尽管工作条件很艰苦，但对我们年青人来说，也不失为一次锻炼自我，挑战自我的机遇。理论来源于生活高于生活更应该还原回到生活，在这样的一个环境，还有许多值得我们来发现的好东西，值得我们来深究学习的地方。我时刻牢记要在工作中不断地学习，将理论与实际的工作很好的结合在一起。在工作中不断地改变自我，适时地对自己提出不同的要求，在工作中不断总结经验，提升自身工作能力的同时，在工作中不断地学习，也在工作中逐渐的成长。</w:t>
      </w:r>
      <w:r>
        <w:rPr>
          <w:lang w:eastAsia="zh-CN"/>
        </w:rPr>
        <w:br/>
      </w:r>
    </w:p>
    <w:p w:rsidR="001B1F19" w14:textId="27C3F48A">
      <w:pPr>
        <w:rPr>
          <w:lang w:eastAsia="zh-CN"/>
        </w:rPr>
      </w:pPr>
      <w:r>
        <w:rPr>
          <w:lang w:eastAsia="zh-CN"/>
        </w:rPr>
        <w:t>　　工作中，在到公司的第一个任务是做城乡联网的光缆布放工作，跟随现场的工作人员一起工作。这期间我一直兢兢业业地配合现场的工作人员，听从安排。很好的帮助并完成了工作任务的同时，我也有很大的收获。在科学技术日新月异，竞争越来越激烈的今天，为了能在最短的时间内进入到最好的工作状态，以便在今后的工作中能更好的完成本职工作，我个人意识到，不断学习新知识，掌握新技能，不断提高自己的业务水平和工作技能，才能满足工作的需求以及适应社会的发展。在工作过程中，我将不断向有经验的同事请教学习自己未曾真正掌握的技术或技能，并学以至用，对工作过程中的一些信息也进行收集整理，转化为资料以备所需;业余时间翻看一些专业书籍，查看一些专业网站，学习和掌握一些先进的专业技术知识;也看一些管理或其它方面的书籍或网站，学习各种知识，提高自己的综合能力。在今后的工作中，我将通过不断的学习和实践，提高自身的素质，让自己的进步和社会的发展同步，以满足工作的需要。我知道作为一名工程技术人员在工作中要有端正的态度、严谨科学作风。</w:t>
      </w:r>
      <w:r>
        <w:rPr>
          <w:lang w:eastAsia="zh-CN"/>
        </w:rPr>
        <w:br/>
      </w:r>
      <w:r>
        <w:rPr>
          <w:lang w:eastAsia="zh-CN"/>
        </w:rPr>
        <w:t>　　目前，我所在的工作岗位，是配合各乡镇站点数字电视整转工作的技术支持。作为数字电视整转的直接参与者，我正在积极的为接下来的任务做好充分的准备工作。作为一名技术员人员来说我有责任和义务为施工的顺利进行做好充足的准备。为了能更好的完成任务，我正积极的与同事们一起努力，以求能顺利的、保质、保量的完成任务。工作的这段时间，我深深的感到，责任重于泰山，我能参与其中真是我的荣幸，这期间我付出了很多，但我同样也收获不少，我乐在其中。</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https://d.book118.com/316125204111010101</w:t>
        </w:r>
      </w:hyperlink>
    </w:p>
    <w:p w:rsidR="001B1F19">
      <w:pPr>
        <w:rPr>
          <w:lang w:eastAsia="zh-CN"/>
        </w:rPr>
      </w:pPr>
    </w:p>
    <w:sectPr>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1612520411101010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