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员工销售工作计划（35篇）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精选员工销售工作计划（精选35篇）</w:t>
      </w:r>
      <w:r>
        <w:rPr>
          <w:lang w:eastAsia="zh-CN"/>
        </w:rPr>
        <w:br/>
      </w:r>
      <w:r>
        <w:rPr>
          <w:lang w:eastAsia="zh-CN"/>
        </w:rPr>
        <w:t xml:space="preserve">    精选员工销售工作计划 篇1 </w:t>
      </w:r>
      <w:r>
        <w:rPr>
          <w:lang w:eastAsia="zh-CN"/>
        </w:rPr>
        <w:br/>
      </w:r>
      <w:r>
        <w:rPr>
          <w:lang w:eastAsia="zh-CN"/>
        </w:rPr>
        <w:t>　　来到本公司做业务员已经半月有余，说句实在话，我今天才发现我有很多东西都不懂，还有很多东西要学习，一开始来到公司根本不知自己该干些什么，一直在等待安排；这样做也太被动了，记得有句话是这样说的：“一旦被动起来就意味着要失败！”所以在听过尧总的教训后，深有感触，一定要给自己今后的工作做一个安排，让自己主动起来！</w:t>
      </w:r>
      <w:r>
        <w:rPr>
          <w:lang w:eastAsia="zh-CN"/>
        </w:rPr>
        <w:br/>
      </w:r>
      <w:r>
        <w:rPr>
          <w:lang w:eastAsia="zh-CN"/>
        </w:rPr>
        <w:t>　　现在我作为一个业务员，其主要目标与任务就是拿到单子，但是拿到单子需要达到哪些条件呢？这些条件我满足了几个呢？</w:t>
      </w:r>
      <w:r>
        <w:rPr>
          <w:lang w:eastAsia="zh-CN"/>
        </w:rPr>
        <w:br/>
      </w:r>
      <w:r>
        <w:rPr>
          <w:lang w:eastAsia="zh-CN"/>
        </w:rPr>
        <w:t>　　这是我经过尧总的点醒及自己的想法所总结出的条件：</w:t>
      </w:r>
      <w:r>
        <w:rPr>
          <w:lang w:eastAsia="zh-CN"/>
        </w:rPr>
        <w:br/>
      </w:r>
      <w:r>
        <w:rPr>
          <w:lang w:eastAsia="zh-CN"/>
        </w:rPr>
        <w:t>　　一、 要熟记公司的产品及产品规格。</w:t>
      </w:r>
      <w:r>
        <w:rPr>
          <w:lang w:eastAsia="zh-CN"/>
        </w:rPr>
        <w:br/>
      </w:r>
      <w:r>
        <w:rPr>
          <w:lang w:eastAsia="zh-CN"/>
        </w:rPr>
        <w:t>　　二、 了解公司各种产品的报价</w:t>
      </w:r>
      <w:r>
        <w:rPr>
          <w:lang w:eastAsia="zh-CN"/>
        </w:rPr>
        <w:br/>
      </w:r>
      <w:r>
        <w:rPr>
          <w:lang w:eastAsia="zh-CN"/>
        </w:rPr>
        <w:t>　　三、 要会做方案</w:t>
      </w:r>
      <w:r>
        <w:rPr>
          <w:lang w:eastAsia="zh-CN"/>
        </w:rPr>
        <w:br/>
      </w:r>
      <w:r>
        <w:rPr>
          <w:lang w:eastAsia="zh-CN"/>
        </w:rPr>
        <w:t>　　四、 要知道我们公司的客户都有哪些</w:t>
      </w:r>
      <w:r>
        <w:rPr>
          <w:lang w:eastAsia="zh-CN"/>
        </w:rPr>
        <w:br/>
      </w:r>
      <w:r>
        <w:rPr>
          <w:lang w:eastAsia="zh-CN"/>
        </w:rPr>
        <w:t>　　五、 了解同行公司信息</w:t>
      </w:r>
      <w:r>
        <w:rPr>
          <w:lang w:eastAsia="zh-CN"/>
        </w:rPr>
        <w:br/>
      </w:r>
      <w:r>
        <w:rPr>
          <w:lang w:eastAsia="zh-CN"/>
        </w:rPr>
        <w:t>　　六、 沟通能力强，能打动客户</w:t>
      </w:r>
      <w:r>
        <w:rPr>
          <w:lang w:eastAsia="zh-CN"/>
        </w:rPr>
        <w:br/>
      </w:r>
      <w:r>
        <w:rPr>
          <w:lang w:eastAsia="zh-CN"/>
        </w:rPr>
        <w:t>　　七、 做事认真踏实，按时完成该做的任务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八、 不要忽略各种细节，细节决定成败</w:t>
      </w:r>
      <w:r>
        <w:rPr>
          <w:lang w:eastAsia="zh-CN"/>
        </w:rPr>
        <w:br/>
      </w:r>
      <w:r>
        <w:rPr>
          <w:lang w:eastAsia="zh-CN"/>
        </w:rPr>
        <w:t>　　我暂时也只能总结出这些了，也许还有我没总结出来的，这还要让尧总多多斧正。但是即使自己之总结除了这几条，但是我自己能勉强做到的也只有七八两条，第一条也只记得一部分！第二条虽然也记得但是还是忘得差不多了，至于三四五六条的硬性指标更不用提了，一个都没掌握！到现在我已经来公司半个多月了，我如今才发现我的进展竟然如此之慢！危矣！如果不是尧总的指导，也许我永远也不知到自己的情况竟然那么的糟糕！</w:t>
      </w:r>
      <w:r>
        <w:rPr>
          <w:lang w:eastAsia="zh-CN"/>
        </w:rPr>
        <w:br/>
      </w:r>
      <w:r>
        <w:rPr>
          <w:lang w:eastAsia="zh-CN"/>
        </w:rPr>
        <w:t>　　如今再怎么自责也没用了，只能是尽量挽回这段时间是我损失！不过要挽回损失就要冷静，千万不能慌，不能乱！否则只能是毫无目的的乱作，到头来还是一场空！所以一定要给自己做一个计划，一个安排！</w:t>
      </w:r>
      <w:r>
        <w:rPr>
          <w:lang w:eastAsia="zh-CN"/>
        </w:rPr>
        <w:br/>
      </w:r>
      <w:r>
        <w:rPr>
          <w:lang w:eastAsia="zh-CN"/>
        </w:rPr>
        <w:t>　　我现在的主要缺点是一些硬性的识记指标不过关，所以要花一段时间去记这些东西，不过记忆这种东西并不是一触而就的，而是需要长时间的温习及运用才能记入脑海深处，否则只能是记得快忘得更快！</w:t>
      </w:r>
      <w:r>
        <w:rPr>
          <w:lang w:eastAsia="zh-CN"/>
        </w:rPr>
        <w:br/>
      </w:r>
      <w:r>
        <w:rPr>
          <w:lang w:eastAsia="zh-CN"/>
        </w:rPr>
        <w:t>　　每周安排：一周七天，每天抽出半个小时到一个小时去记忆一些要熟记的东西。比如报价、产品规格等。</w:t>
      </w:r>
      <w:r>
        <w:rPr>
          <w:lang w:eastAsia="zh-CN"/>
        </w:rPr>
        <w:br/>
      </w:r>
      <w:r>
        <w:rPr>
          <w:lang w:eastAsia="zh-CN"/>
        </w:rPr>
        <w:t>　　上午记忆好，精神好，所以每天上午多看看方案等资料学习并尝试自己做方案；</w:t>
      </w:r>
      <w:r>
        <w:rPr>
          <w:lang w:eastAsia="zh-CN"/>
        </w:rPr>
        <w:br/>
      </w:r>
      <w:r>
        <w:rPr>
          <w:lang w:eastAsia="zh-CN"/>
        </w:rPr>
        <w:t>　　下午就多上网，看看同行业的各种销售信息、产品信息等。 我打算用20天的时间去完成这个计划！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精选员工销售工作计划 篇2 </w:t>
      </w:r>
      <w:r>
        <w:rPr>
          <w:lang w:eastAsia="zh-CN"/>
        </w:rPr>
        <w:br/>
      </w:r>
      <w:r>
        <w:rPr>
          <w:lang w:eastAsia="zh-CN"/>
        </w:rPr>
        <w:t>　　1、 销售业绩</w:t>
      </w:r>
      <w:r>
        <w:rPr>
          <w:lang w:eastAsia="zh-CN"/>
        </w:rPr>
        <w:br/>
      </w:r>
      <w:r>
        <w:rPr>
          <w:lang w:eastAsia="zh-CN"/>
        </w:rPr>
        <w:t>　　根据公司下达的年销任务，月销售任务。根据市场具体情况进行分解。分解到每月、每周、每日。以每月、每周、每日的销售目标分解到各个系统及各个门店，完成各个时段的销售任务。并在完成任务的基础上，提高销售业绩。主要手段是：提高团队素质，加强团队管理，开展各种促销活动，制定奖罚制度及激励方案(根据市场情况及各时间段的实际情况进行)此项工作不分淡旺季时时主抓。在销售旺季针对国美、苏宁等专业家电系统实施力度较大的销售促进活动，强势推进大型终端。</w:t>
      </w:r>
      <w:r>
        <w:rPr>
          <w:lang w:eastAsia="zh-CN"/>
        </w:rPr>
        <w:br/>
      </w:r>
      <w:r>
        <w:rPr>
          <w:lang w:eastAsia="zh-CN"/>
        </w:rPr>
        <w:t>　　2、 K/A、代理商管理及关系维护</w:t>
      </w:r>
      <w:r>
        <w:rPr>
          <w:lang w:eastAsia="zh-CN"/>
        </w:rPr>
        <w:br/>
      </w:r>
      <w:r>
        <w:rPr>
          <w:lang w:eastAsia="zh-CN"/>
        </w:rPr>
        <w:t>　　针对现有的K/A客户、代理商或将拓展的K/A及代理商进行有效管理及关系维护，对各个K/A客户及代理商建立客户档案，了解前期销售情况及实力情况，进行公司的企业文化传播和公司20_年度的新产品传播。此项工作在8月末完成。在旺季结束后和旺季来临前不定时的进行传播。了解各K/A及代理商负责人的基本情况进行定期拜访，进行有效沟通。</w:t>
      </w:r>
      <w:r>
        <w:rPr>
          <w:lang w:eastAsia="zh-CN"/>
        </w:rPr>
        <w:br/>
      </w:r>
      <w:r>
        <w:rPr>
          <w:lang w:eastAsia="zh-CN"/>
        </w:rPr>
        <w:t>　　3、 品牌及产品推广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品牌及产品推广在20_年至20_年度配合及执行公司的定期品牌宣传及产品推广活动，并策划一些投入成本，较低的公共关系宣传活动，提升品牌形象。如“空调健康、环保、爱我家”等公益活动。有可能的情况下与各个K/A系统联合进行推广，不但可以扩大影响力，还可以建立良好的客情关系。产品推广主要进行一些“路演”或户外静态展示进行一些产品推广和正常营业推广。</w:t>
      </w:r>
      <w:r>
        <w:rPr>
          <w:lang w:eastAsia="zh-CN"/>
        </w:rPr>
        <w:br/>
      </w:r>
      <w:r>
        <w:rPr>
          <w:lang w:eastAsia="zh-CN"/>
        </w:rPr>
        <w:t>　　4、 终端布置(配合业务条线的渠道拓展)</w:t>
      </w:r>
      <w:r>
        <w:rPr>
          <w:lang w:eastAsia="zh-CN"/>
        </w:rPr>
        <w:br/>
      </w:r>
      <w:r>
        <w:rPr>
          <w:lang w:eastAsia="zh-CN"/>
        </w:rPr>
        <w:t>　　根据公司的销售目标，渠道网点普及还会大量的增加，根据此种情况随时、随地积极配合业务部门的工作，积极配合店中店、园中园、店中柜的形象建设，(根据公司的展台布置六个氛围的要求进行)。积极对促销安排上岗及上样跟踪和产品陈列等工作。此项工作根据公司的业务部门的需要进行开展。布置标准严格按照公司的统一标准。(特殊情况再适时调整)</w:t>
      </w:r>
      <w:r>
        <w:rPr>
          <w:lang w:eastAsia="zh-CN"/>
        </w:rPr>
        <w:br/>
      </w:r>
      <w:r>
        <w:rPr>
          <w:lang w:eastAsia="zh-CN"/>
        </w:rPr>
        <w:t>　　5、 促销活动的策划与执行</w:t>
      </w:r>
      <w:r>
        <w:rPr>
          <w:lang w:eastAsia="zh-CN"/>
        </w:rPr>
        <w:br/>
      </w:r>
      <w:r>
        <w:rPr>
          <w:lang w:eastAsia="zh-CN"/>
        </w:rPr>
        <w:t>　　促销活动的策划及执行主要在04月—8月销售旺季进行，第一严格执行公司的销售促进活动，第二根据届时的市场情况和竞争对手的销售促进活动，灵活策划一些销售促进活动。主题思路以避其优势，攻其劣势，根据公司的产品优势及资源优势，突出重点进行策划与执行。</w:t>
      </w:r>
      <w:r>
        <w:rPr>
          <w:lang w:eastAsia="zh-CN"/>
        </w:rPr>
        <w:br/>
      </w:r>
      <w:r>
        <w:rPr>
          <w:lang w:eastAsia="zh-CN"/>
        </w:rPr>
        <w:t xml:space="preserve">    精选员工销售工作计划 篇3 </w:t>
      </w:r>
      <w:r>
        <w:rPr>
          <w:lang w:eastAsia="zh-CN"/>
        </w:rPr>
        <w:br/>
      </w:r>
      <w:r>
        <w:rPr>
          <w:lang w:eastAsia="zh-CN"/>
        </w:rPr>
        <w:t>　　在__年刚接触这个行业时，在选择客户的问题上走过不少弯路，那是因为对这个行业还不太熟悉，总是选择一些食品行业，但这些企业往往对标签的价格是非常注重的。所以今年不要在选一些只看价格，对质量没要求的客户。没有要求的客户不是好客户。</w:t>
      </w:r>
      <w:r>
        <w:rPr>
          <w:lang w:eastAsia="zh-CN"/>
        </w:rPr>
        <w:br/>
      </w:r>
      <w:r>
        <w:rPr>
          <w:lang w:eastAsia="zh-CN"/>
        </w:rPr>
        <w:t>　　__年的计划如下：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一；对于老客户，和固定客户，要经常保持联系，在有时间有条件的情况下，送一些小礼物或宴请客户，好稳定与客户关系。</w:t>
      </w:r>
      <w:r>
        <w:rPr>
          <w:lang w:eastAsia="zh-CN"/>
        </w:rPr>
        <w:br/>
      </w:r>
      <w:r>
        <w:rPr>
          <w:lang w:eastAsia="zh-CN"/>
        </w:rPr>
        <w:t>　　二；在拥有老客户的同时还要不断从各种媒体获得更多客户信息。</w:t>
      </w:r>
      <w:r>
        <w:rPr>
          <w:lang w:eastAsia="zh-CN"/>
        </w:rPr>
        <w:br/>
      </w:r>
      <w:r>
        <w:rPr>
          <w:lang w:eastAsia="zh-CN"/>
        </w:rPr>
        <w:t>　　三；要有好业绩就得加强业务学习，开拓视野，丰富知识，采取多样化形式，把学业务与交流技能向结合。</w:t>
      </w:r>
      <w:r>
        <w:rPr>
          <w:lang w:eastAsia="zh-CN"/>
        </w:rPr>
        <w:br/>
      </w:r>
      <w:r>
        <w:rPr>
          <w:lang w:eastAsia="zh-CN"/>
        </w:rPr>
        <w:t>　　四；今年对自己有以下要求</w:t>
      </w:r>
      <w:r>
        <w:rPr>
          <w:lang w:eastAsia="zh-CN"/>
        </w:rPr>
        <w:br/>
      </w:r>
      <w:r>
        <w:rPr>
          <w:lang w:eastAsia="zh-CN"/>
        </w:rPr>
        <w:t>　　1：每周要增加？个以上的新客户，还要有到个潜在客户。</w:t>
      </w:r>
      <w:r>
        <w:rPr>
          <w:lang w:eastAsia="zh-CN"/>
        </w:rPr>
        <w:br/>
      </w:r>
      <w:r>
        <w:rPr>
          <w:lang w:eastAsia="zh-CN"/>
        </w:rPr>
        <w:t>　　2：一周一小结，每月一大结，看看有哪些工作上的失误，及时改正下次不要再犯。</w:t>
      </w:r>
      <w:r>
        <w:rPr>
          <w:lang w:eastAsia="zh-CN"/>
        </w:rPr>
        <w:br/>
      </w:r>
      <w:r>
        <w:rPr>
          <w:lang w:eastAsia="zh-CN"/>
        </w:rPr>
        <w:t>　　3：见客户之前要多了解客户的状态和需求，再做好准备工作才有可能不会丢失这个客户。</w:t>
      </w:r>
      <w:r>
        <w:rPr>
          <w:lang w:eastAsia="zh-CN"/>
        </w:rPr>
        <w:br/>
      </w:r>
      <w:r>
        <w:rPr>
          <w:lang w:eastAsia="zh-CN"/>
        </w:rPr>
        <w:t>　　4：对客户不能有隐瞒和欺骗，这样不会有忠诚的客户。在有些问题上你和客户是一直的。</w:t>
      </w:r>
      <w:r>
        <w:rPr>
          <w:lang w:eastAsia="zh-CN"/>
        </w:rPr>
        <w:br/>
      </w:r>
      <w:r>
        <w:rPr>
          <w:lang w:eastAsia="zh-CN"/>
        </w:rPr>
        <w:t>　　5：要不断加强业务方面的学习，多看书，上网查阅相关资料，与同行们交流，向他们学习更好的方式方法。</w:t>
      </w:r>
      <w:r>
        <w:rPr>
          <w:lang w:eastAsia="zh-CN"/>
        </w:rPr>
        <w:br/>
      </w:r>
      <w:r>
        <w:rPr>
          <w:lang w:eastAsia="zh-CN"/>
        </w:rPr>
        <w:t>　　6：对所有客户的工作态度都要一样，但不能太低三下气。给客户一好印象，为公司树立更好的形象。</w:t>
      </w:r>
      <w:r>
        <w:rPr>
          <w:lang w:eastAsia="zh-CN"/>
        </w:rPr>
        <w:br/>
      </w:r>
      <w:r>
        <w:rPr>
          <w:lang w:eastAsia="zh-CN"/>
        </w:rPr>
        <w:t>　　7：客户遇到问题，不能置之不理一定要尽全力帮助他们解决。要先做人再做生意，让客户相信我们的工作实力，才能更好的完成任务。</w:t>
      </w:r>
      <w:r>
        <w:rPr>
          <w:lang w:eastAsia="zh-CN"/>
        </w:rPr>
        <w:br/>
      </w:r>
      <w:r>
        <w:rPr>
          <w:lang w:eastAsia="zh-CN"/>
        </w:rPr>
        <w:t>　　8：自信是非常重要的。要经常对自己说你是最好的，你是独一无二的。拥有健康乐观积极向上的工作态度才能更好的完成任务。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9：和公司其他员工要有良好的沟通，有团队意识，多交流，多探讨，才能不断增长业务技能。</w:t>
      </w:r>
      <w:r>
        <w:rPr>
          <w:lang w:eastAsia="zh-CN"/>
        </w:rPr>
        <w:br/>
      </w:r>
      <w:r>
        <w:rPr>
          <w:lang w:eastAsia="zh-CN"/>
        </w:rPr>
        <w:t>　　10：为了今年的销售任务每月我要努力完成？到？万元的任务额，为公司创造更多利润。</w:t>
      </w:r>
      <w:r>
        <w:rPr>
          <w:lang w:eastAsia="zh-CN"/>
        </w:rPr>
        <w:br/>
      </w:r>
      <w:r>
        <w:rPr>
          <w:lang w:eastAsia="zh-CN"/>
        </w:rPr>
        <w:t>　　以上就是我这一年的工作计划，工作中总会有各种各样的困难，我会向领导请示，向同事探讨，共同努力克服。为公司做出自己最大的贡</w:t>
      </w:r>
      <w:r>
        <w:rPr>
          <w:lang w:eastAsia="zh-CN"/>
        </w:rPr>
        <w:br/>
      </w:r>
      <w:r>
        <w:rPr>
          <w:lang w:eastAsia="zh-CN"/>
        </w:rPr>
        <w:t>　　一 、本年度工作总结</w:t>
      </w:r>
      <w:r>
        <w:rPr>
          <w:lang w:eastAsia="zh-CN"/>
        </w:rPr>
        <w:br/>
      </w:r>
      <w:r>
        <w:rPr>
          <w:lang w:eastAsia="zh-CN"/>
        </w:rPr>
        <w:t>　　__年即将过去，在这将近一年的时间中我通过努力的工作，也有了一点收获，临近年终，我感觉有必要对自己的工作做一下总结。目的在于吸取教训，提高自己，以至于把工作做的更好，自己有信心也有决心把明年的工作做的更好。下面我对一年的工作进行简要的总结。</w:t>
      </w:r>
      <w:r>
        <w:rPr>
          <w:lang w:eastAsia="zh-CN"/>
        </w:rPr>
        <w:br/>
      </w:r>
      <w:r>
        <w:rPr>
          <w:lang w:eastAsia="zh-CN"/>
        </w:rPr>
        <w:t>　　我是今年三月份到公司工作的，四月份开始组建市场部，在没有负责市场部工作以前，我是没有销售经验的，仅凭对销售工作的热情，而缺乏行业销售经验和行业知识。为了迅速融入到这个行业中来，到公司之后，一切从零开始，一边学习产品知识，一边摸索市场，遇到销售和产品方面的难点和问题，我经常请教经理和北京总公司几位领导和其他有经验的同事，一起寻求解决问题的方案和对一些比较难缠的客户研究针对性策略，取得了良好的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通过不断的学习产品知识，收取同行业之间的信息和积累市场经验，现在对_市场有了一个大概的认识和了解。现在我逐渐可以清晰、流利的应对客户所提到的各种问题，准确的把握客户的需要，良好的与客户沟通，因此逐渐取得了客户的信任。所以经过大半年的努力，也取得了几个成功客户案例，一些优质客户也逐渐积累到了一定程度，对市场的认识也有一个比较透明的掌握。在不断的学习产品知识和积累经验的同时，自己的能力，业务水平都比以前有了一个较大幅度的提高，针对市场的一些变化和同行业之间的竞争，现在可以拿出一个比较完整的方案应付一些突发事件。对于一个项目可以全程的操作下来。</w:t>
      </w:r>
      <w:r>
        <w:rPr>
          <w:lang w:eastAsia="zh-CN"/>
        </w:rPr>
        <w:br/>
      </w:r>
      <w:r>
        <w:rPr>
          <w:lang w:eastAsia="zh-CN"/>
        </w:rPr>
        <w:t>　　存在的缺点：</w:t>
      </w:r>
      <w:r>
        <w:rPr>
          <w:lang w:eastAsia="zh-CN"/>
        </w:rPr>
        <w:br/>
      </w:r>
      <w:r>
        <w:rPr>
          <w:lang w:eastAsia="zh-CN"/>
        </w:rPr>
        <w:t>　　对于_市场了解的还不够深入，对产品的技术问题掌握的过度薄弱，不能十分清晰的向客户解释，对于一些大的问题不能快速拿出一个很好的解决问题的方法。在与客户的沟通过程中，过分的依赖和相信客户，以至于引起一连串的不良反应。本职的工作做得不好，感觉自己还停留在一个销售人员的位置上，对市场销售人员的培训，指导力度不够，影响市场部的销售业绩。</w:t>
      </w:r>
      <w:r>
        <w:rPr>
          <w:lang w:eastAsia="zh-CN"/>
        </w:rPr>
        <w:br/>
      </w:r>
      <w:r>
        <w:rPr>
          <w:lang w:eastAsia="zh-CN"/>
        </w:rPr>
        <w:t>　　二.部门工作总结</w:t>
      </w:r>
      <w:r>
        <w:rPr>
          <w:lang w:eastAsia="zh-CN"/>
        </w:rPr>
        <w:br/>
      </w:r>
      <w:r>
        <w:rPr>
          <w:lang w:eastAsia="zh-CN"/>
        </w:rPr>
        <w:t>　　在将近一年的时间中，经过市场部全体员工共同的努力，使我们公司的产品知名度在河南市场上渐渐被客户所认识，良好的售后服务加上优良的产品品质获得了客户的一致好评，也取得了宝贵的销售经验和一些成功的客户案例。这是我认为我们做的比较好的方面，但在其他方面在工作中我们做法还是存在很大的问题。</w:t>
      </w:r>
      <w:r>
        <w:rPr>
          <w:lang w:eastAsia="zh-CN"/>
        </w:rPr>
        <w:br/>
      </w:r>
      <w:r>
        <w:rPr>
          <w:lang w:eastAsia="zh-CN"/>
        </w:rPr>
        <w:t>　　下面是公司__年总的销售情况：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从上面的销售业绩上看，我们的工作做的是不好的，可以说是销售做的'十分的失败。在河南市场上，产品品牌众多，天星由于比较早的进入河南市场，产品价格混乱，这对于我们开展市场造成很大的压力。</w:t>
      </w:r>
      <w:r>
        <w:rPr>
          <w:lang w:eastAsia="zh-CN"/>
        </w:rPr>
        <w:br/>
      </w:r>
      <w:r>
        <w:rPr>
          <w:lang w:eastAsia="zh-CN"/>
        </w:rPr>
        <w:t>　　客观上的一些因素虽然存在，在工作中其他的一些做法也有很大的问题，主要表现在</w:t>
      </w:r>
      <w:r>
        <w:rPr>
          <w:lang w:eastAsia="zh-CN"/>
        </w:rPr>
        <w:br/>
      </w:r>
      <w:r>
        <w:rPr>
          <w:lang w:eastAsia="zh-CN"/>
        </w:rPr>
        <w:t>　　1、 销售工作最基本的客户访问量太少。市场部是今年四月中旬开始工作的，在开始工作倒现在有记载的客户访问记录有_个，加上没有记录的概括为_个，八个月天的时间，总体计算三个销售人员一天拜访的客户量_个。从上面的数字上看我们基本的访问客户工作没有做好。</w:t>
      </w:r>
      <w:r>
        <w:rPr>
          <w:lang w:eastAsia="zh-CN"/>
        </w:rPr>
        <w:br/>
      </w:r>
      <w:r>
        <w:rPr>
          <w:lang w:eastAsia="zh-CN"/>
        </w:rPr>
        <w:t>　　2、 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洛阳迅及汽车运输有限公司就是一个明显的例子。</w:t>
      </w:r>
      <w:r>
        <w:rPr>
          <w:lang w:eastAsia="zh-CN"/>
        </w:rPr>
        <w:br/>
      </w:r>
      <w:r>
        <w:rPr>
          <w:lang w:eastAsia="zh-CN"/>
        </w:rPr>
        <w:t>　　3、 工作没有一个明确的目标和详细的计划。销售人员没有养成一个写工作总结和计划的习惯，销售工作处于放任自流的状态，从而引发销售工作没有一个统一的管理，工作时间没有合理的分配，工作局面混乱等各种不良的后果。</w:t>
      </w:r>
      <w:r>
        <w:rPr>
          <w:lang w:eastAsia="zh-CN"/>
        </w:rPr>
        <w:br/>
      </w:r>
      <w:r>
        <w:rPr>
          <w:lang w:eastAsia="zh-CN"/>
        </w:rPr>
        <w:t>　　4、 新业务的开拓不够，业务增长小，个别业务员的工作责任心和工作计划性不强，业务能力还有待提高。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三.市场分析</w:t>
      </w:r>
      <w:r>
        <w:rPr>
          <w:lang w:eastAsia="zh-CN"/>
        </w:rPr>
        <w:br/>
      </w:r>
      <w:r>
        <w:rPr>
          <w:lang w:eastAsia="zh-CN"/>
        </w:rPr>
        <w:t>　　现在河南_市场品牌很多，但主要也就是那几家公司，现在我们公司的产品从产品质量，功能上属于上等的产品。在价格上是卖得偏高的价位，在本年销售产品过程中，牵涉问题最多的就是产品的价格。有几个因为价格而丢单的客户，面对小型的客户，价格不是太别重要的问题，但面对采购数量比较多时，客户对产品的价位时非常敏感的。在明年的销售工作中我认为产品的价格做一下适当的浮动，这样可以促进销售人员去销售。</w:t>
      </w:r>
      <w:r>
        <w:rPr>
          <w:lang w:eastAsia="zh-CN"/>
        </w:rPr>
        <w:br/>
      </w:r>
      <w:r>
        <w:rPr>
          <w:lang w:eastAsia="zh-CN"/>
        </w:rPr>
        <w:t>　　在郑州区域，因为_市场首先从郑州开始的，所以郑州市场时竞争非常激烈的市场。签于我们公司进入市场比较晚，产品的知名度与价格都没有什么优势，在郑州开拓市场压力很大，所以我们把主要的市场放在地区市上，那里的市场竞争相对的来说要比郑州小一点。外界因素减少了，加上我们的销售人员的灵活性，我相信我们做的比原来更好。</w:t>
      </w:r>
      <w:r>
        <w:rPr>
          <w:lang w:eastAsia="zh-CN"/>
        </w:rPr>
        <w:br/>
      </w:r>
      <w:r>
        <w:rPr>
          <w:lang w:eastAsia="zh-CN"/>
        </w:rPr>
        <w:t>　　市场是良好的，形势是严峻的。在河南_市场可以用这一句话来概括，在技术发展飞快地今天，明年是大有作为的一年，假如在明年一年内没有把市场做好，没有抓住这个机遇，我们很可能失去这个机会，永远没有机会在做这个市场。</w:t>
      </w:r>
      <w:r>
        <w:rPr>
          <w:lang w:eastAsia="zh-CN"/>
        </w:rPr>
        <w:br/>
      </w:r>
      <w:r>
        <w:rPr>
          <w:lang w:eastAsia="zh-CN"/>
        </w:rPr>
        <w:t>　　四.__年工作计划</w:t>
      </w:r>
      <w:r>
        <w:rPr>
          <w:lang w:eastAsia="zh-CN"/>
        </w:rPr>
        <w:br/>
      </w:r>
      <w:r>
        <w:rPr>
          <w:lang w:eastAsia="zh-CN"/>
        </w:rPr>
        <w:t>　　在明年的工作规划中下面的几项工作作为主要的工作来做：</w:t>
      </w:r>
      <w:r>
        <w:rPr>
          <w:lang w:eastAsia="zh-CN"/>
        </w:rPr>
        <w:br/>
      </w:r>
      <w:r>
        <w:rPr>
          <w:lang w:eastAsia="zh-CN"/>
        </w:rPr>
        <w:t>　　1、 建立一支熟悉业务，而相对稳定的销售团队。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人才是企业最宝贵的资源，一切销售业绩都起源于有一个好的销售人员，建立一支具有凝聚力，合作精神的销售团队是企业的根本。在明年的工作中建立一个和谐，具有杀伤力的团队作为一项主要的工作来抓。</w:t>
      </w:r>
      <w:r>
        <w:rPr>
          <w:lang w:eastAsia="zh-CN"/>
        </w:rPr>
        <w:br/>
      </w:r>
      <w:r>
        <w:rPr>
          <w:lang w:eastAsia="zh-CN"/>
        </w:rPr>
        <w:t>　　2、 完善销售制度，建立一套明确系统的业务管理办法。</w:t>
      </w:r>
      <w:r>
        <w:rPr>
          <w:lang w:eastAsia="zh-CN"/>
        </w:rPr>
        <w:br/>
      </w:r>
      <w:r>
        <w:rPr>
          <w:lang w:eastAsia="zh-CN"/>
        </w:rPr>
        <w:t>　　销售管理是企业的老大难问题，销售人员出差，见客户处于放任自流的状态。完善销售管理制度的目的是让销售人员在工作中发挥主观能动性，对工作有高度的责任心，提高销售人员的主人翁意识。</w:t>
      </w:r>
      <w:r>
        <w:rPr>
          <w:lang w:eastAsia="zh-CN"/>
        </w:rPr>
        <w:br/>
      </w:r>
      <w:r>
        <w:rPr>
          <w:lang w:eastAsia="zh-CN"/>
        </w:rPr>
        <w:t>　　3、 培养销售人员发现问题，总结问题，不断自我提高的习惯。</w:t>
      </w:r>
      <w:r>
        <w:rPr>
          <w:lang w:eastAsia="zh-CN"/>
        </w:rPr>
        <w:br/>
      </w:r>
      <w:r>
        <w:rPr>
          <w:lang w:eastAsia="zh-CN"/>
        </w:rPr>
        <w:t>　　培养销售人员发现问题，总结问题目的在于提高销售人员综合素质，在工作中能发现问题总结问题并能提出自己的看法和建议，业务能力提高到一个新的档次。</w:t>
      </w:r>
      <w:r>
        <w:rPr>
          <w:lang w:eastAsia="zh-CN"/>
        </w:rPr>
        <w:br/>
      </w:r>
      <w:r>
        <w:rPr>
          <w:lang w:eastAsia="zh-CN"/>
        </w:rPr>
        <w:t>　　4、 在地区市建立销售，服务网点。（建议试行、</w:t>
      </w:r>
      <w:r>
        <w:rPr>
          <w:lang w:eastAsia="zh-CN"/>
        </w:rPr>
        <w:br/>
      </w:r>
      <w:r>
        <w:rPr>
          <w:lang w:eastAsia="zh-CN"/>
        </w:rPr>
        <w:t>　　根据今年在出差过程中遇到的一系列的问题，约好的客户突然改变行程，毁约，车辆不在家的情况，使计划好的行程被打乱，不能顺利完成出差的目的。造成时间，资金上的浪费。</w:t>
      </w:r>
      <w:r>
        <w:rPr>
          <w:lang w:eastAsia="zh-CN"/>
        </w:rPr>
        <w:br/>
      </w:r>
      <w:r>
        <w:rPr>
          <w:lang w:eastAsia="zh-CN"/>
        </w:rPr>
        <w:t>　　5、销售目标</w:t>
      </w:r>
      <w:r>
        <w:rPr>
          <w:lang w:eastAsia="zh-CN"/>
        </w:rPr>
        <w:br/>
      </w:r>
      <w:r>
        <w:rPr>
          <w:lang w:eastAsia="zh-CN"/>
        </w:rPr>
        <w:t>　　今年的销售目标最基本的是做到月月有进帐的单子。根据公司下达的销售任务，把任务根据具体情况分解到每月，每周 ，每日；以每月，每周 ，每日的销售目标分解到各个销售人员身上，完成各个时间段的销售任务。并在完成销售任务的基础上提高销售业绩。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我认为公司明年的发展是与整个公司的员工综合素质，公司的指导方针，团队的建设是分不开的。提高执行力的标准，建立一个良好的销售团队和有一个好的工作模式与工作环境是工作的关键。</w:t>
      </w:r>
      <w:r>
        <w:rPr>
          <w:lang w:eastAsia="zh-CN"/>
        </w:rPr>
        <w:br/>
      </w:r>
      <w:r>
        <w:rPr>
          <w:lang w:eastAsia="zh-CN"/>
        </w:rPr>
        <w:t>　　以上是我的一些不成熟的建议和看法，如有不妥之处敬请谅解。</w:t>
      </w:r>
      <w:r>
        <w:rPr>
          <w:lang w:eastAsia="zh-CN"/>
        </w:rPr>
        <w:br/>
      </w:r>
      <w:r>
        <w:rPr>
          <w:lang w:eastAsia="zh-CN"/>
        </w:rPr>
        <w:t>　　至礼</w:t>
      </w:r>
      <w:r>
        <w:rPr>
          <w:lang w:eastAsia="zh-CN"/>
        </w:rPr>
        <w:br/>
      </w:r>
      <w:r>
        <w:rPr>
          <w:lang w:eastAsia="zh-CN"/>
        </w:rPr>
        <w:t xml:space="preserve">    精选员工销售工作计划 篇4 </w:t>
      </w:r>
      <w:r>
        <w:rPr>
          <w:lang w:eastAsia="zh-CN"/>
        </w:rPr>
        <w:br/>
      </w:r>
      <w:r>
        <w:rPr>
          <w:lang w:eastAsia="zh-CN"/>
        </w:rPr>
        <w:t>　　刘先生担任一家方便面公司的销售经理有三年多的时间了，三年多以来，他为公司创造了财富，是其它销售人员学习的榜样。这其中有一个奥妙就是每年的销售工作计划就是他的“必修课”。我们仔细品味，他的销售计划不仅文笔生动，描述具体，而且还往往理论联系实际，策略与实战并举，数字与表格齐下，很好地指导了他的.营销团队，使其按照年度工作计划有条不紊地开展市场推广工作，在不断修订和检核的过程中，取得了较好的引领效果，那么，刘先生的方便面销售工作计划是如何制定的呢?他成功的秘诀在哪里呢?</w:t>
      </w:r>
      <w:r>
        <w:rPr>
          <w:lang w:eastAsia="zh-CN"/>
        </w:rPr>
        <w:br/>
      </w:r>
      <w:r>
        <w:rPr>
          <w:lang w:eastAsia="zh-CN"/>
        </w:rPr>
        <w:t>　　一、市场分析。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年度销售工作计划制定的依据，便是过去一年市场形势及市场现状的分析，而刘经理采用的工具便是目前企业经常使用的SWOT分析法，即企业的优劣势分析以及竞争威胁和存在的机会，通过SWOT分析，刘经理可以从中了解市场竞争的格局及态势，并结合企业的缺陷和机会，整合和优化资源配置，使其利用最大化。比如，通过市场分析，刘经理很清晰地知道了方便面的市场现状和未来趋势：产品(档次)向上走，渠道向下移(通路精耕和深度分销)，寡头竞争初露端倪，营销组合策略将成为下一轮竞争的热点等等。</w:t>
      </w:r>
      <w:r>
        <w:rPr>
          <w:lang w:eastAsia="zh-CN"/>
        </w:rPr>
        <w:br/>
      </w:r>
      <w:r>
        <w:rPr>
          <w:lang w:eastAsia="zh-CN"/>
        </w:rPr>
        <w:t>　　二、营销思路。</w:t>
      </w:r>
      <w:r>
        <w:rPr>
          <w:lang w:eastAsia="zh-CN"/>
        </w:rPr>
        <w:br/>
      </w:r>
      <w:r>
        <w:rPr>
          <w:lang w:eastAsia="zh-CN"/>
        </w:rPr>
        <w:t>　　营销思路是根据市场分析而做出的指导全年销售计划的“精神”纲领，是营销工作的方向和“灵魂”，也是销售部需要经常灌输和贯彻的营销操作理念。针对这一点，刘经理制定了具体的营销思路，其中涵盖了如下几方面的内容：</w:t>
      </w:r>
      <w:r>
        <w:rPr>
          <w:lang w:eastAsia="zh-CN"/>
        </w:rPr>
        <w:br/>
      </w:r>
      <w:r>
        <w:rPr>
          <w:lang w:eastAsia="zh-CN"/>
        </w:rPr>
        <w:t>　　1、树立全员营销观念，真正体现“营销生活化，生活营销化”。</w:t>
      </w:r>
      <w:r>
        <w:rPr>
          <w:lang w:eastAsia="zh-CN"/>
        </w:rPr>
        <w:br/>
      </w:r>
      <w:r>
        <w:rPr>
          <w:lang w:eastAsia="zh-CN"/>
        </w:rPr>
        <w:t>　　2、实施深度分销，树立决战在终端的思想，有计划、有重点地指导经销商直接运作末端市场。</w:t>
      </w:r>
      <w:r>
        <w:rPr>
          <w:lang w:eastAsia="zh-CN"/>
        </w:rPr>
        <w:br/>
      </w:r>
      <w:r>
        <w:rPr>
          <w:lang w:eastAsia="zh-CN"/>
        </w:rPr>
        <w:t>　　3、综合利用产品、价格、通路、促销、传播、服务等营销组合策略，形成强大的营销合力。</w:t>
      </w:r>
      <w:r>
        <w:rPr>
          <w:lang w:eastAsia="zh-CN"/>
        </w:rPr>
        <w:br/>
      </w:r>
      <w:r>
        <w:rPr>
          <w:lang w:eastAsia="zh-CN"/>
        </w:rPr>
        <w:t>　　4、在市场操作层面，体现“两高一差”，即要坚持“运作差异化，高价位、高促销”的原则，扬长避短，体现独有的操作特色等等。营销思路的确定，刘经理充分结合了企业的实际，不仅翔实、有可操作性，而且还与时俱进，体现了创新的营销精神，因此，在以往的年度销售计划中，都曾发挥了很好的指引效果。</w:t>
      </w:r>
      <w:r>
        <w:rPr>
          <w:lang w:eastAsia="zh-CN"/>
        </w:rPr>
        <w:br/>
      </w:r>
      <w:r>
        <w:rPr>
          <w:lang w:eastAsia="zh-CN"/>
        </w:rPr>
        <w:t>　　三、销售目标。</w:t>
      </w:r>
      <w:r>
        <w:rPr>
          <w:lang w:eastAsia="zh-CN"/>
        </w:rPr>
        <w:br/>
      </w:r>
      <w:r>
        <w:rPr>
          <w:lang w:eastAsia="zh-CN"/>
        </w:rPr>
        <w:t>　　销售目标是一切营销工作的出发点和落脚点，因此，科学、合理的销售目标制定也是年度销售工作计划的最重要和最核心的部分。那么，刘经理是如何制定销售目标的呢?</w:t>
      </w:r>
      <w:r>
        <w:rPr>
          <w:lang w:eastAsia="zh-CN"/>
        </w:rPr>
        <w:br/>
      </w:r>
      <w:r>
        <w:rPr>
          <w:lang w:eastAsia="zh-CN"/>
        </w:rPr>
        <w:t>　　1、根据上一年度的销售数额，按照一定增长比例，比如20%或30%，确定当前年度的销售数量。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2、销售目标不仅体现在具体的每一个月度，而且还责任到人，量化到人，并细分到具体市场。</w:t>
      </w:r>
      <w:r>
        <w:rPr>
          <w:lang w:eastAsia="zh-CN"/>
        </w:rPr>
        <w:br/>
      </w:r>
      <w:r>
        <w:rPr>
          <w:lang w:eastAsia="zh-CN"/>
        </w:rPr>
        <w:t>　　3、权衡销售目标与利润目标的关系，做一个经营型的营销人才，具体表现就是合理产品结构，将产品销售目标具体细分到各层次产品。比如，刘经理根据企业方便面产品ABC分类，将产品结构比例定位在A(高价、形象利润产品)：B(平价、微利上量产品)：C(低价：战略性炮灰产品)=2：3：1，从而更好地控制产品销量和利润的关系。销售目标的确认，使刘经理有了冲刺的对象，也使其销售目标的跟踪有了基础，从而有利于销售目标的顺利达成。</w:t>
      </w:r>
      <w:r>
        <w:rPr>
          <w:lang w:eastAsia="zh-CN"/>
        </w:rPr>
        <w:br/>
      </w:r>
      <w:r>
        <w:rPr>
          <w:lang w:eastAsia="zh-CN"/>
        </w:rPr>
        <w:t>　　四、营销策略。</w:t>
      </w:r>
      <w:r>
        <w:rPr>
          <w:lang w:eastAsia="zh-CN"/>
        </w:rPr>
        <w:br/>
      </w:r>
      <w:r>
        <w:rPr>
          <w:lang w:eastAsia="zh-CN"/>
        </w:rPr>
        <w:t>　　营销策略是营销战略的战术分解，是顺利实现企业销售目标的有力保障。刘经理根据方便面行业的运作形势，结合自己多年的市场运做经验，制定了如下的营销策略：</w:t>
      </w:r>
      <w:r>
        <w:rPr>
          <w:lang w:eastAsia="zh-CN"/>
        </w:rPr>
        <w:br/>
      </w:r>
      <w:r>
        <w:rPr>
          <w:lang w:eastAsia="zh-CN"/>
        </w:rPr>
        <w:t>　　1、产品策略，坚持差异化，走特色发展之路，产品进入市场，要充分体现集群特点，发挥产品核心竞争力，形成一个强大的产品组合战斗群，避免单兵作战。</w:t>
      </w:r>
      <w:r>
        <w:rPr>
          <w:lang w:eastAsia="zh-CN"/>
        </w:rPr>
        <w:br/>
      </w:r>
      <w:r>
        <w:rPr>
          <w:lang w:eastAsia="zh-CN"/>
        </w:rPr>
        <w:t>　　2、价格策略，高质、高价，产品价格向行业标兵看齐，同时，强调产品运输半径，以600公里为限，实行“一套价格体系，两种返利模式”，即价格相同，但返利标准根据距离远近不同而有所不同的定价策略。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通路策略，创新性地提出分品项、分渠道运作思想，除精耕细作，做好传统通路外，集中物力、财力、人力、运力等企业资源，大力度地开拓学校、社区、网吧、团购等一些特殊通路，实施全方位、立体式的突破。</w:t>
      </w:r>
      <w:r>
        <w:rPr>
          <w:lang w:eastAsia="zh-CN"/>
        </w:rPr>
        <w:br/>
      </w:r>
      <w:r>
        <w:rPr>
          <w:lang w:eastAsia="zh-CN"/>
        </w:rPr>
        <w:t>　　4、促销策略，在“高价位、高促销”的基础上，开创性地提出了“连环促销”的营销理念，它具有如下几个特征：</w:t>
      </w:r>
      <w:r>
        <w:rPr>
          <w:lang w:eastAsia="zh-CN"/>
        </w:rPr>
        <w:br/>
      </w:r>
      <w:r>
        <w:rPr>
          <w:lang w:eastAsia="zh-CN"/>
        </w:rPr>
        <w:t>　　一、促销体现“联动”，牵一发而动全身，其目的是大力度地牵制经销商，充分利用其资金、网络等一切可以利用的资源，有效挤压竞争对手。</w:t>
      </w:r>
      <w:r>
        <w:rPr>
          <w:lang w:eastAsia="zh-CN"/>
        </w:rPr>
        <w:br/>
      </w:r>
      <w:r>
        <w:rPr>
          <w:lang w:eastAsia="zh-CN"/>
        </w:rPr>
        <w:t>　　二、连环的促销方式至少两个以上，比如销售累积奖和箱内设奖同时出现，以充分吸引分销商和终端消费者的眼球。</w:t>
      </w:r>
      <w:r>
        <w:rPr>
          <w:lang w:eastAsia="zh-CN"/>
        </w:rPr>
        <w:br/>
      </w:r>
      <w:r>
        <w:rPr>
          <w:lang w:eastAsia="zh-CN"/>
        </w:rPr>
        <w:t>　　三、促销品的选择原则求新、求奇、求异，即要与竞品不同，通过富有吸引力的促销品，实现市场“动销”，以及促销激活通路、通路激活促销之目的。</w:t>
      </w:r>
      <w:r>
        <w:rPr>
          <w:lang w:eastAsia="zh-CN"/>
        </w:rPr>
        <w:br/>
      </w:r>
      <w:r>
        <w:rPr>
          <w:lang w:eastAsia="zh-CN"/>
        </w:rPr>
        <w:t>　　5、服务策略，细节决定成败，在“人无我有，人有我优，人优我新，人新我转”的思路下，在服务细节上狠下工夫。提出了“5S”温情服务承诺，并建立起“贴身式”、“保姆式”的服务观念，在售前、售中、售后服务上，务求热情、真诚、一站式等等。通过营销策略的制定，刘经理胸有成竹，也为其目标的顺利实现做了一个良好的开端。</w:t>
      </w:r>
      <w:r>
        <w:rPr>
          <w:lang w:eastAsia="zh-CN"/>
        </w:rPr>
        <w:br/>
      </w:r>
      <w:r>
        <w:rPr>
          <w:lang w:eastAsia="zh-CN"/>
        </w:rPr>
        <w:t>　　五、团队管理。</w:t>
      </w:r>
      <w:r>
        <w:rPr>
          <w:lang w:eastAsia="zh-CN"/>
        </w:rPr>
        <w:br/>
      </w:r>
      <w:r>
        <w:rPr>
          <w:lang w:eastAsia="zh-CN"/>
        </w:rPr>
        <w:t>　　在这个模块，刘经理主要锁定了两个方面的内容：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人员规划，即根据年度销售计划，合理人员配置，制定了人员招聘和培养计划，比如，20__年销售目标5个亿，公司本部的营销员队伍要达到200人，这些人要在什么时间内到位，落实责任人是谁等等，都有一个具体的规划明细。</w:t>
      </w:r>
      <w:r>
        <w:rPr>
          <w:lang w:eastAsia="zh-CN"/>
        </w:rPr>
        <w:br/>
      </w:r>
      <w:r>
        <w:rPr>
          <w:lang w:eastAsia="zh-CN"/>
        </w:rPr>
        <w:t>　　_全和完善规章制度，从企业的“典章”、条例这些“母法”，到营销管理制度这些“子法”，都进行了修订和补充。比如，制定了《营销人员日常行为规范及管理规定》、《营销人员“三个一”日监控制度》、《营销人员市场作业流程》、《营销员管理手册》等等。二、强化培训，提升团队整体素质和战斗力。比如，制定了全年的培训计划，培训分为企业内训和外训两种，内训又分为潜能激发、技能提升、操作实务等。外训则是选派优秀的营销人员到一些大企业或大专院校、培训机构接受培训等等。三、严格奖惩，建立良好的激励考核机制。通过定期晋升、破格提拔、鼓励竞争上岗、评选营销标兵等形式，激发营销人员的内在活力。刘经理旨在通过这一系列的团队整合，目地是强化团队合力，真正打造一支凝聚力、向心力、战斗力、爆发力、威慑力较强的“铁血团队”。</w:t>
      </w:r>
      <w:r>
        <w:rPr>
          <w:lang w:eastAsia="zh-CN"/>
        </w:rPr>
        <w:br/>
      </w:r>
      <w:r>
        <w:rPr>
          <w:lang w:eastAsia="zh-CN"/>
        </w:rPr>
        <w:t>　　六、费用预算。</w:t>
      </w:r>
      <w:r>
        <w:rPr>
          <w:lang w:eastAsia="zh-CN"/>
        </w:rPr>
        <w:br/>
      </w:r>
      <w:r>
        <w:rPr>
          <w:lang w:eastAsia="zh-CN"/>
        </w:rPr>
        <w:t>　　刘经理所做销售计划的最后一项，就是销售费用的预算。即在销售目标达成后，企业投入费用的产出比。比如，刘经理所在的方便面企业，销售目标5个亿，其中，工资费用：500万，差旅费用：300万，管理费用：100万，培训、招待以及其他杂费等费用100万，合计1000万元，费用占比2%，通过费用预算，刘经理可以合理地进行费用控制和调配，使企业的资源“好钢用在刀刃上”，以求企业的资金利用率达到最大化，从而不偏离市场发展轨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刘经理在做年度销售计划时，还充分利用了表格这套工具，比如，销售目标的分解、人员规划、培训纲目、费用预算等等，都通过表格的形式予以体现，不仅一目了然，而且还具有对比性、参照性，使以上内容更加直观和易于理解。</w:t>
      </w:r>
      <w:r>
        <w:rPr>
          <w:lang w:eastAsia="zh-CN"/>
        </w:rPr>
        <w:br/>
      </w:r>
      <w:r>
        <w:rPr>
          <w:lang w:eastAsia="zh-CN"/>
        </w:rPr>
        <w:t>　　20__年工作计划的制定，刘经理达到了如下目的：</w:t>
      </w:r>
      <w:r>
        <w:rPr>
          <w:lang w:eastAsia="zh-CN"/>
        </w:rPr>
        <w:br/>
      </w:r>
      <w:r>
        <w:rPr>
          <w:lang w:eastAsia="zh-CN"/>
        </w:rPr>
        <w:t>　　1、明确了企业年度营销计划及其发展方向，通过营销计划的制定，刘经理不仅理清了销售思路，而且还为其具体操作市场指明了方向，实现了年度销售计划从主观型到理性化的转变。</w:t>
      </w:r>
      <w:r>
        <w:rPr>
          <w:lang w:eastAsia="zh-CN"/>
        </w:rPr>
        <w:br/>
      </w:r>
      <w:r>
        <w:rPr>
          <w:lang w:eastAsia="zh-CN"/>
        </w:rPr>
        <w:t>　　2、实现了数字化、制度化、流程化等等基础性营销管理。不仅量化了全年的销售目标，而且还通过销售目标的合理分解，并细化到人员和月度，为每月营销企划方案的制定做了技术性的支撑。</w:t>
      </w:r>
      <w:r>
        <w:rPr>
          <w:lang w:eastAsia="zh-CN"/>
        </w:rPr>
        <w:br/>
      </w:r>
      <w:r>
        <w:rPr>
          <w:lang w:eastAsia="zh-CN"/>
        </w:rPr>
        <w:t>　　3、整合了企业的营销组合策略，通过年度销售计划，确定了新的一年营销执行的模式和手段，为市场的有效拓展提供了策略支持。</w:t>
      </w:r>
      <w:r>
        <w:rPr>
          <w:lang w:eastAsia="zh-CN"/>
        </w:rPr>
        <w:br/>
      </w:r>
      <w:r>
        <w:rPr>
          <w:lang w:eastAsia="zh-CN"/>
        </w:rPr>
        <w:t>　　4、吹响了“铁鹰”团队打造的号角，通过年度销售计划的拟订，确定了“铁鹰”打造计划，为优秀营销团队的快速发展以及创建学习型、顾问型的营销团队打下了一个坚实的基础。</w:t>
      </w:r>
      <w:r>
        <w:rPr>
          <w:lang w:eastAsia="zh-CN"/>
        </w:rPr>
        <w:br/>
      </w:r>
      <w:r>
        <w:rPr>
          <w:lang w:eastAsia="zh-CN"/>
        </w:rPr>
        <w:t xml:space="preserve">    精选员工销售工作计划 篇5 </w:t>
      </w:r>
      <w:r>
        <w:rPr>
          <w:lang w:eastAsia="zh-CN"/>
        </w:rPr>
        <w:br/>
      </w:r>
      <w:r>
        <w:rPr>
          <w:lang w:eastAsia="zh-CN"/>
        </w:rPr>
        <w:t>　　本人在20__年度,销售业绩不是太理想，当然这其中肯定有许多不足和需要改进、完善的地方。今年，我将一如既往地按照公司的要求，在去年的工作基础上，本着“多沟通、多协调、积极主动、创造性地开展工作”的指导思想，发扬不怕苦累创业精神，确立工作目标，全面开展20__年度的工作。现制定工作划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一；对于老客户，和固定客户，要经常保持联系，在有时间有条件的情况下，送一些小礼物或宴请客户，好稳定与客户关系。</w:t>
      </w:r>
      <w:r>
        <w:rPr>
          <w:lang w:eastAsia="zh-CN"/>
        </w:rPr>
        <w:br/>
      </w:r>
      <w:r>
        <w:rPr>
          <w:lang w:eastAsia="zh-CN"/>
        </w:rPr>
        <w:t>　　二；在拥有老客户的同时还要不断从各种渠道快速开发新客户,推广新产品.</w:t>
      </w:r>
      <w:r>
        <w:rPr>
          <w:lang w:eastAsia="zh-CN"/>
        </w:rPr>
        <w:br/>
      </w:r>
      <w:r>
        <w:rPr>
          <w:lang w:eastAsia="zh-CN"/>
        </w:rPr>
        <w:t>　　三；要有好销售业绩就得加强业务学习，开拓视野，丰富知识，采取多样化形式，把学业务与交流技能相结合。</w:t>
      </w:r>
      <w:r>
        <w:rPr>
          <w:lang w:eastAsia="zh-CN"/>
        </w:rPr>
        <w:br/>
      </w:r>
      <w:r>
        <w:rPr>
          <w:lang w:eastAsia="zh-CN"/>
        </w:rPr>
        <w:t>　　四；今年对自己有以下要求：</w:t>
      </w:r>
      <w:r>
        <w:rPr>
          <w:lang w:eastAsia="zh-CN"/>
        </w:rPr>
        <w:br/>
      </w:r>
      <w:r>
        <w:rPr>
          <w:lang w:eastAsia="zh-CN"/>
        </w:rPr>
        <w:t>　　2：一周一小结，每月一大结，看看有哪些工作上的失误，及时改正下次不要再犯。</w:t>
      </w:r>
      <w:r>
        <w:rPr>
          <w:lang w:eastAsia="zh-CN"/>
        </w:rPr>
        <w:br/>
      </w:r>
      <w:r>
        <w:rPr>
          <w:lang w:eastAsia="zh-CN"/>
        </w:rPr>
        <w:t>　　3：见客户之前要多了解客户的状态和需求，再做好准备工作才有可能与这个客户合作。</w:t>
      </w:r>
      <w:r>
        <w:rPr>
          <w:lang w:eastAsia="zh-CN"/>
        </w:rPr>
        <w:br/>
      </w:r>
      <w:r>
        <w:rPr>
          <w:lang w:eastAsia="zh-CN"/>
        </w:rPr>
        <w:t>　　4：对自己严格要求,学习亮剑精神,工作扎实细致,要不断加强业务方面的学习，多看书及相关产品知识，上网查阅相关资料，与同行们交流，向他们学习更好的方式方法。</w:t>
      </w:r>
      <w:r>
        <w:rPr>
          <w:lang w:eastAsia="zh-CN"/>
        </w:rPr>
        <w:br/>
      </w:r>
      <w:r>
        <w:rPr>
          <w:lang w:eastAsia="zh-CN"/>
        </w:rPr>
        <w:t>　　5：对所有客户的工作态度都要一样，加强产品质量和服务意识,为公司树立更好的形象,让客户相信我们的工作实力，才能更好的完成任务。</w:t>
      </w:r>
      <w:r>
        <w:rPr>
          <w:lang w:eastAsia="zh-CN"/>
        </w:rPr>
        <w:br/>
      </w:r>
      <w:r>
        <w:rPr>
          <w:lang w:eastAsia="zh-CN"/>
        </w:rPr>
        <w:t>　　6：和公司其他销售人员要有良好的沟通，有团队意识，多交流，多探讨，才能不断增长业务技能。</w:t>
      </w:r>
      <w:r>
        <w:rPr>
          <w:lang w:eastAsia="zh-CN"/>
        </w:rPr>
        <w:br/>
      </w:r>
      <w:r>
        <w:rPr>
          <w:lang w:eastAsia="zh-CN"/>
        </w:rPr>
        <w:t>　　7：为了今年的销售任务每月我要努力完成30w以上的任务额。</w:t>
      </w:r>
      <w:r>
        <w:rPr>
          <w:lang w:eastAsia="zh-CN"/>
        </w:rPr>
        <w:br/>
      </w:r>
      <w:r>
        <w:rPr>
          <w:lang w:eastAsia="zh-CN"/>
        </w:rPr>
        <w:t xml:space="preserve">    精选员工销售工作计划 篇6 </w:t>
      </w:r>
      <w:r>
        <w:rPr>
          <w:lang w:eastAsia="zh-CN"/>
        </w:rPr>
        <w:br/>
      </w:r>
      <w:r>
        <w:rPr>
          <w:lang w:eastAsia="zh-CN"/>
        </w:rPr>
        <w:t>　　市场分析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现在大连做网站的公司虽然很多，但主要的对手也就是那几家公司，现在我们公司的产品从产品质量，功能上都基本属于最好的。当然百度方面就更不用说了，就我们一家。表面上各家公司之间竞争是激烈的，但实质上我们公司无论各方面都是其他公司无法相比的。我们要拿出这份底气来。</w:t>
      </w:r>
      <w:r>
        <w:rPr>
          <w:lang w:eastAsia="zh-CN"/>
        </w:rPr>
        <w:br/>
      </w:r>
      <w:r>
        <w:rPr>
          <w:lang w:eastAsia="zh-CN"/>
        </w:rPr>
        <w:t>　　我们现在差就差在员工本身的工作劲头上，其他公司的销售能在产品本身不如我们的情况下销售业绩依旧有所保障，只能说明他们的销售是比我们强的，如果我们的销售跟他们的一样，我们的业绩那没话说，无敌了。什么100%增长完全没有问题。</w:t>
      </w:r>
      <w:r>
        <w:rPr>
          <w:lang w:eastAsia="zh-CN"/>
        </w:rPr>
        <w:br/>
      </w:r>
      <w:r>
        <w:rPr>
          <w:lang w:eastAsia="zh-CN"/>
        </w:rPr>
        <w:t>　　12月份工作计划主要几点</w:t>
      </w:r>
      <w:r>
        <w:rPr>
          <w:lang w:eastAsia="zh-CN"/>
        </w:rPr>
        <w:br/>
      </w:r>
      <w:r>
        <w:rPr>
          <w:lang w:eastAsia="zh-CN"/>
        </w:rPr>
        <w:t>　　1、必须把部门建立成一支熟悉业务，而相对稳定的销售团队。人才是最宝贵的资源，保证长期的销售业绩是起源于能有一批牛b的销售。</w:t>
      </w:r>
      <w:r>
        <w:rPr>
          <w:lang w:eastAsia="zh-CN"/>
        </w:rPr>
        <w:br/>
      </w:r>
      <w:r>
        <w:rPr>
          <w:lang w:eastAsia="zh-CN"/>
        </w:rPr>
        <w:t>　　2、建立一支具有凝聚力，有合作精神的销售团队是保证业绩的根本。在以后的工作中建立一个和谐，具有杀伤力的团队作为一项主要的工作来抓。</w:t>
      </w:r>
      <w:r>
        <w:rPr>
          <w:lang w:eastAsia="zh-CN"/>
        </w:rPr>
        <w:br/>
      </w:r>
      <w:r>
        <w:rPr>
          <w:lang w:eastAsia="zh-CN"/>
        </w:rPr>
        <w:t>　　3、完善销售制度，建立一套明确系统的业务管理办法。销售管理是我现在最头疼的问题，销售人员出勤，见客户处于放任自流的状态。完善销售管理制度的目的是让员工在工作中发挥自觉性，对工作要有高度的责任心。强化员工的执行力，从而提高工作效率。</w:t>
      </w:r>
      <w:r>
        <w:rPr>
          <w:lang w:eastAsia="zh-CN"/>
        </w:rPr>
        <w:br/>
      </w:r>
      <w:r>
        <w:rPr>
          <w:lang w:eastAsia="zh-CN"/>
        </w:rPr>
        <w:t>　　4、培养他们发现问题，总结问题，不断自我提高的习惯。只有自己问出来的问题自己才能记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得住记得牢，我平时再怎么讲碰到问题了一样解决不了。就得他们自己问，我们大家一起解决才行。</w:t>
      </w:r>
      <w:r>
        <w:rPr>
          <w:lang w:eastAsia="zh-CN"/>
        </w:rPr>
        <w:br/>
      </w:r>
      <w:r>
        <w:rPr>
          <w:lang w:eastAsia="zh-CN"/>
        </w:rPr>
        <w:t>　　5、销售目标。根据下达的任务，把任务根据具体情况分解到每周，每日；以每周，每日的销售目标分解到各个人身上，完成各个时间段的任务。并在完成任务的基础上提高业绩。最后总结两点就是</w:t>
      </w:r>
      <w:r>
        <w:rPr>
          <w:lang w:eastAsia="zh-CN"/>
        </w:rPr>
        <w:br/>
      </w:r>
      <w:r>
        <w:rPr>
          <w:lang w:eastAsia="zh-CN"/>
        </w:rPr>
        <w:t>　　1、提高执行力的标准，建立一个良好的销售团队</w:t>
      </w:r>
      <w:r>
        <w:rPr>
          <w:lang w:eastAsia="zh-CN"/>
        </w:rPr>
        <w:br/>
      </w:r>
      <w:r>
        <w:rPr>
          <w:lang w:eastAsia="zh-CN"/>
        </w:rPr>
        <w:t>　　2、有一个好的工作模式与工作习惯是我们工作的关键。</w:t>
      </w:r>
      <w:r>
        <w:rPr>
          <w:lang w:eastAsia="zh-CN"/>
        </w:rPr>
        <w:br/>
      </w:r>
      <w:r>
        <w:rPr>
          <w:lang w:eastAsia="zh-CN"/>
        </w:rPr>
        <w:t>　　总之一句话：全力以赴。</w:t>
      </w:r>
      <w:r>
        <w:rPr>
          <w:lang w:eastAsia="zh-CN"/>
        </w:rPr>
        <w:br/>
      </w:r>
      <w:r>
        <w:rPr>
          <w:lang w:eastAsia="zh-CN"/>
        </w:rPr>
        <w:t xml:space="preserve">    精选员工销售工作计划 篇7 </w:t>
      </w:r>
      <w:r>
        <w:rPr>
          <w:lang w:eastAsia="zh-CN"/>
        </w:rPr>
        <w:br/>
      </w:r>
      <w:r>
        <w:rPr>
          <w:lang w:eastAsia="zh-CN"/>
        </w:rPr>
        <w:t>　　一、任务完成情况</w:t>
      </w:r>
      <w:r>
        <w:rPr>
          <w:lang w:eastAsia="zh-CN"/>
        </w:rPr>
        <w:br/>
      </w:r>
      <w:r>
        <w:rPr>
          <w:lang w:eastAsia="zh-CN"/>
        </w:rPr>
        <w:t>　　今年实际完成销售量为40万，其中超市联营24万，月饼代理销售8万，幼儿园渠道4万，企事业单位团购3万，其它渠道销售1万以上，超额完成年初既定的20_年26万目标。</w:t>
      </w:r>
      <w:r>
        <w:rPr>
          <w:lang w:eastAsia="zh-CN"/>
        </w:rPr>
        <w:br/>
      </w:r>
      <w:r>
        <w:rPr>
          <w:lang w:eastAsia="zh-CN"/>
        </w:rPr>
        <w:t>　　联营销售占绝大部分份额，也就是合作方提供黄金地段、设备和经营权，提取返利;我方提供人员和原料;合作共赢。最主要的是在超额完成销售任务的情况下，通过与联通，华联，华美等中国名牌企业的合作，担任了公司的品牌竞争力，并开发了糕点行业的新的发展模式，增加了新的赢利点。</w:t>
      </w:r>
      <w:r>
        <w:rPr>
          <w:lang w:eastAsia="zh-CN"/>
        </w:rPr>
        <w:br/>
      </w:r>
      <w:r>
        <w:rPr>
          <w:lang w:eastAsia="zh-CN"/>
        </w:rPr>
        <w:t>　　总的说来是销售量正常，联营增长较快，但公司发展处于停滞甚至倒退状态，没有良好的前景规划。</w:t>
      </w:r>
      <w:r>
        <w:rPr>
          <w:lang w:eastAsia="zh-CN"/>
        </w:rPr>
        <w:br/>
      </w:r>
      <w:r>
        <w:rPr>
          <w:lang w:eastAsia="zh-CN"/>
        </w:rPr>
        <w:t>　　二、客户反映较多的情况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对于我们生产销售型企业来说，质量和服务就是我们的生命，如果这两方面做不好，企业的发展壮大就是纸上谈兵。</w:t>
      </w:r>
      <w:r>
        <w:rPr>
          <w:lang w:eastAsia="zh-CN"/>
        </w:rPr>
        <w:br/>
      </w:r>
      <w:r>
        <w:rPr>
          <w:lang w:eastAsia="zh-CN"/>
        </w:rPr>
        <w:t>　　1、质量状况：质量不稳定，退、换货情况较多。如双语，各店供货等，发生的质量问题接二连三，客户怨声载道。</w:t>
      </w:r>
      <w:r>
        <w:rPr>
          <w:lang w:eastAsia="zh-CN"/>
        </w:rPr>
        <w:br/>
      </w:r>
      <w:r>
        <w:rPr>
          <w:lang w:eastAsia="zh-CN"/>
        </w:rPr>
        <w:t>　　2、细节注意不够：如箱体的整洁，服务人员的态度和语言等等。虽然是小问题却影响了整个产品的质量，并给客户造成很坏的印象。</w:t>
      </w:r>
      <w:r>
        <w:rPr>
          <w:lang w:eastAsia="zh-CN"/>
        </w:rPr>
        <w:br/>
      </w:r>
      <w:r>
        <w:rPr>
          <w:lang w:eastAsia="zh-CN"/>
        </w:rPr>
        <w:t>　　3、交货不及时：生产周期计划不准，生产调度不当常造成货期拖延，也有发货人员人为因素造成的交期延迟。</w:t>
      </w:r>
      <w:r>
        <w:rPr>
          <w:lang w:eastAsia="zh-CN"/>
        </w:rPr>
        <w:br/>
      </w:r>
      <w:r>
        <w:rPr>
          <w:lang w:eastAsia="zh-CN"/>
        </w:rPr>
        <w:t>　　4、报价问题：因公司内部价格体系不完整，所以不同的客户等级无法体现，老客户、大客户体会不到公司的照顾与优惠。</w:t>
      </w:r>
      <w:r>
        <w:rPr>
          <w:lang w:eastAsia="zh-CN"/>
        </w:rPr>
        <w:br/>
      </w:r>
      <w:r>
        <w:rPr>
          <w:lang w:eastAsia="zh-CN"/>
        </w:rPr>
        <w:t>　　5、价格问题：没有一个准确的标准调价，全凭一时的行业动态和老总的预算，没有大局观。</w:t>
      </w:r>
      <w:r>
        <w:rPr>
          <w:lang w:eastAsia="zh-CN"/>
        </w:rPr>
        <w:br/>
      </w:r>
      <w:r>
        <w:rPr>
          <w:lang w:eastAsia="zh-CN"/>
        </w:rPr>
        <w:t xml:space="preserve">    精选员工销售工作计划 篇8 </w:t>
      </w:r>
      <w:r>
        <w:rPr>
          <w:lang w:eastAsia="zh-CN"/>
        </w:rPr>
        <w:br/>
      </w:r>
      <w:r>
        <w:rPr>
          <w:lang w:eastAsia="zh-CN"/>
        </w:rPr>
        <w:t>　　20__年已经快要过去，虽然销售业绩并不理想，但那只能代表过去，为了在20__年有一个新的起点，新的目标，特制定工作计划，以作激励。</w:t>
      </w:r>
      <w:r>
        <w:rPr>
          <w:lang w:eastAsia="zh-CN"/>
        </w:rPr>
        <w:br/>
      </w:r>
      <w:r>
        <w:rPr>
          <w:lang w:eastAsia="zh-CN"/>
        </w:rPr>
        <w:t>　　我负责的是外省市场，根据公司分解的任务，明年销售总量200万，新开发县级客户20~25个，其中大部分精力放在中等客户这块，一年零售卖10万左右客户是我的重点目标，针对这类客户，首次进货必须达到3万以上，对于还兼有批发能力的客户首次进货必须达到5万，力争在八月份之前客户量达到10个，下面是计划的内容和实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1.每个月要增加2个以上的新客户，还要有2~3个意向客户，给下个月工作做好基础工作。</w:t>
      </w:r>
      <w:r>
        <w:rPr>
          <w:lang w:eastAsia="zh-CN"/>
        </w:rPr>
        <w:br/>
      </w:r>
      <w:r>
        <w:rPr>
          <w:lang w:eastAsia="zh-CN"/>
        </w:rPr>
        <w:t>　　2.一周一小结，每月一大结，及时的调整自己的心态，杜绝自己的惰性，时时记住去年留下的教训。</w:t>
      </w:r>
      <w:r>
        <w:rPr>
          <w:lang w:eastAsia="zh-CN"/>
        </w:rPr>
        <w:br/>
      </w:r>
      <w:r>
        <w:rPr>
          <w:lang w:eastAsia="zh-CN"/>
        </w:rPr>
        <w:t>　　3.一天拜访量至少20家以上，见客户之前保持积极心态，认真的走访每一家，做到尽职尽责。</w:t>
      </w:r>
      <w:r>
        <w:rPr>
          <w:lang w:eastAsia="zh-CN"/>
        </w:rPr>
        <w:br/>
      </w:r>
      <w:r>
        <w:rPr>
          <w:lang w:eastAsia="zh-CN"/>
        </w:rPr>
        <w:t>　　4.对所有客户的工作态度都要一样，不能遇到软弱的客户我就强势，遇到强势的经销商就低三下四，都要镇定以对，坚定我们公司原则，我们是厂家，坚定自己的立场。</w:t>
      </w:r>
      <w:r>
        <w:rPr>
          <w:lang w:eastAsia="zh-CN"/>
        </w:rPr>
        <w:br/>
      </w:r>
      <w:r>
        <w:rPr>
          <w:lang w:eastAsia="zh-CN"/>
        </w:rPr>
        <w:t>　　5.在维护老客户这块，客户遇到问题，不能置之不理一定要尽全力帮助他们解决。要先做人再做生意，秉着诚信，让客户从真正意义上的相信我们，让他们心里在实际意义上的合作伙伴到朋友，我这块我去年我做的太不够了，平时缺少沟通，纯属合作伙伴性质，以至于真正需要他们时都不给予帮忙。</w:t>
      </w:r>
      <w:r>
        <w:rPr>
          <w:lang w:eastAsia="zh-CN"/>
        </w:rPr>
        <w:br/>
      </w:r>
      <w:r>
        <w:rPr>
          <w:lang w:eastAsia="zh-CN"/>
        </w:rPr>
        <w:t>　　6.经常保持和公司其他同事要有良好的沟通，有团队意识，多交流，多探讨，更多的是要和其他办事处做的好的同事，虚心向他们学习好的方面，多了解其他同事的业务技巧等方面，不形成只和本办事处人打电话就闲聊。</w:t>
      </w:r>
      <w:r>
        <w:rPr>
          <w:lang w:eastAsia="zh-CN"/>
        </w:rPr>
        <w:br/>
      </w:r>
      <w:r>
        <w:rPr>
          <w:lang w:eastAsia="zh-CN"/>
        </w:rPr>
        <w:t>　　7.自信是非常重要的。见到稍微大点的客户，自己由心的感觉到恐慌，畏惧心里。遇事学会沉着冷静，慢慢学会独立，不要遇到点小事就想到主任。能自己完成的坚决自己完成，自己不能完成的尽量和同时沟通探讨，让自己能够在真正意义上的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8.每天保持积极向上的心态，用最好的精神面貌去面对每一个客户。遇到挫折和小打击应该及时调整，杜绝消极，悲观态度，做到真正意义上的销售人员应该具备的心里承受能力，正所谓的概率论，拜访的数量多了总存在我们的客户。</w:t>
      </w:r>
      <w:r>
        <w:rPr>
          <w:lang w:eastAsia="zh-CN"/>
        </w:rPr>
        <w:br/>
      </w:r>
      <w:r>
        <w:rPr>
          <w:lang w:eastAsia="zh-CN"/>
        </w:rPr>
        <w:t>　　9.为了今年的销售任务，我要努力争取在8月份之前开发出10个客户，以保证每个月固定的应有量，为下半年打好牢固的基础，以至于不会造成去年那局势，别人搞活动，我这边没客户，只能眼睁睁的看着别人搞的热火朝天，自己却不知道去干什么。</w:t>
      </w:r>
      <w:r>
        <w:rPr>
          <w:lang w:eastAsia="zh-CN"/>
        </w:rPr>
        <w:br/>
      </w:r>
      <w:r>
        <w:rPr>
          <w:lang w:eastAsia="zh-CN"/>
        </w:rPr>
        <w:t xml:space="preserve">    精选员工销售工作计划 篇9 </w:t>
      </w:r>
      <w:r>
        <w:rPr>
          <w:lang w:eastAsia="zh-CN"/>
        </w:rPr>
        <w:br/>
      </w:r>
      <w:r>
        <w:rPr>
          <w:lang w:eastAsia="zh-CN"/>
        </w:rPr>
        <w:t>　　作为一名服装销售员，我现将我的工作计划呈现如下。在服装销售过程中，销售员有着不可比拟的作用，销售员是否能掌握服装销售技巧很重要，首先要注意推荐购买技巧。销售员除了将服装展示给顾客，并加以说明之外，还要向顾客推荐服装，以引起顾客的购买的兴趣。推荐服装可运用下列方法：</w:t>
      </w:r>
      <w:r>
        <w:rPr>
          <w:lang w:eastAsia="zh-CN"/>
        </w:rPr>
        <w:br/>
      </w:r>
      <w:r>
        <w:rPr>
          <w:lang w:eastAsia="zh-CN"/>
        </w:rPr>
        <w:t>　　1、推荐时要有信心，向顾客推荐服装时，营业员本身要有信心，才能让顾客对服装有信任感。</w:t>
      </w:r>
      <w:r>
        <w:rPr>
          <w:lang w:eastAsia="zh-CN"/>
        </w:rPr>
        <w:br/>
      </w:r>
      <w:r>
        <w:rPr>
          <w:lang w:eastAsia="zh-CN"/>
        </w:rPr>
        <w:t>　　2、适合于顾客的推荐。对顾客提示商品和进行说明时，应根据顾客的实际客观条件，推荐适合的服装。</w:t>
      </w:r>
      <w:r>
        <w:rPr>
          <w:lang w:eastAsia="zh-CN"/>
        </w:rPr>
        <w:br/>
      </w:r>
      <w:r>
        <w:rPr>
          <w:lang w:eastAsia="zh-CN"/>
        </w:rPr>
        <w:t>　　3、配合手势向顾客推荐。</w:t>
      </w:r>
      <w:r>
        <w:rPr>
          <w:lang w:eastAsia="zh-CN"/>
        </w:rPr>
        <w:br/>
      </w:r>
      <w:r>
        <w:rPr>
          <w:lang w:eastAsia="zh-CN"/>
        </w:rPr>
        <w:t>　　4、配合商品的特征。每类服装有不同的特征，如功能、设计、品质等方面的特征，向顾客推荐服装时，要着重强调服装的不同特征。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5、把话题集中在商品上。向顾客推荐服装时，要想方设法把话题引到服装上，同时注意观察顾客对服装的反映，以便适时地促成销售。</w:t>
      </w:r>
      <w:r>
        <w:rPr>
          <w:lang w:eastAsia="zh-CN"/>
        </w:rPr>
        <w:br/>
      </w:r>
      <w:r>
        <w:rPr>
          <w:lang w:eastAsia="zh-CN"/>
        </w:rPr>
        <w:t>　　6、准确地说出各类服装的优点。对顾客进行服装的说明与推荐时，要比较各类服装的不同，准确地说出各类服装的优点。其次要注意重点销售技巧。重点销售就是指要有针对性。对于服装的设计、功能、质量、价格等因素，要因人而宜，真正使顾客的心理由比较过渡到信念，最终销售成功。在极短的时间内能让顾客具有购买的信念，是销售中非常重要的一个环节。</w:t>
      </w:r>
      <w:r>
        <w:rPr>
          <w:lang w:eastAsia="zh-CN"/>
        </w:rPr>
        <w:br/>
      </w:r>
      <w:r>
        <w:rPr>
          <w:lang w:eastAsia="zh-CN"/>
        </w:rPr>
        <w:t>　　重点销售有下列原则：</w:t>
      </w:r>
      <w:r>
        <w:rPr>
          <w:lang w:eastAsia="zh-CN"/>
        </w:rPr>
        <w:br/>
      </w:r>
      <w:r>
        <w:rPr>
          <w:lang w:eastAsia="zh-CN"/>
        </w:rPr>
        <w:t>　　1、从穿着时间、穿着场合、穿着对象、穿着目的方面做好购买参谋，有利于销售成功。</w:t>
      </w:r>
      <w:r>
        <w:rPr>
          <w:lang w:eastAsia="zh-CN"/>
        </w:rPr>
        <w:br/>
      </w:r>
      <w:r>
        <w:rPr>
          <w:lang w:eastAsia="zh-CN"/>
        </w:rPr>
        <w:t>　　2、重点要简短。对顾客说明服装特性时，要做到语言简练清楚，内容易懂。服装商品最重要的特点要首先说出，如有时间再逐层展开。</w:t>
      </w:r>
      <w:r>
        <w:rPr>
          <w:lang w:eastAsia="zh-CN"/>
        </w:rPr>
        <w:br/>
      </w:r>
      <w:r>
        <w:rPr>
          <w:lang w:eastAsia="zh-CN"/>
        </w:rPr>
        <w:t>　　3、具体的表现。要根据顾客的情况，随机应变，不可千篇一律，只说：这件衣服好，这件衣服你最适合等过于简单和笼统的推销语言。依销售对象不同而改变说话方式。对不同的顾客要介绍不同的内容，做到因人而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4、营业员把握流行的动态、了解时尚的先锋，要向顾客说明服装符合流行的趋势。以上是我在工作中的小小计划，在以后的过程中，我将做好每日总结和分析，及时改正工作中的不足，力求将服装销售工作做到最好。</w:t>
      </w:r>
      <w:r>
        <w:rPr>
          <w:lang w:eastAsia="zh-CN"/>
        </w:rPr>
        <w:br/>
      </w:r>
      <w:r>
        <w:rPr>
          <w:lang w:eastAsia="zh-CN"/>
        </w:rPr>
        <w:t xml:space="preserve">    精选员工销售工作计划 篇10 </w:t>
      </w:r>
      <w:r>
        <w:rPr>
          <w:lang w:eastAsia="zh-CN"/>
        </w:rPr>
        <w:br/>
      </w:r>
      <w:r>
        <w:rPr>
          <w:lang w:eastAsia="zh-CN"/>
        </w:rPr>
        <w:t>　　一、全面贯彻总公司“积极均衡、整合转型、创新超越”的总体工作方针</w:t>
      </w:r>
      <w:r>
        <w:rPr>
          <w:lang w:eastAsia="zh-CN"/>
        </w:rPr>
        <w:br/>
      </w:r>
      <w:r>
        <w:rPr>
          <w:lang w:eastAsia="zh-CN"/>
        </w:rPr>
        <w:t>　　积极落实总公司关于实施员工职业素质提升工程的指导意见，构建学学习创新型企业，搭建优秀的人力资源支持平台，加大人才培养力度，建立人才培养机制，全面提升员工职业素质。</w:t>
      </w:r>
      <w:r>
        <w:rPr>
          <w:lang w:eastAsia="zh-CN"/>
        </w:rPr>
        <w:br/>
      </w:r>
      <w:r>
        <w:rPr>
          <w:lang w:eastAsia="zh-CN"/>
        </w:rPr>
        <w:t>　　二、转变思想观念</w:t>
      </w:r>
      <w:r>
        <w:rPr>
          <w:lang w:eastAsia="zh-CN"/>
        </w:rPr>
        <w:br/>
      </w:r>
      <w:r>
        <w:rPr>
          <w:lang w:eastAsia="zh-CN"/>
        </w:rPr>
        <w:t>　　积极适应市场竞争的需要，继续加强竞争意识和危机意识教育，引入激励机制，巩固原有险种的市场份额，积极开拓新业务、新保源。</w:t>
      </w:r>
      <w:r>
        <w:rPr>
          <w:lang w:eastAsia="zh-CN"/>
        </w:rPr>
        <w:br/>
      </w:r>
      <w:r>
        <w:rPr>
          <w:lang w:eastAsia="zh-CN"/>
        </w:rPr>
        <w:t>　　三、加强与政府和有关部门的沟通</w:t>
      </w:r>
      <w:r>
        <w:rPr>
          <w:lang w:eastAsia="zh-CN"/>
        </w:rPr>
        <w:br/>
      </w:r>
      <w:r>
        <w:rPr>
          <w:lang w:eastAsia="zh-CN"/>
        </w:rPr>
        <w:t>　　提高政府领导对保险在经济社会发展中重要作用的认识，积极取得政府和有关部门的支持，优化保险发展环境。</w:t>
      </w:r>
      <w:r>
        <w:rPr>
          <w:lang w:eastAsia="zh-CN"/>
        </w:rPr>
        <w:br/>
      </w:r>
      <w:r>
        <w:rPr>
          <w:lang w:eastAsia="zh-CN"/>
        </w:rPr>
        <w:t>　　四、进一步强化服务意识，努力提高服务水平，改善外部展业环境</w:t>
      </w:r>
      <w:r>
        <w:rPr>
          <w:lang w:eastAsia="zh-CN"/>
        </w:rPr>
        <w:br/>
      </w:r>
      <w:r>
        <w:rPr>
          <w:lang w:eastAsia="zh-CN"/>
        </w:rPr>
        <w:t>　　建立客服人员日常培训体制，努力提高服务技能和服务水平。同时加大理赔查勘力度，努力挤干理赔水份。</w:t>
      </w:r>
      <w:r>
        <w:rPr>
          <w:lang w:eastAsia="zh-CN"/>
        </w:rPr>
        <w:br/>
      </w:r>
      <w:r>
        <w:rPr>
          <w:lang w:eastAsia="zh-CN"/>
        </w:rPr>
        <w:t>　　五、加强团队建设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营造事业留人、感情留人、待遇留人的发展环境，激发员工对公司的认同感和归属感，保持队伍的高度稳定。进一步搞活用人机制，坚持打破身份界限，不拘一格用人才，确保人尽其才，才尽其用。</w:t>
      </w:r>
      <w:r>
        <w:rPr>
          <w:lang w:eastAsia="zh-CN"/>
        </w:rPr>
        <w:br/>
      </w:r>
      <w:r>
        <w:rPr>
          <w:lang w:eastAsia="zh-CN"/>
        </w:rPr>
        <w:t xml:space="preserve">    精选员工销售工作计划 篇11 </w:t>
      </w:r>
      <w:r>
        <w:rPr>
          <w:lang w:eastAsia="zh-CN"/>
        </w:rPr>
        <w:br/>
      </w:r>
      <w:r>
        <w:rPr>
          <w:lang w:eastAsia="zh-CN"/>
        </w:rPr>
        <w:t>　　即将过去的20__年，我的感受颇多。回顾这20__年的工作历程作为迪的一名员工我深深感到之蓬勃发展的热气和__人之拼搏的精神。作为企业的一个窗口，自己的一言一行也同时代表了一个企业的形象。所以更要提高自身的素质，高标准的要求自己。在高素质的基础上更要加强自己的专业知识和专业技能。</w:t>
      </w:r>
      <w:r>
        <w:rPr>
          <w:lang w:eastAsia="zh-CN"/>
        </w:rPr>
        <w:br/>
      </w:r>
      <w:r>
        <w:rPr>
          <w:lang w:eastAsia="zh-CN"/>
        </w:rPr>
        <w:t>　　在上级领导的带领和各部门的大力配合下，__年的销售额与去年相比取得了较好的成绩，在此我感谢各部门的大力配合与上级领导的支持!</w:t>
      </w:r>
      <w:r>
        <w:rPr>
          <w:lang w:eastAsia="zh-CN"/>
        </w:rPr>
        <w:br/>
      </w:r>
      <w:r>
        <w:rPr>
          <w:lang w:eastAsia="zh-CN"/>
        </w:rPr>
        <w:t>　　__年工作总结:</w:t>
      </w:r>
      <w:r>
        <w:rPr>
          <w:lang w:eastAsia="zh-CN"/>
        </w:rPr>
        <w:br/>
      </w:r>
      <w:r>
        <w:rPr>
          <w:lang w:eastAsia="zh-CN"/>
        </w:rPr>
        <w:t>　　从开厂以来截止__年12月31日，东南亚区域共有3个国家(、)共__个客人有合作往来，总销售额约:</w:t>
      </w:r>
      <w:r>
        <w:rPr>
          <w:lang w:eastAsia="zh-CN"/>
        </w:rPr>
        <w:br/>
      </w:r>
      <w:r>
        <w:rPr>
          <w:lang w:eastAsia="zh-CN"/>
        </w:rPr>
        <w:t>　　1.:客户共__个(__年新客户_个，之前的老客户__年未返单的共_个)，总销售额约rmb;</w:t>
      </w:r>
      <w:r>
        <w:rPr>
          <w:lang w:eastAsia="zh-CN"/>
        </w:rPr>
        <w:br/>
      </w:r>
      <w:r>
        <w:rPr>
          <w:lang w:eastAsia="zh-CN"/>
        </w:rPr>
        <w:t>　　2.:客户共__个(__年新客户__个，之前的老客户__年未返单的共__个)，总销售额约;</w:t>
      </w:r>
      <w:r>
        <w:rPr>
          <w:lang w:eastAsia="zh-CN"/>
        </w:rPr>
        <w:br/>
      </w:r>
      <w:r>
        <w:rPr>
          <w:lang w:eastAsia="zh-CN"/>
        </w:rPr>
        <w:t>　　3.:客户共__个(__年新客户__个，之前的老客户__年未返单的共__个)，总销售额约.00rmb。</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按以上数据，东南亚区域国家，__市场较为稳定，且返单率较高(未返单的老客户多为无客人联系方式，使得我们无法主动与客人联系取得信息)，但市场单价竞争激烈，利润空间较小。和__市场的返单率也较高，但订单订货量少，品种繁杂。不过也有个别现有客户较为理想，但还需不断与更多理想的新客户保持联系，以取得合作机会，提高销售额。</w:t>
      </w:r>
      <w:r>
        <w:rPr>
          <w:lang w:eastAsia="zh-CN"/>
        </w:rPr>
        <w:br/>
      </w:r>
      <w:r>
        <w:rPr>
          <w:lang w:eastAsia="zh-CN"/>
        </w:rPr>
        <w:t>　　忙碌的__年，由于个人工作经验不足等原因，工作中出现了不少大问题。</w:t>
      </w:r>
      <w:r>
        <w:rPr>
          <w:lang w:eastAsia="zh-CN"/>
        </w:rPr>
        <w:br/>
      </w:r>
      <w:r>
        <w:rPr>
          <w:lang w:eastAsia="zh-CN"/>
        </w:rPr>
        <w:t>　　4月份，由于灯杯电镀厂的电镀材料问题，导致我司4-5月份出货给客人部分的直插筒灯灯杯有大量严重变色的异常情况发生;10月份，又因环电镀厂问题，导致客人投诉铁皮环易生锈的问题。但因公司及时查出导致产品出现各种质量异常的根本原因，及时向客人解释，重新将出现质量异常的产品赔偿给客人，并向客人承诺我们在今后会努力完善工作，以确保产品的质量不再出现更多的问题，从而使得老客户没有放弃与我们合作的关系。但第一次和我们合作的客人，由于我们出货给客人所有产品的灯杯全部严重变色，终造成了客人无法正常销售，虽然之后我们有全部赔偿新的灯杯给客人，但客户最终还是对我们的产品质量失去信赖，同时也使客人打消了与我们长期合作的念头，使得我们失去了一个理想的大客户。</w:t>
      </w:r>
      <w:r>
        <w:rPr>
          <w:lang w:eastAsia="zh-CN"/>
        </w:rPr>
        <w:br/>
      </w:r>
      <w:r>
        <w:rPr>
          <w:lang w:eastAsia="zh-CN"/>
        </w:rPr>
        <w:t>　　10月份，客人，由于客人支付货款不及时，且多次沟通都无法取得好的结果，使我们对客人失去了信誉，从而不得不安排其客人订单暂停生产，同时造成其客户订单的产品库存，资金不能正常运作，给公司带来了严重损失。此问题至今还在紧密与客人沟通，直到问题得到解决为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对于__年发生的种种异常问题，使我认识到了自己各方面的不足，也使我从中深深吸取了教训，获得了宝贵的工作经验。在今后的工作中我将努力学习，以取得更多的工作经验，使得犯错的机率逐渐降低。</w:t>
      </w:r>
      <w:r>
        <w:rPr>
          <w:lang w:eastAsia="zh-CN"/>
        </w:rPr>
        <w:br/>
      </w:r>
      <w:r>
        <w:rPr>
          <w:lang w:eastAsia="zh-CN"/>
        </w:rPr>
        <w:t>　　20__年工作计划及个人要求:</w:t>
      </w:r>
      <w:r>
        <w:rPr>
          <w:lang w:eastAsia="zh-CN"/>
        </w:rPr>
        <w:br/>
      </w:r>
      <w:r>
        <w:rPr>
          <w:lang w:eastAsia="zh-CN"/>
        </w:rPr>
        <w:t>　　1. 对于老客户、固定客户和潜在客户，定期保持联系和沟通，稳定与客户关系，以取得更好的销售成绩;</w:t>
      </w:r>
      <w:r>
        <w:rPr>
          <w:lang w:eastAsia="zh-CN"/>
        </w:rPr>
        <w:br/>
      </w:r>
      <w:r>
        <w:rPr>
          <w:lang w:eastAsia="zh-CN"/>
        </w:rPr>
        <w:t>　　2. 在拥有老客户的同时还要不断发掘更多高质量的新客户;</w:t>
      </w:r>
      <w:r>
        <w:rPr>
          <w:lang w:eastAsia="zh-CN"/>
        </w:rPr>
        <w:br/>
      </w:r>
      <w:r>
        <w:rPr>
          <w:lang w:eastAsia="zh-CN"/>
        </w:rPr>
        <w:t>　　3. 发掘东南亚区域目前还没有合作关系往来的国家的新客户，使我们的产品销售得更为广泛;</w:t>
      </w:r>
      <w:r>
        <w:rPr>
          <w:lang w:eastAsia="zh-CN"/>
        </w:rPr>
        <w:br/>
      </w:r>
      <w:r>
        <w:rPr>
          <w:lang w:eastAsia="zh-CN"/>
        </w:rPr>
        <w:t>　　4. 加强多方面知识学习，开拓视野，丰富知识，采取多样化形式，以提高业务水平，把销售工作与交流技能结合;</w:t>
      </w:r>
      <w:r>
        <w:rPr>
          <w:lang w:eastAsia="zh-CN"/>
        </w:rPr>
        <w:br/>
      </w:r>
      <w:r>
        <w:rPr>
          <w:lang w:eastAsia="zh-CN"/>
        </w:rPr>
        <w:t>　　5. 熟悉公司产品，以便更好的向客人介绍;</w:t>
      </w:r>
      <w:r>
        <w:rPr>
          <w:lang w:eastAsia="zh-CN"/>
        </w:rPr>
        <w:br/>
      </w:r>
      <w:r>
        <w:rPr>
          <w:lang w:eastAsia="zh-CN"/>
        </w:rPr>
        <w:t>　　6. 试着改变自己不好的处事方法以及不爱与别人沟通等问题。</w:t>
      </w:r>
      <w:r>
        <w:rPr>
          <w:lang w:eastAsia="zh-CN"/>
        </w:rPr>
        <w:br/>
      </w:r>
      <w:r>
        <w:rPr>
          <w:lang w:eastAsia="zh-CN"/>
        </w:rPr>
        <w:t xml:space="preserve">    精选员工销售工作计划 篇12 </w:t>
      </w:r>
      <w:r>
        <w:rPr>
          <w:lang w:eastAsia="zh-CN"/>
        </w:rPr>
        <w:br/>
      </w:r>
      <w:r>
        <w:rPr>
          <w:lang w:eastAsia="zh-CN"/>
        </w:rPr>
        <w:t>　　随着岗前培训的结束，也意味着进入下一步的实质性工作阶段，回顾这短短四天的培训学习过程，非常感谢公司领导和各位同事的顶力相助，使我顺利完成培训并基本掌握相关业务知识。基于本人是第一次接触电子商务和销售行业，面临困难和压力较大，为了能顺利完成公司所规定的指标和达到个人预期目标，针对行业特点、现状，结合本人这几天对“销售服务”的理解和感悟，特对第一个月工作制定以下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本计划包括宗旨、目标、工作开展计划和计划评估总结等四部分。</w:t>
      </w:r>
      <w:r>
        <w:rPr>
          <w:lang w:eastAsia="zh-CN"/>
        </w:rPr>
        <w:br/>
      </w:r>
      <w:r>
        <w:rPr>
          <w:lang w:eastAsia="zh-CN"/>
        </w:rPr>
        <w:t>　　一、宗旨</w:t>
      </w:r>
      <w:r>
        <w:rPr>
          <w:lang w:eastAsia="zh-CN"/>
        </w:rPr>
        <w:br/>
      </w:r>
      <w:r>
        <w:rPr>
          <w:lang w:eastAsia="zh-CN"/>
        </w:rPr>
        <w:t>　　本计划是第一个月工作开展的指导，是完成销售指标和达到个人预期目标的保证。制定本计划的宗旨是确保完成指标、实现目标。</w:t>
      </w:r>
      <w:r>
        <w:rPr>
          <w:lang w:eastAsia="zh-CN"/>
        </w:rPr>
        <w:br/>
      </w:r>
      <w:r>
        <w:rPr>
          <w:lang w:eastAsia="zh-CN"/>
        </w:rPr>
        <w:t>　　二、目标</w:t>
      </w:r>
      <w:r>
        <w:rPr>
          <w:lang w:eastAsia="zh-CN"/>
        </w:rPr>
        <w:br/>
      </w:r>
      <w:r>
        <w:rPr>
          <w:lang w:eastAsia="zh-CN"/>
        </w:rPr>
        <w:t>　　1、全面、较深入地掌握我们“产品”的功能、特色和优势并做到应用自如。</w:t>
      </w:r>
      <w:r>
        <w:rPr>
          <w:lang w:eastAsia="zh-CN"/>
        </w:rPr>
        <w:br/>
      </w:r>
      <w:r>
        <w:rPr>
          <w:lang w:eastAsia="zh-CN"/>
        </w:rPr>
        <w:t>　　2、根据自己以前所了解的和从其他途径搜索到的信息，录入客户资料150家。</w:t>
      </w:r>
      <w:r>
        <w:rPr>
          <w:lang w:eastAsia="zh-CN"/>
        </w:rPr>
        <w:br/>
      </w:r>
      <w:r>
        <w:rPr>
          <w:lang w:eastAsia="zh-CN"/>
        </w:rPr>
        <w:t>　　3、锁定有意向客户20家。</w:t>
      </w:r>
      <w:r>
        <w:rPr>
          <w:lang w:eastAsia="zh-CN"/>
        </w:rPr>
        <w:br/>
      </w:r>
      <w:r>
        <w:rPr>
          <w:lang w:eastAsia="zh-CN"/>
        </w:rPr>
        <w:t>　　4、力争完成销售指标。</w:t>
      </w:r>
      <w:r>
        <w:rPr>
          <w:lang w:eastAsia="zh-CN"/>
        </w:rPr>
        <w:br/>
      </w:r>
      <w:r>
        <w:rPr>
          <w:lang w:eastAsia="zh-CN"/>
        </w:rPr>
        <w:t>　　三、工作开展计划</w:t>
      </w:r>
      <w:r>
        <w:rPr>
          <w:lang w:eastAsia="zh-CN"/>
        </w:rPr>
        <w:br/>
      </w:r>
      <w:r>
        <w:rPr>
          <w:lang w:eastAsia="zh-CN"/>
        </w:rPr>
        <w:t>　　众所周知，现代销售的竞争就是服务的竞争。服务分为售前服务、售中服务和售后服务，而我们有恰恰是销售“服务”的，所以前期工作即就是售前服务更是我们工作的重中之重。正是因为如此，我的工作开展计划也是围绕“售前服务”来进行。</w:t>
      </w:r>
      <w:r>
        <w:rPr>
          <w:lang w:eastAsia="zh-CN"/>
        </w:rPr>
        <w:br/>
      </w:r>
      <w:r>
        <w:rPr>
          <w:lang w:eastAsia="zh-CN"/>
        </w:rPr>
        <w:t>　　1、多渠道广泛地收集客户资料，并做初步分析后录入，在持续的信息录入过程中不断地提高自己的业务知识，使自己在对“家家网”的功能、操作和特点掌握的基础上进一步的深入体会，做到在客户面前应用自如、对答如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2、对录入完的客户尽可能多地提供免费的服务(比如根据其需要给它发各种商务信息、技术指导等)，目的让客户了解“家家网”，在此基础上，与客户进行互动沟通。</w:t>
      </w:r>
      <w:r>
        <w:rPr>
          <w:lang w:eastAsia="zh-CN"/>
        </w:rPr>
        <w:br/>
      </w:r>
      <w:r>
        <w:rPr>
          <w:lang w:eastAsia="zh-CN"/>
        </w:rPr>
        <w:t>　　3、在用电话、E—mail等方式与客户互动的过程中，实时掌握其心理动态，并可根据这些将客户分类。</w:t>
      </w:r>
      <w:r>
        <w:rPr>
          <w:lang w:eastAsia="zh-CN"/>
        </w:rPr>
        <w:br/>
      </w:r>
      <w:r>
        <w:rPr>
          <w:lang w:eastAsia="zh-CN"/>
        </w:rPr>
        <w:t>　　4、在互动的过程中，锁定有意向的客户，并保持不间断的联系沟通，在客户对我们的“服务”有感兴趣或希望进一步了解的情况下，可以安排面谈。</w:t>
      </w:r>
      <w:r>
        <w:rPr>
          <w:lang w:eastAsia="zh-CN"/>
        </w:rPr>
        <w:br/>
      </w:r>
      <w:r>
        <w:rPr>
          <w:lang w:eastAsia="zh-CN"/>
        </w:rPr>
        <w:t>　　5、在面谈之前要做好各种充分准备，做到“知己知彼”，克服。</w:t>
      </w:r>
      <w:r>
        <w:rPr>
          <w:lang w:eastAsia="zh-CN"/>
        </w:rPr>
        <w:br/>
      </w:r>
      <w:r>
        <w:rPr>
          <w:lang w:eastAsia="zh-CN"/>
        </w:rPr>
        <w:t>　　6、对每次面谈后的结果进行总结分析，并向领导汇报，听取领导的看法。克服困难、调整心态、继续战斗。</w:t>
      </w:r>
      <w:r>
        <w:rPr>
          <w:lang w:eastAsia="zh-CN"/>
        </w:rPr>
        <w:br/>
      </w:r>
      <w:r>
        <w:rPr>
          <w:lang w:eastAsia="zh-CN"/>
        </w:rPr>
        <w:t>　　7、在总结和摸索中前进。</w:t>
      </w:r>
      <w:r>
        <w:rPr>
          <w:lang w:eastAsia="zh-CN"/>
        </w:rPr>
        <w:br/>
      </w:r>
      <w:r>
        <w:rPr>
          <w:lang w:eastAsia="zh-CN"/>
        </w:rPr>
        <w:t xml:space="preserve">    精选员工销售工作计划 篇13 </w:t>
      </w:r>
      <w:r>
        <w:rPr>
          <w:lang w:eastAsia="zh-CN"/>
        </w:rPr>
        <w:br/>
      </w:r>
      <w:r>
        <w:rPr>
          <w:lang w:eastAsia="zh-CN"/>
        </w:rPr>
        <w:t>　　本人在本年度,销售业绩不是太理想，当然这其中肯定有许多不足和需要改进、完善的地方。今年，我将一如既往地按照公司的要求，在去年的工作基础上，本着“多沟通、多协调、积极主动、创造性地开展工作”的指导思想，发扬不怕苦累创业精神，确立工作目标，全面开展下一年度的工作。现制定工作划如下:</w:t>
      </w:r>
      <w:r>
        <w:rPr>
          <w:lang w:eastAsia="zh-CN"/>
        </w:rPr>
        <w:br/>
      </w:r>
      <w:r>
        <w:rPr>
          <w:lang w:eastAsia="zh-CN"/>
        </w:rPr>
        <w:t>　　一、对于老客户，和固定客户，要经常保持联系，在有时间有条件的情况下，送一些小礼物或宴请客户，好稳定与客户关系。</w:t>
      </w:r>
      <w:r>
        <w:rPr>
          <w:lang w:eastAsia="zh-CN"/>
        </w:rPr>
        <w:br/>
      </w:r>
      <w:r>
        <w:rPr>
          <w:lang w:eastAsia="zh-CN"/>
        </w:rPr>
        <w:t>　　二、在拥有老客户的同时还要不断从各种渠道快速开发新客户,推广新产品.</w:t>
      </w:r>
      <w:r>
        <w:rPr>
          <w:lang w:eastAsia="zh-CN"/>
        </w:rPr>
        <w:br/>
      </w:r>
      <w:r>
        <w:rPr>
          <w:lang w:eastAsia="zh-CN"/>
        </w:rPr>
        <w:t>　　三、要有好销售业绩就得加强业务学习，开拓视野，丰富知识，采取多样化形式，把学业务与交流技能相结合。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四、今年对自己有以下要求</w:t>
      </w:r>
      <w:r>
        <w:rPr>
          <w:lang w:eastAsia="zh-CN"/>
        </w:rPr>
        <w:br/>
      </w:r>
      <w:r>
        <w:rPr>
          <w:lang w:eastAsia="zh-CN"/>
        </w:rPr>
        <w:t>　　1、周一小结，每月一大结，看看有哪些工作上的失误，及时改正下次不要再犯。</w:t>
      </w:r>
      <w:r>
        <w:rPr>
          <w:lang w:eastAsia="zh-CN"/>
        </w:rPr>
        <w:br/>
      </w:r>
      <w:r>
        <w:rPr>
          <w:lang w:eastAsia="zh-CN"/>
        </w:rPr>
        <w:t>　　2、见客户之前要多了解客户的状态和需求，再做好准备工作才有可能与这个客户合作。</w:t>
      </w:r>
      <w:r>
        <w:rPr>
          <w:lang w:eastAsia="zh-CN"/>
        </w:rPr>
        <w:br/>
      </w:r>
      <w:r>
        <w:rPr>
          <w:lang w:eastAsia="zh-CN"/>
        </w:rPr>
        <w:t>　　3、对自己严格要求,学习亮剑精神,工作扎实细致,要不断加强业务方面的学习，多看书及相关产品知识，上网查阅相关资料，与同行们交流，向他们学习更好的方式方法。</w:t>
      </w:r>
      <w:r>
        <w:rPr>
          <w:lang w:eastAsia="zh-CN"/>
        </w:rPr>
        <w:br/>
      </w:r>
      <w:r>
        <w:rPr>
          <w:lang w:eastAsia="zh-CN"/>
        </w:rPr>
        <w:t>　　4、对所有客户的工作态度都要一样，加强产品质量和服务意识,为公司树立更好的形象,让客户相信我们的工作实力，才能更好的完成任务。</w:t>
      </w:r>
      <w:r>
        <w:rPr>
          <w:lang w:eastAsia="zh-CN"/>
        </w:rPr>
        <w:br/>
      </w:r>
      <w:r>
        <w:rPr>
          <w:lang w:eastAsia="zh-CN"/>
        </w:rPr>
        <w:t>　　5、和公司其他销售人员要有良好的沟通，有团队意识，多交流，多探讨，才能不断增长业务技能。</w:t>
      </w:r>
      <w:r>
        <w:rPr>
          <w:lang w:eastAsia="zh-CN"/>
        </w:rPr>
        <w:br/>
      </w:r>
      <w:r>
        <w:rPr>
          <w:lang w:eastAsia="zh-CN"/>
        </w:rPr>
        <w:t>　　6、为了今年的销售任务每月我要努力完成30w以上的任务额。</w:t>
      </w:r>
      <w:r>
        <w:rPr>
          <w:lang w:eastAsia="zh-CN"/>
        </w:rPr>
        <w:br/>
      </w:r>
      <w:r>
        <w:rPr>
          <w:lang w:eastAsia="zh-CN"/>
        </w:rPr>
        <w:t>　　以上就是我这一年的工作计划，工作中总会有各种各样的困难，我会向领导请示，向同事探讨，共同努力克服。为公司做出自己最大的贡献。</w:t>
      </w:r>
      <w:r>
        <w:rPr>
          <w:lang w:eastAsia="zh-CN"/>
        </w:rPr>
        <w:br/>
      </w:r>
      <w:r>
        <w:rPr>
          <w:lang w:eastAsia="zh-CN"/>
        </w:rPr>
        <w:t xml:space="preserve">    精选员工销售工作计划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本人20__年12月10日接到市场业绩不太理想，当然这其中肯定有许多不足和需要改进、完善的地方，今年我将一如既往的按照公司的要求，在去年的基础上，本着“多沟通、多动脑、多请教、多学习积极主动的开展工作，确立目标全面开展20__年的工作，现制定工作计划如下：</w:t>
      </w:r>
      <w:r>
        <w:rPr>
          <w:lang w:eastAsia="zh-CN"/>
        </w:rPr>
        <w:br/>
      </w:r>
      <w:r>
        <w:rPr>
          <w:lang w:eastAsia="zh-CN"/>
        </w:rPr>
        <w:t>　　一、对于老客户要经常保持联系，沟通，有时间和条件的情况下送些小礼物或宴请客户(根据个人喜好因人而异)。</w:t>
      </w:r>
      <w:r>
        <w:rPr>
          <w:lang w:eastAsia="zh-CN"/>
        </w:rPr>
        <w:br/>
      </w:r>
      <w:r>
        <w:rPr>
          <w:lang w:eastAsia="zh-CN"/>
        </w:rPr>
        <w:t>　　二、在维护老客户的同时要不断从开发新客户(尽一切努力找到统方)。</w:t>
      </w:r>
      <w:r>
        <w:rPr>
          <w:lang w:eastAsia="zh-CN"/>
        </w:rPr>
        <w:br/>
      </w:r>
      <w:r>
        <w:rPr>
          <w:lang w:eastAsia="zh-CN"/>
        </w:rPr>
        <w:t>　　三、不断学习丰富自己，加强业务能力。</w:t>
      </w:r>
      <w:r>
        <w:rPr>
          <w:lang w:eastAsia="zh-CN"/>
        </w:rPr>
        <w:br/>
      </w:r>
      <w:r>
        <w:rPr>
          <w:lang w:eastAsia="zh-CN"/>
        </w:rPr>
        <w:t>　　四、今年对自己有以下要求：</w:t>
      </w:r>
      <w:r>
        <w:rPr>
          <w:lang w:eastAsia="zh-CN"/>
        </w:rPr>
        <w:br/>
      </w:r>
      <w:r>
        <w:rPr>
          <w:lang w:eastAsia="zh-CN"/>
        </w:rPr>
        <w:t>　　1.每周要拜访6个以上的客户，科主任每周两次。</w:t>
      </w:r>
      <w:r>
        <w:rPr>
          <w:lang w:eastAsia="zh-CN"/>
        </w:rPr>
        <w:br/>
      </w:r>
      <w:r>
        <w:rPr>
          <w:lang w:eastAsia="zh-CN"/>
        </w:rPr>
        <w:t>　　2.一周一小结，每月一大结，一季度再一大结，一年一总结，一年一计划。找出工作中的失误和不足，及时纠正并记录避免下次再犯。</w:t>
      </w:r>
      <w:r>
        <w:rPr>
          <w:lang w:eastAsia="zh-CN"/>
        </w:rPr>
        <w:br/>
      </w:r>
      <w:r>
        <w:rPr>
          <w:lang w:eastAsia="zh-CN"/>
        </w:rPr>
        <w:t>　　3.见客户之前要多了解客户的状态和需求，再做好准备工作。</w:t>
      </w:r>
      <w:r>
        <w:rPr>
          <w:lang w:eastAsia="zh-CN"/>
        </w:rPr>
        <w:br/>
      </w:r>
      <w:r>
        <w:rPr>
          <w:lang w:eastAsia="zh-CN"/>
        </w:rPr>
        <w:t>　　4.严于律己，学习亮剑精神，不断加强业务方面的学习，多看书及相关产品知识，上网多查阅相关资料，与同行们交流向他们学习更好的方式方法。</w:t>
      </w:r>
      <w:r>
        <w:rPr>
          <w:lang w:eastAsia="zh-CN"/>
        </w:rPr>
        <w:br/>
      </w:r>
      <w:r>
        <w:rPr>
          <w:lang w:eastAsia="zh-CN"/>
        </w:rPr>
        <w:t>　　5.加强对客户的服务意识，为公司树立良好的形象。</w:t>
      </w:r>
      <w:r>
        <w:rPr>
          <w:lang w:eastAsia="zh-CN"/>
        </w:rPr>
        <w:br/>
      </w:r>
      <w:r>
        <w:rPr>
          <w:lang w:eastAsia="zh-CN"/>
        </w:rPr>
        <w:t>　　以上是我这一年的工作计划，工作中总会有各种各样的困难，我会多向领导请示，向同事探讨，共同努力克服，为自己增添工作经验，为公司作出自己最大的贡献!</w:t>
      </w:r>
      <w:r>
        <w:rPr>
          <w:lang w:eastAsia="zh-CN"/>
        </w:rPr>
        <w:br/>
      </w:r>
      <w:r>
        <w:rPr>
          <w:lang w:eastAsia="zh-CN"/>
        </w:rPr>
        <w:t xml:space="preserve">    精选员工销售工作计划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如果我能有幸进入__公司，我认为要展开好一名销售跟单文员的工作，真正的大展拳脚，促进公司订单的顺利完成，应该遵循以下几点逐步进入角色：</w:t>
      </w:r>
      <w:r>
        <w:rPr>
          <w:lang w:eastAsia="zh-CN"/>
        </w:rPr>
        <w:br/>
      </w:r>
      <w:r>
        <w:rPr>
          <w:lang w:eastAsia="zh-CN"/>
        </w:rPr>
        <w:t>　　一.7天之内了解工厂生产的产品，包括它的外观，质地，特性，优点，缺点，用途。</w:t>
      </w:r>
      <w:r>
        <w:rPr>
          <w:lang w:eastAsia="zh-CN"/>
        </w:rPr>
        <w:br/>
      </w:r>
      <w:r>
        <w:rPr>
          <w:lang w:eastAsia="zh-CN"/>
        </w:rPr>
        <w:t>　　虽然跟单文员不属于工程技术人员，似乎不需要对产品有更多的了解。其实不然。首先，在与客户沟通时，如果你对产品只一知半解，那么客户对你的信任度会大打折扣，甚至会怀疑你的工作能力。当客户向你咨询时，你也只能支支吾吾，或者老是去向技术人员打听，客户不可能放心的把订单交给你去做。也没有任何优势吸引客户向你下单。</w:t>
      </w:r>
      <w:r>
        <w:rPr>
          <w:lang w:eastAsia="zh-CN"/>
        </w:rPr>
        <w:br/>
      </w:r>
      <w:r>
        <w:rPr>
          <w:lang w:eastAsia="zh-CN"/>
        </w:rPr>
        <w:t>　　跟单人员的虽然不是官，但是他的门禁权限却很广，他可以进出多个部门，这就给我们学习新产品提供了便利的渠道，只要你不怕苦，不怕累，勤下车间，不耻下问，没有学不会的东西。纺粘无纺布，熔喷无纺布等，相信很快会被我熟知并熟练的运用。</w:t>
      </w:r>
      <w:r>
        <w:rPr>
          <w:lang w:eastAsia="zh-CN"/>
        </w:rPr>
        <w:br/>
      </w:r>
      <w:r>
        <w:rPr>
          <w:lang w:eastAsia="zh-CN"/>
        </w:rPr>
        <w:t>　　二.在最短的时间内弄懂生产过程及工艺。</w:t>
      </w:r>
      <w:r>
        <w:rPr>
          <w:lang w:eastAsia="zh-CN"/>
        </w:rPr>
        <w:br/>
      </w:r>
      <w:r>
        <w:rPr>
          <w:lang w:eastAsia="zh-CN"/>
        </w:rPr>
        <w:t>　　刚开始，一般人会认为跟单文员只需知道生产订单的进度就可以了，好像白领一样，坐在办公室，打着电话，发着email就可以掌控一切。一个优秀的跟单人员，会非常熟悉产品的工艺流程，生产一定数量的产品所需要的生产时间。会亲自进车间察看大货的进度。当积累经验久了，无论是工艺还是货期你都可以直接回复客户。</w:t>
      </w:r>
      <w:r>
        <w:rPr>
          <w:lang w:eastAsia="zh-CN"/>
        </w:rPr>
        <w:br/>
      </w:r>
      <w:r>
        <w:rPr>
          <w:lang w:eastAsia="zh-CN"/>
        </w:rPr>
        <w:t>　　三.熟悉各部门的工作流程，按照公司的规定来办事。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每一个公司都有自己的工作模式。如果每个人都按照自己的流程来进行工作，那么将会导致公司秩序的混乱，各个部门的工作也会受阻。严重的会导致公司蒙受经济及名誉上的损失。比如说，公司规定收到客户订单需要经理部门签名确定。有一天，跟单员张三收到编号为a-001产品的订单，当时经理部门正在讨论产品调价的问题。下面的文员还没得到具体的通知。这时，张三，直接将订单发给生产线，催促生产。没有给经理确认，而此时，a-001的产品因为原材料涨价的问题需要涨价。但大货已经在生产了，张三跟客户多次协商价格都调不上来。如果这时停止生产，那么那些半成品都会变为废品。如果让大货完成而不运送给客户，那你就违了约，且失去了信誉。最后只能亏本卖给了客户。这样就直接造成了公司亏损。</w:t>
      </w:r>
      <w:r>
        <w:rPr>
          <w:lang w:eastAsia="zh-CN"/>
        </w:rPr>
        <w:br/>
      </w:r>
      <w:r>
        <w:rPr>
          <w:lang w:eastAsia="zh-CN"/>
        </w:rPr>
        <w:t>　　四.了解货物的运输。</w:t>
      </w:r>
      <w:r>
        <w:rPr>
          <w:lang w:eastAsia="zh-CN"/>
        </w:rPr>
        <w:br/>
      </w:r>
      <w:r>
        <w:rPr>
          <w:lang w:eastAsia="zh-CN"/>
        </w:rPr>
        <w:t>　　出国的货物一般通过船和飞机，国内的货物通过公司安排汽车或者安排物流公司运送。在订单完成之前，跟单文员要认真选择运输公司，并考察他的信誉度，是否有能力运送此批货物。__公司货物的运送主要通过物流来完成，我会尽快熟悉这些物流公司。经常与物流工作人员沟通，保证货物安全准时到达目的地。</w:t>
      </w:r>
      <w:r>
        <w:rPr>
          <w:lang w:eastAsia="zh-CN"/>
        </w:rPr>
        <w:br/>
      </w:r>
      <w:r>
        <w:rPr>
          <w:lang w:eastAsia="zh-CN"/>
        </w:rPr>
        <w:t>　　五.熟悉了解客户。</w:t>
      </w:r>
      <w:r>
        <w:rPr>
          <w:lang w:eastAsia="zh-CN"/>
        </w:rPr>
        <w:br/>
      </w:r>
      <w:r>
        <w:rPr>
          <w:lang w:eastAsia="zh-CN"/>
        </w:rPr>
        <w:t>　　对于客户的订购产品的习性要有足够的了解，当出现异常情况时，可以做出果断的处理。比如说，客户订购的产品，在外观或者包装上有一点微小的瑕疵，新来的跟单员可能会请示上级领导或者跟客户协商是否能接受这种不达标的产品，如果是一位老跟单员，可以自己做出判断。不必劳烦他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六.正确对待客户服务。</w:t>
      </w:r>
      <w:r>
        <w:rPr>
          <w:lang w:eastAsia="zh-CN"/>
        </w:rPr>
        <w:br/>
      </w:r>
      <w:r>
        <w:rPr>
          <w:lang w:eastAsia="zh-CN"/>
        </w:rPr>
        <w:t>　　跟单文员实际上是公司和客户之间的一个窗口。首先，你是公司的雇员，你得对公司绝对忠诚，事事站在公司立场上，为公司着想。在客户那边，你必须坚持“客户是上帝”的原则。要让客户感觉到他是客户，正在享受星级的服务。客户不会理会公司其他部门是怎么运作，也不想知道更多，他只会与你联系，了解他的订单，了解他的货期。所以要做一个明亮清晰的窗口，要看清事实，冷静处理。我记得在东莞工作期间有一位同事，她总是盲目的满足客户的一切要求，从来不敢说“no”，根据工厂实际生产情况，订单的货期根本不能按照客户的时间交货，这位同事会说“ok”。后来只好安排订单外包出去，结果货期和质量都达不到要求。有时，客户给她一个新开发项目，所有人都晓得这个产品以我们现在的工艺无法完成，可这位同事总说：noproblem!一个新项目来来去去搞了两三个月，既浪费了时间，又得罪了客户，最后又丢给客户自己去找其它厂商。这时客户时常打电话抱怨公司的服务不好，销售人员不好。慢慢的这位客户的订单越来越少，最后换了供应商。</w:t>
      </w:r>
      <w:r>
        <w:rPr>
          <w:lang w:eastAsia="zh-CN"/>
        </w:rPr>
        <w:br/>
      </w:r>
      <w:r>
        <w:rPr>
          <w:lang w:eastAsia="zh-CN"/>
        </w:rPr>
        <w:t>　　七.加强与生产线的沟通，与车间工作人员保持良好的人际关系。</w:t>
      </w:r>
      <w:r>
        <w:rPr>
          <w:lang w:eastAsia="zh-CN"/>
        </w:rPr>
        <w:br/>
      </w:r>
      <w:r>
        <w:rPr>
          <w:lang w:eastAsia="zh-CN"/>
        </w:rPr>
        <w:t>　　跟单人员最关健的工作是沟通，跟催。如果与车间相关工作人员关系处理不好，那么跟单工作很难展开，根本无法促进生产，保证订单的顺利完成。</w:t>
      </w:r>
      <w:r>
        <w:rPr>
          <w:lang w:eastAsia="zh-CN"/>
        </w:rPr>
        <w:br/>
      </w:r>
      <w:r>
        <w:rPr>
          <w:lang w:eastAsia="zh-CN"/>
        </w:rPr>
        <w:t>　　八.努力学习《中华人民共和国合同法》相关条款。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在以往的工作中，很少接触到法律，因为全是国外订单。公司都会由专业人士起草一份谨密的固定合同格式。所有的销售员都采用统一的格式，只是修改一下客户名，货名，价格，货期，付款方式，备注等等。遇到的经济纠纷较少。遇到不付款的客户，在发电子邮件或打电话催款无效的情况下，有时是公司驻外工作人员上门请款。在跟跟单过程中，只要重视与客户交流时的书面证据，一般都不会有问题。我记得有一次，一个法国的客户给我下了一张订单，他们的订单是法文，没有其它英文描述。也没有以往的英文货物编号。我通过数量和单价判断是一个装戒指的戒指棉，我查出该客户以往的订货记录，找出当时出货的照片，电邮给了客户，问他是否是需要这个产品。客户在电邮中回答yes。出货后的几个月，收到客户的投诉，说我们做错货，要求我们赔。我立即找出当时的电子邮件，客户只好承认是他们那边没有沟通好。然后重新下了一张订单。当时，生产部门也很高兴，因为上一单的货很容易生产，而且单价高，现在又来一张类似的订单，要知道，产量和销售额是与工人的奖金挂钩的。在国内，如果法律学得好，就可以避免可以很多不必要的麻烦，避免合同有漏洞，别人有机可趁，造成公司受损.</w:t>
      </w:r>
      <w:r>
        <w:rPr>
          <w:lang w:eastAsia="zh-CN"/>
        </w:rPr>
        <w:br/>
      </w:r>
      <w:r>
        <w:rPr>
          <w:lang w:eastAsia="zh-CN"/>
        </w:rPr>
        <w:t>　　九.主动积极的寻找客源。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之前跟国外订单，都是公司指派老客户，有时是从阿里巴巴或一些香港网站来几个询盘的客户，几番寒暄，然后按客要求做样版，收取样版费用。收到大货订单，出货。对于国内客户开发这一块，真是知之甚少。我认为要多留意国内城市对无纺布的需求动向，适时与之联系，展现公司及产品的优势，尽量为公司争取一些客户，拉一些订单。订单是公司的命脉，有了订单工厂才能运转。</w:t>
      </w:r>
      <w:r>
        <w:rPr>
          <w:lang w:eastAsia="zh-CN"/>
        </w:rPr>
        <w:br/>
      </w:r>
      <w:r>
        <w:rPr>
          <w:lang w:eastAsia="zh-CN"/>
        </w:rPr>
        <w:t>　　十.保持乐观的工作心态。</w:t>
      </w:r>
      <w:r>
        <w:rPr>
          <w:lang w:eastAsia="zh-CN"/>
        </w:rPr>
        <w:br/>
      </w:r>
      <w:r>
        <w:rPr>
          <w:lang w:eastAsia="zh-CN"/>
        </w:rPr>
        <w:t>　　跟单工作是复杂，繁锁的。在订单多的季节，有时，你真的想借一个脑袋来用，连喝水上厕所的时间都没有，晚上做梦也在查货。这时你要保持一个平和的，乐观的心态，合理的有秩序的处理好手头上的事，分清轻重缓急，处理一件就少一件。相信自己的能力，这些棘手的事总会完成。在订单少的季节，也不要灰心，振作起来，趁空档对自己多充电，多学习专业知识。</w:t>
      </w:r>
      <w:r>
        <w:rPr>
          <w:lang w:eastAsia="zh-CN"/>
        </w:rPr>
        <w:br/>
      </w:r>
      <w:r>
        <w:rPr>
          <w:lang w:eastAsia="zh-CN"/>
        </w:rPr>
        <w:t>　　以上十点是我根据以往的经验做出的一个工作计划，因为没有正式进入__公司学习观摩，所以写得较笼统，粗糙。有不觅之处或不完善的地方敬请指出，谢谢!</w:t>
      </w:r>
      <w:r>
        <w:rPr>
          <w:lang w:eastAsia="zh-CN"/>
        </w:rPr>
        <w:br/>
      </w:r>
      <w:r>
        <w:rPr>
          <w:lang w:eastAsia="zh-CN"/>
        </w:rPr>
        <w:t xml:space="preserve">    精选员工销售工作计划 篇16 </w:t>
      </w:r>
      <w:r>
        <w:rPr>
          <w:lang w:eastAsia="zh-CN"/>
        </w:rPr>
        <w:br/>
      </w:r>
      <w:r>
        <w:rPr>
          <w:lang w:eastAsia="zh-CN"/>
        </w:rPr>
        <w:t>　　转眼间，半个月的车间实习工作已成为历史，在这半个月的时间里，通过学习工作，与其他员工的相互沟通，我已逐渐溶入了这个大集体当中。 这次实习让我感受到了公司的企业文化。工作中有苦也有乐，但更多的是收获，这次实习我受益匪浅，在半个月的实习我总结了如下几点</w:t>
      </w:r>
      <w:r>
        <w:rPr>
          <w:lang w:eastAsia="zh-CN"/>
        </w:rPr>
        <w:br/>
      </w:r>
      <w:r>
        <w:rPr>
          <w:lang w:eastAsia="zh-CN"/>
        </w:rPr>
        <w:t>　　1. 心态转变。以前的生活养尊处忧，无需我们担忧某些问题三点一线的生活，进度跟得上就可以，而在现在的工作当中就不然，工作中，我们要考虑如何提高工作效率，怎样处理与上级领导、同事的关系，还有在工作当中的不尽人意等事情，这些都要我们以一颗平常心去对待，及时的转变心态会让我们工作更加顺利。</w:t>
      </w:r>
      <w:r>
        <w:rPr>
          <w:lang w:eastAsia="zh-CN"/>
        </w:rPr>
        <w:br/>
      </w:r>
    </w:p>
    <w:p w:rsidR="001B1F19" w14:textId="27C3F48A">
      <w:pPr>
        <w:rPr>
          <w:rFonts w:hint="eastAsia"/>
          <w:lang w:eastAsia="zh-CN"/>
        </w:rPr>
      </w:pPr>
      <w:r>
        <w:rPr>
          <w:lang w:eastAsia="zh-CN"/>
        </w:rPr>
        <w:t>　　2.计划做事。有了明确的计划，目标才清晰，以至于在工作中不会茫然。</w:t>
      </w:r>
      <w:r>
        <w:rPr>
          <w:lang w:eastAsia="zh-CN"/>
        </w:rPr>
        <w:br/>
      </w:r>
      <w:r>
        <w:rPr>
          <w:lang w:eastAsia="zh-CN"/>
        </w:rPr>
        <w:t>　　3. 处处留心皆学问，注重细节。</w:t>
      </w:r>
      <w:r>
        <w:rPr>
          <w:lang w:eastAsia="zh-CN"/>
        </w:rPr>
        <w:br/>
      </w:r>
      <w:r>
        <w:rPr>
          <w:lang w:eastAsia="zh-CN"/>
        </w:rPr>
        <w:t>　　4. 了解到非标自动化设备市场前景很广阔，尤其是机器人在今后的加工行业中逐渐取代人工的繁琐。</w:t>
      </w:r>
      <w:r>
        <w:rPr>
          <w:lang w:eastAsia="zh-CN"/>
        </w:rPr>
        <w:br/>
      </w:r>
      <w:r>
        <w:rPr>
          <w:lang w:eastAsia="zh-CN"/>
        </w:rPr>
        <w:t>　　5. 熟悉了我们公司目前所在的客户资源及其客户所定制的自动化设备。</w:t>
      </w:r>
      <w:r>
        <w:rPr>
          <w:lang w:eastAsia="zh-CN"/>
        </w:rPr>
        <w:br/>
      </w:r>
      <w:r>
        <w:rPr>
          <w:lang w:eastAsia="zh-CN"/>
        </w:rPr>
        <w:t>　　6. 清楚的了解到我们公司目前装备的设备主要用于汽车行业，空调压缩机行业，家电行业以及其它行业。</w:t>
      </w:r>
      <w:r>
        <w:rPr>
          <w:lang w:eastAsia="zh-CN"/>
        </w:rPr>
        <w:br/>
      </w:r>
      <w:r>
        <w:rPr>
          <w:lang w:eastAsia="zh-CN"/>
        </w:rPr>
        <w:t>　　7. 认识到了公司在做设备的工作原理及其设备各零部件所起的作用，型号和大小。</w:t>
      </w:r>
      <w:r>
        <w:rPr>
          <w:lang w:eastAsia="zh-CN"/>
        </w:rPr>
        <w:br/>
      </w:r>
      <w:r>
        <w:rPr>
          <w:lang w:eastAsia="zh-CN"/>
        </w:rPr>
        <w:t>　　以上是我对实习期间的工作总结</w:t>
      </w:r>
      <w:r>
        <w:rPr>
          <w:lang w:eastAsia="zh-CN"/>
        </w:rPr>
        <w:br/>
      </w:r>
      <w:r>
        <w:rPr>
          <w:lang w:eastAsia="zh-CN"/>
        </w:rPr>
        <w:t xml:space="preserve">    精选员工销售工作计划 篇17 </w:t>
      </w:r>
      <w:r>
        <w:rPr>
          <w:lang w:eastAsia="zh-CN"/>
        </w:rPr>
        <w:br/>
      </w:r>
      <w:r>
        <w:rPr>
          <w:lang w:eastAsia="zh-CN"/>
        </w:rPr>
        <w:t>　　20__年电脑销售工作计划为了搞好20__年我们公司电脑的销售情况，特制定了这份20__年销售工作计划书。我到_公司主要负责电脑市场开发和业务方面的工作一年来，我已经完全的融入到了这个集体里。在一年里虽然存在着这样或者那样的问题，我们都尽量的解决了，在下一年里要从以下几方面入手：</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https://d.book118.com/317033130012006041</w:t>
        </w:r>
      </w:hyperlink>
    </w:p>
    <w:p w:rsidR="001B1F19">
      <w:pPr>
        <w:rPr>
          <w:rFonts w:hint="eastAsia"/>
          <w:lang w:eastAsia="zh-CN"/>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17033130012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