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Heading1"/>
        <w:spacing w:after="360"/>
        <w:jc w:val="center"/>
      </w:pPr>
      <w:r>
        <w:rPr>
          <w:rFonts w:ascii="Times New Roman" w:eastAsia="楷体" w:hAnsi="Times New Roman"/>
          <w:color w:val="000000"/>
          <w:sz w:val="36"/>
        </w:rPr>
        <w:t>优秀教师下乡支教工作计划（优秀10篇）</w:t>
      </w:r>
    </w:p>
    <w:p>
      <w:pPr>
        <w:spacing w:after="320"/>
      </w:pPr>
      <w:r>
        <w:rPr>
          <w:rFonts w:ascii="Times New Roman" w:eastAsia="楷体" w:hAnsi="Times New Roman"/>
          <w:b/>
          <w:color w:val="000000"/>
          <w:sz w:val="28"/>
        </w:rPr>
        <w:t>篇一：教师下乡支教帮扶计划 篇一</w:t>
      </w:r>
    </w:p>
    <w:p>
      <w:pPr>
        <w:spacing w:line="360" w:lineRule="auto"/>
        <w:jc w:val="both"/>
      </w:pPr>
      <w:r>
        <w:rPr>
          <w:sz w:val="28"/>
        </w:rPr>
        <w:t>本学期，我光荣地成为了金殿小榆东中心小学的支教教师。校领导一番语重心长的谈话，使我深深地认识到支教的重大意义，感受到肩上所担负的任务之重。为了使我的支教工作能顺利有序地开展，特将本次支教工作做计划如下：</w:t>
      </w:r>
    </w:p>
    <w:p>
      <w:pPr>
        <w:spacing w:after="320"/>
      </w:pPr>
      <w:r>
        <w:rPr>
          <w:rFonts w:ascii="Times New Roman" w:eastAsia="楷体" w:hAnsi="Times New Roman"/>
          <w:b/>
          <w:color w:val="000000"/>
          <w:sz w:val="28"/>
        </w:rPr>
        <w:t>一、指导思想</w:t>
      </w:r>
    </w:p>
    <w:p>
      <w:pPr>
        <w:spacing w:line="360" w:lineRule="auto"/>
        <w:jc w:val="both"/>
      </w:pPr>
      <w:r>
        <w:rPr>
          <w:sz w:val="28"/>
        </w:rPr>
        <w:t>全面贯彻党的教育方针，落实科学发展观，充分发挥支教教师的作用，支持支教学校大力实施基础教育课程改革，坚持教书育人，全面推进素质教育，提高教学质量，坚持以市教育局提出的要求为目标，努力完成各项指标任务，在支援学校、受援学校领导班子的共同努力下，使两所学校相互受益，共同提高。</w:t>
      </w:r>
    </w:p>
    <w:p>
      <w:pPr>
        <w:spacing w:line="360" w:lineRule="auto"/>
        <w:jc w:val="both"/>
      </w:pPr>
      <w:r>
        <w:rPr>
          <w:sz w:val="28"/>
        </w:rPr>
        <w:t>教学上，以培养小学生科学素养为宗旨，积极倡导让学生亲身经历以探究为主的学习活动，培养他们的好奇心和探究欲，发展他们对科学本质的理解，使他们学会探究解决问题的策略，委他们终身的学习和生活打好基础。</w:t>
      </w:r>
    </w:p>
    <w:p>
      <w:pPr>
        <w:spacing w:after="320"/>
      </w:pPr>
      <w:r>
        <w:rPr>
          <w:rFonts w:ascii="Times New Roman" w:eastAsia="楷体" w:hAnsi="Times New Roman"/>
          <w:b/>
          <w:color w:val="000000"/>
          <w:sz w:val="28"/>
        </w:rPr>
        <w:t>二、工作原则</w:t>
      </w:r>
    </w:p>
    <w:p>
      <w:pPr>
        <w:spacing w:line="360" w:lineRule="auto"/>
        <w:jc w:val="both"/>
        <w:sectPr w:rsidSect="00034616">
          <w:pgSz w:w="12240" w:h="15840"/>
          <w:pgMar w:top="1440" w:right="1800" w:bottom="1440" w:left="1800" w:header="720" w:footer="720" w:gutter="0"/>
          <w:cols w:space="720"/>
          <w:docGrid w:linePitch="360"/>
        </w:sectPr>
      </w:pPr>
      <w:r>
        <w:rPr>
          <w:sz w:val="28"/>
        </w:rPr>
        <w:t>遵守师德规范；敬业爱岗、爱校如家、爱生如子；出色的完成支教学校所交给我的任务做好师范带头作用，真正达到支教目的；与支教学校互相学习。认真做到以下几点：</w:t>
      </w:r>
    </w:p>
    <w:p>
      <w:pPr>
        <w:spacing w:line="360" w:lineRule="auto"/>
        <w:jc w:val="both"/>
      </w:pPr>
      <w:r>
        <w:rPr>
          <w:sz w:val="28"/>
        </w:rPr>
        <w:t>（一）根据需要，安排工作</w:t>
      </w:r>
    </w:p>
    <w:p>
      <w:pPr>
        <w:spacing w:line="360" w:lineRule="auto"/>
        <w:jc w:val="both"/>
      </w:pPr>
      <w:r>
        <w:rPr>
          <w:sz w:val="28"/>
        </w:rPr>
        <w:t>支教，不是去展示自己教育教学特色和水平，更重要的是给所支教学校的老师带去他们需要的东西，对他们能有所启发，有所帮助，促进教师的专业水平的提升；是给所支教班级的学生带去更丰富的经验、更开阔的视野，促进学生的成长。因此，在开展工作前，一定要了解所支教学校的领导、老师和学生需要什么，然后再有针对性地安排工作。</w:t>
      </w:r>
    </w:p>
    <w:p>
      <w:pPr>
        <w:spacing w:line="360" w:lineRule="auto"/>
        <w:jc w:val="both"/>
      </w:pPr>
      <w:r>
        <w:rPr>
          <w:sz w:val="28"/>
        </w:rPr>
        <w:t>1、先了解所支教学校的各项规章制度和工作守则，以使自己能很快地融入到所支教学校的环境中。</w:t>
      </w:r>
    </w:p>
    <w:p>
      <w:pPr>
        <w:spacing w:line="360" w:lineRule="auto"/>
        <w:jc w:val="both"/>
      </w:pPr>
      <w:r>
        <w:rPr>
          <w:sz w:val="28"/>
        </w:rPr>
        <w:t>2、在认真贯彻教育局“对口帮扶支教”精神的同时，找所支教学校的领导领任务，以便有针对性地开展自己的支教工作。</w:t>
      </w:r>
    </w:p>
    <w:p>
      <w:pPr>
        <w:spacing w:line="360" w:lineRule="auto"/>
        <w:jc w:val="both"/>
      </w:pPr>
      <w:r>
        <w:rPr>
          <w:sz w:val="28"/>
        </w:rPr>
        <w:t>3、与所支教学校的老师座谈，听取他们的声音，再确定自己示范课和专题讲座的内容。</w:t>
      </w:r>
    </w:p>
    <w:p>
      <w:pPr>
        <w:spacing w:line="360" w:lineRule="auto"/>
        <w:jc w:val="both"/>
      </w:pPr>
      <w:r>
        <w:rPr>
          <w:sz w:val="28"/>
        </w:rPr>
        <w:t>4、找所支教班的班主任了解该班的情况，比如班风和学风特点、教学进度、学生的知识基础、能力水平等，并征求班主任的意见，确定我的教育和教学工作重点。</w:t>
      </w:r>
    </w:p>
    <w:p>
      <w:pPr>
        <w:spacing w:line="360" w:lineRule="auto"/>
        <w:jc w:val="both"/>
      </w:pPr>
      <w:r>
        <w:rPr>
          <w:sz w:val="28"/>
        </w:rPr>
        <w:t>（二）认真准备扎实工作</w:t>
      </w:r>
    </w:p>
    <w:p>
      <w:pPr>
        <w:spacing w:line="360" w:lineRule="auto"/>
        <w:jc w:val="both"/>
      </w:pPr>
      <w:r>
        <w:rPr>
          <w:sz w:val="28"/>
        </w:rPr>
        <w:t>支教工作一年时间，满载着上级领导的信任、本校领导的重托和所支教学校师生的期待。因此，一年的每一份工作都要精心准备。</w:t>
      </w:r>
    </w:p>
    <w:p>
      <w:pPr>
        <w:spacing w:line="360" w:lineRule="auto"/>
        <w:jc w:val="both"/>
        <w:sectPr w:rsidSect="00034616">
          <w:type w:val="nextPage"/>
          <w:pgSz w:w="12240" w:h="15840"/>
          <w:pgMar w:top="1440" w:right="1800" w:bottom="1440" w:left="1800" w:header="720" w:footer="720" w:gutter="0"/>
          <w:pgNumType w:start="2"/>
          <w:cols w:space="720"/>
          <w:titlePg w:val="0"/>
          <w:docGrid w:linePitch="360"/>
        </w:sectPr>
      </w:pPr>
      <w:r>
        <w:rPr>
          <w:sz w:val="28"/>
        </w:rPr>
        <w:t>1、认真备课注重课堂的实效</w:t>
      </w:r>
    </w:p>
    <w:p>
      <w:pPr>
        <w:spacing w:line="360" w:lineRule="auto"/>
        <w:jc w:val="both"/>
      </w:pPr>
      <w:r>
        <w:rPr>
          <w:sz w:val="28"/>
        </w:rPr>
        <w:t>支教讲的示范课不是观摩课也不是比赛课，正如教研室的张青萍老师所说：“上每一节课，不是为了表演给大家看，而是看看学生到底学会了什么”。不需要刻意的雕琢，而要立足老师和学生的实际，上学生听得懂、学得会的课，上老师们看得明、学得来的课。一句话，要上实实在在的常规课。因此，备课的环节要精益求精，要既备教材、教法，还要备学生、备老师。</w:t>
      </w:r>
    </w:p>
    <w:p>
      <w:pPr>
        <w:spacing w:line="360" w:lineRule="auto"/>
        <w:jc w:val="both"/>
      </w:pPr>
      <w:r>
        <w:rPr>
          <w:sz w:val="28"/>
        </w:rPr>
        <w:t>2、热爱学生注重教育的实质</w:t>
      </w:r>
    </w:p>
    <w:p>
      <w:pPr>
        <w:spacing w:line="360" w:lineRule="auto"/>
        <w:jc w:val="both"/>
      </w:pPr>
      <w:r>
        <w:rPr>
          <w:sz w:val="28"/>
        </w:rPr>
        <w:t>像爱自己的学生一样爱所支教班的学生，真诚地欣赏他们，真心地教育他们。一年，也许不能立竿见影地改变什么，但希望能因为我的加入，使他们更热爱生活，更喜欢学习。</w:t>
      </w:r>
    </w:p>
    <w:p>
      <w:pPr>
        <w:spacing w:line="360" w:lineRule="auto"/>
        <w:jc w:val="both"/>
      </w:pPr>
      <w:r>
        <w:rPr>
          <w:sz w:val="28"/>
        </w:rPr>
        <w:t>总之，本次支教工作，我绝不会流于形式，我将倾洒自己的满腔热忱，付出自己的百倍努力，既出色地完成好领导交给的任务，也真正给所支教学校的师生留下有用的东西。</w:t>
      </w:r>
    </w:p>
    <w:p>
      <w:pPr>
        <w:spacing w:after="320"/>
      </w:pPr>
      <w:r>
        <w:rPr>
          <w:rFonts w:ascii="Times New Roman" w:eastAsia="楷体" w:hAnsi="Times New Roman"/>
          <w:b/>
          <w:color w:val="000000"/>
          <w:sz w:val="28"/>
        </w:rPr>
        <w:t>篇二：教师下乡支教心得及感悟 篇二</w:t>
      </w:r>
    </w:p>
    <w:p>
      <w:pPr>
        <w:spacing w:line="360" w:lineRule="auto"/>
        <w:jc w:val="both"/>
        <w:sectPr w:rsidSect="00034616">
          <w:type w:val="nextPage"/>
          <w:pgSz w:w="12240" w:h="15840"/>
          <w:pgMar w:top="1440" w:right="1800" w:bottom="1440" w:left="1800" w:header="720" w:footer="720" w:gutter="0"/>
          <w:pgNumType w:start="3"/>
          <w:cols w:space="720"/>
          <w:titlePg w:val="0"/>
          <w:docGrid w:linePitch="360"/>
        </w:sectPr>
      </w:pPr>
      <w:r>
        <w:rPr>
          <w:sz w:val="28"/>
        </w:rPr>
        <w:t>根据教体局《教师支援农村教育工作的意见》及有关文件精神，结合我乡教育现状，_年8月，我校选拔马保平、杨艳梅2位同志与东村亢赠文、陈春平进行对口支教，二中选拔下派刘竹霞、李平、白海峰与我校何晓红、吴晓东、李凤银3名年轻有为的教师深入农村学校支教，取得了明显成效，促进了开发区教育事业的均衡发展，产生了良好的社会效益。</w:t>
      </w:r>
    </w:p>
    <w:p>
      <w:pPr>
        <w:spacing w:line="360" w:lineRule="auto"/>
        <w:jc w:val="both"/>
      </w:pPr>
      <w:r>
        <w:rPr>
          <w:sz w:val="28"/>
        </w:rPr>
        <w:t>_年1月6日至7日我校对市二中派出的3名支教教师采取名誉测评、座谈、背对背的谈话等多种形式对支教者在工作态度、考勤、工作成绩等方面进行了全面考核、评估，现总结如下：</w:t>
      </w:r>
    </w:p>
    <w:p>
      <w:pPr>
        <w:spacing w:line="360" w:lineRule="auto"/>
        <w:jc w:val="both"/>
      </w:pPr>
      <w:r>
        <w:rPr>
          <w:sz w:val="28"/>
        </w:rPr>
        <w:t>一、措施得力成效显著</w:t>
      </w:r>
    </w:p>
    <w:p>
      <w:pPr>
        <w:spacing w:line="360" w:lineRule="auto"/>
        <w:jc w:val="both"/>
      </w:pPr>
      <w:r>
        <w:rPr>
          <w:sz w:val="28"/>
        </w:rPr>
        <w:t>这些教师响应局的号召，带着各校领导的殷殷嘱托，奔赴各个学校开始教育支援工作。针对农村师资力量薄弱的现状，我校出台了《寺河乡对口支教工作实施办法》。按照统一安排，在学校教育教学工作正常运转的前提下，每年有计划、分步骤地选派一些优秀教师到城区学校跟岗学习，每期时间为一年。促进教育人才资源的合理流动，我校还实施了优惠的支教政策如对支教者优先晋升职称等，为支教工作正常运行迈开了可喜的一步，收到了实效。同时，这些支教教师把城区学校优秀的教育传统、先进的教学理念和科学的教育教学方法带到我校。为加强对支教教师的管理，教育局制定出台了《支教教师考核实施办法》，教育体育局出台政策得力，深受农村学校欢迎。</w:t>
      </w:r>
    </w:p>
    <w:p>
      <w:pPr>
        <w:spacing w:line="360" w:lineRule="auto"/>
        <w:jc w:val="both"/>
      </w:pPr>
      <w:r>
        <w:rPr>
          <w:sz w:val="28"/>
        </w:rPr>
        <w:t>二、倾心支教，为农村教育的发展贡献力量</w:t>
      </w:r>
    </w:p>
    <w:p>
      <w:pPr>
        <w:spacing w:line="360" w:lineRule="auto"/>
        <w:jc w:val="both"/>
        <w:sectPr w:rsidSect="00034616">
          <w:type w:val="nextPage"/>
          <w:pgSz w:w="12240" w:h="15840"/>
          <w:pgMar w:top="1440" w:right="1800" w:bottom="1440" w:left="1800" w:header="720" w:footer="720" w:gutter="0"/>
          <w:pgNumType w:start="4"/>
          <w:cols w:space="720"/>
          <w:titlePg w:val="0"/>
          <w:docGrid w:linePitch="360"/>
        </w:sectPr>
      </w:pPr>
    </w:p>
    <w:p>
      <w:pPr>
        <w:spacing w:line="360" w:lineRule="auto"/>
        <w:jc w:val="both"/>
      </w:pPr>
      <w:r>
        <w:rPr>
          <w:sz w:val="28"/>
        </w:rPr>
        <w:t>半年来，支教教师们怀着对农村教育事业的无比忠诚，以饱满的工作热情、较高的业务素质和严谨务实的工作态度积极投身到农村教育教学工作中去，涌现出了许多勤奋敬业、扎实肯干的优秀教师。支教教师谦虚谨慎，工作认真，尊老爱友，他们所带的班级在中考中获得优异成绩，为学校赢得了荣誉。他们不负重托，任劳任怨、扎根学校，在他们带动下学校各项工作都有了明显变化，教学质量稳步上升。教师白海峰无私奉献，一心倾注农村教育受到师生的好评。他担任八年级两个的语文课，不怕底子差，不怕任务重，在短暂的半半时间里做出了其他人几年的工作。李萍、刘竹霞多次承担公开课任务，把好的教学经验传授给其他教师，互帮互学共同前进，为我校课堂教学发挥了积极的引领作用，同时在推进阳光体育工作做出了巨大努力，为学校留下了深刻的印象。在座谈中，刘竹霞深有感触的说：“此次支教使我心身得以锻炼，在基层老教师身上学到了很多长处，终身受益”。总之通过考核发现，半年来支教教师在平凡的岗位上无怨无悔地工作着，用真诚奉献给农村学校带来了勃勃生机，赢得了学校领导、师生的认可和家长的好评。</w:t>
      </w:r>
    </w:p>
    <w:p>
      <w:pPr>
        <w:spacing w:line="360" w:lineRule="auto"/>
        <w:jc w:val="both"/>
      </w:pPr>
      <w:r>
        <w:rPr>
          <w:sz w:val="28"/>
        </w:rPr>
        <w:t>三、强化管理，受援学校工作扎实到位</w:t>
      </w:r>
    </w:p>
    <w:p>
      <w:pPr>
        <w:spacing w:line="360" w:lineRule="auto"/>
        <w:jc w:val="both"/>
        <w:sectPr w:rsidSect="00034616">
          <w:type w:val="nextPage"/>
          <w:pgSz w:w="12240" w:h="15840"/>
          <w:pgMar w:top="1440" w:right="1800" w:bottom="1440" w:left="1800" w:header="720" w:footer="720" w:gutter="0"/>
          <w:pgNumType w:start="5"/>
          <w:cols w:space="720"/>
          <w:titlePg w:val="0"/>
          <w:docGrid w:linePitch="360"/>
        </w:sectPr>
      </w:pPr>
    </w:p>
    <w:p>
      <w:pPr>
        <w:spacing w:line="360" w:lineRule="auto"/>
        <w:jc w:val="both"/>
      </w:pPr>
      <w:r>
        <w:rPr>
          <w:sz w:val="28"/>
        </w:rPr>
        <w:t>支教教师的到来，如一股春风，给农村学校注入了新的活力。学校的领导班子对支教工作给予了高度重视，将其视为改变农村教育教学面貌、带动农村教师业务水平整体提高的有利契机，专门召开了会议，妥善合理地安排支教教师的工作和生活。分别建立了适合我校实际的激励考核机制，细化考核内容，严格按照量化考核办法实施对支教教师的考核。在业务管理上对支教教师实行专项管理，建立支教教师专项档案，内容涉及教案、教学反思、教学随笔、学习笔记、专题讲座、作业批改、教研组活动、试卷分析等日常教育教学管理的各个方面，随时记录他们在支教期间的工作情况。为充分发挥支教教师的示范引领作用，学校专门安排支教教师作了公开课、示范课，先进的教育理念和教学方法得到推广应用。结合教研组活动，大部分支教教师以专题讲座的形式，把自己宝贵的教学经验、研读教材的心得体会、富有实效的操作办法与农村教师进行了深入的学习交流。我校还安排教学骨干与年轻教师结成师徒对子，支教教师深入课堂听课、评课、导课，指导年轻教师解决教学中存在的实际问题，充分发挥传、帮、带作用，实现在教学实践中共同提高的目的。为使支教教师更加安心农村教育工作，农村学校的领导想方设法解决支教教师生活中的实际困难，如为支教教师准备宿舍、筹建食堂，并多方联系等等。在受援学校领导和同事的重视、关心爱护下，限度地调动起了支教教师们工作的积极性和工作热情，同时建立了和谐融洽的深厚情谊。</w:t>
      </w:r>
    </w:p>
    <w:p>
      <w:pPr>
        <w:spacing w:line="360" w:lineRule="auto"/>
        <w:jc w:val="both"/>
      </w:pPr>
      <w:r>
        <w:rPr>
          <w:sz w:val="28"/>
        </w:rPr>
        <w:t>四、对口帮扶，城乡学校共建活动深入开展</w:t>
      </w:r>
    </w:p>
    <w:p>
      <w:pPr>
        <w:spacing w:line="360" w:lineRule="auto"/>
        <w:jc w:val="both"/>
      </w:pPr>
      <w:r>
        <w:rPr>
          <w:sz w:val="28"/>
        </w:rPr>
        <w:t>在教育体育局的统一安排下，城区学校与农村学校的“手拉手”共建活动开展得更加丰富。城区学校除统筹安排教学工作、优选学校骨干教师参与支教外，校领导还经常深入农村学校看望慰问支教教师，设法解除他们的后顾之忧，对支教工作给予了大力支持。在了解到农村学校面临的实际困难后，许多城区学校给予了他们力所能及的物质和资金扶持，。此外，城区学校还积极带动农村学校开展联片教研活动，使农村教师的教研教改能力进一步增强，推动了农村教育质量的稳步提升。</w:t>
      </w:r>
    </w:p>
    <w:p>
      <w:pPr>
        <w:spacing w:after="320"/>
      </w:pPr>
      <w:r>
        <w:rPr>
          <w:rFonts w:ascii="Times New Roman" w:eastAsia="楷体" w:hAnsi="Times New Roman"/>
          <w:b/>
          <w:color w:val="000000"/>
          <w:sz w:val="28"/>
        </w:rPr>
        <w:t>篇三：教师下乡支教心得体会 篇三</w:t>
      </w:r>
    </w:p>
    <w:p>
      <w:pPr>
        <w:spacing w:line="360" w:lineRule="auto"/>
        <w:jc w:val="both"/>
        <w:sectPr w:rsidSect="00034616">
          <w:type w:val="nextPage"/>
          <w:pgSz w:w="12240" w:h="15840"/>
          <w:pgMar w:top="1440" w:right="1800" w:bottom="1440" w:left="1800" w:header="720" w:footer="720" w:gutter="0"/>
          <w:pgNumType w:start="6"/>
          <w:cols w:space="720"/>
          <w:titlePg w:val="0"/>
          <w:docGrid w:linePitch="360"/>
        </w:sectPr>
      </w:pPr>
      <w:r>
        <w:rPr>
          <w:sz w:val="28"/>
        </w:rPr>
        <w:t>今年暑假，我跟随xx师范学院赴xx县xx镇《国家中长期教育发展规划纲要》实践小分队参加了为期十天的三下乡活动。主要任务是到xx县xx镇中心小学义务支教。虽然只是短暂的十天，但让我学到了很多，又发)白话文○(现自己还缺少很多。这十天的支教，我最大的感触就是要全面提升自身综合素质，做一名优秀的人民教师。</w:t>
      </w:r>
    </w:p>
    <w:p>
      <w:pPr>
        <w:spacing w:line="360" w:lineRule="auto"/>
        <w:jc w:val="both"/>
      </w:pPr>
      <w:r>
        <w:rPr>
          <w:sz w:val="28"/>
        </w:rPr>
        <w:t>在这十天的教学工作、调查、交流和生活中，我学会了很多东西，对一些事情也有了新的看法，对自己的认识更进了一步。我真的非常感谢这次三下乡，给我提供了一个广阔的锻炼自己的平台。这十天的时光将会给我留下永恒的回忆，这次实践也会成为我人生的一笔财富。支教结束之后，思考了很多，想了很多，也让我体悟到了许多。下面我就将我的一些体悟与大家一同分享。</w:t>
      </w:r>
    </w:p>
    <w:p>
      <w:pPr>
        <w:spacing w:after="320"/>
      </w:pPr>
      <w:r>
        <w:rPr>
          <w:rFonts w:ascii="Times New Roman" w:eastAsia="楷体" w:hAnsi="Times New Roman"/>
          <w:b/>
          <w:color w:val="000000"/>
          <w:sz w:val="28"/>
        </w:rPr>
        <w:t>一、把握机会加强锻炼</w:t>
      </w:r>
    </w:p>
    <w:p>
      <w:pPr>
        <w:spacing w:line="360" w:lineRule="auto"/>
        <w:jc w:val="both"/>
      </w:pPr>
      <w:r>
        <w:rPr>
          <w:sz w:val="28"/>
        </w:rPr>
        <w:t>实践是检验真理的一个标准，切实加强和锻炼理论联系实际的能力，现代教育也越来越重视社会实践。因此我们要充分利用三下乡的机会来锻炼自己，提升自己各方面的能力，为以后进入社会打下良好的基础。我们要在在没有条件的情况下创造条件，在艰苦的环境中适应和改善环境，这才是对个人能力的最好锻炼，在三下乡给我们提供的平台上，我们要充分施展才干，积淀工作、生活素质和经验，我们只有走出学校，走进社会，才能把学校所学的理论用于实践，在实践中了解自己，在实践中战胜各种困难和挫折，经受锻炼，增长才干，增强工作实践能力。</w:t>
      </w:r>
    </w:p>
    <w:p>
      <w:pPr>
        <w:spacing w:after="320"/>
      </w:pPr>
      <w:r>
        <w:rPr>
          <w:rFonts w:ascii="Times New Roman" w:eastAsia="楷体" w:hAnsi="Times New Roman"/>
          <w:b/>
          <w:color w:val="000000"/>
          <w:sz w:val="28"/>
        </w:rPr>
        <w:t>二、努力学习提高从教能力</w:t>
      </w:r>
    </w:p>
    <w:p>
      <w:pPr>
        <w:spacing w:line="360" w:lineRule="auto"/>
        <w:jc w:val="both"/>
        <w:sectPr w:rsidSect="00034616">
          <w:type w:val="nextPage"/>
          <w:pgSz w:w="12240" w:h="15840"/>
          <w:pgMar w:top="1440" w:right="1800" w:bottom="1440" w:left="1800" w:header="720" w:footer="720" w:gutter="0"/>
          <w:pgNumType w:start="7"/>
          <w:cols w:space="720"/>
          <w:titlePg w:val="0"/>
          <w:docGrid w:linePitch="360"/>
        </w:sectPr>
      </w:pPr>
      <w:r>
        <w:rPr>
          <w:sz w:val="28"/>
        </w:rPr>
        <w:t>在这十天的教学中，我发现自己还有很多东西需要去弥补。普通话不太标准，专业知识不够扎实，现代教学方法没有掌握且不能灵活应用等等。为此我今后要加强这些知识的学习和锻炼，刻苦学习，全面提高自身素质，将来做一名称职的人民教师，以最佳的姿态投入到教育事业当中去。</w:t>
      </w:r>
    </w:p>
    <w:p>
      <w:pPr>
        <w:spacing w:after="320"/>
      </w:pPr>
      <w:r>
        <w:rPr>
          <w:rFonts w:ascii="Times New Roman" w:eastAsia="楷体" w:hAnsi="Times New Roman"/>
          <w:b/>
          <w:color w:val="000000"/>
          <w:sz w:val="28"/>
        </w:rPr>
        <w:t>三、奉献爱心帮助他人</w:t>
      </w:r>
    </w:p>
    <w:p>
      <w:pPr>
        <w:spacing w:line="360" w:lineRule="auto"/>
        <w:jc w:val="both"/>
      </w:pPr>
      <w:r>
        <w:rPr>
          <w:sz w:val="28"/>
        </w:rPr>
        <w:t>大学生支教就是用我们微薄的力量，去帮助那些孩子，为了那些山里的孩子能够更好的学习以改变自己的命运。支援贫困地区教育文化事业发展。我们不是去游山玩水，我们是在教育别人的同时也磨练了自己，我在这十天的教学中，始终给同学们讲这样一个道理。一个人无法改变自己的生活条件，但可以改变自己对生活的态度，态度决定一切，细节决定成败。运用到学习中那就是我没有办法改变我的学习条件，但我可以改变对学习的态度，我相信勤能补拙，只要我们刻苦学习、顽强拼搏，就算没有好的学习条件，我也可以有一个美好的前程。</w:t>
      </w:r>
    </w:p>
    <w:p>
      <w:pPr>
        <w:spacing w:after="320"/>
      </w:pPr>
      <w:r>
        <w:rPr>
          <w:rFonts w:ascii="Times New Roman" w:eastAsia="楷体" w:hAnsi="Times New Roman"/>
          <w:b/>
          <w:color w:val="000000"/>
          <w:sz w:val="28"/>
        </w:rPr>
        <w:t>四、讲求合作提高效率</w:t>
      </w:r>
    </w:p>
    <w:p>
      <w:pPr>
        <w:spacing w:line="360" w:lineRule="auto"/>
        <w:jc w:val="both"/>
      </w:pPr>
      <w:r>
        <w:rPr>
          <w:sz w:val="28"/>
        </w:rPr>
        <w:t>当今社会是一个竞争十分激烈的时代，单凭个人的单打独斗是不能办成很多事的。因此我们必须讲求合作，合作精神、合作意识显得非常重要，因为在当下每一个人都是相互联系在一起进而构成了变幻莫测、纷繁复杂的社会关系网络。我们要以宽广的胸襟和诚信的人格去和别人合作，和有的人合作一次，可能就一去不复返了，但和有的人合作一次就成为朋友，朋友之间就更需要相互的包容与理解。因此我们要珍惜每一次的合作机会，诚信合作达到双赢的效果。可以这样说，一个人的诚信度有多高，她/他的成就就有多大。在评价别人的缺点时，首先要保证这些缺点在你身上就是优点。</w:t>
      </w:r>
    </w:p>
    <w:p>
      <w:pPr>
        <w:spacing w:line="360" w:lineRule="auto"/>
        <w:jc w:val="both"/>
        <w:sectPr w:rsidSect="00034616">
          <w:type w:val="nextPage"/>
          <w:pgSz w:w="12240" w:h="15840"/>
          <w:pgMar w:top="1440" w:right="1800" w:bottom="1440" w:left="1800" w:header="720" w:footer="720" w:gutter="0"/>
          <w:pgNumType w:start="8"/>
          <w:cols w:space="720"/>
          <w:titlePg w:val="0"/>
          <w:docGrid w:linePitch="360"/>
        </w:sectPr>
      </w:pPr>
    </w:p>
    <w:p>
      <w:pPr>
        <w:spacing w:line="360" w:lineRule="auto"/>
        <w:jc w:val="both"/>
      </w:pPr>
      <w:r>
        <w:rPr>
          <w:sz w:val="28"/>
        </w:rPr>
        <w:t>在这十天里，我对此就认识非常深刻。就拿给三年级二班排节目来说，如果没有合作互助，仅凭我一个人就不会有那么好的效果。一起三下乡的同胞们，我愿和你们做永远的朋友，真诚的希望你们都能够答应。现在就把我们的合影放在这里。</w:t>
      </w:r>
    </w:p>
    <w:p>
      <w:pPr>
        <w:spacing w:after="320"/>
      </w:pPr>
      <w:r>
        <w:rPr>
          <w:rFonts w:ascii="Times New Roman" w:eastAsia="楷体" w:hAnsi="Times New Roman"/>
          <w:b/>
          <w:color w:val="000000"/>
          <w:sz w:val="28"/>
        </w:rPr>
        <w:t>五、学会感恩回报社会</w:t>
      </w:r>
    </w:p>
    <w:p>
      <w:pPr>
        <w:spacing w:line="360" w:lineRule="auto"/>
        <w:jc w:val="both"/>
      </w:pPr>
      <w:r>
        <w:rPr>
          <w:sz w:val="28"/>
        </w:rPr>
        <w:t>金集镇的村民给我的感受是，他们那么的淳朴和慈爱。我们在教室住宿，是他们借给我们被子，让我们度过了十个晚上，对待我们想自己的孩子一样。让我非常的感动。我在这里珍重的说一声：谢谢叔叔阿姨，向你们致敬。</w:t>
      </w:r>
    </w:p>
    <w:p>
      <w:pPr>
        <w:spacing w:line="360" w:lineRule="auto"/>
        <w:jc w:val="both"/>
      </w:pPr>
      <w:r>
        <w:rPr>
          <w:sz w:val="28"/>
        </w:rPr>
        <w:t>我们的生命不是上帝给予的，而是我们的父母给予了我们的生命。父母艰辛的把我们抚养长大，无时无刻不关怀着我们，当我们独立了，当我们有成就了，我们最不要忘记的是自己的父母，其次是帮助过、鼓励过我们的所有人。因此我们要懂得感恩，要把感恩形成一种不需要理由就去作为的行为，让我们的灵魂深处，心底里、骨子里都懂得感恩。当一个人的人生目标实现了，价值得到升华了，就应该到回报的时候了。</w:t>
      </w:r>
    </w:p>
    <w:p>
      <w:pPr>
        <w:spacing w:after="320"/>
      </w:pPr>
      <w:r>
        <w:rPr>
          <w:rFonts w:ascii="Times New Roman" w:eastAsia="楷体" w:hAnsi="Times New Roman"/>
          <w:b/>
          <w:color w:val="000000"/>
          <w:sz w:val="28"/>
        </w:rPr>
        <w:t>六、做好人生职业规划脚踏实地走下去实现人生价值</w:t>
      </w:r>
    </w:p>
    <w:p>
      <w:pPr>
        <w:spacing w:line="360" w:lineRule="auto"/>
        <w:jc w:val="both"/>
      </w:pPr>
      <w:r>
        <w:rPr>
          <w:sz w:val="28"/>
        </w:rPr>
        <w:t>在成就别人的基础上成就自己，实现自己的人生价值，完成自己的人生愿望。</w:t>
      </w:r>
    </w:p>
    <w:p>
      <w:pPr>
        <w:spacing w:line="360" w:lineRule="auto"/>
        <w:jc w:val="both"/>
        <w:sectPr w:rsidSect="00034616">
          <w:type w:val="nextPage"/>
          <w:pgSz w:w="12240" w:h="15840"/>
          <w:pgMar w:top="1440" w:right="1800" w:bottom="1440" w:left="1800" w:header="720" w:footer="720" w:gutter="0"/>
          <w:pgNumType w:start="9"/>
          <w:cols w:space="720"/>
          <w:titlePg w:val="0"/>
          <w:docGrid w:linePitch="360"/>
        </w:sectPr>
      </w:pPr>
    </w:p>
    <w:p>
      <w:pPr>
        <w:spacing w:line="360" w:lineRule="auto"/>
        <w:jc w:val="both"/>
      </w:pPr>
      <w:r>
        <w:rPr>
          <w:sz w:val="28"/>
        </w:rPr>
        <w:t>每一个人要想成就一番事业，就首先必须有一个明确的目标，并不断的努力学习，坚持不懈的拼搏去实现它。制定目标需要注意三点：目标需现实化、目标需具体化、目标需可操作化。不要做一只无头的苍蝇，乱飞乱碰，最终什么都没有留下就丧失了自己的生命。每一个人的人生目标都是由许多小的目标的实现组合在一起完成的。我把小的目标称为部分，人生目标称为整体，部分的力量都发挥出来并有机的组合在一起的话，那么整体的力量是无穷的。正所谓“不积跬步，无以至千里。不积小流，无以成江海”就意味着你的人生是成功的，就真正的实现了你的人生价值。我们要始终相信三个公式：理念+实践+经验=成功、战略+执行+积累=成功、简单+勤奋=成功。</w:t>
      </w:r>
    </w:p>
    <w:p>
      <w:pPr>
        <w:spacing w:line="360" w:lineRule="auto"/>
        <w:jc w:val="both"/>
      </w:pPr>
      <w:r>
        <w:rPr>
          <w:sz w:val="28"/>
        </w:rPr>
        <w:t>当今社会，就业形势这么严峻，在这样的形势下如何获得一份工作呢？我认为：首先要了解清楚社会需要什么样的人才，社会需要全才基础上专才的人才。很多方面基础很好再加上一门技术知识都过硬、潜力很深的专才，最后带上你高尚的人品气质、宽广的胸襟、永不放弃的自信，工作将会来临，抓住机遇，你要知道机会是留给又要准备的人，想要抓住机会，就按照“全才基础上专才的人才”的标准去打造自己吧，去充实自己吧，去准备吧。</w:t>
      </w:r>
    </w:p>
    <w:p>
      <w:pPr>
        <w:spacing w:line="360" w:lineRule="auto"/>
        <w:jc w:val="both"/>
      </w:pPr>
      <w:r>
        <w:rPr>
          <w:sz w:val="28"/>
        </w:rPr>
        <w:t>每一个人都有懒惰性，那么如何克服这种懒惰性呢？第一，有一个明确的人生目标作为前提，有精确的计划，计划细到每一年、每一月、每一天；第二、每次工作学习之前，想想你的人生目标，想想如果你实现了的话将会咋样，让你的一切行为为你的人生目标服务；第三、培养超级自信力和顽强的进行不懈努力的毅力；第四、把“有志者事竟成”作为一个消除懒惰、进入学习工作状态的动力。</w:t>
      </w:r>
    </w:p>
    <w:p>
      <w:pPr>
        <w:spacing w:line="360" w:lineRule="auto"/>
        <w:jc w:val="both"/>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https://d.book118.com/317060033100006030</w:t>
        </w:r>
      </w:hyperlink>
    </w:p>
    <w:p>
      <w:pPr>
        <w:spacing w:line="360" w:lineRule="auto"/>
        <w:jc w:val="both"/>
      </w:pPr>
    </w:p>
    <w:sectPr w:rsidSect="00034616">
      <w:type w:val="nextPage"/>
      <w:pgSz w:w="12240" w:h="15840"/>
      <w:pgMar w:top="1440" w:right="1800" w:bottom="1440" w:left="1800" w:header="720" w:footer="720" w:gutter="0"/>
      <w:pgNumType w:start="10"/>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楷体"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31706003310000603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