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1B1F19" w14:paraId="7F7A67AA" w14:textId="0AE8485B">
      <w:pPr>
        <w:pStyle w:val="Heading1"/>
        <w:jc w:val="center"/>
        <w:rPr>
          <w:rFonts w:hint="eastAsia"/>
          <w:lang w:eastAsia="zh-CN"/>
        </w:rPr>
      </w:pPr>
      <w:r>
        <w:rPr>
          <w:sz w:val="44"/>
          <w:lang w:eastAsia="zh-CN"/>
        </w:rPr>
        <w:t>2024年母亲节促销方案（23篇）</w:t>
      </w:r>
    </w:p>
    <w:p w:rsidR="001B1F19" w14:paraId="15E7D7A0" w14:textId="27C3F48A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lang w:eastAsia="zh-CN"/>
        </w:rPr>
        <w:br/>
      </w:r>
      <w:r>
        <w:rPr>
          <w:lang w:eastAsia="zh-CN"/>
        </w:rPr>
        <w:br/>
      </w:r>
      <w:r>
        <w:rPr>
          <w:lang w:eastAsia="zh-CN"/>
        </w:rPr>
        <w:t>2024年母亲节促销方案（精选23篇）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篇1 </w:t>
      </w:r>
      <w:r>
        <w:rPr>
          <w:lang w:eastAsia="zh-CN"/>
        </w:rPr>
        <w:br/>
      </w:r>
      <w:r>
        <w:rPr>
          <w:lang w:eastAsia="zh-CN"/>
        </w:rPr>
        <w:t>　　时间：</w:t>
      </w:r>
      <w:r>
        <w:rPr>
          <w:lang w:eastAsia="zh-CN"/>
        </w:rPr>
        <w:br/>
      </w:r>
      <w:r>
        <w:rPr>
          <w:lang w:eastAsia="zh-CN"/>
        </w:rPr>
        <w:t>　　3月1日到3月8日</w:t>
      </w:r>
      <w:r>
        <w:rPr>
          <w:lang w:eastAsia="zh-CN"/>
        </w:rPr>
        <w:br/>
      </w:r>
      <w:r>
        <w:rPr>
          <w:lang w:eastAsia="zh-CN"/>
        </w:rPr>
        <w:t>　　内容：</w:t>
      </w:r>
      <w:r>
        <w:rPr>
          <w:lang w:eastAsia="zh-CN"/>
        </w:rPr>
        <w:br/>
      </w:r>
      <w:r>
        <w:rPr>
          <w:lang w:eastAsia="zh-CN"/>
        </w:rPr>
        <w:t>　　真情寻找特殊母亲</w:t>
      </w:r>
      <w:r>
        <w:rPr>
          <w:lang w:eastAsia="zh-CN"/>
        </w:rPr>
        <w:br/>
      </w:r>
      <w:r>
        <w:rPr>
          <w:lang w:eastAsia="zh-CN"/>
        </w:rPr>
        <w:t>　　活动简介：</w:t>
      </w:r>
      <w:r>
        <w:rPr>
          <w:lang w:eastAsia="zh-CN"/>
        </w:rPr>
        <w:br/>
      </w:r>
      <w:r>
        <w:rPr>
          <w:lang w:eastAsia="zh-CN"/>
        </w:rPr>
        <w:t>　　在母亲节期间，在美福的忠实消费者中寻找与美福同月同日出生(5月22日)或者同月同日做母亲的特殊母亲10人，作为美福首批品牌监督人，接受一份特殊的.礼品(除一份礼品外，另邀请参加3.8"母亲节，爱心献给母亲月"大型晚会)。</w:t>
      </w:r>
      <w:r>
        <w:rPr>
          <w:lang w:eastAsia="zh-CN"/>
        </w:rPr>
        <w:br/>
      </w:r>
      <w:r>
        <w:rPr>
          <w:lang w:eastAsia="zh-CN"/>
        </w:rPr>
        <w:t>　　对象：</w:t>
      </w:r>
      <w:r>
        <w:rPr>
          <w:lang w:eastAsia="zh-CN"/>
        </w:rPr>
        <w:br/>
      </w:r>
      <w:r>
        <w:rPr>
          <w:lang w:eastAsia="zh-CN"/>
        </w:rPr>
        <w:t>　　凡在3.8日前到美福专卖店、美福专卖柜购买美福产品金额达100元以上的女士(生日为5月22日，或者孩子生日为5月22日)均有机会获得其中荣誉和奖品。</w:t>
      </w:r>
      <w:r>
        <w:rPr>
          <w:lang w:eastAsia="zh-CN"/>
        </w:rPr>
        <w:br/>
      </w:r>
      <w:r>
        <w:rPr>
          <w:lang w:eastAsia="zh-CN"/>
        </w:rPr>
        <w:t>　　步骤：</w:t>
      </w:r>
      <w:r>
        <w:rPr>
          <w:lang w:eastAsia="zh-CN"/>
        </w:rPr>
        <w:br/>
      </w:r>
      <w:r>
        <w:rPr>
          <w:lang w:eastAsia="zh-CN"/>
        </w:rPr>
        <w:t>　　1、2月26日发软文"美福将实行品牌社会监管制"(发放媒体另定)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lang w:eastAsia="zh-CN"/>
        </w:rPr>
        <w:t>　　2、2月28日发广告"真情母亲系列"，配合美福3.8万人品尝活动，进行品牌宣传。</w:t>
      </w:r>
      <w:r>
        <w:rPr>
          <w:lang w:eastAsia="zh-CN"/>
        </w:rPr>
        <w:br/>
      </w:r>
      <w:r>
        <w:rPr>
          <w:lang w:eastAsia="zh-CN"/>
        </w:rPr>
        <w:t>　　28日广告主题：母亲节，购物大惊喜(费用)</w:t>
      </w:r>
      <w:r>
        <w:rPr>
          <w:lang w:eastAsia="zh-CN"/>
        </w:rPr>
        <w:br/>
      </w:r>
      <w:r>
        <w:rPr>
          <w:lang w:eastAsia="zh-CN"/>
        </w:rPr>
        <w:t>　　31日广告主题：超一百，喜出意外(费用)</w:t>
      </w:r>
      <w:r>
        <w:rPr>
          <w:lang w:eastAsia="zh-CN"/>
        </w:rPr>
        <w:br/>
      </w:r>
      <w:r>
        <w:rPr>
          <w:lang w:eastAsia="zh-CN"/>
        </w:rPr>
        <w:t>　　2日软文"寻找真情母亲"</w:t>
      </w:r>
      <w:r>
        <w:rPr>
          <w:lang w:eastAsia="zh-CN"/>
        </w:rPr>
        <w:br/>
      </w:r>
      <w:r>
        <w:rPr>
          <w:lang w:eastAsia="zh-CN"/>
        </w:rPr>
        <w:t>　　4日广告"大喜报"(费用)</w:t>
      </w:r>
      <w:r>
        <w:rPr>
          <w:lang w:eastAsia="zh-CN"/>
        </w:rPr>
        <w:br/>
      </w:r>
      <w:r>
        <w:rPr>
          <w:lang w:eastAsia="zh-CN"/>
        </w:rPr>
        <w:t>　　6日软文"品牌社会监督员尘埃落定"</w:t>
      </w:r>
      <w:r>
        <w:rPr>
          <w:lang w:eastAsia="zh-CN"/>
        </w:rPr>
        <w:br/>
      </w:r>
      <w:r>
        <w:rPr>
          <w:lang w:eastAsia="zh-CN"/>
        </w:rPr>
        <w:t>　　3、核准相关标准：</w:t>
      </w:r>
      <w:r>
        <w:rPr>
          <w:lang w:eastAsia="zh-CN"/>
        </w:rPr>
        <w:br/>
      </w:r>
      <w:r>
        <w:rPr>
          <w:lang w:eastAsia="zh-CN"/>
        </w:rPr>
        <w:t>　　凭购物小票和身份证、孩童出生证到公司核准</w:t>
      </w:r>
      <w:r>
        <w:rPr>
          <w:lang w:eastAsia="zh-CN"/>
        </w:rPr>
        <w:br/>
      </w:r>
      <w:r>
        <w:rPr>
          <w:lang w:eastAsia="zh-CN"/>
        </w:rPr>
        <w:t>　　如果人数过多，则以现场抽取的方式进行聘用</w:t>
      </w:r>
      <w:r>
        <w:rPr>
          <w:lang w:eastAsia="zh-CN"/>
        </w:rPr>
        <w:br/>
      </w:r>
      <w:r>
        <w:rPr>
          <w:lang w:eastAsia="zh-CN"/>
        </w:rPr>
        <w:t>　　4、相关文本准备：品牌监察员手册，品牌监察员证书</w:t>
      </w:r>
      <w:r>
        <w:rPr>
          <w:lang w:eastAsia="zh-CN"/>
        </w:rPr>
        <w:br/>
      </w:r>
      <w:r>
        <w:rPr>
          <w:lang w:eastAsia="zh-CN"/>
        </w:rPr>
        <w:t>　　经济测算：</w:t>
      </w:r>
      <w:r>
        <w:rPr>
          <w:lang w:eastAsia="zh-CN"/>
        </w:rPr>
        <w:br/>
      </w:r>
      <w:r>
        <w:rPr>
          <w:lang w:eastAsia="zh-CN"/>
        </w:rPr>
        <w:t>　　支出：广告费用+媒体联系费用+证书费用(控制在_元)</w:t>
      </w:r>
      <w:r>
        <w:rPr>
          <w:lang w:eastAsia="zh-CN"/>
        </w:rPr>
        <w:br/>
      </w:r>
      <w:r>
        <w:rPr>
          <w:lang w:eastAsia="zh-CN"/>
        </w:rPr>
        <w:t>　　回报：预计销售额提升2%，有效增加品牌传播率</w:t>
      </w:r>
      <w:r>
        <w:rPr>
          <w:lang w:eastAsia="zh-CN"/>
        </w:rPr>
        <w:br/>
      </w:r>
      <w:r>
        <w:rPr>
          <w:lang w:eastAsia="zh-CN"/>
        </w:rPr>
        <w:t>　　5、人员分工：</w:t>
      </w:r>
      <w:r>
        <w:rPr>
          <w:lang w:eastAsia="zh-CN"/>
        </w:rPr>
        <w:br/>
      </w:r>
      <w:r>
        <w:rPr>
          <w:lang w:eastAsia="zh-CN"/>
        </w:rPr>
        <w:t>　　部门工作内容完成时间项目负责人项目进程项目负责人确认。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篇2 </w:t>
      </w:r>
      <w:r>
        <w:rPr>
          <w:lang w:eastAsia="zh-CN"/>
        </w:rPr>
        <w:br/>
      </w:r>
      <w:r>
        <w:rPr>
          <w:lang w:eastAsia="zh-CN"/>
        </w:rPr>
        <w:t>　　一、活动时间</w:t>
      </w:r>
      <w:r>
        <w:rPr>
          <w:lang w:eastAsia="zh-CN"/>
        </w:rPr>
        <w:br/>
      </w:r>
      <w:r>
        <w:rPr>
          <w:lang w:eastAsia="zh-CN"/>
        </w:rPr>
        <w:t>　　3月8日晚20：00——22：00</w:t>
      </w:r>
      <w:r>
        <w:rPr>
          <w:lang w:eastAsia="zh-CN"/>
        </w:rPr>
        <w:br/>
      </w:r>
      <w:r>
        <w:rPr>
          <w:lang w:eastAsia="zh-CN"/>
        </w:rPr>
        <w:t>　　二、活动内容</w:t>
      </w:r>
      <w:r>
        <w:rPr>
          <w:lang w:eastAsia="zh-CN"/>
        </w:rPr>
        <w:br/>
      </w:r>
      <w:r>
        <w:rPr>
          <w:lang w:eastAsia="zh-CN"/>
        </w:rPr>
        <w:t>　　20：00主持人作“母亲节，爱心献给母亲月”的开幕主讲</w:t>
      </w:r>
      <w:r>
        <w:rPr>
          <w:lang w:eastAsia="zh-CN"/>
        </w:rPr>
        <w:br/>
      </w:r>
      <w:r>
        <w:rPr>
          <w:lang w:eastAsia="zh-CN"/>
        </w:rPr>
        <w:t>　　20：10“母亲节，心有灵犀一点通”活动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lang w:eastAsia="zh-CN"/>
        </w:rPr>
        <w:t>　　参加人数：6组(3人)，每组时间8分钟</w:t>
      </w:r>
      <w:r>
        <w:rPr>
          <w:lang w:eastAsia="zh-CN"/>
        </w:rPr>
        <w:br/>
      </w:r>
      <w:r>
        <w:rPr>
          <w:lang w:eastAsia="zh-CN"/>
        </w:rPr>
        <w:t>　　规则：(另附)</w:t>
      </w:r>
      <w:r>
        <w:rPr>
          <w:lang w:eastAsia="zh-CN"/>
        </w:rPr>
        <w:br/>
      </w:r>
      <w:r>
        <w:rPr>
          <w:lang w:eastAsia="zh-CN"/>
        </w:rPr>
        <w:t>　　奖励：以答题对数分为三等奖，一等奖一名，奖励价值90元的奖品，二等奖两名，奖励价值75元的奖品，三等奖三名，奖励价值60元的奖品(225元)</w:t>
      </w:r>
      <w:r>
        <w:rPr>
          <w:lang w:eastAsia="zh-CN"/>
        </w:rPr>
        <w:br/>
      </w:r>
      <w:r>
        <w:rPr>
          <w:lang w:eastAsia="zh-CN"/>
        </w:rPr>
        <w:t>　　20：50(陈总致辞)(送花、转送)(花10元)</w:t>
      </w:r>
      <w:r>
        <w:rPr>
          <w:lang w:eastAsia="zh-CN"/>
        </w:rPr>
        <w:br/>
      </w:r>
      <w:r>
        <w:rPr>
          <w:lang w:eastAsia="zh-CN"/>
        </w:rPr>
        <w:t>　　20：55佳宾致辞(送花)(10元)</w:t>
      </w:r>
      <w:r>
        <w:rPr>
          <w:lang w:eastAsia="zh-CN"/>
        </w:rPr>
        <w:br/>
      </w:r>
      <w:r>
        <w:rPr>
          <w:lang w:eastAsia="zh-CN"/>
        </w:rPr>
        <w:t>　　21：00歌舞(参与者每人一点礼品)(侗乡基地)(礼品价值20元两份)</w:t>
      </w:r>
      <w:r>
        <w:rPr>
          <w:lang w:eastAsia="zh-CN"/>
        </w:rPr>
        <w:br/>
      </w:r>
      <w:r>
        <w:rPr>
          <w:lang w:eastAsia="zh-CN"/>
        </w:rPr>
        <w:t>　　21：10诗歌朗诵：(歌颂母亲的诗歌)(创作者、朗诵者礼品)(礼品价值20元两份)</w:t>
      </w:r>
      <w:r>
        <w:rPr>
          <w:lang w:eastAsia="zh-CN"/>
        </w:rPr>
        <w:br/>
      </w:r>
      <w:r>
        <w:rPr>
          <w:lang w:eastAsia="zh-CN"/>
        </w:rPr>
        <w:t>　　21：20“献给母亲，魔法大表情”</w:t>
      </w:r>
      <w:r>
        <w:rPr>
          <w:lang w:eastAsia="zh-CN"/>
        </w:rPr>
        <w:br/>
      </w:r>
      <w:r>
        <w:rPr>
          <w:lang w:eastAsia="zh-CN"/>
        </w:rPr>
        <w:t>　　参加人数：6_3组，每组时间8分钟</w:t>
      </w:r>
      <w:r>
        <w:rPr>
          <w:lang w:eastAsia="zh-CN"/>
        </w:rPr>
        <w:br/>
      </w:r>
      <w:r>
        <w:rPr>
          <w:lang w:eastAsia="zh-CN"/>
        </w:rPr>
        <w:t>　　规则：(另附)</w:t>
      </w:r>
      <w:r>
        <w:rPr>
          <w:lang w:eastAsia="zh-CN"/>
        </w:rPr>
        <w:br/>
      </w:r>
      <w:r>
        <w:rPr>
          <w:lang w:eastAsia="zh-CN"/>
        </w:rPr>
        <w:t>　　奖励：每组赠品60元，(360元)</w:t>
      </w:r>
      <w:r>
        <w:rPr>
          <w:lang w:eastAsia="zh-CN"/>
        </w:rPr>
        <w:br/>
      </w:r>
      <w:r>
        <w:rPr>
          <w:lang w:eastAsia="zh-CN"/>
        </w:rPr>
        <w:t>　　22：05歌曲(乐器)(礼品价值20元)(山东基地)</w:t>
      </w:r>
      <w:r>
        <w:rPr>
          <w:lang w:eastAsia="zh-CN"/>
        </w:rPr>
        <w:br/>
      </w:r>
      <w:r>
        <w:rPr>
          <w:lang w:eastAsia="zh-CN"/>
        </w:rPr>
        <w:t>　　22：10品牌监督员授牌(献花)(花100元，礼品20元_10=200元)</w:t>
      </w:r>
      <w:r>
        <w:rPr>
          <w:lang w:eastAsia="zh-CN"/>
        </w:rPr>
        <w:br/>
      </w:r>
      <w:r>
        <w:rPr>
          <w:lang w:eastAsia="zh-CN"/>
        </w:rPr>
        <w:t>　　22：20浓浓春色、悄悄有礼</w:t>
      </w:r>
      <w:r>
        <w:rPr>
          <w:lang w:eastAsia="zh-CN"/>
        </w:rPr>
        <w:br/>
      </w:r>
      <w:r>
        <w:rPr>
          <w:lang w:eastAsia="zh-CN"/>
        </w:rPr>
        <w:t>　　工具：(摸奖箱一个，奖品十份)</w:t>
      </w:r>
      <w:r>
        <w:rPr>
          <w:lang w:eastAsia="zh-CN"/>
        </w:rPr>
        <w:br/>
      </w:r>
      <w:r>
        <w:rPr>
          <w:lang w:eastAsia="zh-CN"/>
        </w:rPr>
        <w:t>　　三等奖三名(50元_3)、二等奖两名(80元_2)、一等奖一名(100元_1)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lang w:eastAsia="zh-CN"/>
        </w:rPr>
        <w:t>　　22：40绿色美福顶顶全福</w:t>
      </w:r>
      <w:r>
        <w:rPr>
          <w:lang w:eastAsia="zh-CN"/>
        </w:rPr>
        <w:br/>
      </w:r>
      <w:r>
        <w:rPr>
          <w:lang w:eastAsia="zh-CN"/>
        </w:rPr>
        <w:t>　　参加人数：6组_3，每组时间8分钟</w:t>
      </w:r>
      <w:r>
        <w:rPr>
          <w:lang w:eastAsia="zh-CN"/>
        </w:rPr>
        <w:br/>
      </w:r>
      <w:r>
        <w:rPr>
          <w:lang w:eastAsia="zh-CN"/>
        </w:rPr>
        <w:t>　　规则：(另附)</w:t>
      </w:r>
      <w:r>
        <w:rPr>
          <w:lang w:eastAsia="zh-CN"/>
        </w:rPr>
        <w:br/>
      </w:r>
      <w:r>
        <w:rPr>
          <w:lang w:eastAsia="zh-CN"/>
        </w:rPr>
        <w:t>　　奖励：一等奖一组(90元)，二等奖两组(75元)三等奖三组(60元)</w:t>
      </w:r>
      <w:r>
        <w:rPr>
          <w:lang w:eastAsia="zh-CN"/>
        </w:rPr>
        <w:br/>
      </w:r>
      <w:r>
        <w:rPr>
          <w:lang w:eastAsia="zh-CN"/>
        </w:rPr>
        <w:t>　　三、会场布置</w:t>
      </w:r>
      <w:r>
        <w:rPr>
          <w:lang w:eastAsia="zh-CN"/>
        </w:rPr>
        <w:br/>
      </w:r>
      <w:r>
        <w:rPr>
          <w:lang w:eastAsia="zh-CN"/>
        </w:rPr>
        <w:t>　　大横幅一条(喷绘)：“母亲节，感恩节，爱心献给母亲月”(6_0.5)</w:t>
      </w:r>
      <w:r>
        <w:rPr>
          <w:lang w:eastAsia="zh-CN"/>
        </w:rPr>
        <w:br/>
      </w:r>
      <w:r>
        <w:rPr>
          <w:lang w:eastAsia="zh-CN"/>
        </w:rPr>
        <w:t>　　小横幅一条(喷绘)：“永远的母亲情怀，美福食品有限公司3.8特别晚会”</w:t>
      </w:r>
      <w:r>
        <w:rPr>
          <w:lang w:eastAsia="zh-CN"/>
        </w:rPr>
        <w:br/>
      </w:r>
      <w:r>
        <w:rPr>
          <w:lang w:eastAsia="zh-CN"/>
        </w:rPr>
        <w:t>　　竖幅两条：情溢东海情长在爱在美福福自来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篇3 </w:t>
      </w:r>
      <w:r>
        <w:rPr>
          <w:lang w:eastAsia="zh-CN"/>
        </w:rPr>
        <w:br/>
      </w:r>
      <w:r>
        <w:rPr>
          <w:lang w:eastAsia="zh-CN"/>
        </w:rPr>
        <w:t>　　一、市场目的:</w:t>
      </w:r>
      <w:r>
        <w:rPr>
          <w:lang w:eastAsia="zh-CN"/>
        </w:rPr>
        <w:br/>
      </w:r>
      <w:r>
        <w:rPr>
          <w:lang w:eastAsia="zh-CN"/>
        </w:rPr>
        <w:t>　　服饰文化节的闭幕，暨母亲节活动开展，时机正适继五一小长假之后，母亲节必将带来五月的第二个销售小高潮。在越来越注重孝顺、注重美丽的今天，如何唤起孝心，如何唤起女性爱美的本能是商家必须考虑的问题。母亲节销售重点放在的化妆品、饰品、女装与女性相关的商品上。争取以商品促销和母亲节气氛营造的优势赢得销售。</w:t>
      </w:r>
      <w:r>
        <w:rPr>
          <w:lang w:eastAsia="zh-CN"/>
        </w:rPr>
        <w:br/>
      </w:r>
      <w:r>
        <w:rPr>
          <w:lang w:eastAsia="zh-CN"/>
        </w:rPr>
        <w:t>　　二、活动主题:</w:t>
      </w:r>
      <w:r>
        <w:rPr>
          <w:lang w:eastAsia="zh-CN"/>
        </w:rPr>
        <w:br/>
      </w:r>
      <w:r>
        <w:rPr>
          <w:lang w:eastAsia="zh-CN"/>
        </w:rPr>
        <w:t>　　挚爱</w:t>
      </w:r>
      <w:r>
        <w:rPr>
          <w:lang w:eastAsia="zh-CN"/>
        </w:rPr>
        <w:br/>
      </w:r>
      <w:r>
        <w:rPr>
          <w:lang w:eastAsia="zh-CN"/>
        </w:rPr>
        <w:t>　　二、活动时间:5月9日(周五)-5月11日(周日)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lang w:eastAsia="zh-CN"/>
        </w:rPr>
        <w:t>　　三、销售指标:_万元 增幅:0</w:t>
      </w:r>
      <w:r>
        <w:rPr>
          <w:lang w:eastAsia="zh-CN"/>
        </w:rPr>
        <w:br/>
      </w:r>
      <w:r>
        <w:rPr>
          <w:lang w:eastAsia="zh-CN"/>
        </w:rPr>
        <w:t>　　促销费用率:0.41%</w:t>
      </w:r>
      <w:r>
        <w:rPr>
          <w:lang w:eastAsia="zh-CN"/>
        </w:rPr>
        <w:br/>
      </w:r>
      <w:r>
        <w:rPr>
          <w:lang w:eastAsia="zh-CN"/>
        </w:rPr>
        <w:t>　　四、活动内容:</w:t>
      </w:r>
      <w:r>
        <w:rPr>
          <w:lang w:eastAsia="zh-CN"/>
        </w:rPr>
        <w:br/>
      </w:r>
      <w:r>
        <w:rPr>
          <w:lang w:eastAsia="zh-CN"/>
        </w:rPr>
        <w:t>　　文化活动:5月11日14:00&amp;/女装秀。</w:t>
      </w:r>
      <w:r>
        <w:rPr>
          <w:lang w:eastAsia="zh-CN"/>
        </w:rPr>
        <w:br/>
      </w:r>
      <w:r>
        <w:rPr>
          <w:lang w:eastAsia="zh-CN"/>
        </w:rPr>
        <w:t>　　促销活动内容:</w:t>
      </w:r>
      <w:r>
        <w:rPr>
          <w:lang w:eastAsia="zh-CN"/>
        </w:rPr>
        <w:br/>
      </w:r>
      <w:r>
        <w:rPr>
          <w:lang w:eastAsia="zh-CN"/>
        </w:rPr>
        <w:t>　　(全场活动方案1)</w:t>
      </w:r>
      <w:r>
        <w:rPr>
          <w:lang w:eastAsia="zh-CN"/>
        </w:rPr>
        <w:br/>
      </w:r>
      <w:r>
        <w:rPr>
          <w:lang w:eastAsia="zh-CN"/>
        </w:rPr>
        <w:t>　　1、满额送家政服务，爱母亲送节日轻松</w:t>
      </w:r>
      <w:r>
        <w:rPr>
          <w:lang w:eastAsia="zh-CN"/>
        </w:rPr>
        <w:br/>
      </w:r>
      <w:r>
        <w:rPr>
          <w:lang w:eastAsia="zh-CN"/>
        </w:rPr>
        <w:t>　　活动说明:购物累计满1000元及以上(贵重商品满1000元)送家政3小时服务卡1张，已参与活动发票余额不累计。</w:t>
      </w:r>
      <w:r>
        <w:rPr>
          <w:lang w:eastAsia="zh-CN"/>
        </w:rPr>
        <w:br/>
      </w:r>
      <w:r>
        <w:rPr>
          <w:lang w:eastAsia="zh-CN"/>
        </w:rPr>
        <w:t>　　自己设计或印刷卡面，作为赠券或满额送，觉得比较温情又实用。还有新闻价值。</w:t>
      </w:r>
      <w:r>
        <w:rPr>
          <w:lang w:eastAsia="zh-CN"/>
        </w:rPr>
        <w:br/>
      </w:r>
      <w:r>
        <w:rPr>
          <w:lang w:eastAsia="zh-CN"/>
        </w:rPr>
        <w:t>　　活动目的:丰富商场活动，鼓励消费，整体促销活动更丰满;每天100张，送完为止。</w:t>
      </w:r>
      <w:r>
        <w:rPr>
          <w:lang w:eastAsia="zh-CN"/>
        </w:rPr>
        <w:br/>
      </w:r>
      <w:r>
        <w:rPr>
          <w:lang w:eastAsia="zh-CN"/>
        </w:rPr>
        <w:t>　　预算:100_40_3=120__</w:t>
      </w:r>
      <w:r>
        <w:rPr>
          <w:lang w:eastAsia="zh-CN"/>
        </w:rPr>
        <w:br/>
      </w:r>
      <w:r>
        <w:rPr>
          <w:lang w:eastAsia="zh-CN"/>
        </w:rPr>
        <w:t>　　2、满额送银饰祝福母亲平安幸福</w:t>
      </w:r>
      <w:r>
        <w:rPr>
          <w:lang w:eastAsia="zh-CN"/>
        </w:rPr>
        <w:br/>
      </w:r>
      <w:r>
        <w:rPr>
          <w:lang w:eastAsia="zh-CN"/>
        </w:rPr>
        <w:t>　　活动说明:穿着类购物累计满2800送银饰一条(3选1，价值约50元左右)。已参与活动发票余额不累计。</w:t>
      </w:r>
      <w:r>
        <w:rPr>
          <w:lang w:eastAsia="zh-CN"/>
        </w:rPr>
        <w:br/>
      </w:r>
      <w:r>
        <w:rPr>
          <w:lang w:eastAsia="zh-CN"/>
        </w:rPr>
        <w:t>　　活动目的:丰富商场活动，鼓励消费，整体促销活动更丰满;吉祥意味，更易为人接受。(百货部或女装部货品。)</w:t>
      </w:r>
      <w:r>
        <w:rPr>
          <w:lang w:eastAsia="zh-CN"/>
        </w:rPr>
        <w:br/>
      </w:r>
      <w:r>
        <w:rPr>
          <w:lang w:eastAsia="zh-CN"/>
        </w:rPr>
        <w:t>　　预算:100_50_3=15000</w:t>
      </w:r>
      <w:r>
        <w:rPr>
          <w:lang w:eastAsia="zh-CN"/>
        </w:rPr>
        <w:br/>
      </w:r>
      <w:r>
        <w:rPr>
          <w:lang w:eastAsia="zh-CN"/>
        </w:rPr>
        <w:t>　　3、百款爱心特价礼扮靓母亲节</w:t>
      </w:r>
      <w:r>
        <w:rPr>
          <w:lang w:eastAsia="zh-CN"/>
        </w:rPr>
        <w:br/>
      </w:r>
      <w:r>
        <w:rPr>
          <w:lang w:eastAsia="zh-CN"/>
        </w:rPr>
        <w:t>　　活动时间:5月9日-5月11日(三天)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lang w:eastAsia="zh-CN"/>
        </w:rPr>
        <w:t>　　活动部门:百货部、女装部、休闲部</w:t>
      </w:r>
      <w:r>
        <w:rPr>
          <w:lang w:eastAsia="zh-CN"/>
        </w:rPr>
        <w:br/>
      </w:r>
      <w:r>
        <w:rPr>
          <w:lang w:eastAsia="zh-CN"/>
        </w:rPr>
        <w:t>　　活动说明:推出一百款母亲节特价商品，形成一定气势。主要是吸引顾客走进柜台寻找，通过特价商品带动其他商品的销售。每个特价商品都要有POP提示母亲节特价。另外，可以由各个部门推荐一部分商品，提示母亲节推荐，从而使母亲节节日氛围更加浓郁。</w:t>
      </w:r>
      <w:r>
        <w:rPr>
          <w:lang w:eastAsia="zh-CN"/>
        </w:rPr>
        <w:br/>
      </w:r>
      <w:r>
        <w:rPr>
          <w:lang w:eastAsia="zh-CN"/>
        </w:rPr>
        <w:t>　　五、媒体支持:</w:t>
      </w:r>
      <w:r>
        <w:rPr>
          <w:lang w:eastAsia="zh-CN"/>
        </w:rPr>
        <w:br/>
      </w:r>
      <w:r>
        <w:rPr>
          <w:lang w:eastAsia="zh-CN"/>
        </w:rPr>
        <w:t>　　《__晚报》双通19800元，网站、商报等各媒体新闻</w:t>
      </w:r>
      <w:r>
        <w:rPr>
          <w:lang w:eastAsia="zh-CN"/>
        </w:rPr>
        <w:br/>
      </w:r>
      <w:r>
        <w:rPr>
          <w:lang w:eastAsia="zh-CN"/>
        </w:rPr>
        <w:t>　　六、商场促销氛围衬托:</w:t>
      </w:r>
      <w:r>
        <w:rPr>
          <w:lang w:eastAsia="zh-CN"/>
        </w:rPr>
        <w:br/>
      </w:r>
      <w:r>
        <w:rPr>
          <w:lang w:eastAsia="zh-CN"/>
        </w:rPr>
        <w:t>　　各柜台母亲节物价礼小标贴POP、门厅灯箱、扶梯两侧，大门口广告位告示</w:t>
      </w:r>
      <w:r>
        <w:rPr>
          <w:lang w:eastAsia="zh-CN"/>
        </w:rPr>
        <w:br/>
      </w:r>
      <w:r>
        <w:rPr>
          <w:lang w:eastAsia="zh-CN"/>
        </w:rPr>
        <w:t>　　七、活动费用预算:</w:t>
      </w:r>
      <w:r>
        <w:rPr>
          <w:lang w:eastAsia="zh-CN"/>
        </w:rPr>
        <w:br/>
      </w:r>
      <w:r>
        <w:rPr>
          <w:lang w:eastAsia="zh-CN"/>
        </w:rPr>
        <w:t>　　广告费:19800元。美工布置:1500元 活动及礼品费用:15000元 合计:36300元。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篇4 </w:t>
      </w:r>
      <w:r>
        <w:rPr>
          <w:lang w:eastAsia="zh-CN"/>
        </w:rPr>
        <w:br/>
      </w:r>
      <w:r>
        <w:rPr>
          <w:lang w:eastAsia="zh-CN"/>
        </w:rPr>
        <w:t>　　促销主题:</w:t>
      </w:r>
      <w:r>
        <w:rPr>
          <w:lang w:eastAsia="zh-CN"/>
        </w:rPr>
        <w:br/>
      </w:r>
      <w:r>
        <w:rPr>
          <w:lang w:eastAsia="zh-CN"/>
        </w:rPr>
        <w:t>　　母爱永恒，感恩母亲</w:t>
      </w:r>
      <w:r>
        <w:rPr>
          <w:lang w:eastAsia="zh-CN"/>
        </w:rPr>
        <w:br/>
      </w:r>
      <w:r>
        <w:rPr>
          <w:lang w:eastAsia="zh-CN"/>
        </w:rPr>
        <w:t>　　促销目的:</w:t>
      </w:r>
      <w:r>
        <w:rPr>
          <w:lang w:eastAsia="zh-CN"/>
        </w:rPr>
        <w:br/>
      </w:r>
      <w:r>
        <w:rPr>
          <w:lang w:eastAsia="zh-CN"/>
        </w:rPr>
        <w:t>　　一.宣传品牌文化内涵,,推广品牌,提高品牌知名度和美誉度.</w:t>
      </w:r>
      <w:r>
        <w:rPr>
          <w:lang w:eastAsia="zh-CN"/>
        </w:rPr>
        <w:br/>
      </w:r>
      <w:r>
        <w:rPr>
          <w:lang w:eastAsia="zh-CN"/>
        </w:rPr>
        <w:t>　　二.利用母亲节活动，带动店铺销售,吸引人气.为后期经营增加优势。</w:t>
      </w:r>
      <w:r>
        <w:rPr>
          <w:lang w:eastAsia="zh-CN"/>
        </w:rPr>
        <w:br/>
      </w:r>
      <w:r>
        <w:rPr>
          <w:lang w:eastAsia="zh-CN"/>
        </w:rPr>
        <w:t>　　促销时间定为5月8日致10日。</w:t>
      </w:r>
      <w:r>
        <w:rPr>
          <w:lang w:eastAsia="zh-CN"/>
        </w:rPr>
        <w:br/>
      </w:r>
      <w:r>
        <w:rPr>
          <w:lang w:eastAsia="zh-CN"/>
        </w:rPr>
        <w:t>　　促销预热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lang w:eastAsia="zh-CN"/>
        </w:rPr>
        <w:t>　　为了保证活动产生更大的效果，要进行相关的预热引导活动，为母亲节活动的正式开展做好铺垫工作。首先要告知公众5月10日是母亲节，以及告诉顾客在母亲节当天要做的活动内容以及活动期间的承诺，引起消费者参与活动的兴趣。　预热的时间可以定在活动的前一个星期</w:t>
      </w:r>
      <w:r>
        <w:rPr>
          <w:lang w:eastAsia="zh-CN"/>
        </w:rPr>
        <w:br/>
      </w:r>
      <w:r>
        <w:rPr>
          <w:lang w:eastAsia="zh-CN"/>
        </w:rPr>
        <w:t>　　促销的主要内容:</w:t>
      </w:r>
      <w:r>
        <w:rPr>
          <w:lang w:eastAsia="zh-CN"/>
        </w:rPr>
        <w:br/>
      </w:r>
      <w:r>
        <w:rPr>
          <w:lang w:eastAsia="zh-CN"/>
        </w:rPr>
        <w:t>　　一. 先在店门口放上招牌,上写今天距世界母亲节还有____天,来提醒过往路人,母亲节快要来了.要为母亲过个节日进行准备了.</w:t>
      </w:r>
      <w:r>
        <w:rPr>
          <w:lang w:eastAsia="zh-CN"/>
        </w:rPr>
        <w:br/>
      </w:r>
      <w:r>
        <w:rPr>
          <w:lang w:eastAsia="zh-CN"/>
        </w:rPr>
        <w:t>　　二.在促销期间,要有主推的一款或几款服饰,要导购员向顾客介绍，引起顾客兴趣和购买欲。</w:t>
      </w:r>
      <w:r>
        <w:rPr>
          <w:lang w:eastAsia="zh-CN"/>
        </w:rPr>
        <w:br/>
      </w:r>
      <w:r>
        <w:rPr>
          <w:lang w:eastAsia="zh-CN"/>
        </w:rPr>
        <w:t>　　三. 提前制作好以母亲为主题的宣传画,放在店内最显眼的位置。</w:t>
      </w:r>
      <w:r>
        <w:rPr>
          <w:lang w:eastAsia="zh-CN"/>
        </w:rPr>
        <w:br/>
      </w:r>
      <w:r>
        <w:rPr>
          <w:lang w:eastAsia="zh-CN"/>
        </w:rPr>
        <w:t>　　店铺的 宣传方式可以分为几种,可根据自己的店铺具体情况具体分析。</w:t>
      </w:r>
      <w:r>
        <w:rPr>
          <w:lang w:eastAsia="zh-CN"/>
        </w:rPr>
        <w:br/>
      </w:r>
      <w:r>
        <w:rPr>
          <w:lang w:eastAsia="zh-CN"/>
        </w:rPr>
        <w:t>　　1.到街头,闹市去发送宣传单以及讲解活动细则.</w:t>
      </w:r>
      <w:r>
        <w:rPr>
          <w:lang w:eastAsia="zh-CN"/>
        </w:rPr>
        <w:br/>
      </w:r>
      <w:r>
        <w:rPr>
          <w:lang w:eastAsia="zh-CN"/>
        </w:rPr>
        <w:t>　　2. 活动期间,每天来店中的前十位购衣的中老年人送上一朵康乃馨,并送上一声节日快乐.</w:t>
      </w:r>
      <w:r>
        <w:rPr>
          <w:lang w:eastAsia="zh-CN"/>
        </w:rPr>
        <w:br/>
      </w:r>
      <w:r>
        <w:rPr>
          <w:lang w:eastAsia="zh-CN"/>
        </w:rPr>
        <w:t>　　3.为每一位在店中留下了电话的朋友,在母亲节的前一天若是还没有来参加活动,可主动给其发去感恩祝福,祝福其母亲节快乐.</w:t>
      </w:r>
      <w:r>
        <w:rPr>
          <w:lang w:eastAsia="zh-CN"/>
        </w:rPr>
        <w:br/>
      </w:r>
      <w:r>
        <w:rPr>
          <w:lang w:eastAsia="zh-CN"/>
        </w:rPr>
        <w:t>　　4.将卖场的电话定为感恩热线，欢迎顾客进行咨询.接线员可在电话中明确告诉顾客,凡来店中参加活动的都有好礼赠送.</w:t>
      </w:r>
      <w:r>
        <w:rPr>
          <w:lang w:eastAsia="zh-CN"/>
        </w:rPr>
        <w:br/>
      </w:r>
      <w:r>
        <w:rPr>
          <w:lang w:eastAsia="zh-CN"/>
        </w:rPr>
        <w:t>　　5.购衣就能参加抽奖.设定购物达到多少元就设定不同的奖品.奖品为针对中老年朋友的食用油,大米,洗衣粉等.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lang w:eastAsia="zh-CN"/>
        </w:rPr>
        <w:t>　　6.另外,可根据顾客的身份来送不同的礼物。　比如说孝心礼，长寿礼和青春礼等。礼品可以有高档木梳，精美生日礼品鲜艳康乃馨等。</w:t>
      </w:r>
      <w:r>
        <w:rPr>
          <w:lang w:eastAsia="zh-CN"/>
        </w:rPr>
        <w:br/>
      </w:r>
      <w:r>
        <w:rPr>
          <w:lang w:eastAsia="zh-CN"/>
        </w:rPr>
        <w:t>　　四. 母亲节促销期间应该注意的问题：</w:t>
      </w:r>
      <w:r>
        <w:rPr>
          <w:lang w:eastAsia="zh-CN"/>
        </w:rPr>
        <w:br/>
      </w:r>
      <w:r>
        <w:rPr>
          <w:lang w:eastAsia="zh-CN"/>
        </w:rPr>
        <w:t>　　1. 店堂内环境要保持干净,地面不要有灰，店内不要有破损,标语是否有错误的或是不恰当的，如果有上述情况,就快速改正。不要影响店面的形象，使活动氛围被破坏。</w:t>
      </w:r>
      <w:r>
        <w:rPr>
          <w:lang w:eastAsia="zh-CN"/>
        </w:rPr>
        <w:br/>
      </w:r>
      <w:r>
        <w:rPr>
          <w:lang w:eastAsia="zh-CN"/>
        </w:rPr>
        <w:t>　　2. 服饰陈列是否摆放好了,是否有灰尘,吊牌是否完整等.在平时就应该注重陈列这一块,活动期间客流量会突然增大很多,更应该注意服饰的陈列.可通过平时的经验,觉得哪种陈列更利于促销,哪种陈列更受顾客欢迎,在活动期间可做出有针对性的调整,或者尝试换一种陈列风格,让顾客光临时有一种焕然一新的感觉.</w:t>
      </w:r>
      <w:r>
        <w:rPr>
          <w:lang w:eastAsia="zh-CN"/>
        </w:rPr>
        <w:br/>
      </w:r>
      <w:r>
        <w:rPr>
          <w:lang w:eastAsia="zh-CN"/>
        </w:rPr>
        <w:t>　　3. 人员安排问题.活动期间,应该多增添些人员,做到每一块都有人负责,以保持活动期间的服务不打折扣.</w:t>
      </w:r>
      <w:r>
        <w:rPr>
          <w:lang w:eastAsia="zh-CN"/>
        </w:rPr>
        <w:br/>
      </w:r>
      <w:r>
        <w:rPr>
          <w:lang w:eastAsia="zh-CN"/>
        </w:rPr>
        <w:t>　　4. 灯光,音响等设备的布置.可针对中老年服饰的顾客定位以及品牌理念,适当的布置一下灯光.围绕某一主推款式,可用不同的色光来装饰.也可在店中选择一些比如舒缓的音乐,让老人进店了有种回归的感觉.</w:t>
      </w:r>
      <w:r>
        <w:rPr>
          <w:lang w:eastAsia="zh-CN"/>
        </w:rPr>
        <w:br/>
      </w:r>
      <w:r>
        <w:rPr>
          <w:lang w:eastAsia="zh-CN"/>
        </w:rPr>
        <w:t>　　介绍了这些，你准备好母亲节小店的促销活动了吗?龙老师希望大家都能有一个好的营业额。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篇5 </w:t>
      </w:r>
      <w:r>
        <w:rPr>
          <w:lang w:eastAsia="zh-CN"/>
        </w:rPr>
        <w:br/>
      </w:r>
      <w:r>
        <w:rPr>
          <w:lang w:eastAsia="zh-CN"/>
        </w:rPr>
        <w:t>　　一、活动背景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lang w:eastAsia="zh-CN"/>
        </w:rPr>
        <w:t>　　每年五月的第二个星期天，是传统的"母亲节"。 我部将以新城广场"浓情五月天 感恩母亲节"名义传播"母亲节"概念，提醒目标消费者对"母亲节"的关注，引发其对"母亲节"的重视，使新城广场品牌形像深入目标消费者情感深处，从而起到提高品牌知名度，增添商场的`节日气氛。</w:t>
      </w:r>
      <w:r>
        <w:rPr>
          <w:lang w:eastAsia="zh-CN"/>
        </w:rPr>
        <w:br/>
      </w:r>
      <w:r>
        <w:rPr>
          <w:lang w:eastAsia="zh-CN"/>
        </w:rPr>
        <w:t>　　二、活动时间：</w:t>
      </w:r>
      <w:r>
        <w:rPr>
          <w:lang w:eastAsia="zh-CN"/>
        </w:rPr>
        <w:br/>
      </w:r>
      <w:r>
        <w:rPr>
          <w:lang w:eastAsia="zh-CN"/>
        </w:rPr>
        <w:t>　　5月10日—5月15日</w:t>
      </w:r>
      <w:r>
        <w:rPr>
          <w:lang w:eastAsia="zh-CN"/>
        </w:rPr>
        <w:br/>
      </w:r>
      <w:r>
        <w:rPr>
          <w:lang w:eastAsia="zh-CN"/>
        </w:rPr>
        <w:t>　　三、活动主题：</w:t>
      </w:r>
      <w:r>
        <w:rPr>
          <w:lang w:eastAsia="zh-CN"/>
        </w:rPr>
        <w:br/>
      </w:r>
      <w:r>
        <w:rPr>
          <w:lang w:eastAsia="zh-CN"/>
        </w:rPr>
        <w:t>　　新城广场"浓情五月天 感恩母亲节"</w:t>
      </w:r>
      <w:r>
        <w:rPr>
          <w:lang w:eastAsia="zh-CN"/>
        </w:rPr>
        <w:br/>
      </w:r>
      <w:r>
        <w:rPr>
          <w:lang w:eastAsia="zh-CN"/>
        </w:rPr>
        <w:t>　　四、活动内容：</w:t>
      </w:r>
      <w:r>
        <w:rPr>
          <w:lang w:eastAsia="zh-CN"/>
        </w:rPr>
        <w:br/>
      </w:r>
      <w:r>
        <w:rPr>
          <w:lang w:eastAsia="zh-CN"/>
        </w:rPr>
        <w:t>　　活动一：感恩母亲 送花情深</w:t>
      </w:r>
      <w:r>
        <w:rPr>
          <w:lang w:eastAsia="zh-CN"/>
        </w:rPr>
        <w:br/>
      </w:r>
      <w:r>
        <w:rPr>
          <w:lang w:eastAsia="zh-CN"/>
        </w:rPr>
        <w:t>　　内容：凡在新城广场消费的顾客(不限额度)，凭消费凭证即送</w:t>
      </w:r>
      <w:r>
        <w:rPr>
          <w:lang w:eastAsia="zh-CN"/>
        </w:rPr>
        <w:br/>
      </w:r>
      <w:r>
        <w:rPr>
          <w:lang w:eastAsia="zh-CN"/>
        </w:rPr>
        <w:t>　　康乃馨一支，每人限换领一支，数量有限，送完即止</w:t>
      </w:r>
      <w:r>
        <w:rPr>
          <w:lang w:eastAsia="zh-CN"/>
        </w:rPr>
        <w:br/>
      </w:r>
      <w:r>
        <w:rPr>
          <w:lang w:eastAsia="zh-CN"/>
        </w:rPr>
        <w:t>　　活动时间：20__年5月10日</w:t>
      </w:r>
      <w:r>
        <w:rPr>
          <w:lang w:eastAsia="zh-CN"/>
        </w:rPr>
        <w:br/>
      </w:r>
      <w:r>
        <w:rPr>
          <w:lang w:eastAsia="zh-CN"/>
        </w:rPr>
        <w:t>　　领取地点：新城广场一楼服务台</w:t>
      </w:r>
      <w:r>
        <w:rPr>
          <w:lang w:eastAsia="zh-CN"/>
        </w:rPr>
        <w:br/>
      </w:r>
      <w:r>
        <w:rPr>
          <w:lang w:eastAsia="zh-CN"/>
        </w:rPr>
        <w:t>　　活动二：祝语母亲 真意真心</w:t>
      </w:r>
      <w:r>
        <w:rPr>
          <w:lang w:eastAsia="zh-CN"/>
        </w:rPr>
        <w:br/>
      </w:r>
      <w:r>
        <w:rPr>
          <w:lang w:eastAsia="zh-CN"/>
        </w:rPr>
        <w:t>　　内容：凡在20__年5月10日-5月15日光临新城广场的顾客，可将最想对妈妈说的话在商场一楼服务台以纸条留言形式，由工作人员将寄语在活动真心祝愿留言板张贴。</w:t>
      </w:r>
      <w:r>
        <w:rPr>
          <w:lang w:eastAsia="zh-CN"/>
        </w:rPr>
        <w:br/>
      </w:r>
      <w:r>
        <w:rPr>
          <w:lang w:eastAsia="zh-CN"/>
        </w:rPr>
        <w:t>　　五、宣传方式：</w:t>
      </w:r>
      <w:r>
        <w:rPr>
          <w:lang w:eastAsia="zh-CN"/>
        </w:rPr>
        <w:br/>
      </w:r>
      <w:r>
        <w:rPr>
          <w:lang w:eastAsia="zh-CN"/>
        </w:rPr>
        <w:t>　　短信宣传：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lang w:eastAsia="zh-CN"/>
        </w:rPr>
        <w:t>　　1、短信内容：新城广场将于20__年5月10日-5月15日举行"浓情五月天</w:t>
      </w:r>
      <w:r>
        <w:rPr>
          <w:lang w:eastAsia="zh-CN"/>
        </w:rPr>
        <w:t xml:space="preserve"> 感恩母亲节"活动，凡在母亲节当日消费的顾客，即有机会获得鲜花康乃馨，更可现场寄语祝福母亲。</w:t>
      </w:r>
      <w:r>
        <w:rPr>
          <w:lang w:eastAsia="zh-CN"/>
        </w:rPr>
        <w:br/>
      </w:r>
      <w:r>
        <w:rPr>
          <w:lang w:eastAsia="zh-CN"/>
        </w:rPr>
        <w:t>　　2、发送数量：建议数量20__条</w:t>
      </w:r>
      <w:r>
        <w:rPr>
          <w:lang w:eastAsia="zh-CN"/>
        </w:rPr>
        <w:br/>
      </w:r>
      <w:r>
        <w:rPr>
          <w:lang w:eastAsia="zh-CN"/>
        </w:rPr>
        <w:t>　　3、发送时间：20__年5月5日-5月15日</w:t>
      </w:r>
      <w:r>
        <w:rPr>
          <w:lang w:eastAsia="zh-CN"/>
        </w:rPr>
        <w:br/>
      </w:r>
      <w:r>
        <w:rPr>
          <w:lang w:eastAsia="zh-CN"/>
        </w:rPr>
        <w:t>　　4、发送对象：商场目标客户群</w:t>
      </w:r>
      <w:r>
        <w:rPr>
          <w:lang w:eastAsia="zh-CN"/>
        </w:rPr>
        <w:br/>
      </w:r>
      <w:r>
        <w:rPr>
          <w:lang w:eastAsia="zh-CN"/>
        </w:rPr>
        <w:t>　　网络宣传：</w:t>
      </w:r>
      <w:r>
        <w:rPr>
          <w:lang w:eastAsia="zh-CN"/>
        </w:rPr>
        <w:br/>
      </w:r>
      <w:r>
        <w:rPr>
          <w:lang w:eastAsia="zh-CN"/>
        </w:rPr>
        <w:t>　　1、宣传网站：西樵论坛 新浪博客 天天新论坛</w:t>
      </w:r>
      <w:r>
        <w:rPr>
          <w:lang w:eastAsia="zh-CN"/>
        </w:rPr>
        <w:br/>
      </w:r>
      <w:r>
        <w:rPr>
          <w:lang w:eastAsia="zh-CN"/>
        </w:rPr>
        <w:t>　　2、发布内容：图片+文字形式</w:t>
      </w:r>
      <w:r>
        <w:rPr>
          <w:lang w:eastAsia="zh-CN"/>
        </w:rPr>
        <w:br/>
      </w:r>
      <w:r>
        <w:rPr>
          <w:lang w:eastAsia="zh-CN"/>
        </w:rPr>
        <w:t>　　3、发布时间：20__年5月5日前</w:t>
      </w:r>
      <w:r>
        <w:rPr>
          <w:lang w:eastAsia="zh-CN"/>
        </w:rPr>
        <w:br/>
      </w:r>
      <w:r>
        <w:rPr>
          <w:lang w:eastAsia="zh-CN"/>
        </w:rPr>
        <w:t>　　广告宣传：</w:t>
      </w:r>
      <w:r>
        <w:rPr>
          <w:lang w:eastAsia="zh-CN"/>
        </w:rPr>
        <w:br/>
      </w:r>
      <w:r>
        <w:rPr>
          <w:lang w:eastAsia="zh-CN"/>
        </w:rPr>
        <w:t>　　1、户外广告</w:t>
      </w:r>
      <w:r>
        <w:rPr>
          <w:lang w:eastAsia="zh-CN"/>
        </w:rPr>
        <w:br/>
      </w:r>
      <w:r>
        <w:rPr>
          <w:lang w:eastAsia="zh-CN"/>
        </w:rPr>
        <w:t>　　2、场内展架广告</w:t>
      </w:r>
      <w:r>
        <w:rPr>
          <w:lang w:eastAsia="zh-CN"/>
        </w:rPr>
        <w:br/>
      </w:r>
      <w:r>
        <w:rPr>
          <w:lang w:eastAsia="zh-CN"/>
        </w:rPr>
        <w:t>　　3、活动留言板</w:t>
      </w:r>
      <w:r>
        <w:rPr>
          <w:lang w:eastAsia="zh-CN"/>
        </w:rPr>
        <w:br/>
      </w:r>
      <w:r>
        <w:rPr>
          <w:lang w:eastAsia="zh-CN"/>
        </w:rPr>
        <w:t>　　六、活动物料及费用预算：</w:t>
      </w:r>
      <w:r>
        <w:rPr>
          <w:lang w:eastAsia="zh-CN"/>
        </w:rPr>
        <w:br/>
      </w:r>
      <w:r>
        <w:rPr>
          <w:lang w:eastAsia="zh-CN"/>
        </w:rPr>
        <w:t>　　略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篇6 </w:t>
      </w:r>
      <w:r>
        <w:rPr>
          <w:lang w:eastAsia="zh-CN"/>
        </w:rPr>
        <w:br/>
      </w:r>
      <w:r>
        <w:rPr>
          <w:lang w:eastAsia="zh-CN"/>
        </w:rPr>
        <w:t>　　主题：</w:t>
      </w:r>
      <w:r>
        <w:rPr>
          <w:lang w:eastAsia="zh-CN"/>
        </w:rPr>
        <w:br/>
      </w:r>
      <w:r>
        <w:rPr>
          <w:lang w:eastAsia="zh-CN"/>
        </w:rPr>
        <w:t>　　感恩，是中华民族的优良传统，“乌鸦反哺”的性灵原态，让我们感悟到作为人的重要表证，漂泊在生活的经纬里，总有千丝万缕的情感把我们支撑，如果我们能够把他们一一解开，就会发现，60%以上的是属于母亲的。终于有一个机会给我们了，我们要怎样讴歌她们？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lang w:eastAsia="zh-CN"/>
        </w:rPr>
        <w:t>　　“母亲节，感恩节，爱心献给母亲月”，是美福反哺社会的又一体现，他的整体构思包括：</w:t>
      </w:r>
      <w:r>
        <w:rPr>
          <w:lang w:eastAsia="zh-CN"/>
        </w:rPr>
        <w:br/>
      </w:r>
      <w:r>
        <w:rPr>
          <w:lang w:eastAsia="zh-CN"/>
        </w:rPr>
        <w:t>　　一、特殊“母亲特殊情”情感联谊活动。</w:t>
      </w:r>
      <w:r>
        <w:rPr>
          <w:lang w:eastAsia="zh-CN"/>
        </w:rPr>
        <w:br/>
      </w:r>
      <w:r>
        <w:rPr>
          <w:lang w:eastAsia="zh-CN"/>
        </w:rPr>
        <w:t>　　二、“母亲节感恩大促销”（营销策划部）</w:t>
      </w:r>
      <w:r>
        <w:rPr>
          <w:lang w:eastAsia="zh-CN"/>
        </w:rPr>
        <w:br/>
      </w:r>
      <w:r>
        <w:rPr>
          <w:lang w:eastAsia="zh-CN"/>
        </w:rPr>
        <w:t>　　三、“母亲节，爱心献给母亲月”大型晚会策划。</w:t>
      </w:r>
      <w:r>
        <w:rPr>
          <w:lang w:eastAsia="zh-CN"/>
        </w:rPr>
        <w:br/>
      </w:r>
      <w:r>
        <w:rPr>
          <w:lang w:eastAsia="zh-CN"/>
        </w:rPr>
        <w:t>　　一、“特殊母亲特殊情”策划案：</w:t>
      </w:r>
      <w:r>
        <w:rPr>
          <w:lang w:eastAsia="zh-CN"/>
        </w:rPr>
        <w:br/>
      </w:r>
      <w:r>
        <w:rPr>
          <w:lang w:eastAsia="zh-CN"/>
        </w:rPr>
        <w:t>　　时间：__月1日到__月8日</w:t>
      </w:r>
      <w:r>
        <w:rPr>
          <w:lang w:eastAsia="zh-CN"/>
        </w:rPr>
        <w:br/>
      </w:r>
      <w:r>
        <w:rPr>
          <w:lang w:eastAsia="zh-CN"/>
        </w:rPr>
        <w:t>　　内容：真情寻找特殊母亲</w:t>
      </w:r>
      <w:r>
        <w:rPr>
          <w:lang w:eastAsia="zh-CN"/>
        </w:rPr>
        <w:br/>
      </w:r>
      <w:r>
        <w:rPr>
          <w:lang w:eastAsia="zh-CN"/>
        </w:rPr>
        <w:t>　　活动简介：</w:t>
      </w:r>
      <w:r>
        <w:rPr>
          <w:lang w:eastAsia="zh-CN"/>
        </w:rPr>
        <w:br/>
      </w:r>
      <w:r>
        <w:rPr>
          <w:lang w:eastAsia="zh-CN"/>
        </w:rPr>
        <w:t>　　在母亲节期间，在美福的忠实消费者中寻找与美福同月同日出生（5月22日）或者同月同日做母亲的特殊母亲10人，作为美福首批品牌监督人，接受一份特殊的礼品（除一份礼品外，另邀请参加3.8“母亲节，爱心献给母亲月”大型晚会）。</w:t>
      </w:r>
      <w:r>
        <w:rPr>
          <w:lang w:eastAsia="zh-CN"/>
        </w:rPr>
        <w:br/>
      </w:r>
      <w:r>
        <w:rPr>
          <w:lang w:eastAsia="zh-CN"/>
        </w:rPr>
        <w:t>　　对象：</w:t>
      </w:r>
      <w:r>
        <w:rPr>
          <w:lang w:eastAsia="zh-CN"/>
        </w:rPr>
        <w:br/>
      </w:r>
      <w:r>
        <w:rPr>
          <w:lang w:eastAsia="zh-CN"/>
        </w:rPr>
        <w:t>　　凡在3.8日前到美福专卖店、美福专卖柜购买美福产品金额达100元以上的女士（生日为5月22日，或者孩子生日为5月22日）均有机会获得其中荣誉和奖品</w:t>
      </w:r>
      <w:r>
        <w:rPr>
          <w:lang w:eastAsia="zh-CN"/>
        </w:rPr>
        <w:br/>
      </w:r>
      <w:r>
        <w:rPr>
          <w:lang w:eastAsia="zh-CN"/>
        </w:rPr>
        <w:t>　　步骤：</w:t>
      </w:r>
      <w:r>
        <w:rPr>
          <w:lang w:eastAsia="zh-CN"/>
        </w:rPr>
        <w:br/>
      </w:r>
      <w:r>
        <w:rPr>
          <w:lang w:eastAsia="zh-CN"/>
        </w:rPr>
        <w:t>　　1、2月26日发软文“美福将实行品牌社会监管制”（发放媒体另定）</w:t>
      </w:r>
      <w:r>
        <w:rPr>
          <w:lang w:eastAsia="zh-CN"/>
        </w:rPr>
        <w:br/>
      </w:r>
      <w:r>
        <w:rPr>
          <w:lang w:eastAsia="zh-CN"/>
        </w:rPr>
        <w:t>　　2、2月28日发广告“真情母亲系列”，配合美福3。8万人品尝活动，进行品牌宣传。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lang w:eastAsia="zh-CN"/>
        </w:rPr>
        <w:t>　　28日广告主题：</w:t>
      </w:r>
      <w:r>
        <w:rPr>
          <w:lang w:eastAsia="zh-CN"/>
        </w:rPr>
        <w:br/>
      </w:r>
      <w:r>
        <w:rPr>
          <w:lang w:eastAsia="zh-CN"/>
        </w:rPr>
        <w:t>　　母亲节，购物大惊喜（费用）</w:t>
      </w:r>
      <w:r>
        <w:rPr>
          <w:lang w:eastAsia="zh-CN"/>
        </w:rPr>
        <w:br/>
      </w:r>
      <w:r>
        <w:rPr>
          <w:lang w:eastAsia="zh-CN"/>
        </w:rPr>
        <w:t>　　31日广告主题：</w:t>
      </w:r>
      <w:r>
        <w:rPr>
          <w:lang w:eastAsia="zh-CN"/>
        </w:rPr>
        <w:br/>
      </w:r>
      <w:r>
        <w:rPr>
          <w:lang w:eastAsia="zh-CN"/>
        </w:rPr>
        <w:t>　　超一百，喜出意外（费用）</w:t>
      </w:r>
      <w:r>
        <w:rPr>
          <w:lang w:eastAsia="zh-CN"/>
        </w:rPr>
        <w:br/>
      </w:r>
      <w:r>
        <w:rPr>
          <w:lang w:eastAsia="zh-CN"/>
        </w:rPr>
        <w:t>　　2日软文“寻找真情母亲”</w:t>
      </w:r>
      <w:r>
        <w:rPr>
          <w:lang w:eastAsia="zh-CN"/>
        </w:rPr>
        <w:br/>
      </w:r>
      <w:r>
        <w:rPr>
          <w:lang w:eastAsia="zh-CN"/>
        </w:rPr>
        <w:t>　　4日广告“大喜报”（费用）</w:t>
      </w:r>
      <w:r>
        <w:rPr>
          <w:lang w:eastAsia="zh-CN"/>
        </w:rPr>
        <w:br/>
      </w:r>
      <w:r>
        <w:rPr>
          <w:lang w:eastAsia="zh-CN"/>
        </w:rPr>
        <w:t>　　6日软文“品牌社会监督员尘埃落定”</w:t>
      </w:r>
      <w:r>
        <w:rPr>
          <w:lang w:eastAsia="zh-CN"/>
        </w:rPr>
        <w:br/>
      </w:r>
      <w:r>
        <w:rPr>
          <w:lang w:eastAsia="zh-CN"/>
        </w:rPr>
        <w:t>　　3、核准相关标准：</w:t>
      </w:r>
      <w:r>
        <w:rPr>
          <w:lang w:eastAsia="zh-CN"/>
        </w:rPr>
        <w:br/>
      </w:r>
      <w:r>
        <w:rPr>
          <w:lang w:eastAsia="zh-CN"/>
        </w:rPr>
        <w:t>　　凭购物小票和身份证、孩童出生证到公司核准，如果人数过多，则以现场抽取的方式进行聘用。</w:t>
      </w:r>
      <w:r>
        <w:rPr>
          <w:lang w:eastAsia="zh-CN"/>
        </w:rPr>
        <w:br/>
      </w:r>
      <w:r>
        <w:rPr>
          <w:lang w:eastAsia="zh-CN"/>
        </w:rPr>
        <w:t>　　4、相关文本准备：</w:t>
      </w:r>
      <w:r>
        <w:rPr>
          <w:lang w:eastAsia="zh-CN"/>
        </w:rPr>
        <w:br/>
      </w:r>
      <w:r>
        <w:rPr>
          <w:lang w:eastAsia="zh-CN"/>
        </w:rPr>
        <w:t>　　品牌监察员手册</w:t>
      </w:r>
      <w:r>
        <w:rPr>
          <w:lang w:eastAsia="zh-CN"/>
        </w:rPr>
        <w:br/>
      </w:r>
      <w:r>
        <w:rPr>
          <w:lang w:eastAsia="zh-CN"/>
        </w:rPr>
        <w:t>　　品牌监察员证书</w:t>
      </w:r>
      <w:r>
        <w:rPr>
          <w:lang w:eastAsia="zh-CN"/>
        </w:rPr>
        <w:br/>
      </w:r>
      <w:r>
        <w:rPr>
          <w:lang w:eastAsia="zh-CN"/>
        </w:rPr>
        <w:t>　　经济测算：</w:t>
      </w:r>
      <w:r>
        <w:rPr>
          <w:lang w:eastAsia="zh-CN"/>
        </w:rPr>
        <w:br/>
      </w:r>
      <w:r>
        <w:rPr>
          <w:lang w:eastAsia="zh-CN"/>
        </w:rPr>
        <w:t>　　支出：广告费用+媒体联系费用+证书费用（控制在元）</w:t>
      </w:r>
      <w:r>
        <w:rPr>
          <w:lang w:eastAsia="zh-CN"/>
        </w:rPr>
        <w:br/>
      </w:r>
      <w:r>
        <w:rPr>
          <w:lang w:eastAsia="zh-CN"/>
        </w:rPr>
        <w:t>　　回报：预计销售额提升2%，有效增加品牌传播率。</w:t>
      </w:r>
      <w:r>
        <w:rPr>
          <w:lang w:eastAsia="zh-CN"/>
        </w:rPr>
        <w:br/>
      </w:r>
      <w:r>
        <w:rPr>
          <w:lang w:eastAsia="zh-CN"/>
        </w:rPr>
        <w:t>　　5、人员分工：</w:t>
      </w:r>
      <w:r>
        <w:rPr>
          <w:lang w:eastAsia="zh-CN"/>
        </w:rPr>
        <w:br/>
      </w:r>
      <w:r>
        <w:rPr>
          <w:lang w:eastAsia="zh-CN"/>
        </w:rPr>
        <w:t>　　部门，工作内容，完成时间，项目负责人，项目进程，项目负责人。</w:t>
      </w:r>
      <w:r>
        <w:rPr>
          <w:lang w:eastAsia="zh-CN"/>
        </w:rPr>
        <w:br/>
      </w:r>
      <w:r>
        <w:rPr>
          <w:lang w:eastAsia="zh-CN"/>
        </w:rPr>
        <w:t>　　二、“母亲节感恩大促销”万一品尝活动（营销策划部）（略）</w:t>
      </w:r>
      <w:r>
        <w:rPr>
          <w:lang w:eastAsia="zh-CN"/>
        </w:rPr>
        <w:br/>
      </w:r>
      <w:r>
        <w:rPr>
          <w:lang w:eastAsia="zh-CN"/>
        </w:rPr>
        <w:t>　　三、“母亲节，爱心献给母亲月”大型晚会策划书：</w:t>
      </w:r>
      <w:r>
        <w:rPr>
          <w:lang w:eastAsia="zh-CN"/>
        </w:rPr>
        <w:br/>
      </w:r>
      <w:r>
        <w:rPr>
          <w:lang w:eastAsia="zh-CN"/>
        </w:rPr>
        <w:t>　　活动目的`：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lang w:eastAsia="zh-CN"/>
        </w:rPr>
        <w:t>　　感谢母亲，给了我生命，感谢母亲，给了我前程，在母亲的节日里，作为延续母亲的后续体，我们有必要为母亲讴歌情怀。为了弘扬中华传统，进一步激扬美福人关爱天下人，关爱母亲的情怀，为进一步推动绿色的社会文明而奋进的斗志和决心。</w:t>
      </w:r>
      <w:r>
        <w:rPr>
          <w:lang w:eastAsia="zh-CN"/>
        </w:rPr>
        <w:br/>
      </w:r>
      <w:r>
        <w:rPr>
          <w:lang w:eastAsia="zh-CN"/>
        </w:rPr>
        <w:t>　　活动地点：</w:t>
      </w:r>
      <w:r>
        <w:rPr>
          <w:lang w:eastAsia="zh-CN"/>
        </w:rPr>
        <w:br/>
      </w:r>
      <w:r>
        <w:rPr>
          <w:lang w:eastAsia="zh-CN"/>
        </w:rPr>
        <w:t>　　另定</w:t>
      </w:r>
      <w:r>
        <w:rPr>
          <w:lang w:eastAsia="zh-CN"/>
        </w:rPr>
        <w:br/>
      </w:r>
      <w:r>
        <w:rPr>
          <w:lang w:eastAsia="zh-CN"/>
        </w:rPr>
        <w:t>　　参加人员：</w:t>
      </w:r>
      <w:r>
        <w:rPr>
          <w:lang w:eastAsia="zh-CN"/>
        </w:rPr>
        <w:br/>
      </w:r>
      <w:r>
        <w:rPr>
          <w:lang w:eastAsia="zh-CN"/>
        </w:rPr>
        <w:t>　　公司女性员工（134）公司行政人员（27）外邀佳宾：</w:t>
      </w:r>
      <w:r>
        <w:rPr>
          <w:lang w:eastAsia="zh-CN"/>
        </w:rPr>
        <w:br/>
      </w:r>
      <w:r>
        <w:rPr>
          <w:lang w:eastAsia="zh-CN"/>
        </w:rPr>
        <w:t>　　主持人：</w:t>
      </w:r>
      <w:r>
        <w:rPr>
          <w:lang w:eastAsia="zh-CN"/>
        </w:rPr>
        <w:br/>
      </w:r>
      <w:r>
        <w:rPr>
          <w:lang w:eastAsia="zh-CN"/>
        </w:rPr>
        <w:t>　　活动时间：</w:t>
      </w:r>
      <w:r>
        <w:rPr>
          <w:lang w:eastAsia="zh-CN"/>
        </w:rPr>
        <w:br/>
      </w:r>
      <w:r>
        <w:rPr>
          <w:lang w:eastAsia="zh-CN"/>
        </w:rPr>
        <w:t>　　3月8日晚20：00——22：00</w:t>
      </w:r>
      <w:r>
        <w:rPr>
          <w:lang w:eastAsia="zh-CN"/>
        </w:rPr>
        <w:br/>
      </w:r>
      <w:r>
        <w:rPr>
          <w:lang w:eastAsia="zh-CN"/>
        </w:rPr>
        <w:t>　　活动内容：</w:t>
      </w:r>
      <w:r>
        <w:rPr>
          <w:lang w:eastAsia="zh-CN"/>
        </w:rPr>
        <w:br/>
      </w:r>
      <w:r>
        <w:rPr>
          <w:lang w:eastAsia="zh-CN"/>
        </w:rPr>
        <w:t>　　20：00主持人作“母亲节，爱心献给母亲月”的开幕主讲</w:t>
      </w:r>
      <w:r>
        <w:rPr>
          <w:lang w:eastAsia="zh-CN"/>
        </w:rPr>
        <w:br/>
      </w:r>
      <w:r>
        <w:rPr>
          <w:lang w:eastAsia="zh-CN"/>
        </w:rPr>
        <w:t>　　20：10“母亲节，心有灵犀一点通”活动</w:t>
      </w:r>
      <w:r>
        <w:rPr>
          <w:lang w:eastAsia="zh-CN"/>
        </w:rPr>
        <w:br/>
      </w:r>
      <w:r>
        <w:rPr>
          <w:lang w:eastAsia="zh-CN"/>
        </w:rPr>
        <w:t>　　参加人数：6组（3人），每组时间8分钟</w:t>
      </w:r>
      <w:r>
        <w:rPr>
          <w:lang w:eastAsia="zh-CN"/>
        </w:rPr>
        <w:br/>
      </w:r>
      <w:r>
        <w:rPr>
          <w:lang w:eastAsia="zh-CN"/>
        </w:rPr>
        <w:t>　　规则：（另附）</w:t>
      </w:r>
      <w:r>
        <w:rPr>
          <w:lang w:eastAsia="zh-CN"/>
        </w:rPr>
        <w:br/>
      </w:r>
      <w:r>
        <w:rPr>
          <w:lang w:eastAsia="zh-CN"/>
        </w:rPr>
        <w:t>　　奖励：以答题对数分为三等奖，一等奖一名，奖励价值90元的奖品，二等奖两名，奖励价值75元的奖品，三等奖三名，奖励价值60元的奖品（225元）</w:t>
      </w:r>
      <w:r>
        <w:rPr>
          <w:lang w:eastAsia="zh-CN"/>
        </w:rPr>
        <w:br/>
      </w:r>
      <w:r>
        <w:rPr>
          <w:lang w:eastAsia="zh-CN"/>
        </w:rPr>
        <w:t>　　20：50（陈总致辞和讲话）（送花、转送）（花10元）</w:t>
      </w:r>
      <w:r>
        <w:rPr>
          <w:lang w:eastAsia="zh-CN"/>
        </w:rPr>
        <w:br/>
      </w:r>
      <w:r>
        <w:rPr>
          <w:lang w:eastAsia="zh-CN"/>
        </w:rPr>
        <w:t>　　20：55佳宾致辞和讲话（送花）（10元）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lang w:eastAsia="zh-CN"/>
        </w:rPr>
        <w:t>　　21：00歌舞（参与者每人一点礼品）（侗乡基地）（礼品价值20元两份）</w:t>
      </w:r>
      <w:r>
        <w:rPr>
          <w:lang w:eastAsia="zh-CN"/>
        </w:rPr>
        <w:br/>
      </w:r>
      <w:r>
        <w:rPr>
          <w:lang w:eastAsia="zh-CN"/>
        </w:rPr>
        <w:t>　　21：10诗歌朗诵：（歌颂母亲的诗歌）（创作者、朗诵者礼品）（礼品价值20元两份）</w:t>
      </w:r>
      <w:r>
        <w:rPr>
          <w:lang w:eastAsia="zh-CN"/>
        </w:rPr>
        <w:br/>
      </w:r>
      <w:r>
        <w:rPr>
          <w:lang w:eastAsia="zh-CN"/>
        </w:rPr>
        <w:t>　　21：20“献给母亲，魔法大表情”</w:t>
      </w:r>
      <w:r>
        <w:rPr>
          <w:lang w:eastAsia="zh-CN"/>
        </w:rPr>
        <w:br/>
      </w:r>
      <w:r>
        <w:rPr>
          <w:lang w:eastAsia="zh-CN"/>
        </w:rPr>
        <w:t>　　参加人数：6_3组，每组时间8分钟</w:t>
      </w:r>
      <w:r>
        <w:rPr>
          <w:lang w:eastAsia="zh-CN"/>
        </w:rPr>
        <w:br/>
      </w:r>
      <w:r>
        <w:rPr>
          <w:lang w:eastAsia="zh-CN"/>
        </w:rPr>
        <w:t>　　规则：（另附）</w:t>
      </w:r>
      <w:r>
        <w:rPr>
          <w:lang w:eastAsia="zh-CN"/>
        </w:rPr>
        <w:br/>
      </w:r>
      <w:r>
        <w:rPr>
          <w:lang w:eastAsia="zh-CN"/>
        </w:rPr>
        <w:t>　　奖励：每组赠品60元，（360元）</w:t>
      </w:r>
      <w:r>
        <w:rPr>
          <w:lang w:eastAsia="zh-CN"/>
        </w:rPr>
        <w:br/>
      </w:r>
      <w:r>
        <w:rPr>
          <w:lang w:eastAsia="zh-CN"/>
        </w:rPr>
        <w:t>　　22：05歌曲（乐器）（礼品价值20元）（基地）</w:t>
      </w:r>
      <w:r>
        <w:rPr>
          <w:lang w:eastAsia="zh-CN"/>
        </w:rPr>
        <w:br/>
      </w:r>
      <w:r>
        <w:rPr>
          <w:lang w:eastAsia="zh-CN"/>
        </w:rPr>
        <w:t>　　22：10品牌监督员授牌（献花）（花100元，礼品20元_10=200元）</w:t>
      </w:r>
      <w:r>
        <w:rPr>
          <w:lang w:eastAsia="zh-CN"/>
        </w:rPr>
        <w:br/>
      </w:r>
      <w:r>
        <w:rPr>
          <w:lang w:eastAsia="zh-CN"/>
        </w:rPr>
        <w:t>　　22：20浓浓春色、悄悄有礼</w:t>
      </w:r>
      <w:r>
        <w:rPr>
          <w:lang w:eastAsia="zh-CN"/>
        </w:rPr>
        <w:br/>
      </w:r>
      <w:r>
        <w:rPr>
          <w:lang w:eastAsia="zh-CN"/>
        </w:rPr>
        <w:t>　　工具：（摸奖箱一个，奖品十份）</w:t>
      </w:r>
      <w:r>
        <w:rPr>
          <w:lang w:eastAsia="zh-CN"/>
        </w:rPr>
        <w:br/>
      </w:r>
      <w:r>
        <w:rPr>
          <w:lang w:eastAsia="zh-CN"/>
        </w:rPr>
        <w:t>　　三等奖三名（50元_3）、二等奖两名（80元_2）、一等奖一名（100元_1）</w:t>
      </w:r>
      <w:r>
        <w:rPr>
          <w:lang w:eastAsia="zh-CN"/>
        </w:rPr>
        <w:br/>
      </w:r>
      <w:r>
        <w:rPr>
          <w:lang w:eastAsia="zh-CN"/>
        </w:rPr>
        <w:t>　　22：40绿色美福顶顶全福</w:t>
      </w:r>
      <w:r>
        <w:rPr>
          <w:lang w:eastAsia="zh-CN"/>
        </w:rPr>
        <w:br/>
      </w:r>
      <w:r>
        <w:rPr>
          <w:lang w:eastAsia="zh-CN"/>
        </w:rPr>
        <w:t>　　参加人数：6组_3，每组时间8分钟</w:t>
      </w:r>
      <w:r>
        <w:rPr>
          <w:lang w:eastAsia="zh-CN"/>
        </w:rPr>
        <w:br/>
      </w:r>
      <w:r>
        <w:rPr>
          <w:lang w:eastAsia="zh-CN"/>
        </w:rPr>
        <w:t>　　规则：（另附）</w:t>
      </w:r>
      <w:r>
        <w:rPr>
          <w:lang w:eastAsia="zh-CN"/>
        </w:rPr>
        <w:br/>
      </w:r>
      <w:r>
        <w:rPr>
          <w:lang w:eastAsia="zh-CN"/>
        </w:rPr>
        <w:t>　　奖励：一等奖一组（90元），二等奖两组（75元）三等奖三组（60元）</w:t>
      </w:r>
      <w:r>
        <w:rPr>
          <w:lang w:eastAsia="zh-CN"/>
        </w:rPr>
        <w:br/>
      </w:r>
      <w:r>
        <w:rPr>
          <w:lang w:eastAsia="zh-CN"/>
        </w:rPr>
        <w:t>　　会场布置：</w:t>
      </w:r>
      <w:r>
        <w:rPr>
          <w:lang w:eastAsia="zh-CN"/>
        </w:rPr>
        <w:br/>
      </w:r>
      <w:r>
        <w:rPr>
          <w:lang w:eastAsia="zh-CN"/>
        </w:rPr>
        <w:t>　　大横幅一条（喷绘）：“母亲节，感恩节，爱心献给母亲月”（6_0.5）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lang w:eastAsia="zh-CN"/>
        </w:rPr>
        <w:t>　　小横幅一条（喷绘）：“永远的母亲情怀，美福食品有限公司3.8特别晚会”</w:t>
      </w:r>
      <w:r>
        <w:rPr>
          <w:lang w:eastAsia="zh-CN"/>
        </w:rPr>
        <w:br/>
      </w:r>
      <w:r>
        <w:rPr>
          <w:lang w:eastAsia="zh-CN"/>
        </w:rPr>
        <w:t>　　竖幅两条：情溢东海情长在爱在美福福自来</w:t>
      </w:r>
      <w:r>
        <w:rPr>
          <w:lang w:eastAsia="zh-CN"/>
        </w:rPr>
        <w:br/>
      </w:r>
      <w:r>
        <w:rPr>
          <w:lang w:eastAsia="zh-CN"/>
        </w:rPr>
        <w:t>　　彩球1000个</w:t>
      </w:r>
      <w:r>
        <w:rPr>
          <w:lang w:eastAsia="zh-CN"/>
        </w:rPr>
        <w:br/>
      </w:r>
      <w:r>
        <w:rPr>
          <w:lang w:eastAsia="zh-CN"/>
        </w:rPr>
        <w:t>　　费用预算：</w:t>
      </w:r>
      <w:r>
        <w:rPr>
          <w:lang w:eastAsia="zh-CN"/>
        </w:rPr>
        <w:br/>
      </w:r>
      <w:r>
        <w:rPr>
          <w:lang w:eastAsia="zh-CN"/>
        </w:rPr>
        <w:t>　　礼品：1200，场地费用1000元。</w:t>
      </w:r>
      <w:r>
        <w:rPr>
          <w:lang w:eastAsia="zh-CN"/>
        </w:rPr>
        <w:br/>
      </w:r>
      <w:r>
        <w:rPr>
          <w:lang w:eastAsia="zh-CN"/>
        </w:rPr>
        <w:t>　　需购物品：不透明杯、葡萄酒一瓶、醋一瓶（一斤）、蜂蜜一斤、礼品、奖券（打印）、鲜花（13束）（食品）</w:t>
      </w:r>
      <w:r>
        <w:rPr>
          <w:lang w:eastAsia="zh-CN"/>
        </w:rPr>
        <w:br/>
      </w:r>
      <w:r>
        <w:rPr>
          <w:lang w:eastAsia="zh-CN"/>
        </w:rPr>
        <w:t>　　其他控制由潘总负责</w:t>
      </w:r>
      <w:r>
        <w:rPr>
          <w:lang w:eastAsia="zh-CN"/>
        </w:rPr>
        <w:br/>
      </w:r>
      <w:r>
        <w:rPr>
          <w:lang w:eastAsia="zh-CN"/>
        </w:rPr>
        <w:t>　　日程表：</w:t>
      </w:r>
      <w:r>
        <w:rPr>
          <w:lang w:eastAsia="zh-CN"/>
        </w:rPr>
        <w:br/>
      </w:r>
      <w:r>
        <w:rPr>
          <w:lang w:eastAsia="zh-CN"/>
        </w:rPr>
        <w:t>　　25日确定场地</w:t>
      </w:r>
      <w:r>
        <w:rPr>
          <w:lang w:eastAsia="zh-CN"/>
        </w:rPr>
        <w:br/>
      </w:r>
      <w:r>
        <w:rPr>
          <w:lang w:eastAsia="zh-CN"/>
        </w:rPr>
        <w:t>　　26日确定佳宾人数，确定规则</w:t>
      </w:r>
      <w:r>
        <w:rPr>
          <w:lang w:eastAsia="zh-CN"/>
        </w:rPr>
        <w:br/>
      </w:r>
      <w:r>
        <w:rPr>
          <w:lang w:eastAsia="zh-CN"/>
        </w:rPr>
        <w:t>　　27日确定主持人选</w:t>
      </w:r>
      <w:r>
        <w:rPr>
          <w:lang w:eastAsia="zh-CN"/>
        </w:rPr>
        <w:br/>
      </w:r>
      <w:r>
        <w:rPr>
          <w:lang w:eastAsia="zh-CN"/>
        </w:rPr>
        <w:t>　　28日进入节目准备状态</w:t>
      </w:r>
      <w:r>
        <w:rPr>
          <w:lang w:eastAsia="zh-CN"/>
        </w:rPr>
        <w:br/>
      </w:r>
      <w:r>
        <w:rPr>
          <w:lang w:eastAsia="zh-CN"/>
        </w:rPr>
        <w:t>　　29日确定参与节目</w:t>
      </w:r>
      <w:r>
        <w:rPr>
          <w:lang w:eastAsia="zh-CN"/>
        </w:rPr>
        <w:br/>
      </w:r>
      <w:r>
        <w:rPr>
          <w:lang w:eastAsia="zh-CN"/>
        </w:rPr>
        <w:t>　　30日正式演练</w:t>
      </w:r>
      <w:r>
        <w:rPr>
          <w:lang w:eastAsia="zh-CN"/>
        </w:rPr>
        <w:br/>
      </w:r>
      <w:r>
        <w:rPr>
          <w:lang w:eastAsia="zh-CN"/>
        </w:rPr>
        <w:t>　　当天流程安排：</w:t>
      </w:r>
      <w:r>
        <w:rPr>
          <w:lang w:eastAsia="zh-CN"/>
        </w:rPr>
        <w:br/>
      </w:r>
      <w:r>
        <w:rPr>
          <w:lang w:eastAsia="zh-CN"/>
        </w:rPr>
        <w:t>　　4：00行政办公人员与外邀佳宾到牛排馆会餐</w:t>
      </w:r>
      <w:r>
        <w:rPr>
          <w:lang w:eastAsia="zh-CN"/>
        </w:rPr>
        <w:br/>
      </w:r>
      <w:r>
        <w:rPr>
          <w:lang w:eastAsia="zh-CN"/>
        </w:rPr>
        <w:t>　　5：30主持、企业策划部门、统筹到会场布置</w:t>
      </w:r>
      <w:r>
        <w:rPr>
          <w:lang w:eastAsia="zh-CN"/>
        </w:rPr>
        <w:br/>
      </w:r>
      <w:r>
        <w:rPr>
          <w:lang w:eastAsia="zh-CN"/>
        </w:rPr>
        <w:t>　　7：30所有人员到晚会地点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篇7 </w:t>
      </w:r>
      <w:r>
        <w:rPr>
          <w:lang w:eastAsia="zh-CN"/>
        </w:rPr>
        <w:br/>
      </w:r>
      <w:r>
        <w:rPr>
          <w:lang w:eastAsia="zh-CN"/>
        </w:rPr>
        <w:t>　　一、时间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lang w:eastAsia="zh-CN"/>
        </w:rPr>
        <w:t>　　5月__日（星期）上午：分</w:t>
      </w:r>
      <w:r>
        <w:rPr>
          <w:lang w:eastAsia="zh-CN"/>
        </w:rPr>
        <w:br/>
      </w:r>
      <w:r>
        <w:rPr>
          <w:lang w:eastAsia="zh-CN"/>
        </w:rPr>
        <w:t>　　二、地点</w:t>
      </w:r>
      <w:r>
        <w:rPr>
          <w:lang w:eastAsia="zh-CN"/>
        </w:rPr>
        <w:br/>
      </w:r>
      <w:r>
        <w:rPr>
          <w:lang w:eastAsia="zh-CN"/>
        </w:rPr>
        <w:t>　　国际会议厅</w:t>
      </w:r>
      <w:r>
        <w:rPr>
          <w:lang w:eastAsia="zh-CN"/>
        </w:rPr>
        <w:br/>
      </w:r>
      <w:r>
        <w:rPr>
          <w:lang w:eastAsia="zh-CN"/>
        </w:rPr>
        <w:t>　　三、主持人</w:t>
      </w:r>
      <w:r>
        <w:rPr>
          <w:lang w:eastAsia="zh-CN"/>
        </w:rPr>
        <w:br/>
      </w:r>
      <w:r>
        <w:rPr>
          <w:lang w:eastAsia="zh-CN"/>
        </w:rPr>
        <w:t>　　、</w:t>
      </w:r>
      <w:r>
        <w:rPr>
          <w:lang w:eastAsia="zh-CN"/>
        </w:rPr>
        <w:br/>
      </w:r>
      <w:r>
        <w:rPr>
          <w:lang w:eastAsia="zh-CN"/>
        </w:rPr>
        <w:t>　　四、悬挂条幅</w:t>
      </w:r>
      <w:r>
        <w:rPr>
          <w:lang w:eastAsia="zh-CN"/>
        </w:rPr>
        <w:br/>
      </w:r>
      <w:r>
        <w:rPr>
          <w:lang w:eastAsia="zh-CN"/>
        </w:rPr>
        <w:t>　　内容“妈妈，我们爱您！”</w:t>
      </w:r>
      <w:r>
        <w:rPr>
          <w:lang w:eastAsia="zh-CN"/>
        </w:rPr>
        <w:br/>
      </w:r>
      <w:r>
        <w:rPr>
          <w:lang w:eastAsia="zh-CN"/>
        </w:rPr>
        <w:t>　　五、参加人员</w:t>
      </w:r>
      <w:r>
        <w:rPr>
          <w:lang w:eastAsia="zh-CN"/>
        </w:rPr>
        <w:br/>
      </w:r>
      <w:r>
        <w:rPr>
          <w:lang w:eastAsia="zh-CN"/>
        </w:rPr>
        <w:t>　　酒店主管以上及酒店20__年__月份优秀员工代表的母亲、婆婆、妻子，共计__人。</w:t>
      </w:r>
      <w:r>
        <w:rPr>
          <w:lang w:eastAsia="zh-CN"/>
        </w:rPr>
        <w:br/>
      </w:r>
      <w:r>
        <w:rPr>
          <w:lang w:eastAsia="zh-CN"/>
        </w:rPr>
        <w:t>　　其中：</w:t>
      </w:r>
      <w:r>
        <w:rPr>
          <w:lang w:eastAsia="zh-CN"/>
        </w:rPr>
        <w:br/>
      </w:r>
      <w:r>
        <w:rPr>
          <w:lang w:eastAsia="zh-CN"/>
        </w:rPr>
        <w:t>　　综合部（__人）：、</w:t>
      </w:r>
      <w:r>
        <w:rPr>
          <w:lang w:eastAsia="zh-CN"/>
        </w:rPr>
        <w:br/>
      </w:r>
      <w:r>
        <w:rPr>
          <w:lang w:eastAsia="zh-CN"/>
        </w:rPr>
        <w:t>　　房务部（__人）：、</w:t>
      </w:r>
      <w:r>
        <w:rPr>
          <w:lang w:eastAsia="zh-CN"/>
        </w:rPr>
        <w:br/>
      </w:r>
      <w:r>
        <w:rPr>
          <w:lang w:eastAsia="zh-CN"/>
        </w:rPr>
        <w:t>　　餐饮部（__人）：、</w:t>
      </w:r>
      <w:r>
        <w:rPr>
          <w:lang w:eastAsia="zh-CN"/>
        </w:rPr>
        <w:br/>
      </w:r>
      <w:r>
        <w:rPr>
          <w:lang w:eastAsia="zh-CN"/>
        </w:rPr>
        <w:t>　　营销部（__人）：</w:t>
      </w:r>
      <w:r>
        <w:rPr>
          <w:lang w:eastAsia="zh-CN"/>
        </w:rPr>
        <w:br/>
      </w:r>
      <w:r>
        <w:rPr>
          <w:lang w:eastAsia="zh-CN"/>
        </w:rPr>
        <w:t>　　财务部（__人）：</w:t>
      </w:r>
      <w:r>
        <w:rPr>
          <w:lang w:eastAsia="zh-CN"/>
        </w:rPr>
        <w:br/>
      </w:r>
      <w:r>
        <w:rPr>
          <w:lang w:eastAsia="zh-CN"/>
        </w:rPr>
        <w:t>　　工程部（__人）：</w:t>
      </w:r>
      <w:r>
        <w:rPr>
          <w:lang w:eastAsia="zh-CN"/>
        </w:rPr>
        <w:br/>
      </w:r>
      <w:r>
        <w:rPr>
          <w:lang w:eastAsia="zh-CN"/>
        </w:rPr>
        <w:t>　　六、活动目的</w:t>
      </w:r>
      <w:r>
        <w:rPr>
          <w:lang w:eastAsia="zh-CN"/>
        </w:rPr>
        <w:br/>
      </w:r>
      <w:r>
        <w:rPr>
          <w:lang w:eastAsia="zh-CN"/>
        </w:rPr>
        <w:t>　　感谢母亲，给了我们生命，感谢母亲，给了我们温暖，在母亲节的节日里，作为延续母亲的后续体，我们要充满激情地为母亲讴歌情怀，弘扬中华传统，进一步宣扬虹桥“以人为本”，关爱母亲的`企业文化。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>
        <w:rPr>
          <w:lang w:eastAsia="zh-CN"/>
        </w:rPr>
        <w:t>　　七、活动内容</w:t>
      </w:r>
      <w:r>
        <w:rPr>
          <w:lang w:eastAsia="zh-CN"/>
        </w:rPr>
        <w:br/>
      </w:r>
      <w:r>
        <w:rPr>
          <w:lang w:eastAsia="zh-CN"/>
        </w:rPr>
        <w:t>　　在“母亲节”这个特殊的日子里，为感谢酒店管理人员及优秀员工母亲对虹桥工作的大力支持，特别邀请优秀员工及管理层的母亲、婆婆、妻子来酒店参加母亲节感恩活动，让亲人们了解酒店的敬老爱老的酒店文化，加深对酒店工作的理解，提高团队凝聚力，增强员工对酒店的归属感。</w:t>
      </w:r>
      <w:r>
        <w:rPr>
          <w:lang w:eastAsia="zh-CN"/>
        </w:rPr>
        <w:br/>
      </w:r>
      <w:r>
        <w:rPr>
          <w:lang w:eastAsia="zh-CN"/>
        </w:rPr>
        <w:t>　　1、由酒店姜纯锋总经理致辞，感谢各位母亲对酒店工作的大力支持，向嘉宾介绍酒店近期发展情况及愿景规划；</w:t>
      </w:r>
      <w:r>
        <w:rPr>
          <w:lang w:eastAsia="zh-CN"/>
        </w:rPr>
        <w:br/>
      </w:r>
      <w:r>
        <w:rPr>
          <w:lang w:eastAsia="zh-CN"/>
        </w:rPr>
        <w:t>　　2、由__部员工演唱《感恩的心》、__部员工演唱《妈妈的吻》；</w:t>
      </w:r>
      <w:r>
        <w:rPr>
          <w:lang w:eastAsia="zh-CN"/>
        </w:rPr>
        <w:br/>
      </w:r>
      <w:r>
        <w:rPr>
          <w:lang w:eastAsia="zh-CN"/>
        </w:rPr>
        <w:t>　　3、进行抽奖活动；奖品为：足剂二盒（原桑拿遗留，账面无价值记录）；皮带__条（账面价值__元/条）；</w:t>
      </w:r>
      <w:r>
        <w:rPr>
          <w:lang w:eastAsia="zh-CN"/>
        </w:rPr>
        <w:br/>
      </w:r>
      <w:r>
        <w:rPr>
          <w:lang w:eastAsia="zh-CN"/>
        </w:rPr>
        <w:t>　　4、邀请各位参加“母亲节”的嘉宾及员工至五楼西餐厅用餐，席间请酒店领导及各部经理向各位母亲敬酒。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篇8 </w:t>
      </w:r>
      <w:r>
        <w:rPr>
          <w:lang w:eastAsia="zh-CN"/>
        </w:rPr>
        <w:br/>
      </w:r>
      <w:r>
        <w:rPr>
          <w:lang w:eastAsia="zh-CN"/>
        </w:rPr>
        <w:t>　　一、促销主题</w:t>
      </w:r>
      <w:r>
        <w:rPr>
          <w:lang w:eastAsia="zh-CN"/>
        </w:rPr>
        <w:br/>
      </w:r>
      <w:r>
        <w:rPr>
          <w:lang w:eastAsia="zh-CN"/>
        </w:rPr>
        <w:t>　　感恩母爱，双重馈赠，更有大奖等您拿！</w:t>
      </w:r>
      <w:r>
        <w:rPr>
          <w:lang w:eastAsia="zh-CN"/>
        </w:rPr>
        <w:br/>
      </w:r>
      <w:r>
        <w:rPr>
          <w:lang w:eastAsia="zh-CN"/>
        </w:rPr>
        <w:t>　　二、促销时间</w:t>
      </w:r>
      <w:r>
        <w:rPr>
          <w:lang w:eastAsia="zh-CN"/>
        </w:rPr>
        <w:br/>
      </w:r>
      <w:r>
        <w:rPr>
          <w:lang w:eastAsia="zh-CN"/>
        </w:rPr>
        <w:t>　　5月__日～5月__日，共7天。</w:t>
      </w:r>
      <w:r>
        <w:rPr>
          <w:lang w:eastAsia="zh-CN"/>
        </w:rPr>
        <w:br/>
      </w:r>
      <w:r>
        <w:rPr>
          <w:lang w:eastAsia="zh-CN"/>
        </w:rPr>
        <w:t>　　三、促销地点</w:t>
      </w:r>
      <w:r>
        <w:rPr>
          <w:lang w:eastAsia="zh-CN"/>
        </w:rPr>
        <w:br/>
      </w:r>
      <w:r>
        <w:rPr>
          <w:lang w:eastAsia="zh-CN"/>
        </w:rPr>
        <w:t>　　__商厦一层化妆品专柜。</w:t>
      </w:r>
      <w:r>
        <w:rPr>
          <w:lang w:eastAsia="zh-CN"/>
        </w:rPr>
        <w:br/>
      </w:r>
      <w:r>
        <w:rPr>
          <w:lang w:eastAsia="zh-CN"/>
        </w:rPr>
        <w:t>　　四、促销目标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>
        <w:rPr>
          <w:lang w:eastAsia="zh-CN"/>
        </w:rPr>
        <w:t>　　吸引女性顾客的注意，达到提升化妆品的销售量，提高化妆品的知名度。</w:t>
      </w:r>
      <w:r>
        <w:rPr>
          <w:lang w:eastAsia="zh-CN"/>
        </w:rPr>
        <w:br/>
      </w:r>
      <w:r>
        <w:rPr>
          <w:lang w:eastAsia="zh-CN"/>
        </w:rPr>
        <w:t>　　五、促销商品</w:t>
      </w:r>
      <w:r>
        <w:rPr>
          <w:lang w:eastAsia="zh-CN"/>
        </w:rPr>
        <w:br/>
      </w:r>
      <w:r>
        <w:rPr>
          <w:lang w:eastAsia="zh-CN"/>
        </w:rPr>
        <w:t>　　化妆品。</w:t>
      </w:r>
      <w:r>
        <w:rPr>
          <w:lang w:eastAsia="zh-CN"/>
        </w:rPr>
        <w:br/>
      </w:r>
      <w:r>
        <w:rPr>
          <w:lang w:eastAsia="zh-CN"/>
        </w:rPr>
        <w:t>　　六、促销活动内容</w:t>
      </w:r>
      <w:r>
        <w:rPr>
          <w:lang w:eastAsia="zh-CN"/>
        </w:rPr>
        <w:br/>
      </w:r>
      <w:r>
        <w:rPr>
          <w:lang w:eastAsia="zh-CN"/>
        </w:rPr>
        <w:t>　　1.促销活动一：美丽常驻。</w:t>
      </w:r>
      <w:r>
        <w:rPr>
          <w:lang w:eastAsia="zh-CN"/>
        </w:rPr>
        <w:br/>
      </w:r>
      <w:r>
        <w:rPr>
          <w:lang w:eastAsia="zh-CN"/>
        </w:rPr>
        <w:t>　　凡在促销期间购买化妆品__元以上的客户，凭当日购物小票均可获得化妆品试用装一款。</w:t>
      </w:r>
      <w:r>
        <w:rPr>
          <w:lang w:eastAsia="zh-CN"/>
        </w:rPr>
        <w:br/>
      </w:r>
      <w:r>
        <w:rPr>
          <w:lang w:eastAsia="zh-CN"/>
        </w:rPr>
        <w:t>　　2.促销活动二：健康永远。</w:t>
      </w:r>
      <w:r>
        <w:rPr>
          <w:lang w:eastAsia="zh-CN"/>
        </w:rPr>
        <w:br/>
      </w:r>
      <w:r>
        <w:rPr>
          <w:lang w:eastAsia="zh-CN"/>
        </w:rPr>
        <w:t>　　凡在促销期间购买化妆品满__元以上的客户，凭当日购物小票均可获赠美容养生馆的美容卡免费美容保健一次，价值__元。</w:t>
      </w:r>
      <w:r>
        <w:rPr>
          <w:lang w:eastAsia="zh-CN"/>
        </w:rPr>
        <w:br/>
      </w:r>
      <w:r>
        <w:rPr>
          <w:lang w:eastAsia="zh-CN"/>
        </w:rPr>
        <w:t>　　3.促销活动三：幸运同行。</w:t>
      </w:r>
      <w:r>
        <w:rPr>
          <w:lang w:eastAsia="zh-CN"/>
        </w:rPr>
        <w:br/>
      </w:r>
      <w:r>
        <w:rPr>
          <w:lang w:eastAsia="zh-CN"/>
        </w:rPr>
        <w:t>　　5月__日～__日，凡在化妆品专柜购买任意一款产品的.顾客，凭当日购物小票均可获得一次免费抽奖的机会，奖品设置如下。</w:t>
      </w:r>
      <w:r>
        <w:rPr>
          <w:lang w:eastAsia="zh-CN"/>
        </w:rPr>
        <w:br/>
      </w:r>
      <w:r>
        <w:rPr>
          <w:lang w:eastAsia="zh-CN"/>
        </w:rPr>
        <w:t>　　活动奖项设置表</w:t>
      </w:r>
      <w:r>
        <w:rPr>
          <w:lang w:eastAsia="zh-CN"/>
        </w:rPr>
        <w:br/>
      </w:r>
      <w:r>
        <w:rPr>
          <w:lang w:eastAsia="zh-CN"/>
        </w:rPr>
        <w:t>　　奖项设置奖品价值名额</w:t>
      </w:r>
      <w:r>
        <w:rPr>
          <w:lang w:eastAsia="zh-CN"/>
        </w:rPr>
        <w:br/>
      </w:r>
      <w:r>
        <w:rPr>
          <w:lang w:eastAsia="zh-CN"/>
        </w:rPr>
        <w:t>　　超级幸运星戒指一款3000元1名</w:t>
      </w:r>
      <w:r>
        <w:rPr>
          <w:lang w:eastAsia="zh-CN"/>
        </w:rPr>
        <w:br/>
      </w:r>
      <w:r>
        <w:rPr>
          <w:lang w:eastAsia="zh-CN"/>
        </w:rPr>
        <w:t>　　无敌幸运星化妆品一套300元5名</w:t>
      </w:r>
      <w:r>
        <w:rPr>
          <w:lang w:eastAsia="zh-CN"/>
        </w:rPr>
        <w:br/>
      </w:r>
      <w:r>
        <w:rPr>
          <w:lang w:eastAsia="zh-CN"/>
        </w:rPr>
        <w:t>　　美丽幸运星化妆品一款50元30名</w:t>
      </w:r>
      <w:r>
        <w:rPr>
          <w:lang w:eastAsia="zh-CN"/>
        </w:rPr>
        <w:br/>
      </w:r>
      <w:r>
        <w:rPr>
          <w:lang w:eastAsia="zh-CN"/>
        </w:rPr>
        <w:t>　　幸运星纪念品一份10元1000名</w:t>
      </w:r>
      <w:r>
        <w:rPr>
          <w:lang w:eastAsia="zh-CN"/>
        </w:rPr>
        <w:br/>
      </w:r>
      <w:r>
        <w:rPr>
          <w:lang w:eastAsia="zh-CN"/>
        </w:rPr>
        <w:t>　　备注：</w:t>
      </w:r>
      <w:r>
        <w:rPr>
          <w:lang w:eastAsia="zh-CN"/>
        </w:rPr>
        <w:br/>
      </w:r>
      <w:r>
        <w:rPr>
          <w:lang w:eastAsia="zh-CN"/>
        </w:rPr>
        <w:t>　　1.本项活动单张小票限抽一次，小票不累计。</w:t>
      </w:r>
      <w:r>
        <w:rPr>
          <w:lang w:eastAsia="zh-CN"/>
        </w:rPr>
        <w:br/>
      </w:r>
      <w:r>
        <w:rPr>
          <w:lang w:eastAsia="zh-CN"/>
        </w:rPr>
        <w:t>　　2.中奖者当场领奖，逾期作废，奖品数量有限，抽完为止。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>
        <w:rPr>
          <w:lang w:eastAsia="zh-CN"/>
        </w:rPr>
        <w:t>　　七、促销活动配合工作</w:t>
      </w:r>
      <w:r>
        <w:rPr>
          <w:lang w:eastAsia="zh-CN"/>
        </w:rPr>
        <w:br/>
      </w:r>
      <w:r>
        <w:rPr>
          <w:lang w:eastAsia="zh-CN"/>
        </w:rPr>
        <w:t>　　（一）宣传方式</w:t>
      </w:r>
      <w:r>
        <w:rPr>
          <w:lang w:eastAsia="zh-CN"/>
        </w:rPr>
        <w:br/>
      </w:r>
      <w:r>
        <w:rPr>
          <w:lang w:eastAsia="zh-CN"/>
        </w:rPr>
        <w:t>　　1.活动现场宣传：可采用海报、单页、彩旗、气球、条幅、现场POP等宣传方式。</w:t>
      </w:r>
      <w:r>
        <w:rPr>
          <w:lang w:eastAsia="zh-CN"/>
        </w:rPr>
        <w:br/>
      </w:r>
      <w:r>
        <w:rPr>
          <w:lang w:eastAsia="zh-CN"/>
        </w:rPr>
        <w:t>　　2.宣传媒介配合。</w:t>
      </w:r>
      <w:r>
        <w:rPr>
          <w:lang w:eastAsia="zh-CN"/>
        </w:rPr>
        <w:br/>
      </w:r>
      <w:r>
        <w:rPr>
          <w:lang w:eastAsia="zh-CN"/>
        </w:rPr>
        <w:t>　　（1）报纸媒介：初步选定在《__晚报》、《__日报》上刊登半版活动宣传广告。</w:t>
      </w:r>
      <w:r>
        <w:rPr>
          <w:lang w:eastAsia="zh-CN"/>
        </w:rPr>
        <w:br/>
      </w:r>
      <w:r>
        <w:rPr>
          <w:lang w:eastAsia="zh-CN"/>
        </w:rPr>
        <w:t>　　（2）电视媒介：初步选择在电视台、__市电视台上播出本次促销广告。</w:t>
      </w:r>
      <w:r>
        <w:rPr>
          <w:lang w:eastAsia="zh-CN"/>
        </w:rPr>
        <w:br/>
      </w:r>
      <w:r>
        <w:rPr>
          <w:lang w:eastAsia="zh-CN"/>
        </w:rPr>
        <w:t>　　（二）人员安排</w:t>
      </w:r>
      <w:r>
        <w:rPr>
          <w:lang w:eastAsia="zh-CN"/>
        </w:rPr>
        <w:br/>
      </w:r>
      <w:r>
        <w:rPr>
          <w:lang w:eastAsia="zh-CN"/>
        </w:rPr>
        <w:t>　　本次促销活动工作人员安排如下表所示。</w:t>
      </w:r>
      <w:r>
        <w:rPr>
          <w:lang w:eastAsia="zh-CN"/>
        </w:rPr>
        <w:br/>
      </w:r>
      <w:r>
        <w:rPr>
          <w:lang w:eastAsia="zh-CN"/>
        </w:rPr>
        <w:t>　　促销人员安排表</w:t>
      </w:r>
      <w:r>
        <w:rPr>
          <w:lang w:eastAsia="zh-CN"/>
        </w:rPr>
        <w:br/>
      </w:r>
      <w:r>
        <w:rPr>
          <w:lang w:eastAsia="zh-CN"/>
        </w:rPr>
        <w:t>　　项目负责人姓名人数工作内容</w:t>
      </w:r>
      <w:r>
        <w:rPr>
          <w:lang w:eastAsia="zh-CN"/>
        </w:rPr>
        <w:br/>
      </w:r>
      <w:r>
        <w:rPr>
          <w:lang w:eastAsia="zh-CN"/>
        </w:rPr>
        <w:t>　　总负责1促销全程管理</w:t>
      </w:r>
      <w:r>
        <w:rPr>
          <w:lang w:eastAsia="zh-CN"/>
        </w:rPr>
        <w:br/>
      </w:r>
      <w:r>
        <w:rPr>
          <w:lang w:eastAsia="zh-CN"/>
        </w:rPr>
        <w:t>　　促销物资准备3包括宣传品、奖品、抽奖箱等</w:t>
      </w:r>
      <w:r>
        <w:rPr>
          <w:lang w:eastAsia="zh-CN"/>
        </w:rPr>
        <w:br/>
      </w:r>
      <w:r>
        <w:rPr>
          <w:lang w:eastAsia="zh-CN"/>
        </w:rPr>
        <w:t>　　现场促销10具体负责促销事宜</w:t>
      </w:r>
      <w:r>
        <w:rPr>
          <w:lang w:eastAsia="zh-CN"/>
        </w:rPr>
        <w:br/>
      </w:r>
      <w:r>
        <w:rPr>
          <w:lang w:eastAsia="zh-CN"/>
        </w:rPr>
        <w:t>　　抽奖台工作2核对购物小票、指导填写抽奖券</w:t>
      </w:r>
      <w:r>
        <w:rPr>
          <w:lang w:eastAsia="zh-CN"/>
        </w:rPr>
        <w:br/>
      </w:r>
      <w:r>
        <w:rPr>
          <w:lang w:eastAsia="zh-CN"/>
        </w:rPr>
        <w:t>　　奖品发放3包括兑奖、奖品发放等</w:t>
      </w:r>
      <w:r>
        <w:rPr>
          <w:lang w:eastAsia="zh-CN"/>
        </w:rPr>
        <w:br/>
      </w:r>
      <w:r>
        <w:rPr>
          <w:lang w:eastAsia="zh-CN"/>
        </w:rPr>
        <w:t>　　八、费用预算</w:t>
      </w:r>
      <w:r>
        <w:rPr>
          <w:lang w:eastAsia="zh-CN"/>
        </w:rPr>
        <w:br/>
      </w:r>
      <w:r>
        <w:rPr>
          <w:lang w:eastAsia="zh-CN"/>
        </w:rPr>
        <w:t>　　本次活动预算总额为__万元，具体分配如下表所示。</w:t>
      </w:r>
      <w:r>
        <w:rPr>
          <w:lang w:eastAsia="zh-CN"/>
        </w:rPr>
        <w:br/>
      </w:r>
      <w:r>
        <w:rPr>
          <w:lang w:eastAsia="zh-CN"/>
        </w:rPr>
        <w:t>　　促销活动预算表</w:t>
      </w:r>
      <w:r>
        <w:rPr>
          <w:lang w:eastAsia="zh-CN"/>
        </w:rPr>
        <w:br/>
      </w:r>
      <w:r>
        <w:rPr>
          <w:lang w:eastAsia="zh-CN"/>
        </w:rPr>
        <w:t>　　预算项目规格/数量费用（万元）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>
        <w:rPr>
          <w:lang w:eastAsia="zh-CN"/>
        </w:rPr>
        <w:t>　　现场宣传材料条幅5</w:t>
      </w:r>
      <w:r>
        <w:rPr>
          <w:lang w:eastAsia="zh-CN"/>
        </w:rPr>
        <w:br/>
      </w:r>
      <w:r>
        <w:rPr>
          <w:lang w:eastAsia="zh-CN"/>
        </w:rPr>
        <w:t>　　海报5</w:t>
      </w:r>
      <w:r>
        <w:rPr>
          <w:lang w:eastAsia="zh-CN"/>
        </w:rPr>
        <w:br/>
      </w:r>
      <w:r>
        <w:rPr>
          <w:lang w:eastAsia="zh-CN"/>
        </w:rPr>
        <w:t>　　宣传页1000</w:t>
      </w:r>
      <w:r>
        <w:rPr>
          <w:lang w:eastAsia="zh-CN"/>
        </w:rPr>
        <w:br/>
      </w:r>
      <w:r>
        <w:rPr>
          <w:lang w:eastAsia="zh-CN"/>
        </w:rPr>
        <w:t>　　拱形门2</w:t>
      </w:r>
      <w:r>
        <w:rPr>
          <w:lang w:eastAsia="zh-CN"/>
        </w:rPr>
        <w:br/>
      </w:r>
      <w:r>
        <w:rPr>
          <w:lang w:eastAsia="zh-CN"/>
        </w:rPr>
        <w:t>　　背景板3</w:t>
      </w:r>
      <w:r>
        <w:rPr>
          <w:lang w:eastAsia="zh-CN"/>
        </w:rPr>
        <w:br/>
      </w:r>
      <w:r>
        <w:rPr>
          <w:lang w:eastAsia="zh-CN"/>
        </w:rPr>
        <w:t>　　媒体宣传__晚报1/2版广告（7天）</w:t>
      </w:r>
      <w:r>
        <w:rPr>
          <w:lang w:eastAsia="zh-CN"/>
        </w:rPr>
        <w:br/>
      </w:r>
      <w:r>
        <w:rPr>
          <w:lang w:eastAsia="zh-CN"/>
        </w:rPr>
        <w:t>　　__日报1/2版广告（3天）</w:t>
      </w:r>
      <w:r>
        <w:rPr>
          <w:lang w:eastAsia="zh-CN"/>
        </w:rPr>
        <w:br/>
      </w:r>
      <w:r>
        <w:rPr>
          <w:lang w:eastAsia="zh-CN"/>
        </w:rPr>
        <w:t>　　电视台每日6次（30天）</w:t>
      </w:r>
      <w:r>
        <w:rPr>
          <w:lang w:eastAsia="zh-CN"/>
        </w:rPr>
        <w:br/>
      </w:r>
      <w:r>
        <w:rPr>
          <w:lang w:eastAsia="zh-CN"/>
        </w:rPr>
        <w:t>　　__市电视台每日6次（15天）</w:t>
      </w:r>
      <w:r>
        <w:rPr>
          <w:lang w:eastAsia="zh-CN"/>
        </w:rPr>
        <w:br/>
      </w:r>
      <w:r>
        <w:rPr>
          <w:lang w:eastAsia="zh-CN"/>
        </w:rPr>
        <w:t>　　奖品所有奖品</w:t>
      </w:r>
      <w:r>
        <w:rPr>
          <w:lang w:eastAsia="zh-CN"/>
        </w:rPr>
        <w:br/>
      </w:r>
      <w:r>
        <w:rPr>
          <w:lang w:eastAsia="zh-CN"/>
        </w:rPr>
        <w:t>　　工作人员促销员5人（7天）</w:t>
      </w:r>
      <w:r>
        <w:rPr>
          <w:lang w:eastAsia="zh-CN"/>
        </w:rPr>
        <w:br/>
      </w:r>
      <w:r>
        <w:rPr>
          <w:lang w:eastAsia="zh-CN"/>
        </w:rPr>
        <w:t>　　宣传页发放人员10名（7天）</w:t>
      </w:r>
      <w:r>
        <w:rPr>
          <w:lang w:eastAsia="zh-CN"/>
        </w:rPr>
        <w:br/>
      </w:r>
      <w:r>
        <w:rPr>
          <w:lang w:eastAsia="zh-CN"/>
        </w:rPr>
        <w:t>　　合计</w:t>
      </w:r>
      <w:r>
        <w:rPr>
          <w:lang w:eastAsia="zh-CN"/>
        </w:rPr>
        <w:br/>
      </w:r>
      <w:r>
        <w:rPr>
          <w:lang w:eastAsia="zh-CN"/>
        </w:rPr>
        <w:t>　　备注：在分配促销预算时，应预留出一部分机动资金，以应对突发事件。</w:t>
      </w:r>
      <w:r>
        <w:rPr>
          <w:lang w:eastAsia="zh-CN"/>
        </w:rPr>
        <w:br/>
      </w:r>
      <w:r>
        <w:rPr>
          <w:lang w:eastAsia="zh-CN"/>
        </w:rPr>
        <w:t>　　编制日期审核日期批准日期</w:t>
      </w:r>
      <w:r>
        <w:rPr>
          <w:lang w:eastAsia="zh-CN"/>
        </w:rPr>
        <w:br/>
      </w:r>
      <w:r>
        <w:rPr>
          <w:lang w:eastAsia="zh-CN"/>
        </w:rPr>
        <w:t>　　修改标记修改处数修改日期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篇9 </w:t>
      </w:r>
      <w:r>
        <w:rPr>
          <w:lang w:eastAsia="zh-CN"/>
        </w:rPr>
        <w:br/>
      </w:r>
      <w:r>
        <w:rPr>
          <w:lang w:eastAsia="zh-CN"/>
        </w:rPr>
        <w:t>　　一、促销主题</w:t>
      </w:r>
      <w:r>
        <w:rPr>
          <w:lang w:eastAsia="zh-CN"/>
        </w:rPr>
        <w:br/>
      </w:r>
      <w:r>
        <w:rPr>
          <w:lang w:eastAsia="zh-CN"/>
        </w:rPr>
        <w:t>　　母爱永恒，感恩母亲</w:t>
      </w:r>
      <w:r>
        <w:rPr>
          <w:lang w:eastAsia="zh-CN"/>
        </w:rPr>
        <w:br/>
      </w:r>
      <w:r>
        <w:rPr>
          <w:lang w:eastAsia="zh-CN"/>
        </w:rPr>
        <w:t>　　二、促销目的</w:t>
      </w:r>
      <w:r>
        <w:rPr>
          <w:lang w:eastAsia="zh-CN"/>
        </w:rPr>
        <w:br/>
      </w:r>
      <w:r>
        <w:rPr>
          <w:lang w:eastAsia="zh-CN"/>
        </w:rPr>
        <w:t>　　（一）宣传品牌文化内涵,推广品牌,提高品牌知名度和美誉度.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>
        <w:rPr>
          <w:lang w:eastAsia="zh-CN"/>
        </w:rPr>
        <w:t>　　（二）利用母亲节活动，带动店铺销售,吸引人气.为后期经营增加优势。</w:t>
      </w:r>
      <w:r>
        <w:rPr>
          <w:lang w:eastAsia="zh-CN"/>
        </w:rPr>
        <w:br/>
      </w:r>
      <w:r>
        <w:rPr>
          <w:lang w:eastAsia="zh-CN"/>
        </w:rPr>
        <w:t>　　促销时间定为5月8日致10日。</w:t>
      </w:r>
      <w:r>
        <w:rPr>
          <w:lang w:eastAsia="zh-CN"/>
        </w:rPr>
        <w:br/>
      </w:r>
      <w:r>
        <w:rPr>
          <w:lang w:eastAsia="zh-CN"/>
        </w:rPr>
        <w:t>　　三、促销预热</w:t>
      </w:r>
      <w:r>
        <w:rPr>
          <w:lang w:eastAsia="zh-CN"/>
        </w:rPr>
        <w:br/>
      </w:r>
      <w:r>
        <w:rPr>
          <w:lang w:eastAsia="zh-CN"/>
        </w:rPr>
        <w:t>　　为了保证活动产生更大的效果，要进行相关的预热引导活动，为“母亲节”活动的正式开展做好铺垫工作。首先要告知公众5月10日是母亲节”，以及告诉顾客在“母亲节”当天要做的活动内容以及活动期间的承诺，引起消费者参与活动的兴趣。预热的时间可以定在活动的前一个星期</w:t>
      </w:r>
      <w:r>
        <w:rPr>
          <w:lang w:eastAsia="zh-CN"/>
        </w:rPr>
        <w:br/>
      </w:r>
      <w:r>
        <w:rPr>
          <w:lang w:eastAsia="zh-CN"/>
        </w:rPr>
        <w:t>　　四、促销的主要内容</w:t>
      </w:r>
      <w:r>
        <w:rPr>
          <w:lang w:eastAsia="zh-CN"/>
        </w:rPr>
        <w:br/>
      </w:r>
      <w:r>
        <w:rPr>
          <w:lang w:eastAsia="zh-CN"/>
        </w:rPr>
        <w:t>　　（一）先在店门口放上招牌,上写“今天距世界母亲节还有____天”,来提醒过往路人,母亲节快要来了.要为母亲过个节日进行准备了.</w:t>
      </w:r>
      <w:r>
        <w:rPr>
          <w:lang w:eastAsia="zh-CN"/>
        </w:rPr>
        <w:br/>
      </w:r>
      <w:r>
        <w:rPr>
          <w:lang w:eastAsia="zh-CN"/>
        </w:rPr>
        <w:t>　　（二）在促销期间,要有主推的一款或几款服饰,要导购员向顾客介绍，引起顾客兴趣和购买欲。</w:t>
      </w:r>
      <w:r>
        <w:rPr>
          <w:lang w:eastAsia="zh-CN"/>
        </w:rPr>
        <w:br/>
      </w:r>
      <w:r>
        <w:rPr>
          <w:lang w:eastAsia="zh-CN"/>
        </w:rPr>
        <w:t>　　（三）提前制作好以母亲为主题的宣传画,放在店内最显眼的位置。</w:t>
      </w:r>
      <w:r>
        <w:rPr>
          <w:lang w:eastAsia="zh-CN"/>
        </w:rPr>
        <w:br/>
      </w:r>
      <w:r>
        <w:rPr>
          <w:lang w:eastAsia="zh-CN"/>
        </w:rPr>
        <w:t>　　店铺的宣传方式可以分为几种,可根据自己的店铺具体情况具体分析。</w:t>
      </w:r>
      <w:r>
        <w:rPr>
          <w:lang w:eastAsia="zh-CN"/>
        </w:rPr>
        <w:br/>
      </w:r>
      <w:r>
        <w:rPr>
          <w:lang w:eastAsia="zh-CN"/>
        </w:rPr>
        <w:t>　　1.到街头,闹市去发送宣传单以及讲解活动细则.</w:t>
      </w:r>
      <w:r>
        <w:rPr>
          <w:lang w:eastAsia="zh-CN"/>
        </w:rPr>
        <w:br/>
      </w:r>
      <w:r>
        <w:rPr>
          <w:lang w:eastAsia="zh-CN"/>
        </w:rPr>
        <w:t>　　2.活动期间,每天来店中的前十位购衣的中老年人送上一朵康乃馨,并送上一声节日快乐.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>
        <w:rPr>
          <w:lang w:eastAsia="zh-CN"/>
        </w:rPr>
        <w:t>　　3.为每一位在店中留下了电话的朋友,在母亲节的前一天若是还没有来参加活动,可主动给其发去感恩祝福,祝福其母亲节快乐.</w:t>
      </w:r>
      <w:r>
        <w:rPr>
          <w:lang w:eastAsia="zh-CN"/>
        </w:rPr>
        <w:br/>
      </w:r>
      <w:r>
        <w:rPr>
          <w:lang w:eastAsia="zh-CN"/>
        </w:rPr>
        <w:t>　　4.将卖场的电话定为“感恩热线”，欢迎顾客进行咨询.接线员可在电话中明确告诉顾客,凡来店中参加活动的都有好礼赠送.</w:t>
      </w:r>
      <w:r>
        <w:rPr>
          <w:lang w:eastAsia="zh-CN"/>
        </w:rPr>
        <w:br/>
      </w:r>
      <w:r>
        <w:rPr>
          <w:lang w:eastAsia="zh-CN"/>
        </w:rPr>
        <w:t>　　5.购衣就能参加抽奖.设定购物达到多少元就设定不同的奖品.奖品为针对中老年朋友的食用油,大米,洗衣粉等.</w:t>
      </w:r>
      <w:r>
        <w:rPr>
          <w:lang w:eastAsia="zh-CN"/>
        </w:rPr>
        <w:br/>
      </w:r>
      <w:r>
        <w:rPr>
          <w:lang w:eastAsia="zh-CN"/>
        </w:rPr>
        <w:t>　　6.另外,可根据顾客的身份来送不同的礼物。比如说孝心礼，长寿礼和青春礼等。礼品可以有高档木梳，精美生日礼品鲜艳康乃馨等。</w:t>
      </w:r>
      <w:r>
        <w:rPr>
          <w:lang w:eastAsia="zh-CN"/>
        </w:rPr>
        <w:br/>
      </w:r>
      <w:r>
        <w:rPr>
          <w:lang w:eastAsia="zh-CN"/>
        </w:rPr>
        <w:t>　　（四）母亲节促销期间应该注意的问题：</w:t>
      </w:r>
      <w:r>
        <w:rPr>
          <w:lang w:eastAsia="zh-CN"/>
        </w:rPr>
        <w:br/>
      </w:r>
      <w:r>
        <w:rPr>
          <w:lang w:eastAsia="zh-CN"/>
        </w:rPr>
        <w:t>　　1.店堂内环境要保持干净,地面不要有灰，店内不要有破损,标语是否有错误的或是不恰当的，如果有上述情况,就快速改正。不要影响店面的形象，使活动氛围被破坏。</w:t>
      </w:r>
      <w:r>
        <w:rPr>
          <w:lang w:eastAsia="zh-CN"/>
        </w:rPr>
        <w:br/>
      </w:r>
      <w:r>
        <w:rPr>
          <w:lang w:eastAsia="zh-CN"/>
        </w:rPr>
        <w:t>　　2.服饰陈列是否摆放好了,是否有灰尘,吊牌是否完整等.在平时就应该注重陈列这一块,活动期间客流量会突然增大很多,更应该注意服饰的陈列.可通过平时的经验,觉得哪种陈列更利于促销,哪种陈列更受顾客欢迎,在活动期间可做出有针对性的调整,或者尝试换一种陈列风格,让顾客光临时有一种焕然一新的感觉.</w:t>
      </w:r>
      <w:r>
        <w:rPr>
          <w:lang w:eastAsia="zh-CN"/>
        </w:rPr>
        <w:br/>
      </w:r>
      <w:r>
        <w:rPr>
          <w:lang w:eastAsia="zh-CN"/>
        </w:rPr>
        <w:t>　　3.人员安排问题.活动期间,应该多增添些人员,做到每一块都有人负责,以保持活动期间的服务不打折扣.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>
        <w:rPr>
          <w:lang w:eastAsia="zh-CN"/>
        </w:rPr>
        <w:t>　　4.灯光,音响等设备的布置.可针对中老年服饰的顾客定位以及品牌理念,适当的布置一下灯光.围绕某一主推款式,可用不同的色光来装饰.也可在店中选择一些比如舒缓的音乐,让老人进店了有种回归的感觉.</w:t>
      </w:r>
      <w:r>
        <w:rPr>
          <w:lang w:eastAsia="zh-CN"/>
        </w:rPr>
        <w:br/>
      </w:r>
      <w:r>
        <w:rPr>
          <w:lang w:eastAsia="zh-CN"/>
        </w:rPr>
        <w:t>　　介绍了这些，你准备好母亲节小店的促销活动了吗?龙老师希望大家都能有一个好的营业额。</w:t>
      </w:r>
      <w:r>
        <w:rPr>
          <w:lang w:eastAsia="zh-CN"/>
        </w:rPr>
        <w:br/>
      </w:r>
      <w:r>
        <w:rPr>
          <w:lang w:eastAsia="zh-CN"/>
        </w:rPr>
        <w:t xml:space="preserve">    2024年母亲节促销方案 篇10 </w:t>
      </w:r>
      <w:r>
        <w:rPr>
          <w:lang w:eastAsia="zh-CN"/>
        </w:rPr>
        <w:br/>
      </w:r>
      <w:r>
        <w:rPr>
          <w:lang w:eastAsia="zh-CN"/>
        </w:rPr>
        <w:t>　　配合DM单的宣传，门店门口可悬挂一条展现活动内容的横幅——“特别的爱给特别的您，母亲节四重好礼送母亲——药店母亲节促销活动”活动目的 药店应更好地融入零售的行业气氛，充分借鉴超市促销经验，充分利用母亲节的活动寻求在女性美容保健品、女性滋补药品、妇科药品、品类上的业绩突破</w:t>
      </w:r>
      <w:r>
        <w:rPr>
          <w:lang w:eastAsia="zh-CN"/>
        </w:rPr>
        <w:br/>
      </w:r>
      <w:r>
        <w:rPr>
          <w:lang w:eastAsia="zh-CN"/>
        </w:rPr>
        <w:t>　　每年五月的第二个星期天，是西方节日之一——母亲节。 母亲节，是国际上普及度较高的节日， 在零售业中，许多超市会在母亲节当天推出别出心裁的促销活动，但是在医药零售行业里，专门做“母亲节”促销活动的企业却很少 ，许多药店人认为母亲节离我们很远</w:t>
      </w:r>
      <w:r>
        <w:rPr>
          <w:lang w:eastAsia="zh-CN"/>
        </w:rPr>
        <w:br/>
      </w:r>
      <w:r>
        <w:rPr>
          <w:lang w:eastAsia="zh-CN"/>
        </w:rPr>
        <w:t>　　其实，只要我们促销方法得当，目标顾客群锁定精准，计划执行到位，“母亲节”也是一个能给药店带来不菲业绩的节日。 药店是主妇们经常光顾的地方，所以我们可以在“亲情”、“感恩”上做文章，推出一些有助于提升药店形象的促销活动</w:t>
      </w:r>
      <w:r>
        <w:rPr>
          <w:lang w:eastAsia="zh-CN"/>
        </w:rPr>
        <w:br/>
      </w:r>
      <w:r>
        <w:rPr>
          <w:lang w:eastAsia="zh-CN"/>
        </w:rPr>
        <w:t>　　今年母亲节为5月11日，活动时间可以设定为5月9日至5月11日</w:t>
      </w:r>
      <w:r>
        <w:rPr>
          <w:lang w:eastAsia="zh-CN"/>
        </w:rPr>
        <w:br/>
      </w:r>
      <w:r>
        <w:rPr>
          <w:lang w:eastAsia="zh-CN"/>
        </w:rPr>
        <w:t>　　活动目的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>
        <w:rPr>
          <w:lang w:eastAsia="zh-CN"/>
        </w:rPr>
        <w:t>　　药店应更好地融入零售的行业气氛，充分借鉴超市促销经验，充分利用母亲节的活动寻求在女性美容保健品、女性滋补药品、妇科药品、品类上的业绩突破。 通过今年的母亲节促销活动，门店力求日后形成母亲节的促销习惯，以达到争取更多新顾客、稳固老顾客的目的</w:t>
      </w:r>
      <w:r>
        <w:rPr>
          <w:lang w:eastAsia="zh-CN"/>
        </w:rPr>
        <w:br/>
      </w:r>
      <w:r>
        <w:rPr>
          <w:lang w:eastAsia="zh-CN"/>
        </w:rPr>
        <w:t>　　活动主题</w:t>
      </w:r>
      <w:r>
        <w:rPr>
          <w:lang w:eastAsia="zh-CN"/>
        </w:rPr>
        <w:br/>
      </w:r>
      <w:r>
        <w:rPr>
          <w:lang w:eastAsia="zh-CN"/>
        </w:rPr>
        <w:t>　　以“感恩”为整个促销活动的主线，促销的主标题可确定为“感恩母亲！让我们共同回报母亲的爱！——药店母亲节促销活动”</w:t>
      </w:r>
      <w:r>
        <w:rPr>
          <w:lang w:eastAsia="zh-CN"/>
        </w:rPr>
        <w:br/>
      </w:r>
      <w:r>
        <w:rPr>
          <w:lang w:eastAsia="zh-CN"/>
        </w:rPr>
        <w:t>　　目标顾客群</w:t>
      </w:r>
      <w:r>
        <w:rPr>
          <w:lang w:eastAsia="zh-CN"/>
        </w:rPr>
        <w:br/>
      </w:r>
      <w:r>
        <w:rPr>
          <w:lang w:eastAsia="zh-CN"/>
        </w:rPr>
        <w:t>　　目标顾客群主要锁定为三个群体</w:t>
      </w:r>
      <w:r>
        <w:rPr>
          <w:lang w:eastAsia="zh-CN"/>
        </w:rPr>
        <w:br/>
      </w:r>
      <w:r>
        <w:rPr>
          <w:lang w:eastAsia="zh-CN"/>
        </w:rPr>
        <w:t>　　三十岁左右的年轻女性 三十岁左右的年轻女性有的已步入准妈妈的行列或者已初为人母，已深知做母亲的艰辛。 这个群体要通过我们的宣传使她们熟悉母亲节，挖掘消费潜力</w:t>
      </w:r>
      <w:r>
        <w:rPr>
          <w:lang w:eastAsia="zh-CN"/>
        </w:rPr>
        <w:br/>
      </w:r>
      <w:r>
        <w:rPr>
          <w:lang w:eastAsia="zh-CN"/>
        </w:rPr>
        <w:t>　　四十五岁左右的中年妇女 这个群体的人，既要孝敬已步入老年的母亲，自己又有大多数母亲的需求——“保持健康美丽，让青春永驻！”，所以她们是母亲节促销活动的中坚力量。 而且，按照中国人的习惯，一般她们全都是家里的“财政部长”，很有消费能力</w:t>
      </w:r>
      <w:r>
        <w:rPr>
          <w:lang w:eastAsia="zh-CN"/>
        </w:rPr>
        <w:br/>
      </w:r>
      <w:r>
        <w:rPr>
          <w:lang w:eastAsia="zh-CN"/>
        </w:rPr>
        <w:t>　　六十岁左右的老年妇女 她们一般都有退休工资、保障，她们寻求的是如何让自己更开心、更健康，因此她们对自己所需产品的消费能力是惊人的</w:t>
      </w:r>
      <w:r>
        <w:rPr>
          <w:lang w:eastAsia="zh-CN"/>
        </w:rPr>
        <w:br/>
      </w:r>
      <w:r>
        <w:rPr>
          <w:lang w:eastAsia="zh-CN"/>
        </w:rPr>
        <w:t>　　活动具体形式</w:t>
      </w:r>
      <w:r>
        <w:rPr>
          <w:lang w:eastAsia="zh-CN"/>
        </w:rPr>
        <w:br/>
      </w:r>
      <w:r>
        <w:rPr>
          <w:lang w:eastAsia="zh-CN"/>
        </w:rPr>
        <w:t>　　母亲节鲜花来就送，红包大派送！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5"/>
          <w:cols w:space="425"/>
          <w:titlePg w:val="0"/>
          <w:docGrid w:type="lines" w:linePitch="312"/>
        </w:sectPr>
      </w:pPr>
      <w:r>
        <w:rPr>
          <w:lang w:eastAsia="zh-CN"/>
        </w:rPr>
        <w:t>　　活动期间，到店的前100位顾客无论消费多少均获赠康乃馨一支、男性顾客也可通过送花告诉他们母亲节马上到了，请他们将花赠送给自己的母亲或夫人</w:t>
      </w:r>
      <w:r>
        <w:rPr>
          <w:lang w:eastAsia="zh-CN"/>
        </w:rPr>
        <w:br/>
      </w:r>
      <w:r>
        <w:rPr>
          <w:lang w:eastAsia="zh-CN"/>
        </w:rPr>
        <w:t>　　为了表示门店对母亲们的祝福，活动期间，每天上午9:30～10:00、下午3:30～4:00，门店向三十岁以上女性派发100个红包，每个红包装有面额为5元的代金券，上下午时间段各派发50个。 在门店消费达到30元即可使用代金券一张，每人每天限用一张</w:t>
      </w:r>
      <w:r>
        <w:rPr>
          <w:lang w:eastAsia="zh-CN"/>
        </w:rPr>
        <w:br/>
      </w:r>
      <w:r>
        <w:rPr>
          <w:lang w:eastAsia="zh-CN"/>
        </w:rPr>
        <w:t>　　母亲节，让母亲的脚更踏实！</w:t>
      </w:r>
      <w:r>
        <w:rPr>
          <w:lang w:eastAsia="zh-CN"/>
        </w:rPr>
        <w:br/>
      </w:r>
      <w:r>
        <w:rPr>
          <w:lang w:eastAsia="zh-CN"/>
        </w:rPr>
        <w:t>　　活动期间，门店所有足浴盆一律八折销售、电动按摩棒一律七折销售</w:t>
      </w:r>
      <w:r>
        <w:rPr>
          <w:lang w:eastAsia="zh-CN"/>
        </w:rPr>
        <w:br/>
      </w:r>
      <w:r>
        <w:rPr>
          <w:lang w:eastAsia="zh-CN"/>
        </w:rPr>
        <w:t>　　这类产品的主要推销对象为四十五岁左右的中年妇女，因为她们既可用来孝敬母亲，也可用来犒劳自己、电动按摩棒通过电动按摩可以缓解一身疲劳，也是一款特别适合中老年人的产品</w:t>
      </w:r>
      <w:r>
        <w:rPr>
          <w:lang w:eastAsia="zh-CN"/>
        </w:rPr>
        <w:br/>
      </w:r>
      <w:r>
        <w:rPr>
          <w:lang w:eastAsia="zh-CN"/>
        </w:rPr>
        <w:t>　　尽一份孝心，送一份美丽，让母亲青春永驻！</w:t>
      </w:r>
      <w:r>
        <w:rPr>
          <w:lang w:eastAsia="zh-CN"/>
        </w:rPr>
        <w:br/>
      </w:r>
      <w:r>
        <w:rPr>
          <w:lang w:eastAsia="zh-CN"/>
        </w:rPr>
        <w:t>　　活动期间，维生素E胶囊买一送一（原品或赠品），大豆异黄酮+钙尔奇D原价__元现价__元。 这类产品的主要消费对象为三十岁左右的年轻女性，她们购买此类产品的目的`多为送给母亲，让妈妈更加美丽健康</w:t>
      </w:r>
      <w:r>
        <w:rPr>
          <w:lang w:eastAsia="zh-CN"/>
        </w:rPr>
        <w:br/>
      </w:r>
      <w:r>
        <w:rPr>
          <w:lang w:eastAsia="zh-CN"/>
        </w:rPr>
        <w:t>　　母亲节，百种特价商品任您选！</w:t>
      </w:r>
      <w:r>
        <w:rPr>
          <w:lang w:eastAsia="zh-CN"/>
        </w:rPr>
        <w:br/>
      </w:r>
      <w:r>
        <w:rPr>
          <w:lang w:eastAsia="zh-CN"/>
        </w:rPr>
        <w:t>　　这是作为整个母亲节促销活动的一个辅助环节，通过特价、低价商品来吸引更多的顾客进店，以带动其他商品的销售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</w:pPr>
      <w:r>
        <w:rPr>
          <w:lang w:eastAsia="zh-CN"/>
        </w:rPr>
        <w:t>　　特价商品主要选择妇科药品（乌鸡白凤丸、血糖试纸、心脑血管类药品（高血压用药）、更年丸、滋补安神类药品（六味地黄丸、千金妇科片、益母草颗粒、血糖仪、逍遥丸、安神补脑液、内分泌科药品和用品（糖尿病用药、）、金鸡胶囊、）、）</w:t>
      </w:r>
      <w:r>
        <w:rPr>
          <w:lang w:eastAsia="zh-CN"/>
        </w:rPr>
        <w:br/>
      </w:r>
      <w:r>
        <w:rPr>
          <w:lang w:eastAsia="zh-CN"/>
        </w:rPr>
        <w:t>　　活动宣传</w:t>
      </w:r>
      <w:r>
        <w:rPr>
          <w:lang w:eastAsia="zh-CN"/>
        </w:rPr>
        <w:br/>
      </w:r>
      <w:r>
        <w:rPr>
          <w:lang w:eastAsia="zh-CN"/>
        </w:rPr>
        <w:t>　　活动宣传方式主要以DM单为主，DM单印刷数量一般控制在5000～10000份/店</w:t>
      </w:r>
      <w:r>
        <w:rPr>
          <w:lang w:eastAsia="zh-CN"/>
        </w:rPr>
        <w:br/>
      </w:r>
      <w:r>
        <w:rPr>
          <w:lang w:eastAsia="zh-CN"/>
        </w:rPr>
        <w:t>　　DM单在发放前就应该确定好发放线路，并落实发放线路责任人、门店安排员工于活动两天前的上午7:00～8:30、DM单派发应一人一份、下午5：00～7：00（门店可以进行调整）在门店覆盖区域内的菜市场和超市门口进行派发、一户一份</w:t>
      </w:r>
      <w:r>
        <w:rPr>
          <w:lang w:eastAsia="zh-CN"/>
        </w:rPr>
        <w:br/>
      </w:r>
      <w:r>
        <w:rPr>
          <w:lang w:eastAsia="zh-CN"/>
        </w:rPr>
        <w:t>　　在发放DM单时要有针对性地发放，不要将DM单发给没有消费能力的小学生，公园、菜场门口、活动的地点和时间、小区门口可作为重点发放地点、发放DM单时发放人员一定要做好口头宣贯工作，一定要向接受DM单的人简明扼要地讲述一下活动的主要内容，便于被发放对象快速了解是谁在做促销活动、活动能带来什么好处</w:t>
      </w:r>
      <w:r>
        <w:rPr>
          <w:lang w:eastAsia="zh-CN"/>
        </w:rPr>
        <w:br/>
      </w:r>
      <w:r>
        <w:rPr>
          <w:lang w:eastAsia="zh-CN"/>
        </w:rPr>
        <w:t>　　配合DM单的宣传，门店门口可悬挂一条展现活动内容的横幅——“特别的爱给特别的您，母亲节四重好礼送母亲！”或“在这个全天下母亲的节日中，我们在为母亲送上诚挚祝福的同时还给她们送上实实在在的实惠！”</w:t>
      </w:r>
      <w:r>
        <w:rPr>
          <w:lang w:eastAsia="zh-CN"/>
        </w:rPr>
        <w:br/>
      </w:r>
      <w:r>
        <w:rPr>
          <w:lang w:eastAsia="zh-CN"/>
        </w:rPr>
        <w:t>　　有电子显示屏的门店可在屏幕上滚动播放促销活动的主要内容。 除促销内容外，字幕还可以参考以下内容：</w:t>
      </w:r>
      <w:r>
        <w:rPr>
          <w:lang w:eastAsia="zh-CN"/>
        </w:rPr>
        <w:br/>
      </w:r>
      <w:r>
        <w:rPr>
          <w:lang w:eastAsia="zh-CN"/>
        </w:rPr>
        <w:t>　　感恩母亲孕育我们的生命</w:t>
      </w:r>
      <w:r>
        <w:rPr>
          <w:lang w:eastAsia="zh-CN"/>
        </w:rPr>
        <w:br/>
      </w:r>
      <w:r>
        <w:rPr>
          <w:rFonts w:hint="eastAsia"/>
          <w:lang w:eastAsia="zh-CN"/>
        </w:rPr>
        <w:br/>
      </w:r>
      <w:r>
        <w:rPr>
          <w:rFonts w:hint="eastAsia"/>
          <w:lang w:eastAsia="zh-CN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https://d.book118.com/318013015111006033</w:t>
        </w:r>
      </w:hyperlink>
    </w:p>
    <w:p w:rsidR="001B1F19">
      <w:pPr>
        <w:rPr>
          <w:rFonts w:hint="eastAsia"/>
          <w:lang w:eastAsia="zh-CN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9D07D03"/>
    <w:multiLevelType w:val="multilevel"/>
    <w:tmpl w:val="3AE4B26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20273113">
    <w:abstractNumId w:val="0"/>
  </w:num>
  <w:num w:numId="2" w16cid:durableId="1499691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222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5000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8427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334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19"/>
    <w:rsid w:val="00012D24"/>
    <w:rsid w:val="000B76DB"/>
    <w:rsid w:val="001B1F19"/>
    <w:rsid w:val="002E2E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8D8A34"/>
  <w15:docId w15:val="{83B6B1C2-FF47-43CC-85A6-22B37870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标题 1 字符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">
    <w:name w:val="标题 3 字符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le">
    <w:name w:val="Title"/>
    <w:basedOn w:val="Normal"/>
    <w:next w:val="Normal"/>
    <w:link w:val="a1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1">
    <w:name w:val="标题 字符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2">
    <w:name w:val="副标题 字符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a3"/>
    <w:uiPriority w:val="99"/>
    <w:unhideWhenUsed/>
    <w:rsid w:val="00AA1D8D"/>
    <w:pPr>
      <w:spacing w:after="120"/>
    </w:pPr>
  </w:style>
  <w:style w:type="character" w:customStyle="1" w:styleId="a3">
    <w:name w:val="正文文本 字符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20"/>
    <w:uiPriority w:val="99"/>
    <w:unhideWhenUsed/>
    <w:rsid w:val="00AA1D8D"/>
    <w:pPr>
      <w:spacing w:after="120" w:line="480" w:lineRule="auto"/>
    </w:pPr>
  </w:style>
  <w:style w:type="character" w:customStyle="1" w:styleId="20">
    <w:name w:val="正文文本 2 字符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3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a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4">
    <w:name w:val="宏文本 字符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sid w:val="00FC693F"/>
    <w:rPr>
      <w:i/>
      <w:iCs/>
      <w:color w:val="000000" w:themeColor="text1"/>
    </w:rPr>
  </w:style>
  <w:style w:type="character" w:customStyle="1" w:styleId="a5">
    <w:name w:val="引用 字符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a6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6">
    <w:name w:val="明显引用 字符"/>
    <w:basedOn w:val="DefaultParagraphFont"/>
    <w:link w:val="IntenseQuote"/>
    <w:uiPriority w:val="30"/>
    <w:rsid w:val="00FC693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1801301511100603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Leslie Kang</cp:lastModifiedBy>
  <cp:revision>5</cp:revision>
  <dcterms:created xsi:type="dcterms:W3CDTF">2024-01-11T00:28:00Z</dcterms:created>
  <dcterms:modified xsi:type="dcterms:W3CDTF">2024-01-11T07:22:00Z</dcterms:modified>
</cp:coreProperties>
</file>