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燃气员工年终总结（14篇）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燃气员工年终总结 1</w:t>
      </w:r>
      <w:r>
        <w:rPr>
          <w:lang w:eastAsia="zh-CN"/>
        </w:rPr>
        <w:br/>
      </w:r>
      <w:r>
        <w:rPr>
          <w:lang w:eastAsia="zh-CN"/>
        </w:rPr>
        <w:t>　　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r>
        <w:rPr>
          <w:lang w:eastAsia="zh-CN"/>
        </w:rPr>
        <w:br/>
      </w:r>
      <w:r>
        <w:rPr>
          <w:lang w:eastAsia="zh-CN"/>
        </w:rPr>
        <w:t>　　一、克服困难，牢牢把握住燃气事业的“生命线”。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__年6月发改委区分存量气和增量气调整了天然气价格。根据党的十八届三中全会精神和20__年深化经济体制改革重点任务的总体安排，按照20__年实现与增量气价格并轨的既定目标，自20__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2.27亿元，自由居民销售气量68万立方，营业收入约150万元。通过上述做法，我们实现了收费管理的制度化，有效规范了企业及用户的交费行为，变被动为主动收费工作得到了用户的支持和理解，供用气关系也更加和谐。</w:t>
      </w:r>
      <w:r>
        <w:rPr>
          <w:lang w:eastAsia="zh-CN"/>
        </w:rPr>
        <w:br/>
      </w:r>
      <w:r>
        <w:rPr>
          <w:lang w:eastAsia="zh-CN"/>
        </w:rPr>
        <w:t>　　二、定期计算客户实际用量，扎实开展用气稽查。</w:t>
      </w:r>
      <w:r>
        <w:rPr>
          <w:lang w:eastAsia="zh-CN"/>
        </w:rPr>
        <w:br/>
      </w:r>
      <w:r>
        <w:rPr>
          <w:lang w:eastAsia="zh-CN"/>
        </w:rPr>
        <w:t>　　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r>
        <w:rPr>
          <w:lang w:eastAsia="zh-CN"/>
        </w:rPr>
        <w:br/>
      </w:r>
      <w:r>
        <w:rPr>
          <w:lang w:eastAsia="zh-CN"/>
        </w:rPr>
        <w:t>　　三、以创建“安全型客服”为目标，积极开展安全型班组活动。</w:t>
      </w:r>
      <w:r>
        <w:rPr>
          <w:lang w:eastAsia="zh-CN"/>
        </w:rPr>
        <w:br/>
      </w:r>
      <w:r>
        <w:rPr>
          <w:lang w:eastAsia="zh-CN"/>
        </w:rPr>
        <w:t>　　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　　燃气员工年终总结 2</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20__年已悄然过去，回顾这一年的工作经历，是我个人职业生涯的重要一年。在这一年里，得益于领导的悉心指导和同事的照顾关怀，工作能力得到了较大的进步，积累了更加丰富的工作经验。以下将今年工作的主要情况向在座的领导和同事做以下汇报，请领导和同事们多多指正。</w:t>
      </w:r>
      <w:r>
        <w:rPr>
          <w:lang w:eastAsia="zh-CN"/>
        </w:rPr>
        <w:br/>
      </w:r>
      <w:r>
        <w:rPr>
          <w:lang w:eastAsia="zh-CN"/>
        </w:rPr>
        <w:t>　　一、思想进步情况</w:t>
      </w:r>
      <w:r>
        <w:rPr>
          <w:lang w:eastAsia="zh-CN"/>
        </w:rPr>
        <w:br/>
      </w:r>
      <w:r>
        <w:rPr>
          <w:lang w:eastAsia="zh-CN"/>
        </w:rPr>
        <w:t>　　在科学技术不断改革创新的今天，只有与时俱进，才能适应发展需要。因此，在工作中加强学习，努力学习实践科学发展观；在工作之余抽出时间，关心时事政治，学习先进理论。通过学习，使自己的观念得以更新，业务知识不断丰富，管理水平有所提升。我始终以敬业不息为信念，把宽以待人、严以律己、遵纪守法作为自己的工作准则，做到自尊、自重、自律。时刻以公民道德规范要求自己，工作兢兢业业，乐于奉献；关心同事，为人正派，办事公道，凡是要求遵守的规章制度，我自觉遵守；凡是我职责范围内的工作，我积极参与。</w:t>
      </w:r>
      <w:r>
        <w:rPr>
          <w:lang w:eastAsia="zh-CN"/>
        </w:rPr>
        <w:br/>
      </w:r>
      <w:r>
        <w:rPr>
          <w:lang w:eastAsia="zh-CN"/>
        </w:rPr>
        <w:t>　　二、年度主要工作成绩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采气工程日常的工作，以解决现场采气工程方面的问题为主。针对套压高、油套内气体含硫化氢、油套环空保护液不合格等情况，深入分析并提出措施建议，使套管压力得到有效控制。对普光气田气井套管进行监测，共安排套管取样285次，实际完成套管取样247井次，实际完成取样计划的87%，为解决气井套管异常问题提供了可靠的依据。为避免套管腐蚀，加强环空保护液对套管的保护作用，共对10口井进行了环空保护液的加注施工，有效改善了套管异常情况，取得较为明显的治理效果。针对普光1井压力异常现象，对普光1井进行了泄压及压力恢复实验，证实技套压力来源于技套内部本身，油套压力来源于陆相层位渗漏，风险在可靠范围内。针对p102-3井筒堵塞造成不能正常生产的问题，参与对该井的注热水解堵施工和连续油管施工，使p102-3井恢复正常生产。参与对p303-3井采气树壁厚检测施工，</w:t>
      </w:r>
      <w:r>
        <w:rPr>
          <w:lang w:eastAsia="zh-CN"/>
        </w:rPr>
        <w:t xml:space="preserve"> 对前期确定的采气树腐蚀速度较快的部位进行检测，重点监控采气树各检测点腐蚀速率，是否出现坑蚀、冲击异常腐蚀、敷焊层是否出现脱落(气泡)等异常腐蚀情况，以了解采气树内腔腐蚀状况。对井下压力计进行升级改造，实现了井下压力计接入scada系统进行数据远程传输查看，并达到数据自动记录并保存在中控室的服务器上。对p104-1井下压力计出现两次数据异常情况进行维护，保障了井下压力计正常使用。参与申报并获批专利一项，获得普光分公司qc成果三等奖一次。</w:t>
      </w:r>
      <w:r>
        <w:rPr>
          <w:lang w:eastAsia="zh-CN"/>
        </w:rPr>
        <w:br/>
      </w:r>
      <w:r>
        <w:rPr>
          <w:lang w:eastAsia="zh-CN"/>
        </w:rPr>
        <w:t>　　三、存在的不足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工作中，我也还存在很多不足，首先是工作经验仍很欠缺，工作上很多时候考虑不够周全，在工作计划的编排和工作的轻重缓急的把握上不够到位，导致工作开展困难，延误一些重要工作的开展时机，为此还需要虚心向领导和同事认真学习和借鉴经验。二是工作中吃苦和钻研精神不够，对工作中存在的'问题有时不能够及时跟进、解决，导致工作滞后。三是综合协调能力较差，在与领导和同事沟通中不能很好的把握交流、沟通的技巧，在协调各同事配合的时候没能做好沟通，很多时候把握不住沟通的重点，导致在与其他同事配合上存在漏洞。四是工作中存在心态浮躁、失衡的现象，工作中存在偏激的情况，不能做到以一颗平常心对待工作，还需要加强政治学习，努力提高个人修养。五是业务水平仍显不足，有待进一步提高，往后还需要加强工作基础知识和专业技术知识学习。</w:t>
      </w:r>
      <w:r>
        <w:rPr>
          <w:lang w:eastAsia="zh-CN"/>
        </w:rPr>
        <w:br/>
      </w:r>
      <w:r>
        <w:rPr>
          <w:lang w:eastAsia="zh-CN"/>
        </w:rPr>
        <w:t>　　四、工作目标</w:t>
      </w:r>
      <w:r>
        <w:rPr>
          <w:lang w:eastAsia="zh-CN"/>
        </w:rPr>
        <w:br/>
      </w:r>
      <w:r>
        <w:rPr>
          <w:lang w:eastAsia="zh-CN"/>
        </w:rPr>
        <w:t>　　普光气田开发进入新的篇章。在这一年里，作为采气工程技术员，切须加强井况问题分析研究及采气工程难题攻关，加强新技术的引进，及时解决井况问题，为气井安全、平稳生产作出努力。普光气田作为国内首个“三高”气田，是个出成果、创新技术的好地方，自我要求今年完成科技成果和qc成果各一项。针对自身不足，还需要努力学习和全面提高综合素质，加快自身成长，力求成为普光气田一名优秀的技术员。　　燃气员工年终总结 3</w:t>
      </w:r>
      <w:r>
        <w:rPr>
          <w:lang w:eastAsia="zh-CN"/>
        </w:rPr>
        <w:br/>
      </w:r>
      <w:r>
        <w:rPr>
          <w:lang w:eastAsia="zh-CN"/>
        </w:rPr>
        <w:t>　　如果说将我的20__年用一个词形容的话，我想应该是充实的。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某的冰封，一年的工作也将画上一个句号，现将我一年的工作总结如下：</w:t>
      </w:r>
      <w:r>
        <w:rPr>
          <w:lang w:eastAsia="zh-CN"/>
        </w:rPr>
        <w:br/>
      </w:r>
      <w:r>
        <w:rPr>
          <w:lang w:eastAsia="zh-CN"/>
        </w:rPr>
        <w:t>　　一、工作情况</w:t>
      </w:r>
      <w:r>
        <w:rPr>
          <w:lang w:eastAsia="zh-CN"/>
        </w:rPr>
        <w:br/>
      </w:r>
      <w:r>
        <w:rPr>
          <w:lang w:eastAsia="zh-CN"/>
        </w:rPr>
        <w:t>　　1、管线定位工作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年度共进行管线定位次，累计徒步测量某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r>
        <w:rPr>
          <w:lang w:eastAsia="zh-CN"/>
        </w:rPr>
        <w:br/>
      </w:r>
      <w:r>
        <w:rPr>
          <w:lang w:eastAsia="zh-CN"/>
        </w:rPr>
        <w:t>　　2、阀井、调压箱整改工作</w:t>
      </w:r>
      <w:r>
        <w:rPr>
          <w:lang w:eastAsia="zh-CN"/>
        </w:rPr>
        <w:br/>
      </w:r>
      <w:r>
        <w:rPr>
          <w:lang w:eastAsia="zh-CN"/>
        </w:rPr>
        <w:t>　　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r>
        <w:rPr>
          <w:lang w:eastAsia="zh-CN"/>
        </w:rPr>
        <w:br/>
      </w:r>
      <w:r>
        <w:rPr>
          <w:lang w:eastAsia="zh-CN"/>
        </w:rPr>
        <w:t>　　3、其他各项工作</w:t>
      </w:r>
      <w:r>
        <w:rPr>
          <w:lang w:eastAsia="zh-CN"/>
        </w:rPr>
        <w:br/>
      </w:r>
      <w:r>
        <w:rPr>
          <w:lang w:eastAsia="zh-CN"/>
        </w:rPr>
        <w:t>　　本年度参与了多次大型危险作业工作，负责危险作业期间的现场安全监护和使用检漏仪进行气体检测工作；参加了例如超达北区某管线抢险维修等多次抢险工作；以及配合处里领导进行其它日常工作。</w:t>
      </w:r>
      <w:r>
        <w:rPr>
          <w:lang w:eastAsia="zh-CN"/>
        </w:rPr>
        <w:br/>
      </w:r>
      <w:r>
        <w:rPr>
          <w:lang w:eastAsia="zh-CN"/>
        </w:rPr>
        <w:t>　　二、收获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r>
        <w:rPr>
          <w:lang w:eastAsia="zh-CN"/>
        </w:rPr>
        <w:br/>
      </w:r>
      <w:r>
        <w:rPr>
          <w:lang w:eastAsia="zh-CN"/>
        </w:rPr>
        <w:t>　　充实的一年已经过去，崭新的一年即将到来，在未来的工作中，我会更加努力的向周围的领导同事学习，学习他们的经验和一些新的知识，把它们应用到日常的工作中，我会更加努力的工作，为长天美好的蓝图添上自己自信的一笔!　　燃气员工年终总结 4</w:t>
      </w:r>
      <w:r>
        <w:rPr>
          <w:lang w:eastAsia="zh-CN"/>
        </w:rPr>
        <w:br/>
      </w:r>
      <w:r>
        <w:rPr>
          <w:lang w:eastAsia="zh-CN"/>
        </w:rPr>
        <w:t>　　当季节开始进入酷暑之际，我们客服部上一年的工作亦告一段落。在公司领导及各部门的支持下，客服部较好的完成了上一年各项工作，取得了一定成绩。回顾一年来的工作，我们主要完成了以下工作内容：</w:t>
      </w:r>
      <w:r>
        <w:rPr>
          <w:lang w:eastAsia="zh-CN"/>
        </w:rPr>
        <w:br/>
      </w:r>
      <w:r>
        <w:rPr>
          <w:lang w:eastAsia="zh-CN"/>
        </w:rPr>
        <w:t>　　一、职能工作</w:t>
      </w:r>
      <w:r>
        <w:rPr>
          <w:lang w:eastAsia="zh-CN"/>
        </w:rPr>
        <w:br/>
      </w:r>
      <w:r>
        <w:rPr>
          <w:lang w:eastAsia="zh-CN"/>
        </w:rPr>
        <w:t>　　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338个，上门处理问题152次，电话解决186备案费收取元；完成壁挂炉点火51台，完成燃气灶具点火93。</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97%以上。</w:t>
      </w:r>
      <w:r>
        <w:rPr>
          <w:lang w:eastAsia="zh-CN"/>
        </w:rPr>
        <w:br/>
      </w:r>
      <w:r>
        <w:rPr>
          <w:lang w:eastAsia="zh-CN"/>
        </w:rPr>
        <w:t>　　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13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4、每月定期对非居民用户进行一次安检及抄表工作，发现存在安全隐患及时告知用户现场整改。月底对每月气量使用情况进行核对，以便及时发现问题所在，减少公司损失。</w:t>
      </w:r>
      <w:r>
        <w:rPr>
          <w:lang w:eastAsia="zh-CN"/>
        </w:rPr>
        <w:br/>
      </w:r>
      <w:r>
        <w:rPr>
          <w:lang w:eastAsia="zh-CN"/>
        </w:rPr>
        <w:t>　　5、因近期频发燃气事故，事故的发生往往因为隐患被忽视，根据部门维修人员上门维修时反映，发现不少居民家中的天然气软管都在超期服役七月份来到公司后参加的阀门开挖、接续、回填等工作，学习使用电熔焊机、热熔焊机及阀门焊接施工。</w:t>
      </w:r>
      <w:r>
        <w:rPr>
          <w:lang w:eastAsia="zh-CN"/>
        </w:rPr>
        <w:br/>
      </w:r>
      <w:r>
        <w:rPr>
          <w:lang w:eastAsia="zh-CN"/>
        </w:rPr>
        <w:t>　　七月中旬至八月中旬对__路中压管网铺设组织现场施工1180米，铺设警示带。</w:t>
      </w:r>
      <w:r>
        <w:rPr>
          <w:lang w:eastAsia="zh-CN"/>
        </w:rPr>
        <w:br/>
      </w:r>
      <w:r>
        <w:rPr>
          <w:lang w:eastAsia="zh-CN"/>
        </w:rPr>
        <w:t>　　八月份对__路及其__路穿越组织现场施工1114米，进行资料整理记录。</w:t>
      </w:r>
      <w:r>
        <w:rPr>
          <w:lang w:eastAsia="zh-CN"/>
        </w:rPr>
        <w:br/>
      </w:r>
      <w:r>
        <w:rPr>
          <w:lang w:eastAsia="zh-CN"/>
        </w:rPr>
        <w:t>　　对__小区1号楼、2号楼、3号楼户内主力管道进行设计并组织施工。对6号楼、2号楼、3号楼安装指导挂表共计131户。</w:t>
      </w:r>
      <w:r>
        <w:rPr>
          <w:lang w:eastAsia="zh-CN"/>
        </w:rPr>
        <w:br/>
      </w:r>
      <w:r>
        <w:rPr>
          <w:lang w:eastAsia="zh-CN"/>
        </w:rPr>
        <w:t>　　今年上半年我们工业、公服用户开发了__公司食堂、__豆浆等2处，对这两个公服用户进行现场勘查、设计施工图纸，并进行现场施工安装指导。</w:t>
      </w:r>
      <w:r>
        <w:rPr>
          <w:lang w:eastAsia="zh-CN"/>
        </w:rPr>
        <w:br/>
      </w:r>
      <w:r>
        <w:rPr>
          <w:lang w:eastAsia="zh-CN"/>
        </w:rPr>
        <w:t>　　对__饭店附近小区壁挂炉采暖的7户进行施工图纸设计并组织施工挂表。</w:t>
      </w:r>
      <w:r>
        <w:rPr>
          <w:lang w:eastAsia="zh-CN"/>
        </w:rPr>
        <w:br/>
      </w:r>
      <w:r>
        <w:rPr>
          <w:lang w:eastAsia="zh-CN"/>
        </w:rPr>
        <w:t>　　对工业园区管网铺设工程进行前期调研，现场勘查、设计施工图纸4812米，目前已铺设完成2812米。并对__工业园区内的四道穿越组织施工并记录资料796米。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进入11月中旬组织验收小组进行20__年全年工程验收工作，截止到__月__日，实地验收测量穿越工程5203米。挖沟工程4314米。工程公司焊管工程8347米。</w:t>
      </w:r>
      <w:r>
        <w:rPr>
          <w:lang w:eastAsia="zh-CN"/>
        </w:rPr>
        <w:br/>
      </w:r>
      <w:r>
        <w:rPr>
          <w:lang w:eastAsia="zh-CN"/>
        </w:rPr>
        <w:t>　　处理完成其他工作以及领导安排的其他事项。</w:t>
      </w:r>
      <w:r>
        <w:rPr>
          <w:lang w:eastAsia="zh-CN"/>
        </w:rPr>
        <w:br/>
      </w:r>
      <w:r>
        <w:rPr>
          <w:lang w:eastAsia="zh-CN"/>
        </w:rPr>
        <w:t>　　二、工作中的不足之处</w:t>
      </w:r>
      <w:r>
        <w:rPr>
          <w:lang w:eastAsia="zh-CN"/>
        </w:rPr>
        <w:br/>
      </w:r>
      <w:r>
        <w:rPr>
          <w:lang w:eastAsia="zh-CN"/>
        </w:rPr>
        <w:t>　　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r>
        <w:rPr>
          <w:lang w:eastAsia="zh-CN"/>
        </w:rPr>
        <w:br/>
      </w:r>
      <w:r>
        <w:rPr>
          <w:lang w:eastAsia="zh-CN"/>
        </w:rPr>
        <w:t>　　1、作为技术人员，我需要加快提升自身理论水平和实际操作等业务能力，同时抓住机会多去现场将理论规范同实际情况联系起来以便有更好、更深刻的理解。</w:t>
      </w:r>
      <w:r>
        <w:rPr>
          <w:lang w:eastAsia="zh-CN"/>
        </w:rPr>
        <w:br/>
      </w:r>
      <w:r>
        <w:rPr>
          <w:lang w:eastAsia="zh-CN"/>
        </w:rPr>
        <w:t>　　2、在设计图纸工作中仍存在许多错误，设计图纸仍然不能在较紧张的时间内保质保量的完成。</w:t>
      </w:r>
      <w:r>
        <w:rPr>
          <w:lang w:eastAsia="zh-CN"/>
        </w:rPr>
        <w:br/>
      </w:r>
      <w:r>
        <w:rPr>
          <w:lang w:eastAsia="zh-CN"/>
        </w:rPr>
        <w:t>　　3、作为技术员兼资料员平时身兼两个岗位，工作繁琐杂多，不能深入施工现场拿到一手资料，对工程施工资料记录有纰漏。</w:t>
      </w:r>
      <w:r>
        <w:rPr>
          <w:lang w:eastAsia="zh-CN"/>
        </w:rPr>
        <w:br/>
      </w:r>
      <w:r>
        <w:rPr>
          <w:lang w:eastAsia="zh-CN"/>
        </w:rPr>
        <w:t>　　三、下一步的打算及要求</w:t>
      </w:r>
      <w:r>
        <w:rPr>
          <w:lang w:eastAsia="zh-CN"/>
        </w:rPr>
        <w:br/>
      </w:r>
      <w:r>
        <w:rPr>
          <w:lang w:eastAsia="zh-CN"/>
        </w:rPr>
        <w:t>　　1、增强责任心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r>
        <w:rPr>
          <w:lang w:eastAsia="zh-CN"/>
        </w:rPr>
        <w:br/>
      </w:r>
      <w:r>
        <w:rPr>
          <w:lang w:eastAsia="zh-CN"/>
        </w:rPr>
        <w:t>　　2、改进工作方式方法</w:t>
      </w:r>
      <w:r>
        <w:rPr>
          <w:lang w:eastAsia="zh-CN"/>
        </w:rPr>
        <w:br/>
      </w:r>
      <w:r>
        <w:rPr>
          <w:lang w:eastAsia="zh-CN"/>
        </w:rPr>
        <w:t>　　工作方法：</w:t>
      </w:r>
      <w:r>
        <w:rPr>
          <w:lang w:eastAsia="zh-CN"/>
        </w:rPr>
        <w:br/>
      </w:r>
      <w:r>
        <w:rPr>
          <w:lang w:eastAsia="zh-CN"/>
        </w:rPr>
        <w:t>　　把工作中的得失和每次出现的问题记下来以便吸取经验教训，遇到疑难问题要及时查阅相关资料并与他人沟通，耐心的听取他人提出的建议。</w:t>
      </w:r>
      <w:r>
        <w:rPr>
          <w:lang w:eastAsia="zh-CN"/>
        </w:rPr>
        <w:br/>
      </w:r>
      <w:r>
        <w:rPr>
          <w:lang w:eastAsia="zh-CN"/>
        </w:rPr>
        <w:t>　　工作方式：</w:t>
      </w:r>
      <w:r>
        <w:rPr>
          <w:lang w:eastAsia="zh-CN"/>
        </w:rPr>
        <w:br/>
      </w:r>
      <w:r>
        <w:rPr>
          <w:lang w:eastAsia="zh-CN"/>
        </w:rPr>
        <w:t>　　在进行每一项工作任务前，先摆正自己态度，树立工作目标，然后再投入到工作中去，工作过程中要经常提醒自己不能犯错。</w:t>
      </w:r>
      <w:r>
        <w:rPr>
          <w:lang w:eastAsia="zh-CN"/>
        </w:rPr>
        <w:br/>
      </w:r>
      <w:r>
        <w:rPr>
          <w:lang w:eastAsia="zh-CN"/>
        </w:rPr>
        <w:t>　　3、不断创新，积极进取</w:t>
      </w:r>
      <w:r>
        <w:rPr>
          <w:lang w:eastAsia="zh-CN"/>
        </w:rPr>
        <w:br/>
      </w:r>
      <w:r>
        <w:rPr>
          <w:lang w:eastAsia="zh-CN"/>
        </w:rPr>
        <w:t>　　在今后的工作中及时总结经验，吸取教训，积极听取合理化建议，多请教行业前辈，大胆进行技术革新，抛弃旧观念，不断创新。</w:t>
      </w:r>
      <w:r>
        <w:rPr>
          <w:lang w:eastAsia="zh-CN"/>
        </w:rPr>
        <w:br/>
      </w:r>
      <w:r>
        <w:rPr>
          <w:lang w:eastAsia="zh-CN"/>
        </w:rPr>
        <w:t>　　20__年是公司大发展关键的一年。20__年的工作实践给我带来了很多提高同时也伴随着许多教训，在20__年我要竭尽全力，迅速执行，及时完成领导下达的工作任务，同各部门同事紧密配合，齐心协力共同实现公司美好未来。　　燃气员工年终总结 5</w:t>
      </w:r>
      <w:r>
        <w:rPr>
          <w:lang w:eastAsia="zh-CN"/>
        </w:rPr>
        <w:br/>
      </w:r>
      <w:r>
        <w:rPr>
          <w:lang w:eastAsia="zh-CN"/>
        </w:rPr>
        <w:t>　　客服部在燃气公司领导的正确领导下，在各部门的大力支持下，本部门员工齐心协力，较好的完成了客户服务、用户置换通气、中压管网的巡护和维抢修工作，现将一年来的工作总结如下：</w:t>
      </w:r>
      <w:r>
        <w:rPr>
          <w:lang w:eastAsia="zh-CN"/>
        </w:rPr>
        <w:br/>
      </w:r>
      <w:r>
        <w:rPr>
          <w:lang w:eastAsia="zh-CN"/>
        </w:rPr>
        <w:t>　　一、客服工作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客服部全体员工认真学习昆仑燃气公司下发的各种文件，深入学习实践科学发展观，通过学习深刻领会了文件的深刻内涵，在此思想的指导下，我部门本着礼貌待客，文明服务的原则，接线员24小时接听客服热线，工作时使用文明用语，客户咨询热情解答，对待客户咨询报线电话，耐心听取及时记录并予以解决，电话解决不了的及时通知客服人员上门解决，与客户有预约，无论刮风下雨及时赶到，绝不拖延，尽力做到让用户满意，今年共接到客服电话多个，上门处理问题800余次，电话解决1200多户，客户客户满意度达到90%以上。</w:t>
      </w:r>
      <w:r>
        <w:rPr>
          <w:lang w:eastAsia="zh-CN"/>
        </w:rPr>
        <w:br/>
      </w:r>
      <w:r>
        <w:rPr>
          <w:lang w:eastAsia="zh-CN"/>
        </w:rPr>
        <w:t>　　1、用户置换通气工作随着城市燃气事业不断的发展，新增燃气用户和燃气管网也在不断增加，为了能按期安全为用户，客服部在接到燃气公司下达的通气指令后，立即前往通气现场，熟悉分布、走向、阀井位置、调压箱的布局，根据现场具体情况编制置换通气方案，安全的把气送到用户家中，今年通气小区25个，通气户数4020。</w:t>
      </w:r>
      <w:r>
        <w:rPr>
          <w:lang w:eastAsia="zh-CN"/>
        </w:rPr>
        <w:br/>
      </w:r>
      <w:r>
        <w:rPr>
          <w:lang w:eastAsia="zh-CN"/>
        </w:rPr>
        <w:t>　　2、客户回访及安全宣传工作对通气用户进行回访及安全宣传也是客服部的一项重要工作，也是与客户之间保持良好沟通的重要渠道，对于回访工作，客服人员以热情的工作态度，为用户的切身利益着想，想方设法为他们排忧解难。在回访过程中，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今年共计回访用户4000。</w:t>
      </w:r>
      <w:r>
        <w:rPr>
          <w:lang w:eastAsia="zh-CN"/>
        </w:rPr>
        <w:br/>
      </w:r>
      <w:r>
        <w:rPr>
          <w:lang w:eastAsia="zh-CN"/>
        </w:rPr>
        <w:t>　　二、管网巡护工作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1、天然气管网巡护</w:t>
      </w:r>
      <w:r>
        <w:rPr>
          <w:lang w:eastAsia="zh-CN"/>
        </w:rPr>
        <w:br/>
      </w:r>
      <w:r>
        <w:rPr>
          <w:lang w:eastAsia="zh-CN"/>
        </w:rPr>
        <w:t>　　随着燃气用户的不断增加，天然气管网及用户已遍布两区的大街小巷，中压管网长度已达100多公里，用户两万多户，阀井370多个，调压箱400多台，商业用户35户因而管网及燃气设施的安全运行工作显得尤为重要，为了确保中压管网及燃气设施安全运营，在任务重，人员少的情况下，客服部对原有的巡线方案进行了调整，客服部把运营管网分成两个片，实行专人巡查，专人承包，专人负责。巡线人员对自己巡查区内的燃气设施的安全运行及用户安全用气负全部责任，并要求巡线人员对各巡查区内的.调压箱、阀井、阀门实行月巡查签字制，对调压箱、阀井每月清扫一次。每月都要对调压箱的出口压力、切断压力进行检测，每月对商业用户的流量计进行检查并抄用气量一次，对巡查出的问题要及时上报，及时处理。正是由于措施得力，落实到位，加之巡线人员的努力工作，才确保了管网安全平稳不间断的向用户供气。</w:t>
      </w:r>
      <w:r>
        <w:rPr>
          <w:lang w:eastAsia="zh-CN"/>
        </w:rPr>
        <w:br/>
      </w:r>
      <w:r>
        <w:rPr>
          <w:lang w:eastAsia="zh-CN"/>
        </w:rPr>
        <w:t>　　2、燃气设施维护保养</w:t>
      </w:r>
      <w:r>
        <w:rPr>
          <w:lang w:eastAsia="zh-CN"/>
        </w:rPr>
        <w:br/>
      </w:r>
      <w:r>
        <w:rPr>
          <w:lang w:eastAsia="zh-CN"/>
        </w:rPr>
        <w:t>　　本年度客服人员对所管辖区的所有调压箱整体进行了清洁处理，对调压箱的过滤器进行了吹扫清洗，对有腐蚀现象的箱体、阀门进行防腐、刷漆、除锈处理，对中压管网的阀井、阀门进行了清扫、除锈、防腐等维护保养。</w:t>
      </w:r>
      <w:r>
        <w:rPr>
          <w:lang w:eastAsia="zh-CN"/>
        </w:rPr>
        <w:br/>
      </w:r>
      <w:r>
        <w:rPr>
          <w:lang w:eastAsia="zh-CN"/>
        </w:rPr>
        <w:t>　　3、维抢修工作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客服维抢修人员都认真履行自己的职责，严格要求自己，时时处于高度警惕状态，无论上下班，电话保持二十四小时开机，保证有突发情况时随叫随到，对于维抢修工作更是不敢有一丝懈怠，巡检、查修一丝不苟，对用户的维修电话机管网设施的一场情况都能及时赶到现场维护抢修，从而实现的燃气公司燃气管网的安全运行。突发事故，维抢修人员都在第一时间接报，第一时间出动，第一时间控制现场并进行了维护抢修，这也充分体现了维抢修人员快速处理突发事件的快速反应能力。</w:t>
      </w:r>
      <w:r>
        <w:rPr>
          <w:lang w:eastAsia="zh-CN"/>
        </w:rPr>
        <w:br/>
      </w:r>
      <w:r>
        <w:rPr>
          <w:lang w:eastAsia="zh-CN"/>
        </w:rPr>
        <w:t>　　4、用户安装工作</w:t>
      </w:r>
      <w:r>
        <w:rPr>
          <w:lang w:eastAsia="zh-CN"/>
        </w:rPr>
        <w:br/>
      </w:r>
      <w:r>
        <w:rPr>
          <w:lang w:eastAsia="zh-CN"/>
        </w:rPr>
        <w:t>　　客服部接受了燃气公司部分用户户内安装及全部燃气热水器三通的工作，安装人员进行入户安装时，能够实事求是地解决各种问题，按照安装规范进行天然气设施的安装，在任务重，安装难度大，工期紧的情况下，安装人员不怕热、不怕脏、不怕苦，任劳任怨，努力工作，按期完成了安装任务。</w:t>
      </w:r>
      <w:r>
        <w:rPr>
          <w:lang w:eastAsia="zh-CN"/>
        </w:rPr>
        <w:br/>
      </w:r>
      <w:r>
        <w:rPr>
          <w:lang w:eastAsia="zh-CN"/>
        </w:rPr>
        <w:t>　　本年度通过我部门员工的努力，使城市管网、用户用气安全无事故运行，但是我们工作中还有很多不足，理论学习挂的还不够，实践经验缺乏，技术理念淡薄，在下一步的工作中我们将努力学习理论知识，在实践中不断总结经验，提高每个员工的业务水平，积极参加燃气公司组织的义务劳动，学习培训及其它各项活动，认真学习燃气公司的各项规章制度及每次会议精神，并将其贯彻到日常工作中，使客服部的工作规范有序的开展，从而确保燃气公司的安全生产。　　燃气员工年终总结 6</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律回春晖渐，万象始更新。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r>
        <w:rPr>
          <w:lang w:eastAsia="zh-CN"/>
        </w:rPr>
        <w:br/>
      </w:r>
      <w:r>
        <w:rPr>
          <w:lang w:eastAsia="zh-CN"/>
        </w:rPr>
        <w:t>　　我也认识到自己的不足之处，理论知识水平还比较低，管理力度不够，需要学习的知识还很多。今后，我一定认真克服缺点，发扬成绩，刻苦学习勤奋工作，在下一年的工作中我要努力工作，深刻认识自己的问题与足，努力改变自己，适应工作要求，为公司的发展贡献自己全部的力量。</w:t>
      </w:r>
      <w:r>
        <w:rPr>
          <w:lang w:eastAsia="zh-CN"/>
        </w:rPr>
        <w:br/>
      </w:r>
      <w:r>
        <w:rPr>
          <w:lang w:eastAsia="zh-CN"/>
        </w:rPr>
        <w:t>　　我想我应该努力做到：</w:t>
      </w:r>
      <w:r>
        <w:rPr>
          <w:lang w:eastAsia="zh-CN"/>
        </w:rPr>
        <w:br/>
      </w:r>
      <w:r>
        <w:rPr>
          <w:lang w:eastAsia="zh-CN"/>
        </w:rPr>
        <w:t>　　1、努力学习更深一步的了解的施工工艺和国家规范，认真学习城镇燃气专业基础知识，深入研究燃气专业的`课题，并落实到实际、使自己成为一个燃气行业专业的合格工人。</w:t>
      </w:r>
      <w:r>
        <w:rPr>
          <w:lang w:eastAsia="zh-CN"/>
        </w:rPr>
        <w:br/>
      </w:r>
      <w:r>
        <w:rPr>
          <w:lang w:eastAsia="zh-CN"/>
        </w:rPr>
        <w:t>　　2、及时总结工作中的得与失并加强反思，找出工作中存在的问题，同时对新情况新问题调查探究，不断探索新方法，新途径，努力把工作做到最好。</w:t>
      </w:r>
      <w:r>
        <w:rPr>
          <w:lang w:eastAsia="zh-CN"/>
        </w:rPr>
        <w:br/>
      </w:r>
      <w:r>
        <w:rPr>
          <w:lang w:eastAsia="zh-CN"/>
        </w:rPr>
        <w:t>　　3、和谐班组团结们每一位。班组团结，工作起来才能事半功倍，团结每一位同事，是我们工作的前提，我将每一位员工作为我的</w:t>
      </w:r>
      <w:r>
        <w:rPr>
          <w:lang w:eastAsia="zh-CN"/>
        </w:rPr>
        <w:br/>
      </w:r>
      <w:r>
        <w:rPr>
          <w:lang w:eastAsia="zh-CN"/>
        </w:rPr>
        <w:t>　　兄弟姐妹，尽自己最大的努力去争取帮组和关心每一位并肩做战的同事。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5、在工作中对安全问题决不放松，始终坚持“安全第一、预防为主”的方针，积极投入到工作中，发现安全隐患及时处理，不等不靠，安全隐患不解除不放过。</w:t>
      </w:r>
      <w:r>
        <w:rPr>
          <w:lang w:eastAsia="zh-CN"/>
        </w:rPr>
        <w:br/>
      </w:r>
      <w:r>
        <w:rPr>
          <w:lang w:eastAsia="zh-CN"/>
        </w:rPr>
        <w:t>　　在未来的工作中，我会更加努力的向周围的领导同事学习，学习他们的经验和一些新的知识，把它们应用到日常的工作中，我会更加努力的工作，为长天美好的安全生产蓝图添上自己自信的一笔。　　燃气员工年终总结 7</w:t>
      </w:r>
      <w:r>
        <w:rPr>
          <w:lang w:eastAsia="zh-CN"/>
        </w:rPr>
        <w:br/>
      </w:r>
      <w:r>
        <w:rPr>
          <w:lang w:eastAsia="zh-CN"/>
        </w:rPr>
        <w:t>　　在忙碌、平凡的工作中，我们送走了20__年，迎来了崭新的20__年。回顾走过的这一年，有收获，有感动，也有不足。20__年__月我成为生产运营部的通气作业人员，由于所学专业并不是与本行业、本专业相关，因此对于整个燃气行业和公司来说都不甚了解，所以需要从零、从基础学起。</w:t>
      </w:r>
      <w:r>
        <w:rPr>
          <w:lang w:eastAsia="zh-CN"/>
        </w:rPr>
        <w:br/>
      </w:r>
      <w:r>
        <w:rPr>
          <w:lang w:eastAsia="zh-CN"/>
        </w:rPr>
        <w:t>　　就在这一年里我学会了很多，从一个对燃气行业的门外汉，到天天跟天然气打交道的从业人员，我为我今天所得到的收获感到一丝成就感。起初，对于完全陌生的工作环境和行业，一切都不知所云，努力向本部门的同事和领导咨询有关燃气行业和本公司以及本部门的工作情况。跟着同事们一起去作业，认真的学习着本部门各项工作的流程，对于不懂的问题及时去询问，及时将眼前所学和疑问充分吸收，在工作中没能弄懂的问题，利用闲暇和休息时间查阅资料，自我学习，以充实自己的认识和能力，并付诸于工作实践当中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就这样一步步走来，逐渐的得到了同事们和领导的认可，给我分派了对居民住户预约通气的工作，当时的心情既高兴又忐忑，高兴的是得到领导对我工作上的认可和肯定，忐忑的是自己能否胜任这一岗位。在客服心中的疑虑的同时，只能在平时无论是从理论还是实际工作中都要虚心学习，积累自己独立的实际操作能力，才能赢得工作上的进步，同事的赞许，和今后在工作上的成绩。</w:t>
      </w:r>
      <w:r>
        <w:rPr>
          <w:lang w:eastAsia="zh-CN"/>
        </w:rPr>
        <w:br/>
      </w:r>
      <w:r>
        <w:rPr>
          <w:lang w:eastAsia="zh-CN"/>
        </w:rPr>
        <w:t>　　日复一日，功夫不负有心人，经过一段时间的讨教和自我摸索阶段，终于对自己的本职工作和燃气相关知识都有了新的认识和提高。如，在通气前，确认户外低压引管内的天然气置换送气完成和球阀开启情况，户内立管总阀门的`开关状态，工作现场内所有带电设备断电情况，查看住户燃气具是否为天然气专用及正规厂家生产，表前阀门关闭情况，在表前活接处或是单嘴球阀处选择放散口进行放散置换天然气前，是否将屋内门窗打开保持通风环境；在连接放散软管，将放散管末端置于户外顺风处，待天然气置换纯后关闭表前阀或单嘴球阀，上紧表前活接；开启表前阀后使用可燃气体检测仪对各阀门接口进行检测查看是否有泄漏现象，经检查无泄漏后，对燃气表进行设置和点火试验，当燃气用具正常使用时，通气作业结束，清理现场，向住户收取房主身份证复印件进行通气小票、合同的填写，并向新增用户讲解天然气安全使用知识。在此工作中逐渐适应和摸索并且逐步完善自己的通气作业流程，使自己的工作效率得到明显提升，缩短了通气时间，增加了每日通气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虽然每天都是这样的重复作业，但我没有去对这项工作产生厌恶和抵触情绪，每天都是乐此不疲，并且一有时间就会主动去学习、查阅、参照相关的燃气知识、制度规范，以及其他燃气单位同种作业的心得，并始终关注着各类燃起事故案例，给自己敲响警钟。在边学边实践中，已经从行业的门外汉，开始逐步跟上了同事们的脚步，和领导的肯定。部门一有新入职的员工，就会最先想到我，由我去带领新人学习通气作业和相关作业的流程。这不仅是对我工作的一种肯定，也是对我极大的信任，我为此感到无比的荣上和自豪。但我不能就此停下自己前进的脚步，更要用心的去工作，继续不断的学习，扩充自己的知识储备量，因为学无止尽，眼前所学的东西，还不足以使我不断走下去。因为在通气的时候总会遇见不同的小问题、小麻烦，不仅自己要去仔细琢磨分析原因所在，还要虚心向同事们请教，以解困惑。还有就是随着科技的发展，住户的一些问题也随之与时俱进，以现有的知识储备已不能圆满回答和解释，这就更加的促使我平时学习的动力。</w:t>
      </w:r>
      <w:r>
        <w:rPr>
          <w:lang w:eastAsia="zh-CN"/>
        </w:rPr>
        <w:br/>
      </w:r>
    </w:p>
    <w:p w:rsidR="001B1F19" w14:textId="27C3F48A">
      <w:pPr>
        <w:rPr>
          <w:rFonts w:hint="eastAsia"/>
          <w:lang w:eastAsia="zh-CN"/>
        </w:rPr>
      </w:pPr>
      <w:r>
        <w:rPr>
          <w:lang w:eastAsia="zh-CN"/>
        </w:rPr>
        <w:t>　　在平时通气任务不紧张的时候，主动要求随同本部门其他作业组的同事一起完成工作，如对辖区管线阀井埋设警示桩、警示贴；对小区居民住户张贴安全告知牌；统计小区各类隐患问题、表箱、调压箱受损情况、燃气表号抄录汇总；对小区受损的表箱、调压箱以及锈蚀严重的户外引管、球阀进行维修养护、涂刷防腐漆；抄录户外的挂表小区的燃气止码；小区通气前的工程验收、立管气密性验收、开闭阀井、楼栋前的放散置换等工作。从这些团结协作工作中，我也收获和学到了很多，使我进一步明白了本部门所有的工作开展流程，相关作业要求和规范，燃气行业的一些基本常识，并且在日常各类作业中应该如何正确按照作业流程作业，处处细留心，不能麻痹大意，知道该如何去规避风险。对于在工作时发现的隐患问题提高了独立应急处置能力，自己解决不了的应如何进行反馈上报。</w:t>
      </w:r>
      <w:r>
        <w:rPr>
          <w:lang w:eastAsia="zh-CN"/>
        </w:rPr>
        <w:br/>
      </w:r>
      <w:r>
        <w:rPr>
          <w:lang w:eastAsia="zh-CN"/>
        </w:rPr>
        <w:t>　　在各项工作中学到了这么多，与我自身的努力和各位领导同事的帮助是分不开的，同时也结下了深厚的同事友谊。但是有也不足，比如说同事们对我的工作方式方法、和与住户们的交流、待人接物方面所提的建议，我应该去更深层次的分析、改变；干工作时要多考虑，细心不能马虎，并且改善自己的工作状态，再继续提高工作效率，是我在20__年准备改变、提升自己的计划。</w:t>
      </w:r>
      <w:r>
        <w:rPr>
          <w:lang w:eastAsia="zh-CN"/>
        </w:rPr>
        <w:br/>
      </w:r>
      <w:r>
        <w:rPr>
          <w:lang w:eastAsia="zh-CN"/>
        </w:rPr>
        <w:t>　　辞旧迎新时，我要感谢一年以来部门领导、同事们的帮助和鼓励，使我在平凡的岗位上走的更加长远，有了一个不凡的学习、工作经历。我将继续保持积极向上的工作态度，和奋发勇为、敢打敢拼的工作追求，继续学习新的知识来充实自己和工作，保持一颗积极乐观的心态，去迎接新的挑战、新的征程﹗　　燃气员工年终总结 8</w:t>
      </w:r>
      <w:r>
        <w:rPr>
          <w:lang w:eastAsia="zh-CN"/>
        </w:rPr>
        <w:br/>
      </w:r>
      <w:r>
        <w:rPr>
          <w:lang w:eastAsia="zh-CN"/>
        </w:rPr>
        <w:t>　　20__年度，____燃气有限公司在各个主管部门及集团公司领导的正确领导下，在全体职工的共同努力下，紧紧围绕年初制定的工作计划，着力加强了安全生产、工程建设、职工教育等方面的工作，并取得了一定的成效，现将这段时间的工作情况作一总结，并对明年工作计划进行规划。</w:t>
      </w:r>
      <w:r>
        <w:rPr>
          <w:lang w:eastAsia="zh-CN"/>
        </w:rPr>
        <w:br/>
      </w:r>
      <w:r>
        <w:rPr>
          <w:lang w:eastAsia="zh-CN"/>
        </w:rPr>
        <w:t>　　一、20__年工作回顾</w:t>
      </w:r>
      <w:r>
        <w:rPr>
          <w:lang w:eastAsia="zh-CN"/>
        </w:rPr>
        <w:br/>
      </w:r>
      <w:r>
        <w:rPr>
          <w:lang w:eastAsia="zh-CN"/>
        </w:rPr>
        <w:t>　　（一）安全生产</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https://d.book118.com/318017063050006044</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18017063050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