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大一学期总结的范文（30篇）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大一学期总结的范文（通用30篇）</w:t>
      </w:r>
      <w:r>
        <w:rPr>
          <w:lang w:eastAsia="zh-CN"/>
        </w:rPr>
        <w:br/>
      </w:r>
      <w:r>
        <w:rPr>
          <w:lang w:eastAsia="zh-CN"/>
        </w:rPr>
        <w:t xml:space="preserve">    大一学期总结的范文 篇1 </w:t>
      </w:r>
      <w:r>
        <w:rPr>
          <w:lang w:eastAsia="zh-CN"/>
        </w:rPr>
        <w:br/>
      </w:r>
      <w:r>
        <w:rPr>
          <w:lang w:eastAsia="zh-CN"/>
        </w:rPr>
        <w:t>　　作为一名顺利度过大一的学生，我受益颇丰。回顾加入川师来的点点滴滴，历历在目。作为一名合格的学生，我将在接下来的文章中对这个学期的学习、生活、思想、活动四个上进行总结。</w:t>
      </w:r>
      <w:r>
        <w:rPr>
          <w:lang w:eastAsia="zh-CN"/>
        </w:rPr>
        <w:br/>
      </w:r>
      <w:r>
        <w:rPr>
          <w:lang w:eastAsia="zh-CN"/>
        </w:rPr>
        <w:t>　　学习上，我克服了从高中到大学转变的种种不适，并在各个科目上取得了初步的令人满意的成绩。经过一学期的锻炼，我认识到了大学与高中在学习动机、学习动力以及学习习惯上的重大区别，并有了一点心得。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1、高中的学习动机十分简单，那就是高考，学生、老师、学校三位一体为高考，可以说是不择手段。而大学，由于奋斗目标突然变得模糊，学习动机也变得模糊起来。学习的目的性偏弱，不知为何而学习，一门心思追求考试的通过。同时，由于高中的知识内容相对简单，知识点相对少，社会联系相对薄弱，知识理解要求程度相对较低，导致我们在高中阶段可以抛开一切只谋书本；相反，由于大学课程紧密，知识难度高，要求理解陈独强，并且学习的效率与效果直接与未来个人的发展前途息息相关，因此，大学的学习压力大，学生的思想负担也相对较重。加之奋斗目标的模糊，使得学习动机不很明显。这一点，是在大学学习中需要的别注意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2、学习动力上，由于高中的终极目标是高考，学生所面对的是多彩缤纷的大学生活，因此或多或少对未来都是乐观的。而大学生直接面对社会，社会竞争所产生的种种现象随着大学的逐步开放渐渐渗透到大学生活中，其中消极的一面尤其容易对大学生的心理健康造成危害。高中阶段由于学习目标以及前景的清晰，使得学生、家长和学校三上都敢于投入资本进行运作，学生的学习动力也由三上共同得来。如学生自己的大学憧憬，家长对学生鼓励以及奖励制度，学校对于优等生的种种特殊待遇等等，都有可能成为学生的学习动力；而大学，则变得截然不同：首先，学校上的动力消失。不得不提到的是，由于学校的前途、专业的就业前景等都已列入大学生的考虑范围，学生对学校失去了高中阶段的绝对信赖，因此，学校上的支持效果普遍下降。虽然有奖学金等制度的刺激，但追根芥蒂，学生更关心的未来的发展前途，而不是完成学校的所谓各种“指标”；其次，是家长上动力的削弱。由于大学生大多远离家乡，失去了来自父母上的直接关心，心理上属于薄弱阶段。一上，来自家庭的生活上的支持突然消失，让许多习惯的高中衣食无忧的学生产生强烈的不适应感。学生不由自主将注意力分散到生活中，造成学习动力下降。另一上，学生的独立支配感空前加强，使之对高中增经（部分）适用的学习方法产生盲目的怀疑，而急于找到一种独立于从前的大学学习方法。这个因素因人而异，如果在寻找过程中产生焦躁情绪，则也会造成学习动力的下降。最后，由于部分学生在激烈的竞争中暂时迷失方向，奋斗目标也不清晰，造成学习动力下降。</w:t>
      </w:r>
      <w:r>
        <w:rPr>
          <w:lang w:eastAsia="zh-CN"/>
        </w:rPr>
        <w:br/>
      </w:r>
      <w:r>
        <w:rPr>
          <w:lang w:eastAsia="zh-CN"/>
        </w:rPr>
        <w:t>　　3、学习习惯上，高中的学习体制与小学、初中并没有本质上的区别，因此高中阶段的学习习惯大多是由多年的累积继承而来。而大学由于学习的体制发生了一定的改变，加之学习动机和学习动力都有所不同，因此学习习惯也应作出相应的改变。</w:t>
      </w:r>
      <w:r>
        <w:rPr>
          <w:lang w:eastAsia="zh-CN"/>
        </w:rPr>
        <w:br/>
      </w:r>
      <w:r>
        <w:rPr>
          <w:lang w:eastAsia="zh-CN"/>
        </w:rPr>
        <w:t>　　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好相处，为我们的学习创造一个良好的学习和休息环境。这个上我们宿舍就做得比较好。我初中就已经到外面读书，因此很早就过着一种集体生活，所以我比较会理解别人，当然，我们宿舍的融洽和谐关系还很大归属于我们每一个宿友。可是最我我觉得自豪的是，进大学以来，我从来没有一次光顾洗衣部，即使是在寒冷的冬天，我也坚持自己洗衣服，不给自己偷懒的机会。因为我知道惰性这样东西是培养出来的，只要不给它一次机会，它就永远没有可能成为现实中的东西了。还有的是，我在生活中，始终保持干净的作风，做到勤清洁，勤洗手，养成良好的卫生习惯。</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思想上，由于加入思想道德修养和形式与政策等课程，使我的思想道德水平得到了一定的提升。通过一学期的学习，我认识到了国家严峻的安全形势以及个人前途与民族命运的密切联系，使我深化、升华自己对于祖国和学习的认识，坚定了我对党和人民的信心。</w:t>
      </w:r>
      <w:r>
        <w:rPr>
          <w:lang w:eastAsia="zh-CN"/>
        </w:rPr>
        <w:br/>
      </w:r>
      <w:r>
        <w:rPr>
          <w:lang w:eastAsia="zh-CN"/>
        </w:rPr>
        <w:t>　　活动上，我表现的比较积极。首先，我加入校学院的编辑部，丰富了我的社会经验和与人交往的能力。这些活动，丰富了我的课余生活，使我的大学生活变得充满快乐，并使我认识到了自己在艺术上的能力。总而言之，我会继续保持在参加活动上的积极性，并将其和学习紧密地结合起来。</w:t>
      </w:r>
      <w:r>
        <w:rPr>
          <w:lang w:eastAsia="zh-CN"/>
        </w:rPr>
        <w:br/>
      </w:r>
      <w:r>
        <w:rPr>
          <w:lang w:eastAsia="zh-CN"/>
        </w:rPr>
        <w:t>　　综上所述，我的大学生活还存在着许多不足。我将在接下来的时间里努力奋斗，使自己取得更大的进步。</w:t>
      </w:r>
      <w:r>
        <w:rPr>
          <w:lang w:eastAsia="zh-CN"/>
        </w:rPr>
        <w:br/>
      </w:r>
      <w:r>
        <w:rPr>
          <w:lang w:eastAsia="zh-CN"/>
        </w:rPr>
        <w:t xml:space="preserve">    大一学期总结的范文 篇2 </w:t>
      </w:r>
      <w:r>
        <w:rPr>
          <w:lang w:eastAsia="zh-CN"/>
        </w:rPr>
        <w:br/>
      </w:r>
      <w:r>
        <w:rPr>
          <w:lang w:eastAsia="zh-CN"/>
        </w:rPr>
        <w:t>　　期末即将临近，这也就意味着我们的大一生活就快结束了。在这最后的一段时间中，学期的年级各种奖项职称评比也陆续展开，如优秀班干，优秀班级，奖学金以及班干的下届换班评选。这一切就如一个企业单位的年终评选一样，充满了神秘的斗争。想想自己也不幸置身在这个小圈圈之中，不免感到莫名的压力。</w:t>
      </w:r>
      <w:r>
        <w:rPr>
          <w:lang w:eastAsia="zh-CN"/>
        </w:rPr>
        <w:br/>
      </w:r>
      <w:r>
        <w:rPr>
          <w:lang w:eastAsia="zh-CN"/>
        </w:rPr>
        <w:t>　　细细回想自己这一年的班级生活，有难忘的感动，也有说不出的无奈。班级总的来说还算不错，不仅成功的举办了几次活动，丰富了大家的课余生活，而且班级也没有出现什么太大的问题，总之概括起来就是“平稳”两字。让我头疼又十分无奈的就是班级总体的学习气氛不是太好，每次大考成绩总是不太乐观。虽然说我们班大体的成绩还不错，只是班级里“有个性”的男生比较多，拉了班级的平均分，而导致总体成绩偏低。但我想我为此也还是要负一些责任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首先是我自己的管理能力还不是太强，处理人际关系的技巧还不是太强，以致不能很好的和大家进行有效地沟通。我想对此在今后的学习中，我要加强对自己管理能力与技巧的提高，正确处理好人际关系，努力构造班级和谐氛围。</w:t>
      </w:r>
      <w:r>
        <w:rPr>
          <w:lang w:eastAsia="zh-CN"/>
        </w:rPr>
        <w:br/>
      </w:r>
      <w:r>
        <w:rPr>
          <w:lang w:eastAsia="zh-CN"/>
        </w:rPr>
        <w:t>　　其次就是我自己在学习上不能够起很好的带头作用，虽然说自己每天都能够按时上课，完成作业，并且最后的总的成绩也都还不错，但就平时来说我对自己和他人的要求还是比较低，结果导致了大家养成懒散的习惯。都说大学学习要靠自觉，但真正能做到自觉的还只是少数人罢了，而大多数人都是需要通过管理督促他们，他们才会用心学习做事。而我之前的管理方式就是对大家太过于相信，相信大家的自觉性，所以才会放低了对大家的要求。我想这可能就是我在今后的学习管理中应该注意的重点吧。</w:t>
      </w:r>
      <w:r>
        <w:rPr>
          <w:lang w:eastAsia="zh-CN"/>
        </w:rPr>
        <w:br/>
      </w:r>
      <w:r>
        <w:rPr>
          <w:lang w:eastAsia="zh-CN"/>
        </w:rPr>
        <w:t>　　总体而言，当了这一年的班长，虽说做的很辛苦，却也学到了很多，得到了很多，看透了看多。对于我自己来讲，从当初的不熟悉工作，到现在的游刃有余，我努力了很多也进步了很多。现在我已经感觉到服务同学的乐趣，希望下以后我还能够为同学、为班级贡献出自己的一份力量！</w:t>
      </w:r>
      <w:r>
        <w:rPr>
          <w:lang w:eastAsia="zh-CN"/>
        </w:rPr>
        <w:br/>
      </w:r>
      <w:r>
        <w:rPr>
          <w:lang w:eastAsia="zh-CN"/>
        </w:rPr>
        <w:t>　　如果问我是否后悔当这个费力不讨好的班长，是否因为会被经常他人抱怨而后悔的话，我一定会坚定地说“不后悔”。因为这是我自己选择的路，就算她再艰难再辛苦，我也会跪着走下去。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大学的第一个学期过去了，从担任班级联络员到班长的竞选再到现在的寒假，似乎那一切只是昨天的事情。担任班级班长让我学会处理很多事情，但也曾碰到很多的困难。虽然最后都慢慢的解决了一些，可是仍然留有遗憾。</w:t>
      </w:r>
      <w:r>
        <w:rPr>
          <w:lang w:eastAsia="zh-CN"/>
        </w:rPr>
        <w:br/>
      </w:r>
      <w:r>
        <w:rPr>
          <w:lang w:eastAsia="zh-CN"/>
        </w:rPr>
        <w:t>　　竞选班长时，我想为班级做一些事情，也想锻炼自己。并且还承诺会帮大家做我们班的成长记录。这一些在这个学期都做到了，但是并没有做的完美，存在很多漏洞。</w:t>
      </w:r>
      <w:r>
        <w:rPr>
          <w:lang w:eastAsia="zh-CN"/>
        </w:rPr>
        <w:br/>
      </w:r>
      <w:r>
        <w:rPr>
          <w:lang w:eastAsia="zh-CN"/>
        </w:rPr>
        <w:t>　　在担任班长期间，首先要获得大家的信任，所以人际关系的处理成了一个重要的环节。这方面我还能较好的处理。</w:t>
      </w:r>
      <w:r>
        <w:rPr>
          <w:lang w:eastAsia="zh-CN"/>
        </w:rPr>
        <w:br/>
      </w:r>
      <w:r>
        <w:rPr>
          <w:lang w:eastAsia="zh-CN"/>
        </w:rPr>
        <w:t>　　在组织活动时，我有时候过于情绪化或者理想化，过少的考虑了班级同学的参与兴趣，还有前期的准备和活动时间等等。后来稍稍的进行了改善，多长了个心眼，考虑全面再进行，但组织能力还需提高。</w:t>
      </w:r>
      <w:r>
        <w:rPr>
          <w:lang w:eastAsia="zh-CN"/>
        </w:rPr>
        <w:br/>
      </w:r>
      <w:r>
        <w:rPr>
          <w:lang w:eastAsia="zh-CN"/>
        </w:rPr>
        <w:t>　　作为班长要进行班委任务的分配，这个问题便很沉重，毕竟当班委各司其职的.时候，有时候很难让其他班委（指的是职责不是那方面的）介入，可是在考试来临时，学委的工作过重，还有活动多时，组织委员和团支书的事情繁重等等。在这个学期里，分配任务时，我会让班委互相帮忙，当任务繁重的时候向我提出，我再进行分配。有段时间，我让班委将自己的任务写在任务，再分配，但效果不好。所以暂时只能在班委会时进行搭档分配。班委在工作上都很尽职，同学的信任度也在慢慢提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同学对班级管理上有自己的建议和意见。开始时没有及时的了解和处理，后来辅导员助理建议使用班级意见簿，效果很好，让我能够知道同学的不满和误解在哪里。并且对其进行解释和改进。大一班长学期工作总结</w:t>
      </w:r>
      <w:r>
        <w:rPr>
          <w:lang w:eastAsia="zh-CN"/>
        </w:rPr>
        <w:br/>
      </w:r>
      <w:r>
        <w:rPr>
          <w:lang w:eastAsia="zh-CN"/>
        </w:rPr>
        <w:t>　　同学之间较陌生，在这个学期由于不是像高中固定教室，导致同学之间沟通较少，在几次活动下来同学们互相熟络，但团结度有待提升，经过这个学期，担任班长中所暴露出来的问题有个人</w:t>
      </w:r>
      <w:r>
        <w:rPr>
          <w:lang w:eastAsia="zh-CN"/>
        </w:rPr>
        <w:br/>
      </w:r>
      <w:r>
        <w:rPr>
          <w:lang w:eastAsia="zh-CN"/>
        </w:rPr>
        <w:t>　　1、 事情安排上不完善。易拖泥带水</w:t>
      </w:r>
      <w:r>
        <w:rPr>
          <w:lang w:eastAsia="zh-CN"/>
        </w:rPr>
        <w:br/>
      </w:r>
      <w:r>
        <w:rPr>
          <w:lang w:eastAsia="zh-CN"/>
        </w:rPr>
        <w:t>　　2、 在本学期后半段对个人的要求松懈。</w:t>
      </w:r>
      <w:r>
        <w:rPr>
          <w:lang w:eastAsia="zh-CN"/>
        </w:rPr>
        <w:br/>
      </w:r>
      <w:r>
        <w:rPr>
          <w:lang w:eastAsia="zh-CN"/>
        </w:rPr>
        <w:t>　　班级里</w:t>
      </w:r>
      <w:r>
        <w:rPr>
          <w:lang w:eastAsia="zh-CN"/>
        </w:rPr>
        <w:br/>
      </w:r>
      <w:r>
        <w:rPr>
          <w:lang w:eastAsia="zh-CN"/>
        </w:rPr>
        <w:t>　　1、 同学参与活动的积极性不高，配合度尚可。</w:t>
      </w:r>
      <w:r>
        <w:rPr>
          <w:lang w:eastAsia="zh-CN"/>
        </w:rPr>
        <w:br/>
      </w:r>
      <w:r>
        <w:rPr>
          <w:lang w:eastAsia="zh-CN"/>
        </w:rPr>
        <w:t>　　2、 所办的活动形式较为单一，也较少</w:t>
      </w:r>
      <w:r>
        <w:rPr>
          <w:lang w:eastAsia="zh-CN"/>
        </w:rPr>
        <w:br/>
      </w:r>
      <w:r>
        <w:rPr>
          <w:lang w:eastAsia="zh-CN"/>
        </w:rPr>
        <w:t>　　3、 班委开展工作有时得到同学的配合度不高</w:t>
      </w:r>
      <w:r>
        <w:rPr>
          <w:lang w:eastAsia="zh-CN"/>
        </w:rPr>
        <w:br/>
      </w:r>
      <w:r>
        <w:rPr>
          <w:lang w:eastAsia="zh-CN"/>
        </w:rPr>
        <w:t>　　下一个学期的工作中，我会努力去克服这些问题。尤其在班级活动组织上提升同学们积极性，并且增加同学之间的沟通交流。</w:t>
      </w:r>
      <w:r>
        <w:rPr>
          <w:lang w:eastAsia="zh-CN"/>
        </w:rPr>
        <w:br/>
      </w:r>
      <w:r>
        <w:rPr>
          <w:lang w:eastAsia="zh-CN"/>
        </w:rPr>
        <w:t xml:space="preserve">    大一学期总结的范文 篇3 </w:t>
      </w:r>
      <w:r>
        <w:rPr>
          <w:lang w:eastAsia="zh-CN"/>
        </w:rPr>
        <w:br/>
      </w:r>
      <w:r>
        <w:rPr>
          <w:lang w:eastAsia="zh-CN"/>
        </w:rPr>
        <w:t>　　时光荏苒，大一即将过去。在这一年里我学到了什么？得到了什么？失去了什么？收藏了什么？我现在简单的总结一下：</w:t>
      </w:r>
      <w:r>
        <w:rPr>
          <w:lang w:eastAsia="zh-CN"/>
        </w:rPr>
        <w:br/>
      </w:r>
      <w:r>
        <w:rPr>
          <w:lang w:eastAsia="zh-CN"/>
        </w:rPr>
        <w:t>　　一、学习上</w:t>
      </w:r>
      <w:r>
        <w:rPr>
          <w:lang w:eastAsia="zh-CN"/>
        </w:rPr>
        <w:br/>
      </w:r>
      <w:r>
        <w:rPr>
          <w:lang w:eastAsia="zh-CN"/>
        </w:rPr>
        <w:t>　　第一学期懵懂的我开始懵懂的学习，像高中那样迷迷糊糊、兢兢业业，但效果却不是很好。而且时间也不够充足，所以第二学期改进了学习方法，追求效率与效果。在第二学期就把导游证拿了下来，还考了普通话证和英语A级证，并且积极参加了导游职业技能大赛。</w:t>
      </w:r>
      <w:r>
        <w:rPr>
          <w:lang w:eastAsia="zh-CN"/>
        </w:rPr>
        <w:br/>
      </w:r>
      <w:r>
        <w:rPr>
          <w:lang w:eastAsia="zh-CN"/>
        </w:rPr>
        <w:t>　　二、工作上</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1）校内，从事两个部门和一个协会工作，团委办公室和青年志愿者服务站两个部门和口才协会一个协会，在这里让我提高了我的各方面的能力，也积累了我的人脉。同时也让我洞悉了自己，更了解自己的优点与缺点。稳重、开朗、乐观、向上是我最主要的优点；固执、胆小、古板是我主要的缺点。</w:t>
      </w:r>
      <w:r>
        <w:rPr>
          <w:lang w:eastAsia="zh-CN"/>
        </w:rPr>
        <w:br/>
      </w:r>
      <w:r>
        <w:rPr>
          <w:lang w:eastAsia="zh-CN"/>
        </w:rPr>
        <w:t>　　（2）校外，从事多份兼职和各种公益性活动，在中粮可口可乐公司、Skyworth创维公司等企业做促销员，既锻炼了自己也减轻了父母的负担；在玉树募捐活动中，积极组织参与，在湛江国际龙舟赛上，不怕酷暑烈日，积极做好龙舟志愿者的每一份工作。</w:t>
      </w:r>
      <w:r>
        <w:rPr>
          <w:lang w:eastAsia="zh-CN"/>
        </w:rPr>
        <w:br/>
      </w:r>
      <w:r>
        <w:rPr>
          <w:lang w:eastAsia="zh-CN"/>
        </w:rPr>
        <w:t>　　三、生活上</w:t>
      </w:r>
      <w:r>
        <w:rPr>
          <w:lang w:eastAsia="zh-CN"/>
        </w:rPr>
        <w:br/>
      </w:r>
      <w:r>
        <w:rPr>
          <w:lang w:eastAsia="zh-CN"/>
        </w:rPr>
        <w:t>　　积极的与同学们沟通交流，维护良好的人际关系。认识、结交更多的朋友。不足之处是时间没协调好，体育运动较少，缺少必要的身体锻炼。有时也不够自律，常会开小差，生活作息也比较乱。在努力的调整改变，正常有规律的作息。</w:t>
      </w:r>
      <w:r>
        <w:rPr>
          <w:lang w:eastAsia="zh-CN"/>
        </w:rPr>
        <w:br/>
      </w:r>
      <w:r>
        <w:rPr>
          <w:lang w:eastAsia="zh-CN"/>
        </w:rPr>
        <w:t>　　总之，谨记业精于勤荒于嬉，行成于思毁于随。时刻反省自律，时刻进步向上。不论过去如何，始终继往开来；不论未来怎样；总是充满信心！加油！在每一秒钟！</w:t>
      </w:r>
      <w:r>
        <w:rPr>
          <w:lang w:eastAsia="zh-CN"/>
        </w:rPr>
        <w:br/>
      </w:r>
      <w:r>
        <w:rPr>
          <w:lang w:eastAsia="zh-CN"/>
        </w:rPr>
        <w:t xml:space="preserve">    大一学期总结的范文 篇4 </w:t>
      </w:r>
      <w:r>
        <w:rPr>
          <w:lang w:eastAsia="zh-CN"/>
        </w:rPr>
        <w:br/>
      </w:r>
      <w:r>
        <w:rPr>
          <w:lang w:eastAsia="zh-CN"/>
        </w:rPr>
        <w:t>　　在这近半年的时间里，我们班的同学一起努力，取得了不错的成绩，班级同学彼此间的感情也不断加深。作为新一任班长，我决心尽我的力量为同学们服务。 我这学期的工作目标是以下4点：</w:t>
      </w:r>
      <w:r>
        <w:rPr>
          <w:lang w:eastAsia="zh-CN"/>
        </w:rPr>
        <w:br/>
      </w:r>
      <w:r>
        <w:rPr>
          <w:lang w:eastAsia="zh-CN"/>
        </w:rPr>
        <w:t>　　一、加强同学们的身体素质锻炼，增强同学们的锻炼意识。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二、增强同学们的集体荣誉感、增强集体凝聚力。</w:t>
      </w:r>
      <w:r>
        <w:rPr>
          <w:lang w:eastAsia="zh-CN"/>
        </w:rPr>
        <w:br/>
      </w:r>
      <w:r>
        <w:rPr>
          <w:lang w:eastAsia="zh-CN"/>
        </w:rPr>
        <w:t>　　三、学生以学为本，力求班级整体成绩更上一层楼;同时丰富课余文化生活。 具体工作计划：</w:t>
      </w:r>
      <w:r>
        <w:rPr>
          <w:lang w:eastAsia="zh-CN"/>
        </w:rPr>
        <w:br/>
      </w:r>
      <w:r>
        <w:rPr>
          <w:lang w:eastAsia="zh-CN"/>
        </w:rPr>
        <w:t>　　1、身体是革命的本钱，积极开展文体活动。以班级为集体与其他班级开展班级的整体活动(如篮球赛、足球赛等等)以此达到增强同学间感情及锻炼身体的目的。</w:t>
      </w:r>
      <w:r>
        <w:rPr>
          <w:lang w:eastAsia="zh-CN"/>
        </w:rPr>
        <w:br/>
      </w:r>
      <w:r>
        <w:rPr>
          <w:lang w:eastAsia="zh-CN"/>
        </w:rPr>
        <w:t>　　2、创立应急基金，每个同学交二十元作为基金，当某位同学遇到困难时班级讨论通过后动用基金帮助，学期结束后如数归还各位同学。</w:t>
      </w:r>
      <w:r>
        <w:rPr>
          <w:lang w:eastAsia="zh-CN"/>
        </w:rPr>
        <w:br/>
      </w:r>
      <w:r>
        <w:rPr>
          <w:lang w:eastAsia="zh-CN"/>
        </w:rPr>
        <w:t>　　3、在工作方面，班长、团支书及各个委员既要分工明确又要相互配合，坚持每两周开班委会，针对班内出现的新问题制定新的对策。班委会由班长或团支书主持召开，应积极准备，保证开会效率。另外，对于班会负责人要做好纪录，以便开展工作。</w:t>
      </w:r>
      <w:r>
        <w:rPr>
          <w:lang w:eastAsia="zh-CN"/>
        </w:rPr>
        <w:br/>
      </w:r>
      <w:r>
        <w:rPr>
          <w:lang w:eastAsia="zh-CN"/>
        </w:rPr>
        <w:t>　　4、实行同学学习互助模式(如结对子)以提高班级同学成绩。</w:t>
      </w:r>
      <w:r>
        <w:rPr>
          <w:lang w:eastAsia="zh-CN"/>
        </w:rPr>
        <w:br/>
      </w:r>
      <w:r>
        <w:rPr>
          <w:lang w:eastAsia="zh-CN"/>
        </w:rPr>
        <w:t>　　5、设立共同目标，有一起的前进目标，谋求进步。</w:t>
      </w:r>
      <w:r>
        <w:rPr>
          <w:lang w:eastAsia="zh-CN"/>
        </w:rPr>
        <w:br/>
      </w:r>
      <w:r>
        <w:rPr>
          <w:lang w:eastAsia="zh-CN"/>
        </w:rPr>
        <w:t>　　6、实行班务公开。设立班务公开日(一月一次)，是班级事务更加公开化、透明化，使班级里的同学人人都可以参与到集体事务中来。同时，广泛采纳同学们对班级事务的意见，集思广益，争取使班级工作更上一层楼。 以上就是我作为新一任班长在本学期的工作计划。总而言之，在这个学期，我要好好工作，努力为同学们服务，使同学们更加团结、友爱，使我们的班级更加优秀。</w:t>
      </w:r>
      <w:r>
        <w:rPr>
          <w:lang w:eastAsia="zh-CN"/>
        </w:rPr>
        <w:br/>
      </w:r>
      <w:r>
        <w:rPr>
          <w:lang w:eastAsia="zh-CN"/>
        </w:rPr>
        <w:t xml:space="preserve">    大一学期总结的范文 篇5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踏入大学的大门，第一件事当然是军训。那么多天的训练，真的把我累得够呛，在那个军训场地上，不知挥洒了多少的汗。虽然我皮肤晒得发黑，脚磨出泡，我也感到很快乐。因为通过军训，我学会了吃苦耐劳的精神;通过军训，我结交了很多的新同学;通过军训，我开始适应大学的生活。军训，是我进入大学的第一个必修课。</w:t>
      </w:r>
      <w:r>
        <w:rPr>
          <w:lang w:eastAsia="zh-CN"/>
        </w:rPr>
        <w:br/>
      </w:r>
      <w:r>
        <w:rPr>
          <w:lang w:eastAsia="zh-CN"/>
        </w:rPr>
        <w:t xml:space="preserve">    大一学期总结的范文 篇6 </w:t>
      </w:r>
      <w:r>
        <w:rPr>
          <w:lang w:eastAsia="zh-CN"/>
        </w:rPr>
        <w:br/>
      </w:r>
      <w:r>
        <w:rPr>
          <w:lang w:eastAsia="zh-CN"/>
        </w:rPr>
        <w:t>　　时间总是在不经意间悄然流逝，仿佛霓虹灯下闪烁的剪影就是日夜交替的证明。从大一最初的好奇到大二的逐渐习惯，我发现自己正在一点一点按照自己的意愿朝理想走去。回顾整个大一，我虽不是充分利用时间去做有意义的事，却也不是浪费时间虚度人生，然后可算是平平淡淡，好坏参半。</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或许有人会说，辛苦了__年还不趁大学好好休养生息，尽情享乐?曾经的我也有过这样的念头，我也渴望宣泄，渴望按随心所欲。人总是有惰性的动物，浑浑噩噩的生活身在其中觉得很美好，甚至对待所谓的学霸不屑一顾，完全沉浸在自己的小世界里不能自拔。考试前的通宵学习抱抱佛脚自我感觉也不错，成绩不差顺利过关万事大吉。于是，如此循环度日大一渐行渐远，不好不坏，作息正常只是不知道每天的意义的生活在现在的我看来太过于奢侈。当然，我始终是一个听话的好孩子，不至于颓废，但也真的不那么为自己的未来而奋斗。在潜意识里，我还是认为未来很遥远，船到桥头自然直，走一步算一步。但是，在身边比我大不了几岁的学姐因为差0.01分而与工作无缘的时候，我才诚惶诚恐，说幡然醒悟也不为过。在那一刻，我对自己说，要开始奋斗了，然后为了自己让自己拥有我想要的一切，为了更好的人生。</w:t>
      </w:r>
      <w:r>
        <w:rPr>
          <w:lang w:eastAsia="zh-CN"/>
        </w:rPr>
        <w:br/>
      </w:r>
      <w:r>
        <w:rPr>
          <w:lang w:eastAsia="zh-CN"/>
        </w:rPr>
        <w:t>　　每个人都会成长，差别只是那场足以让我们成长的风雨何时来临而已。然后大一的我仍然沉浸在美好的校园生活中，与从前的我除了外表以外没什么不同。大学生的称呼是因为年龄的增长而改变，而不是因为心智的成熟。大学说简单也简单，但说复杂却也像小社会，交朋友出于真心的不多，志同道合的可遇而不可求，于是，一个人的时间越来越多。我并不觉得有何不妥，这样，更能明确自己的目标，做自己该做的事，不刻意讨好，不虚以委蛇，然后做真正的自己，活出一个人的精彩。</w:t>
      </w:r>
      <w:r>
        <w:rPr>
          <w:lang w:eastAsia="zh-CN"/>
        </w:rPr>
        <w:br/>
      </w:r>
      <w:r>
        <w:rPr>
          <w:lang w:eastAsia="zh-CN"/>
        </w:rPr>
        <w:t>　　美好的生活向来短暂，现实总是残酷的摆在我们面前，现在不争取不奋斗只依靠父母和所谓的人际关系未免太不靠谱。人心善变，我很庆幸自己没有越来越沉沦，庆幸心的变化是充满了正能量。你不勇敢谁又可以替你坚强?父母终会老去，不可能一辈子为你遮风挡雨。然后朋友再亲近都会有自己的生活，互相安慰尚可，却始终不能代替对方承受彼此的命运。至于恋人，未来的旅途是否可以携手度过都是未知数又岂能做数?唯一可以做的，就是一点一点充实自己，等到足够强大的那一天骄傲的向所有人宣布，我的世界我做主。</w:t>
      </w:r>
      <w:r>
        <w:rPr>
          <w:lang w:eastAsia="zh-CN"/>
        </w:rPr>
        <w:br/>
      </w:r>
      <w:r>
        <w:rPr>
          <w:lang w:eastAsia="zh-CN"/>
        </w:rPr>
        <w:t>　　回首过往，我们骑着单车穿越青春岁月的记忆，然后即使遍体鳞伤盲目摸索，但只要仰望苍穹，总有一番晴空。我期待行到水穷处，坐看云起时的淡然境界，或许成功的那一天，一切恍如隔世，曾经的日子宛若梦境，却犹是青春梦里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xml:space="preserve">    大一学期总结的范文 篇7 </w:t>
      </w:r>
      <w:r>
        <w:rPr>
          <w:lang w:eastAsia="zh-CN"/>
        </w:rPr>
        <w:br/>
      </w:r>
      <w:r>
        <w:rPr>
          <w:lang w:eastAsia="zh-CN"/>
        </w:rPr>
        <w:t>　　经过上一个学期的，在第二学期，就吸取了前一个学期的教训，珍惜大一的时间，努力的学习。在本学期里，我每天按照自己学期初制定的计划一步步的去做，因此都很好的完成自己的任务。本学期里，每个老师布置的作业，我都一字不差的完成，不敢再有缺交作业的现象出来。上课认真，对老师提的问题积极的回答，也因此取得了各位老师的信任，让自己的学习进一步的提高了。</w:t>
      </w:r>
      <w:r>
        <w:rPr>
          <w:lang w:eastAsia="zh-CN"/>
        </w:rPr>
        <w:br/>
      </w:r>
      <w:r>
        <w:rPr>
          <w:lang w:eastAsia="zh-CN"/>
        </w:rPr>
        <w:t>　　学期末去审查自己的学习，发现自己这学期有很多地方都有改进，比如我改掉了自己上课迟到的习惯，每天督促自己早点到教室上个课。还有就是以前都不喜欢去问老师问题，在本学期里，我遇到自己无法解决的问题就会向老师求助，请教他们，因此学习才会进步那么大的。做事情也不再喜欢拖拉了，能够尽快做完的，在当天就会完成。</w:t>
      </w:r>
      <w:r>
        <w:rPr>
          <w:lang w:eastAsia="zh-CN"/>
        </w:rPr>
        <w:br/>
      </w:r>
      <w:r>
        <w:rPr>
          <w:lang w:eastAsia="zh-CN"/>
        </w:rPr>
        <w:t>　　本学期，我还参加了学校很多的活动，校园的活动和校外的活动，我也都有参加，并且有的还取得了很好的成绩。比如我参加了学校篮球比赛，在比赛中，我拿到了第二的名次，校外的活动就是跟大家一起去养老院进行志愿者活动，这些活动都给了我很好的体验。有了这一些活动，不仅锻炼了我的能力，更丰富了我的大学生活，不再是寝室——教室——食堂三点线的生活了，也不再是无聊的，让我能够更更多人去交流和相处，与此也让我交到很多不同的朋友，这是一笔大的收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大一的生活在这个学期就结束了，马上就要进入大二生活。庆幸的是自己在大一最后一学期里，我没有去把时光浪费了，而是紧抓时光努力做好大一的自己，在大一把该做的事情都做了，圆满的丰富了自己的生活，这个意义就很大了。对这个学期的自己的表现，我也是满意的，老师对我也是满意的，终于不再过那种颓废的生活了，变得更加积极上进，做了一个大学生该有的模样，不算辜负这个大一。有了这个学期的打底，以后只会更加让自己去过好大学生活。</w:t>
      </w:r>
      <w:r>
        <w:rPr>
          <w:lang w:eastAsia="zh-CN"/>
        </w:rPr>
        <w:br/>
      </w:r>
      <w:r>
        <w:rPr>
          <w:lang w:eastAsia="zh-CN"/>
        </w:rPr>
        <w:t xml:space="preserve">    大一学期总结的范文 篇8 </w:t>
      </w:r>
      <w:r>
        <w:rPr>
          <w:lang w:eastAsia="zh-CN"/>
        </w:rPr>
        <w:br/>
      </w:r>
      <w:r>
        <w:rPr>
          <w:lang w:eastAsia="zh-CN"/>
        </w:rPr>
        <w:t>　　一开始，我就告诉自我“在大学里，每个人都是我老师，每个地方都是我课堂，每个时光都是我学期，大学不只是学习地方，还是锻炼自我素质地方。无论我大学怎样，我都要把握好自我方向盘，走出迷惘”。作为一名合格学生，我将在接下来文章中对这个学期学习、生活、思想、活动四个方面进行大一学期总结。</w:t>
      </w:r>
      <w:r>
        <w:rPr>
          <w:lang w:eastAsia="zh-CN"/>
        </w:rPr>
        <w:br/>
      </w:r>
      <w:r>
        <w:rPr>
          <w:lang w:eastAsia="zh-CN"/>
        </w:rPr>
        <w:t>　　学习方面，我克服了从高中到大学转变种种不适，并在各个科目上取得了初步令人满意成绩。经过一学期锻炼，我认识到了大学与高中在学习动机、学习动力以及学习习惯方面重大区别，并有了一点心得。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1。高中学习动机十分简单，那就是高考，学生、老师、学校三位一体为高考，能够说是不择手段。而大学，由于奋斗目标突然变得模糊，学习动机也变得模糊起来。学习目性偏弱，不知为何而学习，一门心思追求考试透过。同时，由于高中知识资料相对简单，知识点相对少，社会联系相对薄弱，知识理解要求程度相对较低，导致我们在高中阶段能够抛开一切只谋书本；相反，由于大学课程紧密，知识难度高，要求理解陈独强，并且学习效率与效果直接与未来个人发展前途息息相关，因此，大学学习压力大，学生思想负担也相对较重。加之奋斗目标模糊，使得学习动机不很明显。这一点，是在大学学习中需要别注意。</w:t>
      </w:r>
      <w:r>
        <w:rPr>
          <w:lang w:eastAsia="zh-CN"/>
        </w:rPr>
        <w:br/>
      </w:r>
      <w:r>
        <w:rPr>
          <w:lang w:eastAsia="zh-CN"/>
        </w:rPr>
        <w:t>　　2。学习动力方面，由于高中终极目标是高考，学生所应对是多彩缤纷大学生活，因此或多或少对未来都是乐观。而大学生直接应对社会，社会竞争所产生种种现象随着大学逐步开放渐渐渗透到大学生活中，其中消极一面尤其容易对大学生心理健康造成危害。高中阶段由于学习目标以及前景清晰，使得学生、家长和学校三方面都敢于投入资本进行运作，学生学习动力也由三方面共同得来。如学生自我大学憧憬，家长对学生鼓励以及奖励制度，学校对于优等生种种特殊待遇等等，都有可能成为学生学习动力；而大学，则变得截然不一样：首先，学校方面动力消失。不得不提到是，由于学校前途、专业就业前景等都已列入大学生思考范围，学生对学校失去了高中阶段绝对信赖，因此，学校方面支持效果普遍下降。虽然有奖学金等制度刺激，但追根芥蒂，学生更关心未来发展前途，而不是完成学校所谓各种“指标”；其次，是家长方面动力削弱。由于大学生大多远离家乡，失去了来自父母方面直接关心，心理上属于薄弱阶段。一方面，来自家庭生活方面支持突然消失，让许多习惯高中衣食无忧学生产生强烈不适应感。学生不由自主将注意力分散到生活中，造成学习动力下降。</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另一方面，学生独立支配感空前加强，使之对高中增经（部分）适用学习方法产生盲目怀疑，而急于找到一种独立于从前大学学习方法。这个因素因人而异，如果在寻找过程中产生焦躁情绪，则也会造成学习动力下降。最后，由于部分学生在激烈竞争中暂时迷失方向，奋斗目标也不清晰，造成学习动力下降。</w:t>
      </w:r>
      <w:r>
        <w:rPr>
          <w:lang w:eastAsia="zh-CN"/>
        </w:rPr>
        <w:br/>
      </w:r>
      <w:r>
        <w:rPr>
          <w:lang w:eastAsia="zh-CN"/>
        </w:rPr>
        <w:t>　　3。学习习惯方面，高中学习体制与小学、初中并没有本质上区别，因此高中阶段学习习惯大多是由多年累积继承而来。而大学由于学习体制发生了必须改变，加之学习动机和学习动力都有所不一样，因此学习习惯也应作出相应改变。</w:t>
      </w:r>
      <w:r>
        <w:rPr>
          <w:lang w:eastAsia="zh-CN"/>
        </w:rPr>
        <w:br/>
      </w:r>
      <w:r>
        <w:rPr>
          <w:lang w:eastAsia="zh-CN"/>
        </w:rPr>
        <w:t>　　在生活上，我基本上都能够和同学们友好相处，和睦共处，互帮互爱，自我事情自我做，构成独立自理自立良好品德。宿舍是一个大群众，八个人生活在同一个空间里面，但是各自生活习性都不相，这就需要大家互相理解和迁就，只有这样才能和好相处，为我们学习创造一个良好学习和休息环境。这个方面我们宿舍就做得比较好。我初中就已经到外面读书，因此很早就过着一种群众生活，所以我比较会理解别人，当然，我们宿舍融洽和—谐关系还很大归属于我们每一个宿友。但是最我我觉得自豪是，进大学以来，我从来没有一次光顾洗衣部，即使是在寒冷冬天，我也坚持自我洗衣服，不给自我偷懒机会。因为我明白惰性这样东西是培养出来，只要不给它一次机会，它就永远没有可能成为现实中东西了。还有是，我在生活中，始终持续干净作风，做到勤清洁，勤洗手，养成良好卫生习惯。</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思想方面，由于加入思想道德修养和形式与政策等课程，使我思想道德水平得到了必须提升。透过一学期学习，我认识到了国家严峻安全形势以及个人前途与民族命运密切联系，使我深化、升华自我对于祖国和学习认识，坚定了我对党和人民信心。</w:t>
      </w:r>
      <w:r>
        <w:rPr>
          <w:lang w:eastAsia="zh-CN"/>
        </w:rPr>
        <w:br/>
      </w:r>
      <w:r>
        <w:rPr>
          <w:lang w:eastAsia="zh-CN"/>
        </w:rPr>
        <w:t>　　活动方面，我表现比较用心。首先，我加入校学院修改部，丰富了我社会经验和与人交往潜力。这些活动，丰富了我课余生活，使我大学生活变得充满快乐，并使我认识到了自我在艺术方面潜力。总而言之，我会继续持续在参加活动方面用心性，并将其和学习紧密地结合起来。</w:t>
      </w:r>
      <w:r>
        <w:rPr>
          <w:lang w:eastAsia="zh-CN"/>
        </w:rPr>
        <w:br/>
      </w:r>
      <w:r>
        <w:rPr>
          <w:lang w:eastAsia="zh-CN"/>
        </w:rPr>
        <w:t>　　综上所述，我大学生活还存在着许多不足。我将在接下来时光里努力奋斗，使自我取得更大进步。</w:t>
      </w:r>
      <w:r>
        <w:rPr>
          <w:lang w:eastAsia="zh-CN"/>
        </w:rPr>
        <w:br/>
      </w:r>
      <w:r>
        <w:rPr>
          <w:lang w:eastAsia="zh-CN"/>
        </w:rPr>
        <w:t xml:space="preserve">    大一学期总结的范文 篇9 </w:t>
      </w:r>
      <w:r>
        <w:rPr>
          <w:lang w:eastAsia="zh-CN"/>
        </w:rPr>
        <w:br/>
      </w:r>
      <w:r>
        <w:rPr>
          <w:lang w:eastAsia="zh-CN"/>
        </w:rPr>
        <w:t>　　一、在学习上。</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第一学期由于是刚来到崭新的大学校园，对这里的情况很不熟悉，特别是这里的上课时间，每节课是四十五分钟，挺不习惯，经常坐不住，弄到每节课的最后几分钟都不自觉地分神，浪费了不少时间。经过一个学期的适应，第二学期基本上都可以习惯了这个学习时间制度，保证每堂课都认真听好听足。虽然有两门功课的成绩自己还不是很满意，但比第一学期有所提高。在学习上，我认为还有一样东西是非常重要的，那就是学习态度！我要学会养成一种谦虚、勤问的学习态度。因为我知道学习上的东西来不了弄虚作假，是不懂就不懂，绝不能不懂装懂！要想在学问上有所成就，古今中外所有的成功例子都证明了只要保持这两种学习态度才行。</w:t>
      </w:r>
      <w:r>
        <w:rPr>
          <w:lang w:eastAsia="zh-CN"/>
        </w:rPr>
        <w:br/>
      </w:r>
      <w:r>
        <w:rPr>
          <w:lang w:eastAsia="zh-CN"/>
        </w:rPr>
        <w:t>　　二、在生活上。</w:t>
      </w:r>
      <w:r>
        <w:rPr>
          <w:lang w:eastAsia="zh-CN"/>
        </w:rPr>
        <w:br/>
      </w:r>
      <w:r>
        <w:rPr>
          <w:lang w:eastAsia="zh-CN"/>
        </w:rPr>
        <w:t>　　经过一年的磨合，能和同学们和睦共处，互帮互爱，自己的事情自己做，形成独立自理自立的良好品德。宿舍是一个大集体，四个人生活在同一个空间里面，但是各自的生活习性都不相，这就需要大家互相理解和迁就，只有这样才能和好相处，为我们的学习创造一个良好的学习和休息环境。</w:t>
      </w:r>
      <w:r>
        <w:rPr>
          <w:lang w:eastAsia="zh-CN"/>
        </w:rPr>
        <w:br/>
      </w:r>
      <w:r>
        <w:rPr>
          <w:lang w:eastAsia="zh-CN"/>
        </w:rPr>
        <w:t>　　纵上所述，虽然我在一年的学习中有了一定的进步，可是我仍然存在不少缺点，还有很多需要改进的问题。比如利用星期六和星期日的时间不是很合理。人们常说，大学的生活是非常轻松和自由的，我也觉得的确是这样。但时间总是宝贵的，我不想成为虚度光阴的人，不想自己在老的时候后悔自己这样浪费时间。为了改正我以上不珍惜时间的缺点，我决定给自己制定以下一些计划，以便更好的督促自己。具体包括这几点：</w:t>
      </w:r>
      <w:r>
        <w:rPr>
          <w:lang w:eastAsia="zh-CN"/>
        </w:rPr>
        <w:br/>
      </w:r>
      <w:r>
        <w:rPr>
          <w:lang w:eastAsia="zh-CN"/>
        </w:rPr>
        <w:t>　　1、不是特别重要的事情允许自己请假，而且一个学期的请假节数不超过5节；</w:t>
      </w:r>
      <w:r>
        <w:rPr>
          <w:lang w:eastAsia="zh-CN"/>
        </w:rPr>
        <w:br/>
      </w:r>
      <w:r>
        <w:rPr>
          <w:lang w:eastAsia="zh-CN"/>
        </w:rPr>
        <w:t>　　2、星期六和星期日尽量多到图书馆去看书，还要多到一些城市去看看，增长自己的见闻；</w:t>
      </w:r>
      <w:r>
        <w:rPr>
          <w:lang w:eastAsia="zh-CN"/>
        </w:rPr>
        <w:br/>
      </w:r>
      <w:r>
        <w:rPr>
          <w:lang w:eastAsia="zh-CN"/>
        </w:rPr>
        <w:t>　　3、每天晚上不能超过十一点睡觉，要保证充足的精力上第二天的课，防止出现上课时打磕睡的情况；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总之，不能再浪费一分一秒，特别是在星期天的时间里，要及时总结归纳一周里学的东西，作好笔记。针对自己的专业，多到图书馆看专业书和案例，拓宽自己的知识面和增加看问题的深度。大学生活是很宝贵的，我不愿意平平淡淡地过这几年，我要好好珍惜这难得的读书机会，努力读书，为自己的大学生活增添丰富美丽的色彩。</w:t>
      </w:r>
      <w:r>
        <w:rPr>
          <w:lang w:eastAsia="zh-CN"/>
        </w:rPr>
        <w:br/>
      </w:r>
      <w:r>
        <w:rPr>
          <w:lang w:eastAsia="zh-CN"/>
        </w:rPr>
        <w:t xml:space="preserve">    大一学期总结的范文 篇10 </w:t>
      </w:r>
      <w:r>
        <w:rPr>
          <w:lang w:eastAsia="zh-CN"/>
        </w:rPr>
        <w:br/>
      </w:r>
      <w:r>
        <w:rPr>
          <w:lang w:eastAsia="zh-CN"/>
        </w:rPr>
        <w:t>　　秉承"让一批学生骨干德才兼备，迅速成长起来"的工作目标，我们一直在使学生"健康、快乐、成长"上下功夫，学期中间，新生部又强调学生应在"适应、养成、学涯规划"三个方面，成为辅导员工作重点。现将本学期的工作总结如下：</w:t>
      </w:r>
      <w:r>
        <w:rPr>
          <w:lang w:eastAsia="zh-CN"/>
        </w:rPr>
        <w:br/>
      </w:r>
      <w:r>
        <w:rPr>
          <w:lang w:eastAsia="zh-CN"/>
        </w:rPr>
        <w:t>　　一、主要工作完成情况</w:t>
      </w:r>
      <w:r>
        <w:rPr>
          <w:lang w:eastAsia="zh-CN"/>
        </w:rPr>
        <w:br/>
      </w:r>
      <w:r>
        <w:rPr>
          <w:lang w:eastAsia="zh-CN"/>
        </w:rPr>
        <w:t>　　1、全面素质测评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按照思想道德素质(M1)、专业理论素质(M2)、创新精神与实践能力(M3)、文化素质(M4)和身心素质(M5)五个模块进行全面素质测评是一项十分有意义的工作，学工处修改成文第一次的实施办法在09级试行。我们由团支书牵头按行政班成立测评小组，学生的参与度大大超过20%代表的要求，平均达37.665%，并成立M1、M3、M4、M5这4个专项小组。为使工作省时间、高效、便于操作，我们又细化了一份加分表，共56小项，共测评出特等奖学金获奖者4人，一等17人，二等43人，三等65人，评定奖学金绝非M2的唯一性，我们坚持5个模块的综合因素，确定获奖名单。特别是在一等与二等获奖者，二等与三等获奖者，三等与不得奖之间，在M2相同的情况下，坚持M1高者优先原则。反复比较了3组，5人的M1得分，调整了3人，公示后，没有听到任何异议。</w:t>
      </w:r>
      <w:r>
        <w:rPr>
          <w:lang w:eastAsia="zh-CN"/>
        </w:rPr>
        <w:br/>
      </w:r>
      <w:r>
        <w:rPr>
          <w:lang w:eastAsia="zh-CN"/>
        </w:rPr>
        <w:t>　　2、彰优激差</w:t>
      </w:r>
      <w:r>
        <w:rPr>
          <w:lang w:eastAsia="zh-CN"/>
        </w:rPr>
        <w:br/>
      </w:r>
      <w:r>
        <w:rPr>
          <w:lang w:eastAsia="zh-CN"/>
        </w:rPr>
        <w:t>　　为了激励学生更好的学习，我们又对期中和期末考试的高数和英语成绩运用"彰优激差"激励的评定办法，分"突飞猛进奖、突出进步奖、明显进步奖、见贤思齐奖"四个档次，对283人次进行表彰奖励，较好的配合和推动了新学期的优良学风创建工作。</w:t>
      </w:r>
      <w:r>
        <w:rPr>
          <w:lang w:eastAsia="zh-CN"/>
        </w:rPr>
        <w:br/>
      </w:r>
      <w:r>
        <w:rPr>
          <w:lang w:eastAsia="zh-CN"/>
        </w:rPr>
        <w:t>　　3、狠抓优良学风的创建和到课率</w:t>
      </w:r>
      <w:r>
        <w:rPr>
          <w:lang w:eastAsia="zh-CN"/>
        </w:rPr>
        <w:br/>
      </w:r>
      <w:r>
        <w:rPr>
          <w:lang w:eastAsia="zh-CN"/>
        </w:rPr>
        <w:t>　　开学始伊，由于本学期课程比较重，为促使学生重视，一方面重视到课率，狠抓旷课、迟到、早退的考勤，另一方面督促学生晚上7点钟离开宿舍到自习室，副班长每天上报考勤单，每周汇总，不断及时纠正敢于违纪的学生，先检讨、再警告、最后通牒，较好刹住学风不正的歪风邪气。同时树立四个"五不优良学风宿舍集体"，并经过详细核准，对一学期无任何旷课、迟到、早退171名的学生进行表扬，以便在下学期综合测评中给予加分。</w:t>
      </w:r>
      <w:r>
        <w:rPr>
          <w:lang w:eastAsia="zh-CN"/>
        </w:rPr>
        <w:br/>
      </w:r>
      <w:r>
        <w:rPr>
          <w:lang w:eastAsia="zh-CN"/>
        </w:rPr>
        <w:t>　　4、党建工作</w:t>
      </w:r>
      <w:r>
        <w:rPr>
          <w:lang w:eastAsia="zh-CN"/>
        </w:rPr>
        <w:br/>
      </w:r>
      <w:r>
        <w:rPr>
          <w:lang w:eastAsia="zh-CN"/>
        </w:rPr>
        <w:t>　　发展新党员8人，对18名积极分子进行政审外调，又选送26人参加校第50期高级党校，17人参加软件学院第15期中级党校培训。现有党员、预备党员29名。为尽快转入大二的学习，09级本科党支部期末计划成立。</w:t>
      </w:r>
      <w:r>
        <w:rPr>
          <w:lang w:eastAsia="zh-CN"/>
        </w:rPr>
        <w:br/>
      </w:r>
      <w:r>
        <w:rPr>
          <w:lang w:eastAsia="zh-CN"/>
        </w:rPr>
        <w:t>　　5、培养学生骨干的管理能力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在全面素质测评后，我们对班、团委成员16人进行了调整，期末结合一年来的工作表现、思想政治觉悟、工作能力、负责精神、工作态度、群众基础，在民主测评的基础上，运用民主推荐的方式，结合工作需要，再次对班、团委骨干14人做了工作调整，目的是建立一个让同学放心、满意、信任、有良好群众基础、团结、带领学生成长、并愿意为同学服务的班、团委学生骨干群体。</w:t>
      </w:r>
      <w:r>
        <w:rPr>
          <w:lang w:eastAsia="zh-CN"/>
        </w:rPr>
        <w:br/>
      </w:r>
      <w:r>
        <w:rPr>
          <w:lang w:eastAsia="zh-CN"/>
        </w:rPr>
        <w:t>　　通过测评和推荐，让我们更充满信心，选好学生骨干才能创建"先进班集体"和"优良学风班"，相信广大学生会运用民主的方法，把优秀的学生骨干推选出来。特别是把原则性强、为人公道、人品端正、作风正派的好学生推荐出来。</w:t>
      </w:r>
      <w:r>
        <w:rPr>
          <w:lang w:eastAsia="zh-CN"/>
        </w:rPr>
        <w:br/>
      </w:r>
      <w:r>
        <w:rPr>
          <w:lang w:eastAsia="zh-CN"/>
        </w:rPr>
        <w:t>　　6、文明宿舍的创建</w:t>
      </w:r>
      <w:r>
        <w:rPr>
          <w:lang w:eastAsia="zh-CN"/>
        </w:rPr>
        <w:br/>
      </w:r>
      <w:r>
        <w:rPr>
          <w:lang w:eastAsia="zh-CN"/>
        </w:rPr>
        <w:t>　　超额完成宿舍创建工作达到60%的目标。上学期期末，文明宿舍有19个，占宿舍总数的34.54%；标兵宿舍3个，占总宿舍的5.45%。经过反复抓、教育、调整宿舍长、整顿作风、调动积极性，本学期末，文明宿舍数达40个，占宿舍总数的72.72%，标兵宿舍上升到11个，占宿舍总数的20%。特别是B-608和AI-101宿舍由"后进"变"文明"，一跃成"文明标兵"，目前宿舍凝聚力强，学习风气更浓。</w:t>
      </w:r>
      <w:r>
        <w:rPr>
          <w:lang w:eastAsia="zh-CN"/>
        </w:rPr>
        <w:br/>
      </w:r>
      <w:r>
        <w:rPr>
          <w:lang w:eastAsia="zh-CN"/>
        </w:rPr>
        <w:t>　　7、完成国家助学贷款126人，春季困难补助37人和陕西生源地贷款21人</w:t>
      </w:r>
      <w:r>
        <w:rPr>
          <w:lang w:eastAsia="zh-CN"/>
        </w:rPr>
        <w:br/>
      </w:r>
      <w:r>
        <w:rPr>
          <w:lang w:eastAsia="zh-CN"/>
        </w:rPr>
        <w:t>　　8、6名青年加入中国共产主义青年团</w:t>
      </w:r>
      <w:r>
        <w:rPr>
          <w:lang w:eastAsia="zh-CN"/>
        </w:rPr>
        <w:br/>
      </w:r>
      <w:r>
        <w:rPr>
          <w:lang w:eastAsia="zh-CN"/>
        </w:rPr>
        <w:t>　　9、先进榜样不断涌现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13091102、13091202班被评为"优良学风班"，13091301、13091401班被评为"先进班集体"，13091301、13091401班在校"珍爱生命、关爱父母、奉献社会"的主题班会活动中被评为优秀奖，13091401班在校"我与家庭共成长"的主题班会活动中被评为优秀奖，优秀学生干部13人，先进个人20人，文明宿舍标兵9个，文明宿舍11个，学习标兵宿舍8个，评选"大学生心理健康教育工作积极分子"13人，"五不优良学风宿舍"4个，宿舍最高荣誉"先进宿舍集体"1个。</w:t>
      </w:r>
      <w:r>
        <w:rPr>
          <w:lang w:eastAsia="zh-CN"/>
        </w:rPr>
        <w:br/>
      </w:r>
      <w:r>
        <w:rPr>
          <w:lang w:eastAsia="zh-CN"/>
        </w:rPr>
        <w:t>　　10、积极参加校、院文体活动</w:t>
      </w:r>
      <w:r>
        <w:rPr>
          <w:lang w:eastAsia="zh-CN"/>
        </w:rPr>
        <w:br/>
      </w:r>
      <w:r>
        <w:rPr>
          <w:lang w:eastAsia="zh-CN"/>
        </w:rPr>
        <w:t>　　参加院首届田径运动会和校32届田径运动会暨第3届趣味运动会人员达116人，发挥了主力军作用并获总团体总分第6名，男子团体总分第4名，六人七足比赛第4名，齐心协力比赛第4名，集体跳大绳比赛第5名，五块奖牌。</w:t>
      </w:r>
      <w:r>
        <w:rPr>
          <w:lang w:eastAsia="zh-CN"/>
        </w:rPr>
        <w:br/>
      </w:r>
      <w:r>
        <w:rPr>
          <w:lang w:eastAsia="zh-CN"/>
        </w:rPr>
        <w:t>　　班级举行RBA男生宿舍篮球赛132场，女生羽毛球赛28场。</w:t>
      </w:r>
      <w:r>
        <w:rPr>
          <w:lang w:eastAsia="zh-CN"/>
        </w:rPr>
        <w:br/>
      </w:r>
      <w:r>
        <w:rPr>
          <w:lang w:eastAsia="zh-CN"/>
        </w:rPr>
        <w:t>　　参加软院主办的校书画大赛，有12人获奖。</w:t>
      </w:r>
      <w:r>
        <w:rPr>
          <w:lang w:eastAsia="zh-CN"/>
        </w:rPr>
        <w:br/>
      </w:r>
      <w:r>
        <w:rPr>
          <w:lang w:eastAsia="zh-CN"/>
        </w:rPr>
        <w:t>　　11、结合学生思想开展适时的自我教育</w:t>
      </w:r>
      <w:r>
        <w:rPr>
          <w:lang w:eastAsia="zh-CN"/>
        </w:rPr>
        <w:br/>
      </w:r>
      <w:r>
        <w:rPr>
          <w:lang w:eastAsia="zh-CN"/>
        </w:rPr>
        <w:t>　　1)每周的"五分钟演讲"，已进行7次，每次3至5人，演讲的学生个人准备、试讲、主题自定，内容大多结合学生、学习、生活、人际关系、恋爱问题、学风、纪律、网络游戏与大学生关心的问题展开，对演讲者是锻炼，对学生是一种活泼的教育方式。</w:t>
      </w:r>
      <w:r>
        <w:rPr>
          <w:lang w:eastAsia="zh-CN"/>
        </w:rPr>
        <w:br/>
      </w:r>
      <w:r>
        <w:rPr>
          <w:lang w:eastAsia="zh-CN"/>
        </w:rPr>
        <w:t>　　2)RY188灯塔黑板报已办22期，及时报道宣传班上的先进和积极因素，生动充实的内容使阅报的学生均有受益。</w:t>
      </w:r>
      <w:r>
        <w:rPr>
          <w:lang w:eastAsia="zh-CN"/>
        </w:rPr>
        <w:br/>
      </w:r>
      <w:r>
        <w:rPr>
          <w:lang w:eastAsia="zh-CN"/>
        </w:rPr>
        <w:t>　　12、号召、鼓励、支持学生参加更多的科技活动和竞赛活动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参加陕西省英语竞赛86人，参加省第八次高数竞赛56人，参加校数模竞赛72人，其中13人获得二等奖，参加校内ACM竞赛47人，参加星火杯并获奖4人。</w:t>
      </w:r>
      <w:r>
        <w:rPr>
          <w:lang w:eastAsia="zh-CN"/>
        </w:rPr>
        <w:br/>
      </w:r>
      <w:r>
        <w:rPr>
          <w:lang w:eastAsia="zh-CN"/>
        </w:rPr>
        <w:t>　　13、跟踪、教育、帮助26名奋起直追的学生。</w:t>
      </w:r>
      <w:r>
        <w:rPr>
          <w:lang w:eastAsia="zh-CN"/>
        </w:rPr>
        <w:br/>
      </w:r>
      <w:r>
        <w:rPr>
          <w:lang w:eastAsia="zh-CN"/>
        </w:rPr>
        <w:t>　　开学之初，我们对学分积在60学分以下的18名学生和学分积在62学分以下的8名学生共26人列为关注的重点。分析他们学习吃力、挂科的原因，鼓励、督促、检讨学风不正，使仍沉迷于游戏的学生幡然悔悟，请家长到校，电话与家长沟通，期中考试写条子督促、鼓励。特别是罗庚同学在教育、反复、反复教育后，有明显突出表现，现已远离网游，回到正常的生活、学习状态。</w:t>
      </w:r>
      <w:r>
        <w:rPr>
          <w:lang w:eastAsia="zh-CN"/>
        </w:rPr>
        <w:br/>
      </w:r>
      <w:r>
        <w:rPr>
          <w:lang w:eastAsia="zh-CN"/>
        </w:rPr>
        <w:t>　　二、感悟、体会与反省</w:t>
      </w:r>
      <w:r>
        <w:rPr>
          <w:lang w:eastAsia="zh-CN"/>
        </w:rPr>
        <w:br/>
      </w:r>
      <w:r>
        <w:rPr>
          <w:lang w:eastAsia="zh-CN"/>
        </w:rPr>
        <w:t>　　大部分学生在成长，队伍在分化，学风、纪律起伏较大。特别是期中考试，英语仍有125人不及格，占总人数的28.94%；高数仍有119人不及格，占总人数的27.55%；物理仍有125人不及格，占总人数的28.94%，总人数平均仍有28.47%的学生学习成绩处在危机边缘。</w:t>
      </w:r>
      <w:r>
        <w:rPr>
          <w:lang w:eastAsia="zh-CN"/>
        </w:rPr>
        <w:br/>
      </w:r>
      <w:r>
        <w:rPr>
          <w:lang w:eastAsia="zh-CN"/>
        </w:rPr>
        <w:t>　　上学期经过补考，高数仍有7人挂科，英语3人挂科，计算机导论2有2人挂科，这是为什么?我们该怎么办?</w:t>
      </w:r>
      <w:r>
        <w:rPr>
          <w:lang w:eastAsia="zh-CN"/>
        </w:rPr>
        <w:br/>
      </w:r>
      <w:r>
        <w:rPr>
          <w:lang w:eastAsia="zh-CN"/>
        </w:rPr>
        <w:t>　　反省：</w:t>
      </w:r>
      <w:r>
        <w:rPr>
          <w:lang w:eastAsia="zh-CN"/>
        </w:rPr>
        <w:br/>
      </w:r>
      <w:r>
        <w:rPr>
          <w:lang w:eastAsia="zh-CN"/>
        </w:rPr>
        <w:t>　　1)学风、纪律有起伏，有反复，还是我们到课检查不够，特别是有些课后作业都不交方面，我们督促、检查措施不得力；</w:t>
      </w:r>
      <w:r>
        <w:rPr>
          <w:lang w:eastAsia="zh-CN"/>
        </w:rPr>
        <w:br/>
      </w:r>
      <w:r>
        <w:rPr>
          <w:lang w:eastAsia="zh-CN"/>
        </w:rPr>
        <w:t>　　2)日常工作量大，与授课老师见面时间短，影响到我们与授课老师沟通过少；</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3)上学期高数没学好，这学期想学习，但因欠账太多，一时难补上，这少部分大有"悔恨自己"的感觉；</w:t>
      </w:r>
      <w:r>
        <w:rPr>
          <w:lang w:eastAsia="zh-CN"/>
        </w:rPr>
        <w:br/>
      </w:r>
      <w:r>
        <w:rPr>
          <w:lang w:eastAsia="zh-CN"/>
        </w:rPr>
        <w:t>　　4)我们在快乐学习，蓬勃向上方面还缺少办法；</w:t>
      </w:r>
      <w:r>
        <w:rPr>
          <w:lang w:eastAsia="zh-CN"/>
        </w:rPr>
        <w:br/>
      </w:r>
      <w:r>
        <w:rPr>
          <w:lang w:eastAsia="zh-CN"/>
        </w:rPr>
        <w:t>　　5)班、团委学生骨干在大胆管理方面不足，与我们放手不够，侧重稳健有关。</w:t>
      </w:r>
      <w:r>
        <w:rPr>
          <w:lang w:eastAsia="zh-CN"/>
        </w:rPr>
        <w:br/>
      </w:r>
      <w:r>
        <w:rPr>
          <w:lang w:eastAsia="zh-CN"/>
        </w:rPr>
        <w:t>　　三、大二上学期的工作突破重点和主要工作</w:t>
      </w:r>
      <w:r>
        <w:rPr>
          <w:lang w:eastAsia="zh-CN"/>
        </w:rPr>
        <w:br/>
      </w:r>
      <w:r>
        <w:rPr>
          <w:lang w:eastAsia="zh-CN"/>
        </w:rPr>
        <w:t>　　面对大二不能集体点名，我们已商定一分为二，周日分两个班点名，为此在管理方面做如下调整。对09级总的管理为：大统一和行政管理分别负责的原则。</w:t>
      </w:r>
      <w:r>
        <w:rPr>
          <w:lang w:eastAsia="zh-CN"/>
        </w:rPr>
        <w:br/>
      </w:r>
      <w:r>
        <w:rPr>
          <w:lang w:eastAsia="zh-CN"/>
        </w:rPr>
        <w:t>　　大统一：党支部、党建、评奖、评优、评助学金、文体活动、竞赛活动等等。</w:t>
      </w:r>
      <w:r>
        <w:rPr>
          <w:lang w:eastAsia="zh-CN"/>
        </w:rPr>
        <w:br/>
      </w:r>
      <w:r>
        <w:rPr>
          <w:lang w:eastAsia="zh-CN"/>
        </w:rPr>
        <w:t>　　行政管理分别负责：点名、思想教育、政教引导、倾向性问题提醒和纠正、"文明宿舍"创建、"五不优良学风"创建、考勤、请假、安全教育、心理健康等等。</w:t>
      </w:r>
      <w:r>
        <w:rPr>
          <w:lang w:eastAsia="zh-CN"/>
        </w:rPr>
        <w:br/>
      </w:r>
      <w:r>
        <w:rPr>
          <w:lang w:eastAsia="zh-CN"/>
        </w:rPr>
        <w:t>　　张国栋负责一、三教学班管理，梁双杰负责二、四教学班管理。</w:t>
      </w:r>
      <w:r>
        <w:rPr>
          <w:lang w:eastAsia="zh-CN"/>
        </w:rPr>
        <w:br/>
      </w:r>
      <w:r>
        <w:rPr>
          <w:lang w:eastAsia="zh-CN"/>
        </w:rPr>
        <w:t>　　总之，大统一，行政管理小分责。分工不绝对分家，资源共享、信息共用、倾向性问题共抓、精诚合作、互补互助、协商通气、团结奋进。</w:t>
      </w:r>
      <w:r>
        <w:rPr>
          <w:lang w:eastAsia="zh-CN"/>
        </w:rPr>
        <w:br/>
      </w:r>
      <w:r>
        <w:rPr>
          <w:lang w:eastAsia="zh-CN"/>
        </w:rPr>
        <w:t>　　张国栋侧重全面、行政管理、协调。</w:t>
      </w:r>
      <w:r>
        <w:rPr>
          <w:lang w:eastAsia="zh-CN"/>
        </w:rPr>
        <w:br/>
      </w:r>
      <w:r>
        <w:rPr>
          <w:lang w:eastAsia="zh-CN"/>
        </w:rPr>
        <w:t>　　梁双杰侧重学习、教学、科技竞赛方面的管理、协调。</w:t>
      </w:r>
      <w:r>
        <w:rPr>
          <w:lang w:eastAsia="zh-CN"/>
        </w:rPr>
        <w:br/>
      </w:r>
      <w:r>
        <w:rPr>
          <w:lang w:eastAsia="zh-CN"/>
        </w:rPr>
        <w:t>　　大二上学期具体工作任务：</w:t>
      </w:r>
      <w:r>
        <w:rPr>
          <w:lang w:eastAsia="zh-CN"/>
        </w:rPr>
        <w:br/>
      </w:r>
      <w:r>
        <w:rPr>
          <w:lang w:eastAsia="zh-CN"/>
        </w:rPr>
        <w:t>　　1、组织好迎接20NN级新生入校的服务工作；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2、为迎接新生晚会准备节目；</w:t>
      </w:r>
      <w:r>
        <w:rPr>
          <w:lang w:eastAsia="zh-CN"/>
        </w:rPr>
        <w:br/>
      </w:r>
      <w:r>
        <w:rPr>
          <w:lang w:eastAsia="zh-CN"/>
        </w:rPr>
        <w:t>　　3、建设一个富有战斗力的党支部，每个教学班为一个党小组，每月一次党支部大会，每月两次党支部扩大会，做好入党积极分子的培养教育，做好第二批党员的发展工作。重点培养学生"我以西电为荣、我以软院为荣、我为09级争光"的精神；</w:t>
      </w:r>
      <w:r>
        <w:rPr>
          <w:lang w:eastAsia="zh-CN"/>
        </w:rPr>
        <w:br/>
      </w:r>
      <w:r>
        <w:rPr>
          <w:lang w:eastAsia="zh-CN"/>
        </w:rPr>
        <w:t>　　4、支持、协调班、团委学生干部自立开展对学生"自我管理、自我教育、自我服务"工作，让他们敢于在建立优良学风和"创优争先"中发挥重要作用。做辅导员的得力助手和成为联系学生的桥梁和纽带，每周一次的班、团委自主活动的班会；</w:t>
      </w:r>
      <w:r>
        <w:rPr>
          <w:lang w:eastAsia="zh-CN"/>
        </w:rPr>
        <w:br/>
      </w:r>
      <w:r>
        <w:rPr>
          <w:lang w:eastAsia="zh-CN"/>
        </w:rPr>
        <w:t>　　5、做好新一轮的全面素质测评和奖学金评定，结合大一上与大一下的学分积，进一步尝试"彰优激差"奖励机制；</w:t>
      </w:r>
      <w:r>
        <w:rPr>
          <w:lang w:eastAsia="zh-CN"/>
        </w:rPr>
        <w:br/>
      </w:r>
      <w:r>
        <w:rPr>
          <w:lang w:eastAsia="zh-CN"/>
        </w:rPr>
        <w:t>　　6、严格考勤制度，抓好到课率，消灭不交作业现象，改变大二作风散漫、纪律松弛的痼疾；</w:t>
      </w:r>
      <w:r>
        <w:rPr>
          <w:lang w:eastAsia="zh-CN"/>
        </w:rPr>
        <w:br/>
      </w:r>
      <w:r>
        <w:rPr>
          <w:lang w:eastAsia="zh-CN"/>
        </w:rPr>
        <w:t>　　7、继续抓"文明宿舍"创建工作，使90%以上的宿舍享受"干净、整洁、和谐、奋进"带给学生心理上的.愉悦和良好的团队合作氛围。让"文明宿舍"起伏不定的现象得到扼制，优良作风和始终如一养成习惯，经得起每日随时的抽查，克服突击、应付检查的思想，变侥幸为踏实的心理。要像B-615，AII-324宿舍那样，始终如一、持之以恒、贵在自觉、成在团结，让文明红旗永远高高飘起的宿舍越多越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8、以"五不优良学风"为重点，开展新的一轮宿舍的竞赛活动，让宿舍团队精神更加发扬广大，团结互助、你追我赶、我要学习的风气更浓；</w:t>
      </w:r>
      <w:r>
        <w:rPr>
          <w:lang w:eastAsia="zh-CN"/>
        </w:rPr>
        <w:br/>
      </w:r>
      <w:r>
        <w:rPr>
          <w:lang w:eastAsia="zh-CN"/>
        </w:rPr>
        <w:t>　　9、号召班级与班级，宿舍与宿舍的挑战竞赛活动，让积极分子在集体中成长，让骨干在组织活动中得到锻炼，配合政治思想教育，让大多数同学在"三观"方面成熟起来；</w:t>
      </w:r>
      <w:r>
        <w:rPr>
          <w:lang w:eastAsia="zh-CN"/>
        </w:rPr>
        <w:br/>
      </w:r>
      <w:r>
        <w:rPr>
          <w:lang w:eastAsia="zh-CN"/>
        </w:rPr>
        <w:t>　　10、组织同学参加冬季越野跑活动、元旦越野赛、女生3000米、男生5000米比赛；国庆节节后，组织以多个宿舍编制的穿梭接力赛；完成RBA男生篮球赛8强赛、女生羽毛球比赛；组织以行政班为代表队的男生足球淘汰赛；男、女中国象棋淘汰赛；精心组织一场迎新年联欢晚会；</w:t>
      </w:r>
      <w:r>
        <w:rPr>
          <w:lang w:eastAsia="zh-CN"/>
        </w:rPr>
        <w:br/>
      </w:r>
      <w:r>
        <w:rPr>
          <w:lang w:eastAsia="zh-CN"/>
        </w:rPr>
        <w:t>　　11、组织好第一次"四级英语"考试工作；号召学生积极参加软件学院的各种科技竞赛活动；</w:t>
      </w:r>
      <w:r>
        <w:rPr>
          <w:lang w:eastAsia="zh-CN"/>
        </w:rPr>
        <w:br/>
      </w:r>
      <w:r>
        <w:rPr>
          <w:lang w:eastAsia="zh-CN"/>
        </w:rPr>
        <w:t>　　12、搞好新一轮的贫困生助学金工作，催缴学费，力争零欠费；</w:t>
      </w:r>
      <w:r>
        <w:rPr>
          <w:lang w:eastAsia="zh-CN"/>
        </w:rPr>
        <w:br/>
      </w:r>
      <w:r>
        <w:rPr>
          <w:lang w:eastAsia="zh-CN"/>
        </w:rPr>
        <w:t>　　13、组织好挂科学生的补考工作，再针对奋起直追的同学建立帮教学习档案；</w:t>
      </w:r>
      <w:r>
        <w:rPr>
          <w:lang w:eastAsia="zh-CN"/>
        </w:rPr>
        <w:br/>
      </w:r>
      <w:r>
        <w:rPr>
          <w:lang w:eastAsia="zh-CN"/>
        </w:rPr>
        <w:t>　　14、进一步修正学涯规划，让优秀学生有更多的机会参加科技实践活动，更上一层楼。使学习困难的同学坚定信心，尽量多的摆脱学习上的困境，卓有成效的补差，尽快赶上学习的进度，争取变被动为主动；</w:t>
      </w:r>
      <w:r>
        <w:rPr>
          <w:lang w:eastAsia="zh-CN"/>
        </w:rPr>
        <w:br/>
      </w:r>
      <w:r>
        <w:rPr>
          <w:lang w:eastAsia="zh-CN"/>
        </w:rPr>
        <w:t>　　15、继续开展有针对性的"五分钟演讲"及形式多样的知识讲座活动，重视分类引导，更重视侧重个别沟通交流，弘扬正气，刹住邪气，让09级在快乐中成长，特别要关注心理异常现象的学生；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16、办好RY188灯塔黑板报，充分与学生进行沟通交流的主动性；</w:t>
      </w:r>
      <w:r>
        <w:rPr>
          <w:lang w:eastAsia="zh-CN"/>
        </w:rPr>
        <w:br/>
      </w:r>
      <w:r>
        <w:rPr>
          <w:lang w:eastAsia="zh-CN"/>
        </w:rPr>
        <w:t>　　17、加强对电脑的使用和管理，对学分积在65分以下的学生签订电脑使用保证书，让电脑成为学生查阅资料、获取知识、在线学习、增长技能、远离污染、健康成长的好帮手；</w:t>
      </w:r>
      <w:r>
        <w:rPr>
          <w:lang w:eastAsia="zh-CN"/>
        </w:rPr>
        <w:br/>
      </w:r>
      <w:r>
        <w:rPr>
          <w:lang w:eastAsia="zh-CN"/>
        </w:rPr>
        <w:t>　　18、加强对少数民族、边疆地区、贫困地区学生成长的特别关注。</w:t>
      </w:r>
      <w:r>
        <w:rPr>
          <w:lang w:eastAsia="zh-CN"/>
        </w:rPr>
        <w:br/>
      </w:r>
      <w:r>
        <w:rPr>
          <w:lang w:eastAsia="zh-CN"/>
        </w:rPr>
        <w:t>　　我们深知大二是学生成长关键的一个学年，也是学生管理极为难管的一年，也是学生成长过程中各种因素、是非观念、得失原则相伴交织的一年。我们尚且没有良方秘诀，只有勤恳工作，方可不致工作被动。</w:t>
      </w:r>
      <w:r>
        <w:rPr>
          <w:lang w:eastAsia="zh-CN"/>
        </w:rPr>
        <w:br/>
      </w:r>
      <w:r>
        <w:rPr>
          <w:lang w:eastAsia="zh-CN"/>
        </w:rPr>
        <w:t>　　恳请各位领导，多多给予及时的指教。</w:t>
      </w:r>
      <w:r>
        <w:rPr>
          <w:lang w:eastAsia="zh-CN"/>
        </w:rPr>
        <w:br/>
      </w:r>
      <w:r>
        <w:rPr>
          <w:lang w:eastAsia="zh-CN"/>
        </w:rPr>
        <w:t xml:space="preserve">    大一学期总结的范文 篇11 </w:t>
      </w:r>
      <w:r>
        <w:rPr>
          <w:lang w:eastAsia="zh-CN"/>
        </w:rPr>
        <w:br/>
      </w:r>
      <w:r>
        <w:rPr>
          <w:lang w:eastAsia="zh-CN"/>
        </w:rPr>
        <w:t>　　时间过得很快，一转眼大一的第一个学期就过完了，时光飞逝，很快大家在一起已经过去了一个学期，大家一起欢笑过，一起努力过，一起奋斗过，一起追求自己的梦想，青春带给我们的是收获的喜悦。</w:t>
      </w:r>
      <w:r>
        <w:rPr>
          <w:lang w:eastAsia="zh-CN"/>
        </w:rPr>
        <w:br/>
      </w:r>
      <w:r>
        <w:rPr>
          <w:lang w:eastAsia="zh-CN"/>
        </w:rPr>
        <w:t>　　旧的一年已经过去，我们回顾以往，我们惊喜不已。大家不会忘记初来时的尴尬，大家不会忘记国庆节的笑脸，大家也不会忘记快乐的圣诞节，大家更不会忘记我们彼此间融入的情谊。</w:t>
      </w:r>
      <w:r>
        <w:rPr>
          <w:lang w:eastAsia="zh-CN"/>
        </w:rPr>
        <w:br/>
      </w:r>
      <w:r>
        <w:rPr>
          <w:lang w:eastAsia="zh-CN"/>
        </w:rPr>
        <w:t>　　回顾一下过去，刚来到顺德职业技术学院报到的那一天还历历在目，怪不得人们常说日月如梭！接下来我总结一下这个学期在大学里的学习、生活、思想、活动这四个方面。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学习方面，我认识到高中的学习和大学学习的不同之处。生活方面，我和同学们友好相处，和睦共处，互帮互爱，自己的事情自己做，形成独立自理自立的良好品德。思想方面，学校每个星期都有着不同主题的讲座，这也让我学到很多的来自各个方面的文化熏陶，提高了自己修养。活动方面，我是个比较安静的人，到大学社团活动，班级活动，学生会活动会经常的举行一方面可以锻炼自己，另一方面还可以展示自己的特长和才华，在这个方面我就做得一般了，学校的活动基本比较少参加了。</w:t>
      </w:r>
      <w:r>
        <w:rPr>
          <w:lang w:eastAsia="zh-CN"/>
        </w:rPr>
        <w:br/>
      </w:r>
      <w:r>
        <w:rPr>
          <w:lang w:eastAsia="zh-CN"/>
        </w:rPr>
        <w:t>　　1、学习方面。刚进大学之前我就告诉我自己“大学里每个人都是我的老师，每个地方都是我学习的课堂，大学不仅是学习的地方，还是提高自己的素质和锻炼自己能力的地方，无论怎么样我都要把握好自己的方向盘。”本学期本人的学习情况一般，这个学期的学习课程较少，最重要的英语和专业在不同的方面进步较明显，一方面是克服了被动学习的态度，另一方面老师的教学方法让我学习起来轻松。大学上课的时间很少，大部分时间都是自己支配的，所以一有空就会去图书馆看书。这样的习惯持续了一个月，感觉自己还是学到挺多东西的。然而，在一些课程方面就一般了，或许放在它身上的时间还不够我去图书馆的时间多，不过也让我学到了很多。不管是哪一门课程都能给我们或多或少的收获。大学学习只是和锻炼能力都是最重要和关键的时期。总的来说这个学期的学习情况都达到了自己的要求。</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2、生活方面。大学是个集体生活的方式，宿舍是一个大集体，12个人生活在同一个空间里面，但是各自的生活习性都不相，这就需要大家互相理解和迁就，只有这样才能和好相处，为我们的学习创造一个良好的学习和休息环境。我初中就已经到外面读书，因此很早就过着一种集体生活，所以我比较会理解别人，当然，我们宿舍的融洽和谐关系还很大归属于我们每一个宿友。大学的生活的确过得很有意义，我们一起的努力追求自己的梦想，一起为彼此加油。我的大学生活过得很精彩，大一的生活点点滴滴是值得我去收藏的。</w:t>
      </w:r>
      <w:r>
        <w:rPr>
          <w:lang w:eastAsia="zh-CN"/>
        </w:rPr>
        <w:br/>
      </w:r>
      <w:r>
        <w:rPr>
          <w:lang w:eastAsia="zh-CN"/>
        </w:rPr>
        <w:t>　　3、思想方面。都说人越长大思想越复杂，终于体会到这句话的意思了，大学就像个小小的社会，在这个小型的社会里，我们会学到领悟到以及感受到许多社会的变化。学校的各种活动也在陶冶着我们的情操。</w:t>
      </w:r>
      <w:r>
        <w:rPr>
          <w:lang w:eastAsia="zh-CN"/>
        </w:rPr>
        <w:br/>
      </w:r>
      <w:r>
        <w:rPr>
          <w:lang w:eastAsia="zh-CN"/>
        </w:rPr>
        <w:t>　　一个学期就像一场电影很快就播放完了，而内容却是丰富多彩的，一个学期的学习和生活很快就要画上一个句号了，整理好这一个学期总结，一点一滴都脑海中不断的浮现，而这也将成为最美丽的回忆。</w:t>
      </w:r>
      <w:r>
        <w:rPr>
          <w:lang w:eastAsia="zh-CN"/>
        </w:rPr>
        <w:br/>
      </w:r>
      <w:r>
        <w:rPr>
          <w:lang w:eastAsia="zh-CN"/>
        </w:rPr>
        <w:t xml:space="preserve">    大一学期总结的范文 篇12 </w:t>
      </w:r>
      <w:r>
        <w:rPr>
          <w:lang w:eastAsia="zh-CN"/>
        </w:rPr>
        <w:br/>
      </w:r>
      <w:r>
        <w:rPr>
          <w:lang w:eastAsia="zh-CN"/>
        </w:rPr>
        <w:t>　　去年九月，当我第一次带着高考烙印踏入大学时候，我就在想：“大学生活到底是什么样呢？”</w:t>
      </w:r>
      <w:r>
        <w:rPr>
          <w:lang w:eastAsia="zh-CN"/>
        </w:rPr>
        <w:br/>
      </w:r>
      <w:r>
        <w:rPr>
          <w:lang w:eastAsia="zh-CN"/>
        </w:rPr>
        <w:t>　　最初两周充满了迷茫感。各种各样社团让我眼花缭乱，每一个都想参加，但听过学姐学长劝告又犹疑不决。自主选课让我不知所措，不明白怎样选，只好随大流。每一天突然多出那么多空闲时光让我无所适从，看到周围同学每一天睡懒觉，我也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就这样大学生活开始了。然后突然有一天我发现了自我差距，同班同学都对老师课堂提问对答如流，而我却连老师上课说什么都听不懂！于是开始反省，差距很大。她们能够睡懒觉，你不能；她们能够每一天趴在宿舍上网，你不能；她们能够随便翘课，你不能。</w:t>
      </w:r>
      <w:r>
        <w:rPr>
          <w:lang w:eastAsia="zh-CN"/>
        </w:rPr>
        <w:br/>
      </w:r>
      <w:r>
        <w:rPr>
          <w:lang w:eastAsia="zh-CN"/>
        </w:rPr>
        <w:t>　　于是我大学生活发生了转折。每一天早上六点半起床跑到湖边柳树下晨读，然后去图书馆练习听力，每节课前要预习，作业及时完成。之后渐渐这些都成了习惯，调侃称湖边柳树为“我树”。练习听力很是让人头疼，但不能不练。就这样坚持了下去，虽然最后成绩不好，但听懂老师讲课已经不是问题。有时候跟同学聊天说到很忙，大家都说我太。我不明白，也许是习惯，从小就不允许自我落后。正因为平时努力，考试时候也便多了一份从容。</w:t>
      </w:r>
      <w:r>
        <w:rPr>
          <w:lang w:eastAsia="zh-CN"/>
        </w:rPr>
        <w:br/>
      </w:r>
      <w:r>
        <w:rPr>
          <w:lang w:eastAsia="zh-CN"/>
        </w:rPr>
        <w:t>　　还是有许多空余时光，于是我开始研究很多感兴趣东西。看书很杂，考古，历史，文学，侦探，天文，旅游，哲学，医学，各个领域书基本上都看过。图书馆真是一个宝藏，满足了我各种各样好奇心。同学我还自学了一些实用东西，诸如PHOTOSHOP，Flash等各种多媒体软件，我学会了自我制作视频短片，这是无比新鲜体验。偌大图书馆给我高中时一向忙于考试学习头脑注入了新鲜血液，我觉得自我眼界忽然变得开阔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除了看书学习，社团活动也成为了生活一部分。出于对中国传统文化兴趣，参加了龙印社，结识了一群多才多艺朋友，他们国画书法造诣让人钦佩，我深深感受到了“天外有天，人外有人”。每一次大家一齐讨论活动都像是一群志同道合朋友在畅谈未来，每一次看到活动办有声有色心里就会升起一股强烈成就感。怀着对表演好奇，又加入了舞台剧社，由于会做海报而成为了宣传部长，社里朋友来自不一样学院，出于对表演兴趣而聚在一齐。每次一齐排练时候都是七嘴八舌热闹非凡。在那里我学会了合作，认识了更多朋友。除此之外，还参加了军事爱好者协会，平行界科幻者协会以及茶艺社。缤纷多彩社团活动让我接触到了各个领域，锻炼了与人交往及团队合作潜力，结识了一批来自不一样学院朋友，极大开拓了我眼界。</w:t>
      </w:r>
      <w:r>
        <w:rPr>
          <w:lang w:eastAsia="zh-CN"/>
        </w:rPr>
        <w:br/>
      </w:r>
      <w:r>
        <w:rPr>
          <w:lang w:eastAsia="zh-CN"/>
        </w:rPr>
        <w:t>　　志愿者活动也充满了乐趣。对毛爷爷热爱把我带到了毛泽东故居，在领略伟人风采同时，我也深深感受到了志愿者职责，在其位谋其政，不在其位也要当仁不让。去上海图书馆经历很是难忘，在那里，我近距离接触了大师，领略了大师风采。并当了一次粉丝，跟大师合了一张影。也就是在那里，我告诉自我不能甘于做个平平凡凡人，要成为大师那样优秀人才。在上海科技馆志愿者一天，想象力一向理解着挑战，闻所未闻东西扑面而来，想都想不到发明就那样摆在眼前，让人突然觉得其实未来道路多得是。</w:t>
      </w:r>
      <w:r>
        <w:rPr>
          <w:lang w:eastAsia="zh-CN"/>
        </w:rPr>
        <w:br/>
      </w:r>
      <w:r>
        <w:rPr>
          <w:lang w:eastAsia="zh-CN"/>
        </w:rPr>
        <w:t>　　如果要说这一年最大感触是什么，两个字——成长。见前所未见，闻前所未闻，做前所未作，想前所谓想。</w:t>
      </w:r>
      <w:r>
        <w:rPr>
          <w:lang w:eastAsia="zh-CN"/>
        </w:rPr>
        <w:br/>
      </w:r>
      <w:r>
        <w:rPr>
          <w:lang w:eastAsia="zh-CN"/>
        </w:rPr>
        <w:t xml:space="preserve">    大一学期总结的范文 篇13 </w:t>
      </w:r>
      <w:r>
        <w:rPr>
          <w:lang w:eastAsia="zh-CN"/>
        </w:rPr>
        <w:br/>
      </w:r>
      <w:r>
        <w:rPr>
          <w:lang w:eastAsia="zh-CN"/>
        </w:rPr>
        <w:t>　　从高中到大学，就是从成熟走向另一个幼稚。大一，是幼稚的开始，我的人生也从这里再次起程。回想大一，它就像一层迷雾，让我来一点点的拨开，发现其中不一样的世界，其中不一样的奥秘。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我一直感觉自己努力的不够，回头问问自己是否尽了全力，答案是否定的。为什么不能尽全力，我不想找借口，但没有尽全力的结果是比别人越差越远。到了大学，老师不会再去管你，学习上都得靠自己，而惰性，却会始终伴随着你，只要你一松懈，就会落下。“学如逆水行舟，进少则退”，这个放在这正合适。高中时，总是班里的佼佼者，可是到了大学，才发现人外有人，周围不免何种强人，压力真的很大。而我又是一个天性比较爱玩的人，所以在不经意间才发现自己已经被周围人甩开好远。因此要在今后弥补自己的不足，就要从改善自己的内在素质着手，调整好心态，让身心合一，用属于自己的东西来熏陶自己，以使自己不再迷失而能不断的努力，从而超越界限。心里上的调节是很笼统的，但却是最实在的，没有这些，一切订立的计划和下定的决心都是无用的。反思才能不断改善内心，而内心平静和理智才是持续成功的保证。</w:t>
      </w:r>
      <w:r>
        <w:rPr>
          <w:lang w:eastAsia="zh-CN"/>
        </w:rPr>
        <w:br/>
      </w:r>
      <w:r>
        <w:rPr>
          <w:lang w:eastAsia="zh-CN"/>
        </w:rPr>
        <w:t>　　都说经历过高考会使人成熟许多，刚进大学时觉的自己已经成人了，但到现在发现自己真的是太幼稚了，而且这个幼稚期才刚刚开始，也许这是一个新的起点，真正成人的起点。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我发现大学生实际是生活在父母和社会所形成的襁褓里。没有生存的压力，没有家庭的烦恼，一切都是以自我为中心的。吃穿住用都靠着父母的钱，自己所做的不过是完成那一点课堂的任务，难到就凭自己的这点付出真的有资格每天这样无忧无虑的生活吗？甚至有人不愿付出就享受着父母给带来的一切。不是说不行，但仔细想起来，我们跟上幼儿园有什么两样？在大学里，我的确可以无忧无虑的做这一切，但当我一旦毕业了，我又会做什么？学校里老师还会耐心的讲理，但到了社会就是玩真的了。没有人在乎我的自尊，没有人同情我的处境，我有多大的能力在一毕业就能养活自己，我有多大的能力在结婚前能有一个自己的房子，我有多大的能力能让父母真的不用再担心。每年毕业的大学生千千万，我怎么就敢保证比他们过的好？如果我付出的不比别人多，我凭什么比别人过的好！就凭在大学里天真的幻想？大学毕业后还有多少人能坚持自己最初的梦想？能坚持的人都成功了，没成功的都放弃了。因此大学是个社会的摇篮，如果不能看到摇篮外面的世界，就永远会活在摇篮的梦境中，当你醒来时，发现已经没有安身之地了。</w:t>
      </w:r>
      <w:r>
        <w:rPr>
          <w:lang w:eastAsia="zh-CN"/>
        </w:rPr>
        <w:br/>
      </w:r>
      <w:r>
        <w:rPr>
          <w:lang w:eastAsia="zh-CN"/>
        </w:rPr>
        <w:t>　　别再把自己当成熟了，我们很幼稚，而且会一直幼稚下去。生命不会从新来过，如果我现在不为了将来的成功而努力，那当我失去了这份年华，我就只能为了生存而挣扎。所以我必须努力，而且是全力以赴！</w:t>
      </w:r>
      <w:r>
        <w:rPr>
          <w:lang w:eastAsia="zh-CN"/>
        </w:rPr>
        <w:br/>
      </w:r>
      <w:r>
        <w:rPr>
          <w:lang w:eastAsia="zh-CN"/>
        </w:rPr>
        <w:t xml:space="preserve">    大一学期总结的范文 篇14 </w:t>
      </w:r>
      <w:r>
        <w:rPr>
          <w:lang w:eastAsia="zh-CN"/>
        </w:rPr>
        <w:br/>
      </w:r>
    </w:p>
    <w:p w:rsidR="001B1F19" w14:textId="27C3F48A">
      <w:pPr>
        <w:rPr>
          <w:rFonts w:hint="eastAsia"/>
          <w:lang w:eastAsia="zh-CN"/>
        </w:rPr>
      </w:pPr>
      <w:r>
        <w:rPr>
          <w:lang w:eastAsia="zh-CN"/>
        </w:rPr>
        <w:t>　　关于时间，我只能说来无影，去无踪，转眼间，一年的大学生活就结束啦。回想这一年的在校生活，平淡而又充满乐趣，无奈且略带失望。从踏入大学校园的那一刻，大学和高中有明显的不同，心中充满了好奇新鲜感，但在这一年中，却也不乏茫然和陌生。回顾整整一年的经历，无论是在学习还是日常生活乃至人际关系上，既有成功也有失败，而这些也让我逐渐成长起来-----学会独立思考，学会独立处理人际关系，学会选择，学会享受成功的喜悦，也懂得承担失败的痛苦，渐渐变的成熟。</w:t>
      </w:r>
      <w:r>
        <w:rPr>
          <w:lang w:eastAsia="zh-CN"/>
        </w:rPr>
        <w:br/>
      </w:r>
      <w:r>
        <w:rPr>
          <w:lang w:eastAsia="zh-CN"/>
        </w:rPr>
        <w:t>　　从刚入学时对学习生活的完全不适应，到向高年级的学长学姐们探寻经验；从学习工作相互冲突，被两者弄得焦头烂额，到能很好的协调两者关系，较好地做到学习和工作两不误；从遇事简单的断定是非，到多方面深入地看问题，不再轻易下结论；从……这些改变，我经历了大学生活的第一年。现在回头想想自己大一时的成长日记，不仅为那个茫然、焦虑、不知所措的自己感到可笑，也为那个心高气傲充满豪情的自己而感到依恋。</w:t>
      </w:r>
      <w:r>
        <w:rPr>
          <w:lang w:eastAsia="zh-CN"/>
        </w:rPr>
        <w:br/>
      </w:r>
      <w:r>
        <w:rPr>
          <w:lang w:eastAsia="zh-CN"/>
        </w:rPr>
        <w:t>　　学习上，由于对上课时间和安排上的不适应，结果经常把自己弄得要花一些时间来和疲惫和困倦作斗争，学习效率也很低下。经过一段时间的适应后，就基本上可以习惯了学校的学习时间制度。但我想得却很简单了，以为只要上课认真听讲，下课后学好课本里的知识就能取得好成绩，万无一失了。可第一学期下来自己的成绩却并不理想，这才真正认识到班主任多次劝告我们的话：大学的知识，从任课老师和几本基础的教科书上获得的是少之又少的，老师教的更多的是一种学习的方法，而大量知识的积累却需要你们去通过泡图书馆而获得。</w:t>
      </w:r>
      <w:r>
        <w:rPr>
          <w:lang w:eastAsia="zh-CN"/>
        </w:rPr>
        <w:br/>
      </w:r>
      <w:r>
        <w:rPr>
          <w:lang w:eastAsia="zh-CN"/>
        </w:rPr>
        <w:t>　　真的，说到图书馆，我真的是没有充分利用好自己的课余时间和图书馆的大量图书资源。平时，做了班干本来就很忙，而我又没有合理安排自己的课余时间，造成知识面狭窄，看问题都很片面，不能养成良好的思考和学习习惯。这不能不说是大一上学期的巨大损失之一。</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https://d.book118.com/318025016036006042</w:t>
        </w:r>
      </w:hyperlink>
    </w:p>
    <w:p w:rsidR="001B1F19">
      <w:pPr>
        <w:rPr>
          <w:rFonts w:hint="eastAsia"/>
          <w:lang w:eastAsia="zh-CN"/>
        </w:rPr>
      </w:pPr>
    </w:p>
    <w:sectPr>
      <w:type w:val="nextPage"/>
      <w:pgSz w:w="11906" w:h="16838"/>
      <w:pgMar w:top="1440" w:right="1800" w:bottom="1440" w:left="1800" w:header="851" w:footer="992" w:gutter="0"/>
      <w:pgNumType w:start="3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18025016036006042"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47</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