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给幼儿园老师的感谢信</w:t>
      </w:r>
    </w:p>
    <w:p>
      <w:pPr>
        <w:spacing w:before="100" w:after="200" w:line="360" w:lineRule="auto"/>
        <w:jc w:val="left"/>
      </w:pPr>
      <w:r>
        <w:rPr>
          <w:rFonts w:ascii="宋体 (中文正文)" w:eastAsia="宋体" w:hAnsi="宋体 (中文正文)"/>
          <w:sz w:val="28"/>
        </w:rPr>
        <w:t>尊敬的幼儿园老师：</w:t>
      </w:r>
    </w:p>
    <w:p>
      <w:pPr>
        <w:spacing w:before="100" w:after="200" w:line="360" w:lineRule="auto"/>
        <w:ind w:firstLine="576"/>
        <w:jc w:val="left"/>
      </w:pPr>
      <w:r>
        <w:rPr>
          <w:rFonts w:ascii="宋体" w:eastAsia="宋体" w:hAnsi="宋体"/>
          <w:sz w:val="28"/>
        </w:rPr>
        <w:t>你们好！我是（您孩子的名字）的妈妈，我的孩子现在已经岁了，我的宝宝（进入幼儿园的时间）入园，至今已经有1年了。在这1年里，因为园里老师无微不至的照顾，我的孩子已经适应了幼儿园的生活，孩子的智力成长以及生活自理能力有了很大的进步，这让我感到十分高兴，在此我非常感谢园长已经各位老师对我的孩子的深切关心和辛勤的教育！</w:t>
      </w:r>
    </w:p>
    <w:p>
      <w:pPr>
        <w:spacing w:before="100" w:after="200" w:line="360" w:lineRule="auto"/>
        <w:ind w:firstLine="576"/>
        <w:jc w:val="left"/>
      </w:pPr>
      <w:r>
        <w:rPr>
          <w:rFonts w:ascii="宋体" w:eastAsia="宋体" w:hAnsi="宋体"/>
          <w:sz w:val="28"/>
        </w:rPr>
        <w:t>一直以来，对于孩子上幼儿园的问题，我担心孩子在幼儿园不能被照顾好，生怕孩子在幼儿园的生活不好。因为现在做父母的，为孩子付出了很多心血，每个家长都想自己的孩子受到很好的教育。经过几番考虑，我们选择了幼儿园，选择看来是一个正确的选择。我儿子在小班学习的1年间，我很惊喜的看到孩子从各个方面都取得了很大的进步。</w:t>
      </w:r>
    </w:p>
    <w:p>
      <w:pPr>
        <w:spacing w:before="100" w:after="200" w:line="360" w:lineRule="auto"/>
        <w:ind w:firstLine="576"/>
        <w:jc w:val="left"/>
      </w:pPr>
      <w:r>
        <w:rPr>
          <w:rFonts w:ascii="宋体" w:eastAsia="宋体" w:hAnsi="宋体"/>
          <w:sz w:val="28"/>
        </w:rPr>
        <w:t>孩子有礼貌，有规矩，懂得分享，以前一些不好的习惯现在已经改掉不少了。在学习上，我的孩子的习惯得益于老师的培养，以前没有这样的要求，孩子也比较调皮，不肯专心的看书学习，现在孩子会主动书看，时常会让我们这些家长为他讲讲故事，有时候我们教他数数，他也肯比较认真的听了。</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在生活习惯和生活自理能力方面，我的宝宝也有了较大的改变。老师将我的孩子的用餐习惯培养的很好，（宝宝的名字）以前总是爱挑食，这样不喜欢、那样也不吃，而现在什么都吃，加上园里伙食搭配合理，宝宝今年身高的增长比较理想。在生活方面，宝宝也更加讲究卫生，自理能力有了不少提高，有时候他还可以自己吃饭、脱鞋和脱裤子呢。在语言方面，宝宝也是进步很大大，放学回家后经常闹着要看幼儿园学习光碟，跟着光碟学说一些简单的语言；听着儿歌时常常也会跟着唱（虽然唱不好），跟着跳舞，也能够给爸爸妈妈表扬在幼儿园学的儿歌和舞蹈。</w:t>
      </w:r>
    </w:p>
    <w:p>
      <w:pPr>
        <w:spacing w:before="100" w:after="200" w:line="360" w:lineRule="auto"/>
        <w:ind w:firstLine="576"/>
        <w:jc w:val="left"/>
      </w:pPr>
      <w:r>
        <w:rPr>
          <w:rFonts w:ascii="宋体" w:eastAsia="宋体" w:hAnsi="宋体"/>
          <w:sz w:val="28"/>
        </w:rPr>
        <w:t>这一年之中，孩子的点点滴滴变化和提高，让我们做家长的深深为之感动，我将孩子交到你们这些富有爱心、耐心和责任心的老师手里我感到十分放心。在这里我作为孩子的母亲，由衷的感谢幼儿园的老师以及教育过、关心过、帮助过宝宝的所有老师，感谢园长的辛勤工作。你们辛苦了！作为家长我没有更多华丽的辞藻来表示我的感谢，只有怀着一颗真诚的、感恩的心、以及衷心的祝福，祝愿老师们一生平安！</w:t>
      </w:r>
    </w:p>
    <w:p>
      <w:pPr>
        <w:spacing w:before="100" w:after="200" w:line="360" w:lineRule="auto"/>
        <w:ind w:firstLine="576"/>
        <w:jc w:val="left"/>
      </w:pPr>
      <w:r>
        <w:rPr>
          <w:rFonts w:ascii="宋体" w:eastAsia="宋体" w:hAnsi="宋体"/>
          <w:sz w:val="28"/>
        </w:rPr>
        <w:t>再一次向你们道一声：老师！辛苦你们了！谢谢你们！</w:t>
      </w:r>
    </w:p>
    <w:p>
      <w:pPr>
        <w:spacing w:before="100" w:after="200" w:line="360" w:lineRule="auto"/>
        <w:ind w:firstLine="576"/>
        <w:jc w:val="left"/>
      </w:pPr>
      <w:r>
        <w:rPr>
          <w:rFonts w:ascii="宋体" w:eastAsia="宋体" w:hAnsi="宋体"/>
          <w:sz w:val="28"/>
        </w:rPr>
        <w:t>xxx</w:t>
      </w:r>
    </w:p>
    <w:p>
      <w:pPr>
        <w:spacing w:before="100" w:after="200" w:line="360" w:lineRule="auto"/>
        <w:ind w:firstLine="576"/>
        <w:jc w:val="left"/>
      </w:pPr>
      <w:r>
        <w:rPr>
          <w:rFonts w:ascii="宋体" w:eastAsia="宋体" w:hAnsi="宋体"/>
          <w:sz w:val="28"/>
        </w:rPr>
        <w:t>20xx年xx月xx日</w:t>
      </w:r>
    </w:p>
    <w:p>
      <w:pPr>
        <w:spacing w:before="100" w:after="200" w:line="360" w:lineRule="auto"/>
        <w:jc w:val="left"/>
      </w:pPr>
      <w:r>
        <w:rPr>
          <w:rFonts w:ascii="宋体 (中文正文)" w:eastAsia="宋体" w:hAnsi="宋体 (中文正文)"/>
          <w:sz w:val="28"/>
        </w:rPr>
        <w:t>园长、老师们：</w:t>
      </w:r>
    </w:p>
    <w:p>
      <w:pPr>
        <w:spacing w:before="100" w:after="200" w:line="360" w:lineRule="auto"/>
        <w:ind w:firstLine="576"/>
        <w:jc w:val="left"/>
      </w:pPr>
      <w:r>
        <w:rPr>
          <w:rFonts w:ascii="宋体" w:eastAsia="宋体" w:hAnsi="宋体"/>
          <w:sz w:val="28"/>
        </w:rPr>
        <w:t>你们好!我们是xx的父母。孩子在幼儿园已经学习了一个学期了，在这段日子里，我们的孩子能够基本适应幼儿园生活，各方面都有了不少的进步，这是我们一家人最感开心的事。十分感谢幼儿园的园长和老师们对孩子爱心、关怀、辛勤的教育和帮助。</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宝宝上了幼儿园之后，作爸妈的心里总有些不舍与担忧。不舍幼小的孩子从此就要走出亲人关爱的视线，离开温暖熟悉的家，去过一种不一样的生活;不舍幼小的他就要开始独自去面对陌生的环境，陌生的人群;担心天性善良、又瘦又小的他会被大孩子欺负;担心不知深浅、淘气非凡、偶尔犯混的他会让老师不耐烦;担心不会自己吃饭的他会饿着、担心生病、担心……</w:t>
      </w:r>
    </w:p>
    <w:p>
      <w:pPr>
        <w:spacing w:before="100" w:after="200" w:line="360" w:lineRule="auto"/>
        <w:ind w:firstLine="576"/>
        <w:jc w:val="left"/>
      </w:pPr>
      <w:r>
        <w:rPr>
          <w:rFonts w:ascii="宋体" w:eastAsia="宋体" w:hAnsi="宋体"/>
          <w:sz w:val="28"/>
        </w:rPr>
        <w:t>但是，不管怎样，既然那个小小的人儿都已经无可避免的要开始融入这个社会了，作父母的除了关爱、除了鼓励、除了支持，还能做什么呢!而今，当我们把宝贝交给了您、交给了幼儿园，他的幼儿园又有了“好妈妈，好爸爸，好阿姨，好外婆，好姐姐”，他在这个世界上从此又多了一些爱他的人，孩子今后的成长路上，当作父母的牵着小人儿的手随风而行，会觉得他的另外一只手也有一些人牵着，我们家长真是既开心又安心!</w:t>
      </w:r>
    </w:p>
    <w:p>
      <w:pPr>
        <w:spacing w:before="100" w:after="200" w:line="360" w:lineRule="auto"/>
        <w:ind w:firstLine="576"/>
        <w:jc w:val="left"/>
      </w:pPr>
      <w:r>
        <w:rPr>
          <w:rFonts w:ascii="宋体" w:eastAsia="宋体" w:hAnsi="宋体"/>
          <w:sz w:val="28"/>
        </w:rPr>
        <w:t>我们衷心感谢幼儿园的所有老师，感谢园长的辛勤工作，感谢园长领导出这样出色的幼儿园。</w:t>
      </w:r>
    </w:p>
    <w:p>
      <w:pPr>
        <w:spacing w:before="100" w:after="200" w:line="360" w:lineRule="auto"/>
        <w:ind w:firstLine="576"/>
        <w:jc w:val="left"/>
      </w:pPr>
      <w:r>
        <w:rPr>
          <w:rFonts w:ascii="宋体" w:eastAsia="宋体" w:hAnsi="宋体"/>
          <w:sz w:val="28"/>
        </w:rPr>
        <w:t>祝福老师们工作顺利、身体健康、万事如意!</w:t>
      </w:r>
    </w:p>
    <w:p>
      <w:pPr>
        <w:spacing w:before="100" w:after="200" w:line="360" w:lineRule="auto"/>
        <w:jc w:val="left"/>
      </w:pPr>
      <w:r>
        <w:rPr>
          <w:rFonts w:ascii="宋体 (中文正文)" w:eastAsia="宋体" w:hAnsi="宋体 (中文正文)"/>
          <w:sz w:val="28"/>
        </w:rPr>
        <w:t>尊敬的xx老师：</w:t>
      </w:r>
    </w:p>
    <w:p>
      <w:pPr>
        <w:spacing w:before="100" w:after="200" w:line="360" w:lineRule="auto"/>
        <w:ind w:firstLine="576"/>
        <w:jc w:val="left"/>
      </w:pPr>
      <w:r>
        <w:rPr>
          <w:rFonts w:ascii="宋体" w:eastAsia="宋体" w:hAnsi="宋体"/>
          <w:sz w:val="28"/>
        </w:rPr>
        <w:t>深深一躬，代表我们这些家长的心声!尽管这些忙碌的家长没有及时传达心中那份感激，三位老师却一如既往用心工作着，只有奉献、不计索取、不计得失，纯洁善良的您们守卫着这一方圣土，教书育人，享受着孩子们的成长，您们是最值得尊重的!</w:t>
      </w:r>
    </w:p>
    <w:p>
      <w:pPr>
        <w:spacing w:before="100" w:after="200" w:line="360" w:lineRule="auto"/>
        <w:ind w:firstLine="576"/>
        <w:jc w:val="left"/>
      </w:pPr>
      <w:r>
        <w:rPr>
          <w:rFonts w:ascii="宋体" w:eastAsia="宋体" w:hAnsi="宋体"/>
          <w:sz w:val="28"/>
        </w:rPr>
        <w:t>孩子的大班生活很快就要结束了，即将离开三位老师不仅孩子们不舍得，家长的心中也有更多的留恋：在您们精心的呵护下，我们看到孩子的成长不仅仅是体检表上身高和体重的增加，更珍贵的是他们得到综合能力的提升。</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清楚地记得刚升入中班，幼儿园进行了老师调整，中三班的班主任、配班老师，甚至教室都进行了调换，不仅孩子不适应，家长也忐忑不安。甚至有的孩子早上哭着闹着不愿进班，还有一些孩子每天放学后都会拉着妈妈的手去原来的教室转个圈，看看昔日的老师是否还在。孩子用自己的单纯表达着对原班的种种不舍，让家长一阵阵地心酸。这样的状态，新的老师是很难被接受的。</w:t>
      </w:r>
    </w:p>
    <w:p>
      <w:pPr>
        <w:spacing w:before="100" w:after="200" w:line="360" w:lineRule="auto"/>
        <w:ind w:firstLine="576"/>
        <w:jc w:val="left"/>
      </w:pPr>
      <w:r>
        <w:rPr>
          <w:rFonts w:ascii="宋体" w:eastAsia="宋体" w:hAnsi="宋体"/>
          <w:sz w:val="28"/>
        </w:rPr>
        <w:t>武老师是唯一留下来的生活老师，每天被30多个孩子围着，孩子们在适应新老师新环境的同时，她就成了依靠。她没有更多的精力去照顾自己刚上小学更需调整的孩子，只能加倍呵护这帮暂时失去安全感的孩子们。她也成了妈妈们心中的那根稻草，不但要做好自己的工作，还得抽出大量的时间不厌其烦地接听家长们的热线，安慰同样失去安全感的妈妈们。在这样疲惫的状态中你都无法想象武老师是怎么过来的，可是每天送孩子的时候我们看到的总是不知疲倦的笑脸。她是一个孩子的母亲，她用她的善良和无私安抚着家长跟孩子，在此，家长们向默默奉献的武老师致敬了，感谢这样贤淑的老师，给孩子们建立了一个温馨的家!</w:t>
      </w:r>
    </w:p>
    <w:p>
      <w:pPr>
        <w:spacing w:before="100" w:after="200" w:line="360" w:lineRule="auto"/>
        <w:ind w:firstLine="576"/>
        <w:jc w:val="left"/>
      </w:pPr>
      <w:r>
        <w:rPr>
          <w:rFonts w:ascii="宋体" w:eastAsia="宋体" w:hAnsi="宋体"/>
          <w:sz w:val="28"/>
        </w:rPr>
        <w:t>孟老师第一次当班主任就是在这样的情况下受命的，同时到来的还有配班李老师。面对年青的面孔，尽管院领导在家长会上介绍了孟老师跟李老师出色的成绩，可是家长的心依然放不下。惦记着孩子，每天的工作都没了心思。</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一周后惊讶地发现，班级的生活渐渐有序了。笑容渐渐地回到了孩子的脸上，整齐的小辫比妈妈梳得还要专业，不断变换的发型让我们感觉孩子们在被无微不至地关怀着。新来的两位老师沉着冷静，她们用自己的自信和执着，给家长们了一针强心剂。每天早操，看着孟老师甜美的笑容，孩子们是那样地投入;李老师更象孩子们的妈妈，把孩子们护在自己的两个臂膀下。望着被庇护着进班孩子们的背影，我们的眼睛都湿润了：难以想象背后得付出多少才能让这帮顽皮的宝宝们如此驯服。悬着的心终于可以放下了。</w:t>
      </w:r>
    </w:p>
    <w:p>
      <w:pPr>
        <w:spacing w:before="100" w:after="200" w:line="360" w:lineRule="auto"/>
        <w:ind w:firstLine="576"/>
        <w:jc w:val="left"/>
      </w:pPr>
      <w:r>
        <w:rPr>
          <w:rFonts w:ascii="宋体" w:eastAsia="宋体" w:hAnsi="宋体"/>
          <w:sz w:val="28"/>
        </w:rPr>
        <w:t>中班的观摩会上，三位老师的成绩更让我们惊叹。我们班的孩子个性张扬是有目共睹的，放学的时候一个家长带一个孩子在一起跑起来都维持不了纪律，可是孟老师跟李老师面对的是39个孩子，她们是如何有魅力带领这些个性迥异的孩子们编成一个个动人的舞蹈汇报的课堂展示的不仅仅是孩子的才艺，更多的是老师幕后的付出。李老师绘声绘色的绘本课，孟老师通俗易懂的音乐启蒙，活跃的课堂气氛与安静的吃饭场面形成了鲜明对比。孩子们的健康和自信，绝非一朝一夕的付出，我们想象得出，短时间内出现这样的成绩老师背后得做多少工作啊。绘画课上，孩子们争先恐后地把心目中的老师表现在画纸上，留恋幼儿园的生活，放学了都不愿意回家，在家长的催促中依依不舍地离开，针对不同的孩子，老师营造出各种有特色的成长空间。在这样快乐健康的环境中生活，孩子的成长空间得到了提升，孩子们跟老师结下了深厚的感情，处处都被幸福包围着。</w:t>
      </w:r>
    </w:p>
    <w:p>
      <w:pPr>
        <w:spacing w:before="100" w:after="200" w:line="360" w:lineRule="auto"/>
        <w:ind w:firstLine="576"/>
        <w:jc w:val="left"/>
      </w:pPr>
      <w:r>
        <w:rPr>
          <w:rFonts w:ascii="宋体" w:eastAsia="宋体" w:hAnsi="宋体"/>
          <w:sz w:val="28"/>
        </w:rPr>
        <w:t>此致</w:t>
      </w:r>
    </w:p>
    <w:p>
      <w:pPr>
        <w:spacing w:before="100" w:after="200" w:line="360" w:lineRule="auto"/>
        <w:ind w:firstLine="576"/>
        <w:jc w:val="left"/>
      </w:pPr>
      <w:r>
        <w:rPr>
          <w:rFonts w:ascii="宋体" w:eastAsia="宋体" w:hAnsi="宋体"/>
          <w:sz w:val="28"/>
        </w:rPr>
        <w:t>敬礼!</w:t>
      </w:r>
    </w:p>
    <w:p>
      <w:pPr>
        <w:spacing w:before="100" w:after="200" w:line="360" w:lineRule="auto"/>
        <w:ind w:firstLine="576"/>
        <w:jc w:val="left"/>
      </w:pPr>
      <w:r>
        <w:rPr>
          <w:rFonts w:ascii="宋体" w:eastAsia="宋体" w:hAnsi="宋体"/>
          <w:sz w:val="28"/>
        </w:rPr>
        <w:t>孩子家长：xxx</w:t>
      </w:r>
    </w:p>
    <w:p>
      <w:pPr>
        <w:spacing w:before="100" w:after="200" w:line="360" w:lineRule="auto"/>
        <w:ind w:firstLine="576"/>
        <w:jc w:val="left"/>
      </w:pPr>
      <w:r>
        <w:rPr>
          <w:rFonts w:ascii="宋体" w:eastAsia="宋体" w:hAnsi="宋体"/>
          <w:sz w:val="28"/>
        </w:rPr>
        <w:t>xx年xx月xx日</w:t>
      </w:r>
    </w:p>
    <w:p>
      <w:pPr>
        <w:spacing w:before="100" w:after="200" w:line="360" w:lineRule="auto"/>
        <w:jc w:val="left"/>
      </w:pPr>
      <w:r>
        <w:rPr>
          <w:rFonts w:ascii="宋体 (中文正文)" w:eastAsia="宋体" w:hAnsi="宋体 (中文正文)"/>
          <w:sz w:val="28"/>
        </w:rPr>
        <w:t>尊敬的老师：</w:t>
      </w:r>
    </w:p>
    <w:p>
      <w:pPr>
        <w:spacing w:before="100" w:after="200" w:line="360" w:lineRule="auto"/>
        <w:ind w:firstLine="576"/>
        <w:jc w:val="left"/>
      </w:pPr>
      <w:r>
        <w:rPr>
          <w:rFonts w:ascii="宋体" w:eastAsia="宋体" w:hAnsi="宋体"/>
          <w:sz w:val="28"/>
        </w:rPr>
        <w:t>你们好！</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作为家长的我们，在孩子的点滴进步中看到了老师为孩子的成长所付出的一切。走进四园无论是哪个班的老师、阿姨她们的脸上都洋溢着喜悦的笑容，每个老师之间都是那么朝气蓬勃，对待每一个家长、孩子都是那么热情，每天清晨看见和蔼可亲的园长在微笑中迎接每个孩子，让我们觉得四园如同一个温暖的大家庭我们就是家庭中的一份子。</w:t>
      </w:r>
    </w:p>
    <w:p>
      <w:pPr>
        <w:spacing w:before="100" w:after="200" w:line="360" w:lineRule="auto"/>
        <w:ind w:firstLine="576"/>
        <w:jc w:val="left"/>
      </w:pPr>
      <w:r>
        <w:rPr>
          <w:rFonts w:ascii="宋体" w:eastAsia="宋体" w:hAnsi="宋体"/>
          <w:sz w:val="28"/>
        </w:rPr>
        <w:t>我的孩子是20xx年12月份出生的，一直由老人看管，在孩子身上不免存在这样或那样的不良习惯。孩子入园近一个月了，在这段时间中，他的变化真是太大了；孩子从嗷嗷大哭不肯来园到现在能通过家长劝解高兴地来幼儿园、从在生活中没有任何常规意识到现在能把自己的玩具简单的物归原处、从在家里自由散漫的玩耍到能专注的听家长讲故事、并说一些幼儿园学的知识作为家长真的有太多的感谢溢于言表，由于工作的繁忙，有时疏忽了对孩子系统、认真的教育，这一点我觉得作为家长和老师比起来真是惭愧。</w:t>
      </w:r>
    </w:p>
    <w:p>
      <w:pPr>
        <w:spacing w:before="100" w:after="200" w:line="360" w:lineRule="auto"/>
        <w:ind w:firstLine="576"/>
        <w:jc w:val="left"/>
      </w:pPr>
      <w:r>
        <w:rPr>
          <w:rFonts w:ascii="宋体" w:eastAsia="宋体" w:hAnsi="宋体"/>
          <w:sz w:val="28"/>
        </w:rPr>
        <w:t>孩子来到四园以后我们切实感到了园里、班级里所做的一切确实是我们所想、我们所需，幼儿园的管理是那么井然有序，班级的教师是那么和蔼可亲，最难能可贵的是班级的兰老师虽然年纪很轻，但对于孩子的照顾与关爱却像妈妈一样，每每见到她时，她都能对于孩子的表现及近期情况讲述的细致入微，在我们看来这就表明这是一位细心地老师、一位有责任心的好老师。隋老师经常给我们家长想出许多针对自己家孩子最近情况的小妙招，好办法，在我们的实施中确实见效，当我们遇到教育中的困惑时我们家长都来向她请教，她总是不厌其烦的为我们出谋划策。王阿姨的兢兢业业无私奉献更令我们家长佩服，每次面对我们家长时，无论是她在开饭还是看管孩子，她的眼中总是关注每一个孩子，当孩子不小心尿裤子、尿床时，王阿姨不仅把衣服裤子洗的干干净净，孩子的身体也用温水洗净，就连尿湿的小褥子都洗晒的整洁如新，面对如此细致、认真、负责的老师、阿姨，我真为孩子们感到荣幸和自豪。</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班级的老师们除了自己的工作之余还要关注每个孩子的发展情况，老师要利用自己的时间上传博客，从博客上我们看到自己孩子的一颦一笑、一举一动，心中的放心与感动油然而生。</w:t>
      </w:r>
    </w:p>
    <w:p>
      <w:pPr>
        <w:spacing w:before="100" w:after="200" w:line="360" w:lineRule="auto"/>
        <w:ind w:firstLine="576"/>
        <w:jc w:val="left"/>
      </w:pPr>
      <w:r>
        <w:rPr>
          <w:rFonts w:ascii="宋体" w:eastAsia="宋体" w:hAnsi="宋体"/>
          <w:sz w:val="28"/>
        </w:rPr>
        <w:t>老师们！作为家长我们真的很敬佩你们的工作态度，敬佩你们无私的无私奉献，对孩子的热忱。在这里我要说的是：老师、阿姨们，你们在平日劳累的工作中付出了太多的心血与爱心，我们家长无以回报，只有真诚的感谢与不尽的祝福送给您我最尊敬的老师们，愿你们能在今后的日子里好人好梦，好人一生平安！</w:t>
      </w:r>
    </w:p>
    <w:p>
      <w:pPr>
        <w:spacing w:before="100" w:after="200" w:line="360" w:lineRule="auto"/>
        <w:ind w:firstLine="576"/>
        <w:jc w:val="left"/>
      </w:pPr>
      <w:r>
        <w:rPr>
          <w:rFonts w:ascii="宋体" w:eastAsia="宋体" w:hAnsi="宋体"/>
          <w:sz w:val="28"/>
        </w:rPr>
        <w:t>同时感谢四园的园领导，谢谢您们培养出如此敬业、无私、有责任心的好老师！</w:t>
      </w:r>
    </w:p>
    <w:p>
      <w:pPr>
        <w:spacing w:before="100" w:after="200" w:line="360" w:lineRule="auto"/>
        <w:ind w:firstLine="576"/>
        <w:jc w:val="left"/>
      </w:pPr>
      <w:r>
        <w:rPr>
          <w:rFonts w:ascii="宋体" w:eastAsia="宋体" w:hAnsi="宋体"/>
          <w:sz w:val="28"/>
        </w:rPr>
        <w:t>最后感谢幼教中心的领导，谢谢您们能拥有如此素质过硬、作风严谨，让我们家长放心、满意的好幼儿园！</w:t>
      </w:r>
    </w:p>
    <w:p>
      <w:pPr>
        <w:spacing w:before="100" w:after="200" w:line="360" w:lineRule="auto"/>
        <w:ind w:firstLine="576"/>
        <w:jc w:val="left"/>
      </w:pPr>
      <w:r>
        <w:rPr>
          <w:rFonts w:ascii="宋体" w:eastAsia="宋体" w:hAnsi="宋体"/>
          <w:sz w:val="28"/>
        </w:rPr>
        <w:t>亲爱的老师们:</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我们是学龄前儿童的父母。值此教师节之际，我们谨代表您孩子的亲友向您致以最诚挚的祝福，祝您节日快乐！</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我们家孩子基本两岁，现在五岁半。这些年来，他们先后接受了、昌江、马、陆桂苏、五位老师的教育。在他们的艰苦训练和照顾下，孩子们一天天长大。我们真的感受到了孩子们一点一点的变化。我们心里真的很开心，心里很感激。孩子们已经从一个学习语言的孩子成长为一名学龄前学生。现在可以自豪地说，孩子们从xx分公司的幼儿园学到了很多，幼儿园为孩子们提供了一个全面的教育机会，不同的时期，不同的教育，没有错过孩子们最好的时光。最重要的是，老师可以根据孩子不同时期的不同变化，制定合理的计划来帮助孩子，即使是和我们的父母沟通。有很多细节比我们父母想象的更周到，帮助孩子克服很多困难，摆脱很多缺点。我们要感谢老师，他们真的爱孩子，帮助孩子。作为家长，我们始终关注孩子的成长和进步，孩子的每一次进步都离不开老师的努力！</w:t>
      </w:r>
    </w:p>
    <w:p>
      <w:pPr>
        <w:spacing w:before="100" w:after="200" w:line="360" w:lineRule="auto"/>
        <w:ind w:firstLine="576"/>
        <w:jc w:val="left"/>
      </w:pPr>
      <w:r>
        <w:rPr>
          <w:rFonts w:ascii="宋体" w:eastAsia="宋体" w:hAnsi="宋体"/>
          <w:sz w:val="28"/>
        </w:rPr>
        <w:t>孩子身体素质不好，但老师总是比较关心体贴:经常和父母沟通，想着给孩子喂药，鼓励孩子多参加体育锻炼……因为孩子太小，跟不上学习的进度，老师耐心的指导他们跟上其他孩子的步伐，不让孩子有一点落后的自卑感。现在孩子的身体素质大大提高了，出勤率提高了，学习也越来越旺盛了。每当我们问孩子幼儿园好不好，老师好不好，他们都说好。虽然答案很简单，但我很欣慰他们和幼儿园、老师的亲近，因为这是他们全面接受学前教育的前提。</w:t>
      </w:r>
    </w:p>
    <w:p>
      <w:pPr>
        <w:spacing w:before="100" w:after="200" w:line="360" w:lineRule="auto"/>
        <w:ind w:firstLine="576"/>
        <w:jc w:val="left"/>
      </w:pPr>
      <w:r>
        <w:rPr>
          <w:rFonts w:ascii="宋体" w:eastAsia="宋体" w:hAnsi="宋体"/>
          <w:sz w:val="28"/>
        </w:rPr>
        <w:t>其实我们并不太关注孩子能学到多少知识。我们更注重孩子的身体素质、道德素质、行为习惯和学习兴趣。园区合理的饮食结构、先进的教育理念、科学的管理模式、敬业的教师，恰恰为孩子们创造了健康快乐成长进步的良好空间。现在的孩子有了一定的学习能力，对英语、绘画、表演、体操都有浓厚的兴趣。生活中，可以自己吃饭，收拾玩具，刷牙，洗袜子；在活动中要谦虚、合作、乐于助人、宽容。同时，他们还有更有价值的想象力和创造力，好奇心和进取精神。</w:t>
      </w:r>
    </w:p>
    <w:p>
      <w:pPr>
        <w:spacing w:before="100" w:after="200" w:line="360" w:lineRule="auto"/>
        <w:ind w:firstLine="576"/>
        <w:jc w:val="left"/>
      </w:pPr>
      <w:r>
        <w:rPr>
          <w:rFonts w:ascii="宋体" w:eastAsia="宋体" w:hAnsi="宋体"/>
          <w:sz w:val="28"/>
        </w:rPr>
        <w:t>学前教育是儿童一生中最重要的教育。作为家长，我们从心底感谢xxxx分公司的幼儿园园长和老师们的辛勤劳动和汗水。大家一直想表达感谢，今天这个愿望终于实现了。让我们借此信表达我们衷心的感谢和崇高的敬意。最后，祝xxx分公司幼儿园园长和全体老师工作顺利！祝孩子们健康快乐！</w:t>
      </w:r>
    </w:p>
    <w:p>
      <w:pPr>
        <w:spacing w:before="100" w:after="200" w:line="360" w:lineRule="auto"/>
        <w:ind w:firstLine="576"/>
        <w:jc w:val="left"/>
      </w:pPr>
      <w:r>
        <w:rPr>
          <w:rFonts w:ascii="宋体" w:eastAsia="宋体" w:hAnsi="宋体"/>
          <w:sz w:val="28"/>
        </w:rPr>
        <w:t>此致</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敬礼</w:t>
      </w:r>
    </w:p>
    <w:p>
      <w:pPr>
        <w:spacing w:before="100" w:after="200" w:line="360" w:lineRule="auto"/>
        <w:ind w:firstLine="576"/>
        <w:jc w:val="left"/>
      </w:pPr>
      <w:r>
        <w:rPr>
          <w:rFonts w:ascii="宋体" w:eastAsia="宋体" w:hAnsi="宋体"/>
          <w:sz w:val="28"/>
        </w:rPr>
        <w:t>xxx</w:t>
      </w:r>
    </w:p>
    <w:p>
      <w:pPr>
        <w:spacing w:before="100" w:after="200" w:line="360" w:lineRule="auto"/>
        <w:ind w:firstLine="576"/>
        <w:jc w:val="left"/>
      </w:pPr>
      <w:r>
        <w:rPr>
          <w:rFonts w:ascii="宋体" w:eastAsia="宋体" w:hAnsi="宋体"/>
          <w:sz w:val="28"/>
        </w:rPr>
        <w:t>20xx年xx月xx日</w:t>
      </w:r>
    </w:p>
    <w:p>
      <w:pPr>
        <w:spacing w:before="100" w:after="200" w:line="360" w:lineRule="auto"/>
        <w:jc w:val="left"/>
      </w:pPr>
      <w:r>
        <w:rPr>
          <w:rFonts w:ascii="宋体 (中文正文)" w:eastAsia="宋体" w:hAnsi="宋体 (中文正文)"/>
          <w:sz w:val="28"/>
        </w:rPr>
        <w:t>老师你们好：</w:t>
      </w:r>
    </w:p>
    <w:p>
      <w:pPr>
        <w:spacing w:before="100" w:after="200" w:line="360" w:lineRule="auto"/>
        <w:ind w:firstLine="576"/>
        <w:jc w:val="left"/>
      </w:pPr>
      <w:r>
        <w:rPr>
          <w:rFonts w:ascii="宋体" w:eastAsia="宋体" w:hAnsi="宋体"/>
          <w:sz w:val="28"/>
        </w:rPr>
        <w:t>孩子跟了你们已半个学期，星雨的进步，作家长的看在眼里记在心里，星雨自从上了幼儿园更懂事了，知道疼爱、体贴父母了，能主动帮爸妈做一些力所能及的事，有时不让他做，他还不愿意呢;知道爸妈不高兴时去逗爸妈开心，不让爸妈生气;爱看书学习了，经常拿出自己的书来翻着看，可能连他自己都不知道看懂了什么，但这种习惯是好的，早上起床和晚上睡觉前都要看书，要么讲故事什么的;能自己坐下来跟爸妈一起很好的吃饭，不过周末在家总是爱抽心者吃点什么好吃的;能自己穿鞋和穿脱上衣了，但不太熟练;喜欢跟小朋友一起玩，有时找不到小朋友还不愿意呢，哭着闹着要找小朋友;爱剪纸、叠纸、粘贴，爱钻研一些小玩意小配件，总想拆开看看里面究竟到底有什么，爱画画，爱涂抹等等，总之这都归功于老师们的精心培育与引导，作家长的从内心里感谢感激你们，你们辛苦了。</w:t>
      </w:r>
    </w:p>
    <w:p>
      <w:pPr>
        <w:spacing w:before="100" w:after="200" w:line="360" w:lineRule="auto"/>
        <w:ind w:firstLine="576"/>
        <w:jc w:val="left"/>
      </w:pPr>
      <w:r>
        <w:rPr>
          <w:rFonts w:ascii="宋体" w:eastAsia="宋体" w:hAnsi="宋体"/>
          <w:sz w:val="28"/>
        </w:rPr>
        <w:t>星雨这孩子从表面看性格比较活泼、开朗、爱说好动、爱笑、乐观向上，对小朋友或他人都非常的热情，但有时不知道如何把自己对他人的那种喜欢那种热情正确、合理的表达出来，再就是这孩子其实挺单情也挺胆小的，今后希望老师能多培养一下孩子的这两个方面，我们作家长的将全力支持你们的工作，谢谢，谢谢!</w:t>
      </w:r>
    </w:p>
    <w:p>
      <w:pPr>
        <w:spacing w:before="100" w:after="200" w:line="360" w:lineRule="auto"/>
        <w:ind w:firstLine="576"/>
        <w:jc w:val="left"/>
      </w:pPr>
      <w:r>
        <w:rPr>
          <w:rFonts w:ascii="宋体" w:eastAsia="宋体" w:hAnsi="宋体"/>
          <w:sz w:val="28"/>
        </w:rPr>
        <w:t>此致</w:t>
      </w:r>
    </w:p>
    <w:p>
      <w:pPr>
        <w:spacing w:before="100" w:after="200" w:line="360" w:lineRule="auto"/>
        <w:ind w:firstLine="576"/>
        <w:jc w:val="left"/>
      </w:pPr>
      <w:r>
        <w:rPr>
          <w:rFonts w:ascii="宋体" w:eastAsia="宋体" w:hAnsi="宋体"/>
          <w:sz w:val="28"/>
        </w:rPr>
        <w:t>敬礼！</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sz w:val="28"/>
        </w:rPr>
        <w:t>学生家长：</w:t>
      </w:r>
    </w:p>
    <w:p>
      <w:pPr>
        <w:spacing w:before="100" w:after="200" w:line="360" w:lineRule="auto"/>
        <w:jc w:val="left"/>
      </w:pPr>
      <w:r>
        <w:rPr>
          <w:rFonts w:ascii="宋体 (中文正文)" w:eastAsia="宋体" w:hAnsi="宋体 (中文正文)"/>
          <w:sz w:val="28"/>
        </w:rPr>
        <w:t>日期：</w:t>
      </w:r>
    </w:p>
    <w:p>
      <w:pPr>
        <w:spacing w:before="100" w:after="200" w:line="360" w:lineRule="auto"/>
        <w:jc w:val="left"/>
      </w:pPr>
      <w:r>
        <w:rPr>
          <w:rFonts w:ascii="宋体 (中文正文)" w:eastAsia="宋体" w:hAnsi="宋体 (中文正文)"/>
          <w:sz w:val="28"/>
        </w:rPr>
        <w:t>尊敬的园长：</w:t>
      </w:r>
    </w:p>
    <w:p>
      <w:pPr>
        <w:spacing w:before="100" w:after="200" w:line="360" w:lineRule="auto"/>
        <w:ind w:firstLine="576"/>
        <w:jc w:val="left"/>
      </w:pPr>
      <w:r>
        <w:rPr>
          <w:rFonts w:ascii="宋体" w:eastAsia="宋体" w:hAnsi="宋体"/>
          <w:sz w:val="28"/>
        </w:rPr>
        <w:t>您好！</w:t>
      </w:r>
    </w:p>
    <w:p>
      <w:pPr>
        <w:spacing w:before="100" w:after="200" w:line="360" w:lineRule="auto"/>
        <w:ind w:firstLine="576"/>
        <w:jc w:val="left"/>
      </w:pPr>
      <w:r>
        <w:rPr>
          <w:rFonts w:ascii="宋体" w:eastAsia="宋体" w:hAnsi="宋体"/>
          <w:sz w:val="28"/>
        </w:rPr>
        <w:t>我是中一班xx的家长。值此教师节之际，祝金苹果大地幼儿园全体教职工节日快乐！</w:t>
      </w:r>
    </w:p>
    <w:p>
      <w:pPr>
        <w:spacing w:before="100" w:after="200" w:line="360" w:lineRule="auto"/>
        <w:ind w:firstLine="576"/>
        <w:jc w:val="left"/>
      </w:pPr>
      <w:r>
        <w:rPr>
          <w:rFonts w:ascii="宋体" w:eastAsia="宋体" w:hAnsi="宋体"/>
          <w:sz w:val="28"/>
        </w:rPr>
        <w:t>20xx年8月，我的女儿来到你们这里，金苹果大地幼儿园，上了小托班。当初入园正是了解到了贵园的办园理念，“开发潜能，适度超前，全面发展，培养个性”，于是，我坚定地选择了你们。刚入园时的家长会，园长介绍了幼儿园的教育方法，尤其对家长的语重心长的一番话，我放心了，已经感到我选择的正确性。</w:t>
      </w:r>
    </w:p>
    <w:p>
      <w:pPr>
        <w:spacing w:before="100" w:after="200" w:line="360" w:lineRule="auto"/>
        <w:ind w:firstLine="576"/>
        <w:jc w:val="left"/>
      </w:pPr>
      <w:r>
        <w:rPr>
          <w:rFonts w:ascii="宋体" w:eastAsia="宋体" w:hAnsi="宋体"/>
          <w:sz w:val="28"/>
        </w:rPr>
        <w:t>孩子入园后，一个星期就适应了小托班的生活，非常喜爱当时带班的孔老师、马老师、张老师、王老师。我心里很清楚，一定是老师给予孩子无私的关爱，孩子才喜欢这里，也才会很快度过让家长头疼的分离期。渐渐地，上幼儿园已经成为她生活的一部分。慢慢地，我们从孩子的只言片语里了解到幼儿园里的生活；时常地也从她突然即兴表演的儿歌、故事、舞蹈中看到了她学习的内容。当时我发自心底地感谢幼儿园为孩子安排了这么充实的内容，让她快乐地成长。</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小托班入园遇到第一次国庆长假，放假前，老师把《早期阅读》发给我们。当晚，女儿打开《早期阅读》，大声朗读起来，就这样一页页地读下去，一直快念完整本。幼儿园教师节感谢信范文。当时我惊呆了。因为太意外了，她念得清清楚楚，一字不差，确切地说，她是背得一字不差。我又惊又喜，心里是再一次感谢老师们的努力，竟然就让这么个小小孩能发挥如此大地潜能。还有贵园的双语教学，我在孩子身上看到了教学的效果。经过这两年的学习，她会一些简单的句型，常常象小老师一样，让我跟着她学。还有这次中班刚开学，我又在和张老师的交流中得知，女儿主动向老师提出来愿意帮助老师做事情，这是我所欣慰的，因为孩子已经懂得乐于助人了，这也与老师平常点滴教育分不开。</w:t>
      </w:r>
    </w:p>
    <w:p>
      <w:pPr>
        <w:spacing w:before="100" w:after="200" w:line="360" w:lineRule="auto"/>
        <w:ind w:firstLine="576"/>
        <w:jc w:val="left"/>
      </w:pPr>
      <w:r>
        <w:rPr>
          <w:rFonts w:ascii="宋体" w:eastAsia="宋体" w:hAnsi="宋体"/>
          <w:sz w:val="28"/>
        </w:rPr>
        <w:t>随着兴趣班的开设，孩子自主地选择了大部分的兴趣班，上得开心快乐，真正实现了开发潜能、适度超前、全面发展、培养个性。每次收到家园册，翻看着孩子在幼儿园的照片、制作的手工、美术作品等等，我由衷感到老师们的辛勤培育，感激之情再次油然而生。次我们都想写信感谢伊老师等多位老师对孩子耐心细致的保教工作，然而惰性使然，拖至今日。</w:t>
      </w:r>
    </w:p>
    <w:p>
      <w:pPr>
        <w:spacing w:before="100" w:after="200" w:line="360" w:lineRule="auto"/>
        <w:ind w:firstLine="576"/>
        <w:jc w:val="left"/>
      </w:pPr>
      <w:r>
        <w:rPr>
          <w:rFonts w:ascii="宋体" w:eastAsia="宋体" w:hAnsi="宋体"/>
          <w:sz w:val="28"/>
        </w:rPr>
        <w:t>马上就要到教师节了，首先祝各位教师们：教师节快乐！！在这样一个节日前夕，回想女儿入园近一年来的成长过程心里百感交集！对老师我们更是一直心存感激！</w:t>
      </w:r>
    </w:p>
    <w:p>
      <w:pPr>
        <w:spacing w:before="100" w:after="200" w:line="360" w:lineRule="auto"/>
        <w:ind w:firstLine="576"/>
        <w:jc w:val="left"/>
      </w:pPr>
      <w:r>
        <w:rPr>
          <w:rFonts w:ascii="宋体" w:eastAsia="宋体" w:hAnsi="宋体"/>
          <w:sz w:val="28"/>
        </w:rPr>
        <w:t>教英语的Kelly老师运用鼓励、赏识、参与等教育方法，使孩子觉得学习英语是一件很快乐的事，在游戏的过程中不知不觉学会了不少英语单词和日常会话。幼儿园的大夫每天一大早守在门口测量体温并检查手、口，对每个小朋友都是那么地认真负责。暑期中代班的几位老师、食堂的大师傅以及已经退休的韩老师和调职的游老师都默默地为孩子付出着微笑和关爱。</w:t>
      </w:r>
    </w:p>
    <w:p>
      <w:pPr>
        <w:spacing w:before="100" w:after="200" w:line="360" w:lineRule="auto"/>
        <w:ind w:firstLine="576"/>
        <w:jc w:val="left"/>
      </w:pPr>
      <w:r>
        <w:rPr>
          <w:rFonts w:ascii="宋体" w:eastAsia="宋体" w:hAnsi="宋体"/>
          <w:sz w:val="28"/>
        </w:rPr>
        <w:t>还有xx园长和xx主任，她们在孩子入学初期就鼓励孩子，并耐心地告诉我们该如何有针对性的教育和训练孩子，让我们在入园之初就感受到了xx幼儿园自上而下认真负责的教育氛围。</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https://d.book118.com/325340310014011120</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2534031001401112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