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安全宣传活动总结</w:t>
      </w:r>
    </w:p>
    <w:p>
      <w:pPr>
        <w:spacing w:before="100" w:after="200" w:line="360" w:lineRule="auto"/>
        <w:ind w:firstLine="576"/>
        <w:jc w:val="left"/>
      </w:pPr>
      <w:r>
        <w:rPr>
          <w:rFonts w:ascii="宋体" w:eastAsia="宋体" w:hAnsi="宋体"/>
          <w:sz w:val="28"/>
        </w:rPr>
        <w:t>4月15日是《国家安全法》颁布实施以来的第三个全民国家安全教育日。湖南省xx市岳麓区“国家安全 众志成城”全民国家安全教育日宣传活动当日在xxx广场举行。</w:t>
      </w:r>
    </w:p>
    <w:p>
      <w:pPr>
        <w:spacing w:before="100" w:after="200" w:line="360" w:lineRule="auto"/>
        <w:ind w:firstLine="576"/>
        <w:jc w:val="left"/>
      </w:pPr>
      <w:r>
        <w:rPr>
          <w:rFonts w:ascii="宋体" w:eastAsia="宋体" w:hAnsi="宋体"/>
          <w:sz w:val="28"/>
        </w:rPr>
        <w:t>据介绍，活动旨在通过有奖问答、现场宣讲、文艺演出、资料发放等形式，进行国家安全法制教育和安全防范常识教育，在广大人民群众中树立自觉维护国家安全的思想，筑牢国家安全的人民防线。</w:t>
      </w:r>
    </w:p>
    <w:p>
      <w:pPr>
        <w:spacing w:before="100" w:after="200" w:line="360" w:lineRule="auto"/>
        <w:ind w:firstLine="576"/>
        <w:jc w:val="left"/>
      </w:pPr>
      <w:r>
        <w:rPr>
          <w:rFonts w:ascii="宋体" w:eastAsia="宋体" w:hAnsi="宋体"/>
          <w:sz w:val="28"/>
        </w:rPr>
        <w:t>现场，xx区司法局组织10名干警在展棚为群众进行法律法规微宣讲，为老百姓解读《国家安全法》《反间谍法》《反恐怖主义法》等法律法规，当天累计发放宣传手册4000余册。</w:t>
      </w:r>
    </w:p>
    <w:p>
      <w:pPr>
        <w:spacing w:before="100" w:after="200" w:line="360" w:lineRule="auto"/>
        <w:ind w:firstLine="576"/>
        <w:jc w:val="left"/>
      </w:pPr>
      <w:r>
        <w:rPr>
          <w:rFonts w:ascii="宋体" w:eastAsia="宋体" w:hAnsi="宋体"/>
          <w:sz w:val="28"/>
        </w:rPr>
        <w:t>活动组织了三轮有奖知识问答，通过趣味答题、观看教育视频，老百姓的反奸防谍意识进一步提高。著名相声演员大兵等参与的公益演出，将国安知识融入到文艺节目中，极大地激发了老百姓学习国安知识的热情。</w:t>
      </w:r>
    </w:p>
    <w:p>
      <w:pPr>
        <w:spacing w:before="100" w:after="200" w:line="360" w:lineRule="auto"/>
        <w:ind w:firstLine="576"/>
        <w:jc w:val="left"/>
      </w:pPr>
      <w:r>
        <w:rPr>
          <w:rFonts w:ascii="宋体" w:eastAsia="宋体" w:hAnsi="宋体"/>
          <w:sz w:val="28"/>
        </w:rPr>
        <w:t>20xx年12月2日，是第九个“全国交通安全日”让我们共同倡导“知危险会避险、安全文明出行”，树立文明交通意识。为了增强幼儿的交通安全意识，提高幼儿自我防范能力我园开展了一系列“全国交通安全日”主题宣传教育活动。</w:t>
      </w:r>
    </w:p>
    <w:p>
      <w:pPr>
        <w:spacing w:before="100" w:after="200" w:line="360" w:lineRule="auto"/>
        <w:ind w:firstLine="576"/>
        <w:jc w:val="left"/>
      </w:pPr>
      <w:r>
        <w:rPr>
          <w:rFonts w:ascii="宋体" w:eastAsia="宋体" w:hAnsi="宋体"/>
          <w:sz w:val="28"/>
        </w:rPr>
        <w:t>国旗下的讲话</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本周由大三班的林老师进行了国旗下讲话，《交通安全我知道》。现代交通的发达虽然给人们带来了无尽的便利，但同时也增加了许多的安全隐患。此次讲话，让孩子们掌握了一些基本的安全交通知识，帮孩子们从小树立遵守交通规则的意识。</w:t>
      </w:r>
    </w:p>
    <w:p>
      <w:pPr>
        <w:spacing w:before="100" w:after="200" w:line="360" w:lineRule="auto"/>
        <w:ind w:firstLine="576"/>
        <w:jc w:val="left"/>
      </w:pPr>
      <w:r>
        <w:rPr>
          <w:rFonts w:ascii="宋体" w:eastAsia="宋体" w:hAnsi="宋体"/>
          <w:sz w:val="28"/>
        </w:rPr>
        <w:t>交通安全主题教育活动</w:t>
      </w:r>
    </w:p>
    <w:p>
      <w:pPr>
        <w:spacing w:before="100" w:after="200" w:line="360" w:lineRule="auto"/>
        <w:ind w:firstLine="576"/>
        <w:jc w:val="left"/>
      </w:pPr>
      <w:r>
        <w:rPr>
          <w:rFonts w:ascii="宋体" w:eastAsia="宋体" w:hAnsi="宋体"/>
          <w:sz w:val="28"/>
        </w:rPr>
        <w:t>本次安全教育活动，教师利用集体教学，通过观看视频，结合直观形象的图片，生动有趣地讲述了有关交通安全知识，引导孩子们感受孩子直观的感受到违反交通规则的后果，知道遵守交通规则的重要性！</w:t>
      </w:r>
    </w:p>
    <w:p>
      <w:pPr>
        <w:spacing w:before="100" w:after="200" w:line="360" w:lineRule="auto"/>
        <w:ind w:firstLine="576"/>
        <w:jc w:val="left"/>
      </w:pPr>
      <w:r>
        <w:rPr>
          <w:rFonts w:ascii="宋体" w:eastAsia="宋体" w:hAnsi="宋体"/>
          <w:sz w:val="28"/>
        </w:rPr>
        <w:t>交通安全关系到每一个家庭的幸福，切实保障幼儿的人身安全是幼儿园、家长及全社会的共同责任，各班通过“交通安全”主题宣传栏向家长科普交通安全知识，让家园携手密切配合、树立牢固的交通安全意识。</w:t>
      </w:r>
    </w:p>
    <w:p>
      <w:pPr>
        <w:spacing w:before="100" w:after="200" w:line="360" w:lineRule="auto"/>
        <w:ind w:firstLine="576"/>
        <w:jc w:val="left"/>
      </w:pPr>
      <w:r>
        <w:rPr>
          <w:rFonts w:ascii="宋体" w:eastAsia="宋体" w:hAnsi="宋体"/>
          <w:sz w:val="28"/>
        </w:rPr>
        <w:t>时下又到冬季，雾多，降雪多，道路湿滑，能见度差，路上交通环境复杂，极易出现交通安全事故，为进一步提高幼儿及家长交通安全意识，确保幼儿来园离园路上的交通安全，现在和我们一起开启交通安全之旅吧！</w:t>
      </w:r>
    </w:p>
    <w:p>
      <w:pPr>
        <w:spacing w:before="100" w:after="200" w:line="360" w:lineRule="auto"/>
        <w:ind w:firstLine="576"/>
        <w:jc w:val="left"/>
      </w:pPr>
      <w:r>
        <w:rPr>
          <w:rFonts w:ascii="宋体" w:eastAsia="宋体" w:hAnsi="宋体"/>
          <w:sz w:val="28"/>
        </w:rPr>
        <w:t>行走时怎样注意交通安全</w:t>
      </w:r>
    </w:p>
    <w:p>
      <w:pPr>
        <w:spacing w:before="100" w:after="200" w:line="360" w:lineRule="auto"/>
        <w:ind w:firstLine="576"/>
        <w:jc w:val="left"/>
      </w:pPr>
      <w:r>
        <w:rPr>
          <w:rFonts w:ascii="宋体" w:eastAsia="宋体" w:hAnsi="宋体"/>
          <w:sz w:val="28"/>
        </w:rPr>
        <w:t>小朋友们上学和放学的时候，正是一天中道路交通拥挤的时候，人多车辆多，必须十分注意交通安全。</w:t>
      </w:r>
    </w:p>
    <w:p>
      <w:pPr>
        <w:spacing w:before="100" w:after="200" w:line="360" w:lineRule="auto"/>
        <w:ind w:firstLine="576"/>
        <w:jc w:val="left"/>
      </w:pPr>
      <w:r>
        <w:rPr>
          <w:rFonts w:ascii="宋体" w:eastAsia="宋体" w:hAnsi="宋体"/>
          <w:sz w:val="28"/>
        </w:rPr>
        <w:t>1.在道路上行走，要走人行道；没有人行道的道路，要靠道路右边行走。</w:t>
      </w:r>
    </w:p>
    <w:p>
      <w:pPr>
        <w:spacing w:before="100" w:after="200" w:line="360" w:lineRule="auto"/>
        <w:ind w:firstLine="576"/>
        <w:jc w:val="left"/>
      </w:pPr>
      <w:r>
        <w:rPr>
          <w:rFonts w:ascii="宋体" w:eastAsia="宋体" w:hAnsi="宋体"/>
          <w:sz w:val="28"/>
        </w:rPr>
        <w:t>2.结伴外出时，不要相互追逐、打闹、嬉戏；行走时要专心，注意周围情况，不要东张西望、边走边看书报或做其他事情。</w:t>
      </w:r>
    </w:p>
    <w:p>
      <w:pPr>
        <w:spacing w:before="100" w:after="200" w:line="360" w:lineRule="auto"/>
        <w:ind w:firstLine="576"/>
        <w:jc w:val="left"/>
      </w:pPr>
      <w:r>
        <w:rPr>
          <w:rFonts w:ascii="宋体" w:eastAsia="宋体" w:hAnsi="宋体"/>
          <w:sz w:val="28"/>
        </w:rPr>
        <w:t>3.在没有交通民警指挥的路段，要学会避让机动车辆，不与机动车辆争道抢行。</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4.不要在马路上踢球、溜冰、放风筝、做游戏。一旦被往来车辆撞倒，后果非常严重。</w:t>
      </w:r>
    </w:p>
    <w:p>
      <w:pPr>
        <w:spacing w:before="100" w:after="200" w:line="360" w:lineRule="auto"/>
        <w:ind w:firstLine="576"/>
        <w:jc w:val="left"/>
      </w:pPr>
      <w:r>
        <w:rPr>
          <w:rFonts w:ascii="宋体" w:eastAsia="宋体" w:hAnsi="宋体"/>
          <w:sz w:val="28"/>
        </w:rPr>
        <w:t>横穿马路应该注意什么</w:t>
      </w:r>
    </w:p>
    <w:p>
      <w:pPr>
        <w:spacing w:before="100" w:after="200" w:line="360" w:lineRule="auto"/>
        <w:ind w:firstLine="576"/>
        <w:jc w:val="left"/>
      </w:pPr>
      <w:r>
        <w:rPr>
          <w:rFonts w:ascii="宋体" w:eastAsia="宋体" w:hAnsi="宋体"/>
          <w:sz w:val="28"/>
        </w:rPr>
        <w:t>横穿马路，可能遇到的危险因素会大大增加，应特别注意安全。</w:t>
      </w:r>
    </w:p>
    <w:p>
      <w:pPr>
        <w:spacing w:before="100" w:after="200" w:line="360" w:lineRule="auto"/>
        <w:ind w:firstLine="576"/>
        <w:jc w:val="left"/>
      </w:pPr>
      <w:r>
        <w:rPr>
          <w:rFonts w:ascii="宋体" w:eastAsia="宋体" w:hAnsi="宋体"/>
          <w:sz w:val="28"/>
        </w:rPr>
        <w:t>1.穿越马路，要遵守交通规则，做到“绿灯行，红灯停”</w:t>
      </w:r>
    </w:p>
    <w:p>
      <w:pPr>
        <w:spacing w:before="100" w:after="200" w:line="360" w:lineRule="auto"/>
        <w:ind w:firstLine="576"/>
        <w:jc w:val="left"/>
      </w:pPr>
      <w:r>
        <w:rPr>
          <w:rFonts w:ascii="宋体" w:eastAsia="宋体" w:hAnsi="宋体"/>
          <w:sz w:val="28"/>
        </w:rPr>
        <w:t>2.穿越马路，要走人行横道线;在有过街天桥和过街地道的路段,应自觉走过街天桥和地下通道。</w:t>
      </w:r>
    </w:p>
    <w:p>
      <w:pPr>
        <w:spacing w:before="100" w:after="200" w:line="360" w:lineRule="auto"/>
        <w:ind w:firstLine="576"/>
        <w:jc w:val="left"/>
      </w:pPr>
      <w:r>
        <w:rPr>
          <w:rFonts w:ascii="宋体" w:eastAsia="宋体" w:hAnsi="宋体"/>
          <w:sz w:val="28"/>
        </w:rPr>
        <w:t>坐车怎样注意交通安全</w:t>
      </w:r>
    </w:p>
    <w:p>
      <w:pPr>
        <w:spacing w:before="100" w:after="200" w:line="360" w:lineRule="auto"/>
        <w:ind w:firstLine="576"/>
        <w:jc w:val="left"/>
      </w:pPr>
      <w:r>
        <w:rPr>
          <w:rFonts w:ascii="宋体" w:eastAsia="宋体" w:hAnsi="宋体"/>
          <w:sz w:val="28"/>
        </w:rPr>
        <w:t>冬季雨雾、霜冻等恶劣天气多发，特别积水路面摩擦系数低，降低车辆制动效能，引发侧滑。提示大家，驾车通过急弯、路面湿滑等易引发滑转的道路，要严格控制车速，车辆发生侧滑，切不可急转方向或紧急制动。</w:t>
      </w:r>
    </w:p>
    <w:p>
      <w:pPr>
        <w:spacing w:before="100" w:after="200" w:line="360" w:lineRule="auto"/>
        <w:ind w:firstLine="576"/>
        <w:jc w:val="left"/>
      </w:pPr>
      <w:r>
        <w:rPr>
          <w:rFonts w:ascii="宋体" w:eastAsia="宋体" w:hAnsi="宋体"/>
          <w:sz w:val="28"/>
        </w:rPr>
        <w:t>告诉孩子在车里尽量不要提问题和唱歌，让父母分心影响开车；不要去开车门，乖乖地在后排坐好；系好安全带，父母就可以安心地开车了；如果坐前排，不要扳动方向盘、排档杆，很容易造成事故；不能在车厢里放带尖角的玩具，容易受伤。</w:t>
      </w:r>
    </w:p>
    <w:p>
      <w:pPr>
        <w:spacing w:before="100" w:after="200" w:line="360" w:lineRule="auto"/>
        <w:ind w:firstLine="576"/>
        <w:jc w:val="left"/>
      </w:pPr>
      <w:r>
        <w:rPr>
          <w:rFonts w:ascii="宋体" w:eastAsia="宋体" w:hAnsi="宋体"/>
          <w:sz w:val="28"/>
        </w:rPr>
        <w:t>遇天气或路况不佳时，尽量保持低速平稳驾驶，不要随意并线、超车。在冰雪路面起步时，应缓加油、慢抬离合器，行车过程中要保持安全的车速和距离，尽量走有车辙的路线，不要轻易尝试走被冰雪覆盖、路况不明的路段。</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冬季雨、雾天气频发，请各位家长关注天气变化，提前选择出行路线，尽量避开早晨和午夜雾气多发时段。恶劣天气驾驶车辆，要正确使用灯光，降低车速，保持车距，谨慎驾驶。</w:t>
      </w:r>
    </w:p>
    <w:p>
      <w:pPr>
        <w:spacing w:before="100" w:after="200" w:line="360" w:lineRule="auto"/>
        <w:ind w:firstLine="576"/>
        <w:jc w:val="left"/>
      </w:pPr>
      <w:r>
        <w:rPr>
          <w:rFonts w:ascii="宋体" w:eastAsia="宋体" w:hAnsi="宋体"/>
          <w:sz w:val="28"/>
        </w:rPr>
        <w:t>此次活动的开展，丰富了幼儿对交通安全知识的了解，增强了幼儿自觉遵守交通规则的意识。今后，我园会继续从幼儿的安全角度出发，开展形式多样的活动，家园共同配合，联手筑起幼儿交通安全的长城，让安全伴随着孩子们健康茁壮的成长！</w:t>
      </w:r>
    </w:p>
    <w:p>
      <w:pPr>
        <w:spacing w:before="100" w:after="200" w:line="360" w:lineRule="auto"/>
        <w:ind w:firstLine="576"/>
        <w:jc w:val="left"/>
      </w:pPr>
      <w:r>
        <w:rPr>
          <w:rFonts w:ascii="宋体" w:eastAsia="宋体" w:hAnsi="宋体"/>
          <w:sz w:val="28"/>
        </w:rPr>
        <w:t>今年12月2号是第五个“全国交通安全日”，主题为“社会协同治理、安全文明出行”。11月24号，自治区20xx年“12.2全国交通安全日”主题宣传活动走进吐鲁番，来自吐鲁番市公安交警部门代表、各大驾校、出租车驾驶员代表及高昌区第一中学学生代表近100人参加了主题宣传活动。</w:t>
      </w:r>
    </w:p>
    <w:p>
      <w:pPr>
        <w:spacing w:before="100" w:after="200" w:line="360" w:lineRule="auto"/>
        <w:ind w:firstLine="576"/>
        <w:jc w:val="left"/>
      </w:pPr>
      <w:r>
        <w:rPr>
          <w:rFonts w:ascii="宋体" w:eastAsia="宋体" w:hAnsi="宋体"/>
          <w:sz w:val="28"/>
        </w:rPr>
        <w:t>活动通过播放社会各界人士、新疆人民广播电台949交通广播主持人以及各族百姓对交通安全的倡议宣传片、以案说法、“好交警”代表讲交警的故事以及“好司机”代表讲自己行车文明与倡议等形式陆续开展，通俗易懂的语言、真实典型的案例，一个个血的惨痛教训，让在场人员深刻认识到违反交通法规的危害性。活动最后，全体代表共同宣读了交通安全倡议书。</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此次活动由自治区公安厅、自治区文明办、自治区教育厅、自治区司法厅、自治区交通运输厅、自治区安监局主办，由自治区公安厅交警总队、949交通广播电台、吐鲁番人民广播电台、吐鲁番市教育局联合承办。吐鲁番是此次宣传活动的第一站，后期将在库尔勒、克拉玛依相继展开。开展此次宣传活动，是要在全社会共同的合力下，大力推动道路交通安全综合治理，保障人民群众生命财产安全，提升全民交通安全意识、文明意识、法治意识，在全社会形成党委领导、政府主导、社会协同、公众参与、法治保障的工作格局，在全社会营造共同关注交通安全、携手创建文明交通的良好氛围。</w:t>
      </w:r>
    </w:p>
    <w:p>
      <w:pPr>
        <w:spacing w:before="100" w:after="200" w:line="360" w:lineRule="auto"/>
        <w:ind w:firstLine="576"/>
        <w:jc w:val="left"/>
      </w:pPr>
      <w:r>
        <w:rPr>
          <w:rFonts w:ascii="宋体" w:eastAsia="宋体" w:hAnsi="宋体"/>
          <w:sz w:val="28"/>
        </w:rPr>
        <w:t>以“网络安全为人民、网络安全靠人民”为主题的网络安全宣传周活动，并取得了良好的效果。现将此次网络安全宣传周活动总结如下：</w:t>
      </w:r>
    </w:p>
    <w:p>
      <w:pPr>
        <w:spacing w:before="100" w:after="200" w:line="360" w:lineRule="auto"/>
        <w:jc w:val="left"/>
      </w:pPr>
      <w:r>
        <w:rPr>
          <w:rFonts w:ascii="宋体 (中文正文)" w:eastAsia="宋体" w:hAnsi="宋体 (中文正文)"/>
          <w:b/>
          <w:sz w:val="28"/>
        </w:rPr>
        <w:t>一、精心组织，加强领导</w:t>
      </w:r>
    </w:p>
    <w:p>
      <w:pPr>
        <w:spacing w:before="100" w:after="200" w:line="360" w:lineRule="auto"/>
        <w:ind w:firstLine="576"/>
        <w:jc w:val="left"/>
      </w:pPr>
      <w:r>
        <w:rPr>
          <w:rFonts w:ascii="宋体" w:eastAsia="宋体" w:hAnsi="宋体"/>
          <w:sz w:val="28"/>
        </w:rPr>
        <w:t>我校接到通知后立即召开会议，筹划安排部署“网络安全宣传周”的宣传活动工作，成立了以xx健校长为组长、xx为副组长、全体班班主任为组员的领导小组，落实责任分工，明确活动的目的，突出宣传的实效性和思想性。</w:t>
      </w:r>
    </w:p>
    <w:p>
      <w:pPr>
        <w:spacing w:before="100" w:after="200" w:line="360" w:lineRule="auto"/>
        <w:jc w:val="left"/>
      </w:pPr>
      <w:r>
        <w:rPr>
          <w:rFonts w:ascii="宋体 (中文正文)" w:eastAsia="宋体" w:hAnsi="宋体 (中文正文)"/>
          <w:b/>
          <w:sz w:val="28"/>
        </w:rPr>
        <w:t>二、开展讲堂，感受安全</w:t>
      </w:r>
    </w:p>
    <w:p>
      <w:pPr>
        <w:spacing w:before="100" w:after="200" w:line="360" w:lineRule="auto"/>
        <w:ind w:firstLine="576"/>
        <w:jc w:val="left"/>
      </w:pPr>
      <w:r>
        <w:rPr>
          <w:rFonts w:ascii="宋体" w:eastAsia="宋体" w:hAnsi="宋体"/>
          <w:sz w:val="28"/>
        </w:rPr>
        <w:t>我校邀请了驻校民警到学校对全体师生进行《小学生网络安全知识》讲座，在讲座上警官希望全体学生熟记10条网络安全守则，遵守《全国青少年网络文明公约》。通过讲座提高了学生的网络安全防范意识和能力。</w:t>
      </w:r>
    </w:p>
    <w:p>
      <w:pPr>
        <w:spacing w:before="100" w:after="200" w:line="360" w:lineRule="auto"/>
        <w:jc w:val="left"/>
      </w:pPr>
      <w:r>
        <w:rPr>
          <w:rFonts w:ascii="宋体 (中文正文)" w:eastAsia="宋体" w:hAnsi="宋体 (中文正文)"/>
          <w:b/>
          <w:sz w:val="28"/>
        </w:rPr>
        <w:t>三、发放材料，加强宣传</w:t>
      </w:r>
    </w:p>
    <w:p>
      <w:pPr>
        <w:spacing w:before="100" w:after="200" w:line="360" w:lineRule="auto"/>
        <w:ind w:firstLine="576"/>
        <w:jc w:val="left"/>
      </w:pPr>
      <w:r>
        <w:rPr>
          <w:rFonts w:ascii="宋体" w:eastAsia="宋体" w:hAnsi="宋体"/>
          <w:sz w:val="28"/>
        </w:rPr>
        <w:t>为了使学生更进一步明确网络安全工作的重要性，懂得更多的网络安全防范知识和自我保护知识。警官司发放了近一百张的漫画揭穿骗术到学生手中，并要求学生与家长一起阅读，以免上当受骗，另外在学校主道宣传栏上张贴有关网络安全方面的宣传单，提高学生的网络安全意识。</w:t>
      </w:r>
    </w:p>
    <w:p>
      <w:pPr>
        <w:spacing w:before="100" w:after="200" w:line="360" w:lineRule="auto"/>
        <w:jc w:val="left"/>
      </w:pPr>
      <w:r>
        <w:rPr>
          <w:rFonts w:ascii="宋体 (中文正文)" w:eastAsia="宋体" w:hAnsi="宋体 (中文正文)"/>
          <w:b/>
          <w:sz w:val="28"/>
        </w:rPr>
        <w:t>四、教师宣传，提高防范</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r>
        <w:rPr>
          <w:rFonts w:ascii="宋体" w:eastAsia="宋体" w:hAnsi="宋体"/>
          <w:sz w:val="28"/>
        </w:rPr>
        <w:t>网络安全教育，也是每位任课教师的协助工作。把网络安全教育工作渗透到课堂中是每位科任教师义不容辞的责任。因此警官又给全体教师发放了《天盾》，希望全体老师在平时的教学中渗透网络安全知识，使学生时时都注意到“网络安全”，提高安全防范意识。</w:t>
      </w:r>
    </w:p>
    <w:p>
      <w:pPr>
        <w:spacing w:before="100" w:after="200" w:line="360" w:lineRule="auto"/>
        <w:ind w:firstLine="576"/>
        <w:jc w:val="left"/>
      </w:pPr>
      <w:r>
        <w:rPr>
          <w:rFonts w:ascii="宋体" w:eastAsia="宋体" w:hAnsi="宋体"/>
          <w:sz w:val="28"/>
        </w:rPr>
        <w:t>通过“网络安全为人民、网络安全靠人民”这一主题活动，增强了学生的自我保护意识，使得每位学生更扎实的理解了网络安全的重要性。</w:t>
      </w:r>
    </w:p>
    <w:p>
      <w:pPr>
        <w:spacing w:before="100" w:after="200" w:line="360" w:lineRule="auto"/>
        <w:ind w:firstLine="576"/>
        <w:jc w:val="left"/>
      </w:pPr>
      <w:r>
        <w:rPr>
          <w:rFonts w:ascii="宋体" w:eastAsia="宋体" w:hAnsi="宋体"/>
          <w:sz w:val="28"/>
        </w:rPr>
        <w:t>了贯彻落实泸教发【20xx】】71号《关于开展20xx年校园食品安全宣传周活动的通知》的通知精神，进一步宣传普及食品安全法规和科学饮食知识，保障学生身心健康，全面培养小学生的食品安全意识，按照文件精神，学校本着对学生、对家长、对社会高度负责的态度，认真组织开展了食品安全宣传周活动。现将活动情况总结如下：</w:t>
      </w:r>
    </w:p>
    <w:p>
      <w:pPr>
        <w:spacing w:before="100" w:after="200" w:line="360" w:lineRule="auto"/>
        <w:jc w:val="left"/>
      </w:pPr>
      <w:r>
        <w:rPr>
          <w:rFonts w:ascii="宋体 (中文正文)" w:eastAsia="宋体" w:hAnsi="宋体 (中文正文)"/>
          <w:b/>
          <w:sz w:val="28"/>
        </w:rPr>
        <w:t>一、领导机构，落实责任。</w:t>
      </w:r>
    </w:p>
    <w:p>
      <w:pPr>
        <w:spacing w:before="100" w:after="200" w:line="360" w:lineRule="auto"/>
        <w:ind w:firstLine="576"/>
        <w:jc w:val="left"/>
      </w:pPr>
      <w:r>
        <w:rPr>
          <w:rFonts w:ascii="宋体" w:eastAsia="宋体" w:hAnsi="宋体"/>
          <w:sz w:val="28"/>
        </w:rPr>
        <w:t>为了加强食堂食品卫生安全工作，确保师生身体健康，学校成立了安全领导小组：校长为组长，实行分工负责，层层落实。领导小组成员坚持每天对学校食堂食品卫生，及安全工作情况进行检查，发现问题及时整改。</w:t>
      </w:r>
    </w:p>
    <w:p>
      <w:pPr>
        <w:spacing w:before="100" w:after="200" w:line="360" w:lineRule="auto"/>
        <w:jc w:val="left"/>
      </w:pPr>
      <w:r>
        <w:rPr>
          <w:rFonts w:ascii="宋体 (中文正文)" w:eastAsia="宋体" w:hAnsi="宋体 (中文正文)"/>
          <w:b/>
          <w:sz w:val="28"/>
        </w:rPr>
        <w:t>二、成立了食品安全领导小组：</w:t>
      </w:r>
    </w:p>
    <w:p>
      <w:pPr>
        <w:spacing w:before="100" w:after="200" w:line="360" w:lineRule="auto"/>
        <w:jc w:val="left"/>
      </w:pPr>
      <w:r>
        <w:rPr>
          <w:rFonts w:ascii="宋体 (中文正文)" w:eastAsia="宋体" w:hAnsi="宋体 (中文正文)"/>
          <w:sz w:val="28"/>
        </w:rPr>
        <w:t>组长：</w:t>
      </w:r>
    </w:p>
    <w:p>
      <w:pPr>
        <w:spacing w:before="100" w:after="200" w:line="360" w:lineRule="auto"/>
        <w:jc w:val="left"/>
      </w:pPr>
      <w:r>
        <w:rPr>
          <w:rFonts w:ascii="宋体 (中文正文)" w:eastAsia="宋体" w:hAnsi="宋体 (中文正文)"/>
          <w:sz w:val="28"/>
        </w:rPr>
        <w:t>副组长：</w:t>
      </w:r>
    </w:p>
    <w:p>
      <w:pPr>
        <w:spacing w:before="100" w:after="200" w:line="360" w:lineRule="auto"/>
        <w:ind w:firstLine="576"/>
        <w:jc w:val="left"/>
      </w:pPr>
      <w:r>
        <w:rPr>
          <w:rFonts w:ascii="宋体" w:eastAsia="宋体" w:hAnsi="宋体"/>
          <w:sz w:val="28"/>
        </w:rPr>
        <w:t>成员：各班主任。</w:t>
      </w:r>
    </w:p>
    <w:p>
      <w:pPr>
        <w:spacing w:before="100" w:after="200" w:line="360" w:lineRule="auto"/>
        <w:ind w:firstLine="576"/>
        <w:jc w:val="left"/>
      </w:pPr>
      <w:r>
        <w:rPr>
          <w:rFonts w:ascii="宋体" w:eastAsia="宋体" w:hAnsi="宋体"/>
          <w:sz w:val="28"/>
        </w:rPr>
        <w:t>领导小组下设办公室，由总务办公室负责收集整理资料归档工作。</w:t>
      </w:r>
    </w:p>
    <w:p>
      <w:pPr>
        <w:spacing w:before="100" w:after="200" w:line="360" w:lineRule="auto"/>
        <w:jc w:val="left"/>
      </w:pPr>
      <w:r>
        <w:rPr>
          <w:rFonts w:ascii="宋体 (中文正文)" w:eastAsia="宋体" w:hAnsi="宋体 (中文正文)"/>
          <w:sz w:val="28"/>
        </w:rPr>
        <w:t>三、学校现状：</w:t>
      </w:r>
    </w:p>
    <w:p>
      <w:pPr>
        <w:spacing w:before="100" w:after="200" w:line="360" w:lineRule="auto"/>
        <w:ind w:firstLine="576"/>
        <w:jc w:val="left"/>
      </w:pPr>
      <w:r>
        <w:rPr>
          <w:rFonts w:ascii="宋体" w:eastAsia="宋体" w:hAnsi="宋体"/>
          <w:sz w:val="28"/>
        </w:rPr>
        <w:t>我校在学校食堂用餐的学生239人。学校本着为学生服好务的原则，把食品安全做为学校工作的重中之重，制定了食堂管理的各项规章制度。</w:t>
      </w:r>
    </w:p>
    <w:p>
      <w:pPr>
        <w:spacing w:before="100" w:after="200" w:line="360" w:lineRule="auto"/>
        <w:jc w:val="left"/>
        <w:sectPr w:rsidSect="00034616">
          <w:type w:val="nextPage"/>
          <w:pgSz w:w="11906" w:h="16838"/>
          <w:pgMar w:top="1440" w:right="1440" w:bottom="1440" w:left="1440" w:header="720" w:footer="720" w:gutter="0"/>
          <w:pgNumType w:start="6"/>
          <w:cols w:space="720"/>
          <w:titlePg w:val="0"/>
          <w:docGrid w:linePitch="360"/>
        </w:sectPr>
      </w:pPr>
      <w:r>
        <w:rPr>
          <w:rFonts w:ascii="宋体 (中文正文)" w:eastAsia="宋体" w:hAnsi="宋体 (中文正文)"/>
          <w:b/>
          <w:sz w:val="28"/>
        </w:rPr>
        <w:t>四、工作要求：加强学习，提高安全意识。</w:t>
      </w:r>
    </w:p>
    <w:p>
      <w:pPr>
        <w:spacing w:before="100" w:after="200" w:line="360" w:lineRule="auto"/>
        <w:ind w:firstLine="576"/>
        <w:jc w:val="left"/>
      </w:pPr>
      <w:r>
        <w:rPr>
          <w:rFonts w:ascii="宋体" w:eastAsia="宋体" w:hAnsi="宋体"/>
          <w:sz w:val="28"/>
        </w:rPr>
        <w:t>1、提高安全作业观念，认真做好防火、防盗、防毒工作，门窗无人时要上锁。</w:t>
      </w:r>
    </w:p>
    <w:p>
      <w:pPr>
        <w:spacing w:before="100" w:after="200" w:line="360" w:lineRule="auto"/>
        <w:ind w:firstLine="576"/>
        <w:jc w:val="left"/>
      </w:pPr>
      <w:r>
        <w:rPr>
          <w:rFonts w:ascii="宋体" w:eastAsia="宋体" w:hAnsi="宋体"/>
          <w:sz w:val="28"/>
        </w:rPr>
        <w:t>2、食堂操作场所和贮存室禁止非工作人员进入，不准在厨房卖小食及点心。学校教职工及学生未经工作人员允许，不得进入食堂，更不准进入操作间、原料间。</w:t>
      </w:r>
    </w:p>
    <w:p>
      <w:pPr>
        <w:spacing w:before="100" w:after="200" w:line="360" w:lineRule="auto"/>
        <w:ind w:firstLine="576"/>
        <w:jc w:val="left"/>
      </w:pPr>
      <w:r>
        <w:rPr>
          <w:rFonts w:ascii="宋体" w:eastAsia="宋体" w:hAnsi="宋体"/>
          <w:sz w:val="28"/>
        </w:rPr>
        <w:t>3、发现从业人员有疑似传染病者立即采取相关措施。</w:t>
      </w:r>
    </w:p>
    <w:p>
      <w:pPr>
        <w:spacing w:before="100" w:after="200" w:line="360" w:lineRule="auto"/>
        <w:ind w:firstLine="576"/>
        <w:jc w:val="left"/>
      </w:pPr>
      <w:r>
        <w:rPr>
          <w:rFonts w:ascii="宋体" w:eastAsia="宋体" w:hAnsi="宋体"/>
          <w:sz w:val="28"/>
        </w:rPr>
        <w:t>4、保管员及时做好食堂实物帐，保管好食堂物资（含餐具、厨具、各种成品、半成品及原材料）。</w:t>
      </w:r>
    </w:p>
    <w:p>
      <w:pPr>
        <w:spacing w:before="100" w:after="200" w:line="360" w:lineRule="auto"/>
        <w:ind w:firstLine="576"/>
        <w:jc w:val="left"/>
      </w:pPr>
      <w:r>
        <w:rPr>
          <w:rFonts w:ascii="宋体" w:eastAsia="宋体" w:hAnsi="宋体"/>
          <w:sz w:val="28"/>
        </w:rPr>
        <w:t>5、全面检查水、电、炉具、消毒柜、冰箱等均正常工作。下班要关好水、电闸、总阀门及门、窗等，做好防范工作。</w:t>
      </w:r>
    </w:p>
    <w:p>
      <w:pPr>
        <w:spacing w:before="100" w:after="200" w:line="360" w:lineRule="auto"/>
        <w:ind w:firstLine="576"/>
        <w:jc w:val="left"/>
      </w:pPr>
      <w:r>
        <w:rPr>
          <w:rFonts w:ascii="宋体" w:eastAsia="宋体" w:hAnsi="宋体"/>
          <w:sz w:val="28"/>
        </w:rPr>
        <w:t>6、积极做好预防和控制食物中毒，一旦发生情况，立即向学校分管领导及校长汇报，并保护好现场，封存可疑食品，以便查清事故原因，追究责任。</w:t>
      </w:r>
    </w:p>
    <w:p>
      <w:pPr>
        <w:spacing w:before="100" w:after="200" w:line="360" w:lineRule="auto"/>
        <w:ind w:firstLine="576"/>
        <w:jc w:val="left"/>
      </w:pPr>
      <w:r>
        <w:rPr>
          <w:rFonts w:ascii="宋体" w:eastAsia="宋体" w:hAnsi="宋体"/>
          <w:sz w:val="28"/>
        </w:rPr>
        <w:t>7、每餐都及时留有样品。严禁供应剩饭剩菜。及时清扫食堂卫生，保持整洁。</w:t>
      </w:r>
    </w:p>
    <w:p>
      <w:pPr>
        <w:spacing w:before="100" w:after="200" w:line="360" w:lineRule="auto"/>
        <w:ind w:firstLine="576"/>
        <w:jc w:val="left"/>
      </w:pPr>
      <w:r>
        <w:rPr>
          <w:rFonts w:ascii="宋体" w:eastAsia="宋体" w:hAnsi="宋体"/>
          <w:sz w:val="28"/>
        </w:rPr>
        <w:t>8、学校及时收集师生对饭菜、卫生、服务态度等方面的意见和建议，定期检查饭菜质量及数量。</w:t>
      </w:r>
    </w:p>
    <w:p>
      <w:pPr>
        <w:spacing w:before="100" w:after="200" w:line="360" w:lineRule="auto"/>
        <w:ind w:firstLine="576"/>
        <w:jc w:val="left"/>
      </w:pPr>
      <w:r>
        <w:rPr>
          <w:rFonts w:ascii="宋体" w:eastAsia="宋体" w:hAnsi="宋体"/>
          <w:sz w:val="28"/>
        </w:rPr>
        <w:t>9、进一步落实监督检查工作，做到：制度上墙、责任到人、落实到位。定期召开食堂工作人员的会议，经常组织学习食品卫生以及安全方面的知识，增强安全意识、提高管理水平。</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r>
        <w:rPr>
          <w:rFonts w:ascii="宋体" w:eastAsia="宋体" w:hAnsi="宋体"/>
          <w:sz w:val="28"/>
        </w:rPr>
        <w:t>10、进一步规范内部管理。从人员、采购、保管、加工、出售等所有管理环节进行细化并狠抓落实。</w:t>
      </w:r>
    </w:p>
    <w:p>
      <w:pPr>
        <w:spacing w:before="100" w:after="200" w:line="360" w:lineRule="auto"/>
        <w:ind w:firstLine="576"/>
        <w:jc w:val="left"/>
      </w:pPr>
      <w:r>
        <w:rPr>
          <w:rFonts w:ascii="宋体" w:eastAsia="宋体" w:hAnsi="宋体"/>
          <w:sz w:val="28"/>
        </w:rPr>
        <w:t>1、重视宣传教育，增强师生食品卫生安全意识。经常利用班会、对学生进行食品卫生宣传教育，教育学生不到校外购买“三无”食品。搞好个人卫生和环境卫生，要求学生做到勤洗手、勤剪指甲、勤换晒衣被，懂得季节性病菌、病毒的传播与预防知识。促进学生养成较强的意识和良好的习惯。</w:t>
      </w:r>
    </w:p>
    <w:p>
      <w:pPr>
        <w:spacing w:before="100" w:after="200" w:line="360" w:lineRule="auto"/>
        <w:ind w:firstLine="576"/>
        <w:jc w:val="left"/>
      </w:pPr>
      <w:r>
        <w:rPr>
          <w:rFonts w:ascii="宋体" w:eastAsia="宋体" w:hAnsi="宋体"/>
          <w:sz w:val="28"/>
        </w:rPr>
        <w:t>2、学校食堂校舍房屋条件不符合相关要求，对此学校安全工作领导小组将作为工作重心，加强检查管理。</w:t>
      </w:r>
    </w:p>
    <w:p>
      <w:pPr>
        <w:spacing w:before="100" w:after="200" w:line="360" w:lineRule="auto"/>
        <w:ind w:firstLine="576"/>
        <w:jc w:val="left"/>
      </w:pPr>
      <w:r>
        <w:rPr>
          <w:rFonts w:ascii="宋体" w:eastAsia="宋体" w:hAnsi="宋体"/>
          <w:sz w:val="28"/>
        </w:rPr>
        <w:t>3、对于检查过程中也发现存在的部分问题。例如：工作人员卫生防护措施不到位，偶有个别不戴帽的现象；学校将加强检查督促，杜绝此类现象的发生。</w:t>
      </w:r>
    </w:p>
    <w:p>
      <w:pPr>
        <w:spacing w:before="100" w:after="200" w:line="360" w:lineRule="auto"/>
        <w:ind w:firstLine="576"/>
        <w:jc w:val="left"/>
      </w:pPr>
      <w:r>
        <w:rPr>
          <w:rFonts w:ascii="宋体" w:eastAsia="宋体" w:hAnsi="宋体"/>
          <w:sz w:val="28"/>
        </w:rPr>
        <w:t>14、确立人员，从今以后，坚持校长试尝并签名。</w:t>
      </w:r>
    </w:p>
    <w:p>
      <w:pPr>
        <w:spacing w:before="100" w:after="200" w:line="360" w:lineRule="auto"/>
        <w:ind w:firstLine="576"/>
        <w:jc w:val="left"/>
      </w:pPr>
      <w:r>
        <w:rPr>
          <w:rFonts w:ascii="宋体" w:eastAsia="宋体" w:hAnsi="宋体"/>
          <w:sz w:val="28"/>
        </w:rPr>
        <w:t>15、学校安全工作领导小组已经安排专人坚持对食堂工作人员坚持晨检。</w:t>
      </w:r>
    </w:p>
    <w:p>
      <w:pPr>
        <w:spacing w:before="100" w:after="200" w:line="360" w:lineRule="auto"/>
        <w:jc w:val="left"/>
      </w:pPr>
      <w:r>
        <w:rPr>
          <w:rFonts w:ascii="宋体 (中文正文)" w:eastAsia="宋体" w:hAnsi="宋体 (中文正文)"/>
          <w:b/>
          <w:sz w:val="28"/>
        </w:rPr>
        <w:t>五、开展了主题为“关注食品安全、享受健康生活”的宣传教育活动。</w:t>
      </w:r>
    </w:p>
    <w:p>
      <w:pPr>
        <w:spacing w:before="100" w:after="200" w:line="360" w:lineRule="auto"/>
        <w:ind w:firstLine="576"/>
        <w:jc w:val="left"/>
      </w:pPr>
      <w:r>
        <w:rPr>
          <w:rFonts w:ascii="宋体" w:eastAsia="宋体" w:hAnsi="宋体"/>
          <w:sz w:val="28"/>
        </w:rPr>
        <w:t>利用黑板报、手抄报等多种途径，以班级为单位，积极开展食品安全知识宣传活动。在校园内营造良好的食品安全氛围的同时，着力提高学生的自我保护能力和卫生防病意识。</w:t>
      </w:r>
    </w:p>
    <w:p>
      <w:pPr>
        <w:spacing w:before="100" w:after="200" w:line="360" w:lineRule="auto"/>
        <w:jc w:val="left"/>
      </w:pPr>
      <w:r>
        <w:rPr>
          <w:rFonts w:ascii="宋体 (中文正文)" w:eastAsia="宋体" w:hAnsi="宋体 (中文正文)"/>
          <w:b/>
          <w:sz w:val="28"/>
        </w:rPr>
        <w:t>六、上一堂有关食品安全健康教育课，班主任老师利用晨会、主题班会等。</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p>
    <w:p>
      <w:pPr>
        <w:spacing w:before="100" w:after="200" w:line="360" w:lineRule="auto"/>
        <w:ind w:firstLine="576"/>
        <w:jc w:val="left"/>
      </w:pPr>
      <w:r>
        <w:rPr>
          <w:rFonts w:ascii="宋体" w:eastAsia="宋体" w:hAnsi="宋体"/>
          <w:sz w:val="28"/>
        </w:rPr>
        <w:t>丰富的教育活动反复教育学生不得购买路边小摊贩的不洁食品，告诫学生饭前、便后勤洗手，谨防病从口入。不断增强学生食品安全意识。把食品安全宣传教育有机地融入日常教育教学工作中，让学生在愉快的学习、活动中提高了食品安全意识和自我保护意识，从而有效地保障了师生的身心健康。</w:t>
      </w:r>
    </w:p>
    <w:p>
      <w:pPr>
        <w:spacing w:before="100" w:after="200" w:line="360" w:lineRule="auto"/>
        <w:ind w:firstLine="576"/>
        <w:jc w:val="left"/>
      </w:pPr>
      <w:r>
        <w:rPr>
          <w:rFonts w:ascii="宋体" w:eastAsia="宋体" w:hAnsi="宋体"/>
          <w:sz w:val="28"/>
        </w:rPr>
        <w:t>今后，学校将以这次食品安全教育活动周为契机，进一步加大监管教育工作的力度，不断改善，使学校食品安全工作再上新的台阶。</w:t>
      </w:r>
    </w:p>
    <w:p>
      <w:pPr>
        <w:spacing w:before="100" w:after="200" w:line="360" w:lineRule="auto"/>
        <w:ind w:firstLine="576"/>
        <w:jc w:val="left"/>
      </w:pPr>
      <w:r>
        <w:rPr>
          <w:rFonts w:ascii="宋体" w:eastAsia="宋体" w:hAnsi="宋体"/>
          <w:sz w:val="28"/>
        </w:rPr>
        <w:t>为贯彻落实“我安全，我健康，我快乐”为主题的中小学安全日教育活动，我校领导高度重视，紧紧围绕安全日安全教育这一主线，在师生中开展了丰富多彩的活动，将安全活动深入到老师和学生及家长的心中，进一步提高了广大师生的人身安全意识和素质。</w:t>
      </w:r>
    </w:p>
    <w:p>
      <w:pPr>
        <w:spacing w:before="100" w:after="200" w:line="360" w:lineRule="auto"/>
        <w:jc w:val="left"/>
      </w:pPr>
      <w:r>
        <w:rPr>
          <w:rFonts w:ascii="宋体 (中文正文)" w:eastAsia="宋体" w:hAnsi="宋体 (中文正文)"/>
          <w:b/>
          <w:sz w:val="28"/>
        </w:rPr>
        <w:t>一、领导高度重视</w:t>
      </w:r>
    </w:p>
    <w:p>
      <w:pPr>
        <w:spacing w:before="100" w:after="200" w:line="360" w:lineRule="auto"/>
        <w:ind w:firstLine="576"/>
        <w:jc w:val="left"/>
      </w:pPr>
      <w:r>
        <w:rPr>
          <w:rFonts w:ascii="宋体" w:eastAsia="宋体" w:hAnsi="宋体"/>
          <w:sz w:val="28"/>
        </w:rPr>
        <w:t>校领导高度重视安全日的活动安排，召开专门会议传达学习“关于开展中小学生安全教育日活动的通知”，研究部署安全教育工作，工作安排细致，责任到人。所以，我校的安全日活动细致、务实、效果好。</w:t>
      </w:r>
    </w:p>
    <w:p>
      <w:pPr>
        <w:spacing w:before="100" w:after="200" w:line="360" w:lineRule="auto"/>
        <w:jc w:val="left"/>
      </w:pPr>
      <w:r>
        <w:rPr>
          <w:rFonts w:ascii="宋体 (中文正文)" w:eastAsia="宋体" w:hAnsi="宋体 (中文正文)"/>
          <w:b/>
          <w:sz w:val="28"/>
        </w:rPr>
        <w:t>二、活动安排丰富多彩，活动效果好。</w:t>
      </w:r>
    </w:p>
    <w:p>
      <w:pPr>
        <w:spacing w:before="100" w:after="200" w:line="360" w:lineRule="auto"/>
        <w:ind w:firstLine="576"/>
        <w:jc w:val="left"/>
      </w:pPr>
      <w:r>
        <w:rPr>
          <w:rFonts w:ascii="宋体" w:eastAsia="宋体" w:hAnsi="宋体"/>
          <w:sz w:val="28"/>
        </w:rPr>
        <w:t>(一)、开展专门安全教育</w:t>
      </w:r>
    </w:p>
    <w:p>
      <w:pPr>
        <w:spacing w:before="100" w:after="200" w:line="360" w:lineRule="auto"/>
        <w:ind w:firstLine="576"/>
        <w:jc w:val="left"/>
      </w:pPr>
      <w:r>
        <w:rPr>
          <w:rFonts w:ascii="宋体" w:eastAsia="宋体" w:hAnsi="宋体"/>
          <w:sz w:val="28"/>
        </w:rPr>
        <w:t>1、在校门口醒目位置悬挂以安全为主题的宣传标语，“我安全，我健康，我快乐”。通过校园广播站、宣传栏、LED屏等阵地，广泛宣传消防、交通、饮食卫生、疾病预防等方面的`安全常识，提高全体师生的安全意识和自我防护能力，使全体师生知晓“安全教育月”的主题，营造浓厚的氛围。</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r>
        <w:rPr>
          <w:rFonts w:ascii="宋体" w:eastAsia="宋体" w:hAnsi="宋体"/>
          <w:sz w:val="28"/>
        </w:rPr>
        <w:t>2、周一进行了一次国旗下的讲话。充分发挥了我校的升旗仪式的阵地作用，讲话以“我安全，我健康，我快乐”为主题，对学生进行安全教育，进一步提高学生的安全意识。大力加强了学生良好行为习惯的培养，让学生牢固树立“时时讲安全、处处讲安全、安全第一”的思想。</w:t>
      </w:r>
    </w:p>
    <w:p>
      <w:pPr>
        <w:spacing w:before="100" w:after="200" w:line="360" w:lineRule="auto"/>
        <w:ind w:firstLine="576"/>
        <w:jc w:val="left"/>
      </w:pPr>
      <w:r>
        <w:rPr>
          <w:rFonts w:ascii="宋体" w:eastAsia="宋体" w:hAnsi="宋体"/>
          <w:sz w:val="28"/>
        </w:rPr>
        <w:t>3、邀请消防大队官兵前来我校做了消防疏散逃生等知识讲座，进一步加强了广大师生的安全意识，对师生进行防火灾、灭火器使用、地震逃生等自救能力宣传教育，使师生对于预防灾害的发生以及灾害发生时的疏散应对能力大为提高。</w:t>
      </w:r>
    </w:p>
    <w:p>
      <w:pPr>
        <w:spacing w:before="100" w:after="200" w:line="360" w:lineRule="auto"/>
        <w:ind w:firstLine="576"/>
        <w:jc w:val="left"/>
      </w:pPr>
      <w:r>
        <w:rPr>
          <w:rFonts w:ascii="宋体" w:eastAsia="宋体" w:hAnsi="宋体"/>
          <w:sz w:val="28"/>
        </w:rPr>
        <w:t>5、举行了一次“突发事件应急疏散演练”，加强宣传和普及灾害事故逃生知识，使广大学生了解和提高了发生灾后的逃生技巧，能够做到临危不乱，有序、迅速地按照逃生路线安全疏散。</w:t>
      </w:r>
    </w:p>
    <w:p>
      <w:pPr>
        <w:spacing w:before="100" w:after="200" w:line="360" w:lineRule="auto"/>
        <w:ind w:firstLine="576"/>
        <w:jc w:val="left"/>
      </w:pPr>
      <w:r>
        <w:rPr>
          <w:rFonts w:ascii="宋体" w:eastAsia="宋体" w:hAnsi="宋体"/>
          <w:sz w:val="28"/>
        </w:rPr>
        <w:t>6、发放了一份以安全教育为内容的告家长书。让家长配合学校切实做好安全教育工作。</w:t>
      </w:r>
    </w:p>
    <w:p>
      <w:pPr>
        <w:spacing w:before="100" w:after="200" w:line="360" w:lineRule="auto"/>
        <w:ind w:firstLine="576"/>
        <w:jc w:val="left"/>
      </w:pPr>
      <w:r>
        <w:rPr>
          <w:rFonts w:ascii="宋体" w:eastAsia="宋体" w:hAnsi="宋体"/>
          <w:sz w:val="28"/>
        </w:rPr>
        <w:t>7、各班结合本班实际，结合安全事故发生的规律、特点，在周一(3月30日)周会课上以安全知识竞赛、主题班会、知识讲座、学习安全知识等为载体，有针对性地开展一次专题安全教育，重点加强消防安全、预防溺水、交通安全、食品安全、预防校园伤害等防范教育，确保安全教育活动真正做到安全知识入脑入心，进一步提高广大师生的安全意识和避险能力。</w:t>
      </w:r>
    </w:p>
    <w:p>
      <w:pPr>
        <w:spacing w:before="100" w:after="200" w:line="360" w:lineRule="auto"/>
        <w:ind w:firstLine="576"/>
        <w:jc w:val="left"/>
      </w:pPr>
      <w:r>
        <w:rPr>
          <w:rFonts w:ascii="宋体" w:eastAsia="宋体" w:hAnsi="宋体"/>
          <w:sz w:val="28"/>
        </w:rPr>
        <w:t>8、进行了一次安全责任教育和检查。在开学安全检查的基础上，三月份，召开安全员会议，加强安全管理及安全意识。同时对学校的各种教学设施设备再一次认真检查，确保不留安全隐患，各年级各班也要对安全隐患进行自查。</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r>
        <w:rPr>
          <w:rFonts w:ascii="宋体" w:eastAsia="宋体" w:hAnsi="宋体"/>
          <w:sz w:val="28"/>
        </w:rPr>
        <w:t>9、为了更好地开展心理健康教育，学校开设了“心理健康讲座”，由教学经验丰富的多年从事心理教育的教师上课，精彩的心理讲座深受师生欢迎，教育效果非常明显，家长反映，孩子变得开朗了，爱和父母沟通了，借着“安全教育日”的春风，把此项工作长期开展下去。</w:t>
      </w:r>
    </w:p>
    <w:p>
      <w:pPr>
        <w:spacing w:before="100" w:after="200" w:line="360" w:lineRule="auto"/>
        <w:jc w:val="left"/>
      </w:pPr>
      <w:r>
        <w:rPr>
          <w:rFonts w:ascii="宋体 (中文正文)" w:eastAsia="宋体" w:hAnsi="宋体 (中文正文)"/>
          <w:b/>
          <w:sz w:val="28"/>
        </w:rPr>
        <w:t>二、组织收看安全教育节目</w:t>
      </w:r>
    </w:p>
    <w:p>
      <w:pPr>
        <w:spacing w:before="100" w:after="200" w:line="360" w:lineRule="auto"/>
        <w:ind w:firstLine="576"/>
        <w:jc w:val="left"/>
      </w:pPr>
      <w:r>
        <w:rPr>
          <w:rFonts w:ascii="宋体" w:eastAsia="宋体" w:hAnsi="宋体"/>
          <w:sz w:val="28"/>
        </w:rPr>
        <w:t>教育部委托湖南卫视策划制作了以中小学生安全教育为主题的节目，于3月31日18:00_18:30在卫视《新闻大求真》栏目播出。安全教育日之后，将有关安全教育资源上传教师交流组，通知每位学生在家与父母共同观看。</w:t>
      </w:r>
    </w:p>
    <w:p>
      <w:pPr>
        <w:spacing w:before="100" w:after="200" w:line="360" w:lineRule="auto"/>
        <w:ind w:firstLine="576"/>
        <w:jc w:val="left"/>
      </w:pPr>
      <w:r>
        <w:rPr>
          <w:rFonts w:ascii="宋体" w:eastAsia="宋体" w:hAnsi="宋体"/>
          <w:sz w:val="28"/>
        </w:rPr>
        <w:t>安全教育日过去了，但安全工作将贯穿于我们日后的日常工作中，因为我们意识到安全是一项重中之重的工作，应常抓不懈，让师生安安全全每一天!</w:t>
      </w:r>
    </w:p>
    <w:p>
      <w:pPr>
        <w:spacing w:before="100" w:after="200" w:line="360" w:lineRule="auto"/>
        <w:ind w:firstLine="576"/>
        <w:jc w:val="left"/>
      </w:pPr>
      <w:r>
        <w:rPr>
          <w:rFonts w:ascii="宋体" w:eastAsia="宋体" w:hAnsi="宋体"/>
          <w:sz w:val="28"/>
        </w:rPr>
        <w:t>安全工作重于泰山。我校一直以来都非常重视抓好学校安全工作，将这一工作作为学校工作的重中之重。领导安全意识强、教师安全意识强、学生安全意识强，形成了从上到下重视安全的良好风气。</w:t>
      </w:r>
    </w:p>
    <w:p>
      <w:pPr>
        <w:spacing w:before="100" w:after="200" w:line="360" w:lineRule="auto"/>
        <w:ind w:firstLine="576"/>
        <w:jc w:val="left"/>
      </w:pPr>
      <w:r>
        <w:rPr>
          <w:rFonts w:ascii="宋体" w:eastAsia="宋体" w:hAnsi="宋体"/>
          <w:sz w:val="28"/>
        </w:rPr>
        <w:t>六月份是安全生产活动月。在让孩子们快乐学习，快乐玩耍的同时，我校充分运用报刊、广播、电视、互联网等大众传媒，利用宣传栏、文化橱窗、广播站等阵地，采取主题班会、专题节目、文艺演出、安全知识讲座或安全知识竞赛等多种形式，以“安全生产月”活动主题和应对自然灾害知识为宣传重点，组织学生开展了丰富多彩的安全教育活动。有全校性的安全知识讲座，以安全教育为主题的国旗下的讲话，分班进行的安全教育，、、、、、、内容丰富，有春秋季的食品卫生、传染病防控，入夏的防溺水，汛期防洪、秋冬季防火、节假日学生出行安全等。在入夏防溺水这方面，学校尤其重视。花了大力气来宣传教育。还采取了救护演习。让学生充分认识到了存在安全隐患的游泳危害。掌握了简单的救护求生技巧。</w:t>
      </w:r>
    </w:p>
    <w:p>
      <w:pPr>
        <w:spacing w:before="100" w:after="200" w:line="360" w:lineRule="auto"/>
        <w:ind w:firstLine="576"/>
        <w:jc w:val="left"/>
      </w:pP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https://d.book118.com/327002003014006042</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27002003014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