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公司生产部年终总结（15篇）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公司生产部年终总结 1 </w:t>
      </w:r>
      <w:r>
        <w:rPr>
          <w:lang w:eastAsia="zh-CN"/>
        </w:rPr>
        <w:br/>
      </w:r>
      <w:r>
        <w:rPr>
          <w:lang w:eastAsia="zh-CN"/>
        </w:rPr>
        <w:t>　　紧张、忙碌的20__年即将过去，在20__年从3月份推广会开始一直到春节放假，整个生产部都是在被追货的情况下度过，紧张的气氛一直未停息过，（10月份板式有过临时短暂的正常），希望新的一年生产部能有更好的调整来适应公司20__年的新台阶、新要求。作为生产部经理，对20__年的工作总结有以下几点：</w:t>
      </w:r>
      <w:r>
        <w:rPr>
          <w:lang w:eastAsia="zh-CN"/>
        </w:rPr>
        <w:br/>
      </w:r>
      <w:r>
        <w:rPr>
          <w:lang w:eastAsia="zh-CN"/>
        </w:rPr>
        <w:t>　　一、板式车间作为一个起步车间，老员工偏多，对一些新同事、新的制度一时难以认同，常出现一些纠纷及个人主义，造成整个工作链条存在情绪化波动，不能平稳发展，订单没有细化跟进，生产力及质量不稳定，新到的主管和员工之间还有一定的隔膜。</w:t>
      </w:r>
      <w:r>
        <w:rPr>
          <w:lang w:eastAsia="zh-CN"/>
        </w:rPr>
        <w:br/>
      </w:r>
      <w:r>
        <w:rPr>
          <w:lang w:eastAsia="zh-CN"/>
        </w:rPr>
        <w:t>　　二、屏风车间是制造中心战斗力、执行力及质量较稳定的车间，由于前工序人员不足及五金车间前准备不及时，也造成很多订单延误。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三、五金车间在20__年人员波动最大的一个车间，跟车间成立之时的老员工只剩下一个黄传华，在外界的薪资压力下，对焊接、打磨、冲床等工序做出大的调整，在下半年才基本稳定下来。自从研发出钢制屏风来，该车间的订单一直在饱和的状态下，五金的打磨及喷涂的质量一直得不到稳定，时好时坏。主管的成本意识不够强，五金的余料及半成品没得到更好的'利用。四、转椅车间上半年订单较少，而从7月份成立实木车间以来，订单量猛增，由于人员补充不上，一直在超饱和的状态下，造成很多订单延误。</w:t>
      </w:r>
      <w:r>
        <w:rPr>
          <w:lang w:eastAsia="zh-CN"/>
        </w:rPr>
        <w:br/>
      </w:r>
      <w:r>
        <w:rPr>
          <w:lang w:eastAsia="zh-CN"/>
        </w:rPr>
        <w:t>　　五、高隔车间由曾明带领2名员工组成3人小队，除了车间现场5S搞得比较差外，对订单任务基本按时完成，还可以经常到工地协助工程部安装。</w:t>
      </w:r>
      <w:r>
        <w:rPr>
          <w:lang w:eastAsia="zh-CN"/>
        </w:rPr>
        <w:br/>
      </w:r>
      <w:r>
        <w:rPr>
          <w:lang w:eastAsia="zh-CN"/>
        </w:rPr>
        <w:t>　　六、工程部由于人手不够，工地外协安装的情况很多；搬运组同样因人员外出工地，装车时经常要调用车间员工装车。</w:t>
      </w:r>
      <w:r>
        <w:rPr>
          <w:lang w:eastAsia="zh-CN"/>
        </w:rPr>
        <w:br/>
      </w:r>
      <w:r>
        <w:rPr>
          <w:lang w:eastAsia="zh-CN"/>
        </w:rPr>
        <w:t>　　七、成品仓库20__年人员变动比较大，在发货过程中出现不少发错、漏发的低级错误，生产部也就此问题对相关人员进行了培训，并长期跟进成品仓库的发货情况，努力培养出经验丰富的发货人才。</w:t>
      </w:r>
      <w:r>
        <w:rPr>
          <w:lang w:eastAsia="zh-CN"/>
        </w:rPr>
        <w:br/>
      </w:r>
      <w:r>
        <w:rPr>
          <w:lang w:eastAsia="zh-CN"/>
        </w:rPr>
        <w:t>　　八、原材料仓库方面，由于人数的增加及分工的细化，在物料方面有较大的改善，除供应商无法供应外，物料缺少的现象已经基本杜绝。九、生产跟单的工作调整</w:t>
      </w:r>
      <w:r>
        <w:rPr>
          <w:lang w:eastAsia="zh-CN"/>
        </w:rPr>
        <w:br/>
      </w:r>
      <w:r>
        <w:rPr>
          <w:lang w:eastAsia="zh-CN"/>
        </w:rPr>
        <w:t>　　公司生产部年终总结 2</w:t>
      </w:r>
      <w:r>
        <w:rPr>
          <w:lang w:eastAsia="zh-CN"/>
        </w:rPr>
        <w:br/>
      </w:r>
      <w:r>
        <w:rPr>
          <w:lang w:eastAsia="zh-CN"/>
        </w:rPr>
        <w:t>　　20__年在紧张和忙碌中过去了，回首过去的一年，内心不禁感慨万千，这一年，虽没有轰轰烈烈的战果，对于我而言，但也算经历了一段不平凡的考验和磨砺。在这辞旧迎新之际，我们代表生产部门将深刻地对本部门一年来的工作及得失作出细致的总结，同时祈愿我们公司明年会更好。</w:t>
      </w:r>
      <w:r>
        <w:rPr>
          <w:lang w:eastAsia="zh-CN"/>
        </w:rPr>
        <w:br/>
      </w:r>
      <w:r>
        <w:rPr>
          <w:lang w:eastAsia="zh-CN"/>
        </w:rPr>
        <w:t>　　一、生产和产量方面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过去的一年里，生产部门面料了原材料问题频出现、客户质量标准大幅提高、原材料到货不及时、客户订单临时调整、等困难，且在12年底3个月中，电动车电池行业受到天能、超威两家龙头企业的打压，使得我们在销售上受到很大阻碍，但在这些种种困难下，我们仍有存在进步，公司投入资金购置了更加高效率、高质量的设备和模具，为产品的产量和质量提供了更加有力的保证，提高了生产量，降低了人为因素造成的质量问题，据统计，20__年生产量共计167484只，今年生产量共计259947，电池比去年增长了92463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完成上述产量的同时，在12年我们也遭遇了严重的批量退货问题及客户投诉，在这些大批量的退货当中，有12%来自于员工生产疏漏造成，出厂外观直接被客户否决的，换新期内就出现短路断路的，少酸、多酸的，漏放零配件的，还有40%来就自于原材料，因我们对每批购进材料质量更进不到位，疏忽对原材料质量的把关，还有其它包含了客户使用、地方气候等影响，在这些的问题当中，我们得到教训，自我反思，这些问题都因日常工作管理的疏漏及员工对产品质量的意识薄弱所导致，我们要正确认识到，质量是我们生存之本，我们要坚持操作工为第一质检员的观点，我们始终坚信产品质量是生产出来的，只要生产部的每一个员工都有高度的质量意识，并付诸于生产操作的每一环节中，产品质量将会稳步提高，以达到满足客户质量要求的目标。今年我们也在生产质量上做了一些改进，严把生产工序的每一个质量要点，将原来抽检的方式加改关检，使各种质量漏洞向0缺陷迈进，且利用周会、班前会及生产过程及时为操作工灌输质量理念。</w:t>
      </w:r>
      <w:r>
        <w:rPr>
          <w:lang w:eastAsia="zh-CN"/>
        </w:rPr>
        <w:br/>
      </w:r>
      <w:r>
        <w:rPr>
          <w:lang w:eastAsia="zh-CN"/>
        </w:rPr>
        <w:t>　　二、在设备模具管理方面</w:t>
      </w:r>
      <w:r>
        <w:rPr>
          <w:lang w:eastAsia="zh-CN"/>
        </w:rPr>
        <w:br/>
      </w:r>
      <w:r>
        <w:rPr>
          <w:lang w:eastAsia="zh-CN"/>
        </w:rPr>
        <w:t>　　日常工作中，对设备的保养、故障的提前预防做的还很不到位，大修设备或模具往往需要几天或更长时间才能完成，都因我们操作工及各车间管理/机修部门对设备、模具，不能及时发现故障隐患，并未及时处理造成了延误生产的状态，且未做到按照设备维护保养的相关文件对设备进行定期检修保养，因此，我们在这方面因须采取更进，规范维修部门，按排直接责任人，进一步建立设备模具运转率、故障率、闲置率等系列数据统计分析报告，及时分析设备模具出现的问题，做好相应的记录及详细的设备点检表、模具维修记录、并为每套模具建立详细的档案，确保有力地保障设备的正常运转，进而很大程度上确保了生产运行的稳定性。</w:t>
      </w:r>
      <w:r>
        <w:rPr>
          <w:lang w:eastAsia="zh-CN"/>
        </w:rPr>
        <w:br/>
      </w:r>
      <w:r>
        <w:rPr>
          <w:lang w:eastAsia="zh-CN"/>
        </w:rPr>
        <w:t>　　三、安全生产方面</w:t>
      </w:r>
      <w:r>
        <w:rPr>
          <w:lang w:eastAsia="zh-CN"/>
        </w:rPr>
        <w:br/>
      </w:r>
      <w:r>
        <w:rPr>
          <w:lang w:eastAsia="zh-CN"/>
        </w:rPr>
        <w:t>　　因制度执行力度不足，管理松懈，导致在今年12月23日在车间发生火灾事件，此事造成公司损失7千多元，针对此类事件，公司将会对一些有可能会造成人身伤害或设备模具损害隐患的人和事进行了严肃的经济处罚和批评警告。</w:t>
      </w:r>
      <w:r>
        <w:rPr>
          <w:lang w:eastAsia="zh-CN"/>
        </w:rPr>
        <w:br/>
      </w:r>
      <w:r>
        <w:rPr>
          <w:lang w:eastAsia="zh-CN"/>
        </w:rPr>
        <w:t>　　生产部门在过去的一年里，在公司领导的.正确领导下，顺利通过了ISO9000审核组对生产部门的审核，并通过这次活动健全了很多以前没有做到的东西。各生产岗位知难而上、基本顺利的完成了公司下达的各项生产任务。生产部虽然做了很多的工作，也取得了一定的成绩，但是也还存在较多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四、人员管理方面</w:t>
      </w:r>
      <w:r>
        <w:rPr>
          <w:lang w:eastAsia="zh-CN"/>
        </w:rPr>
        <w:br/>
      </w:r>
      <w:r>
        <w:rPr>
          <w:lang w:eastAsia="zh-CN"/>
        </w:rPr>
        <w:t>　　由于生产部大部分员工都是从社会临时招聘，普遍文化素质较低、工作态度自由散漫，加之生产管理人员在具体管理方面的松懈，致使员工的责任、团队、服从管理意识不强，消极怠工现象屡屡出现，缺乏质量观念和成本观念，不能很好地爱护公司财物，节约各项能源。在这方面我们正在着手进行整顿、教育、并制定详细的规章制度和各方面培训计划，对操作工的出勤率、计划达成率、人员流失率、生产效率，建立健全相应的规章制度及奖罚措施，不断提高员工的综合素质，以适应企业今后发展的要求。如今，公司在企业文化建设方面也几乎是一片空白，企业文化关系到企业所有员工的思想情绪，也与企业的发展息息相关。纵观中外古今取得巨大成功的企业，都非常注重企业文化的建设。作为一个企业首先要树立企业的精神理念，然后通过长期的企业文化建设，把企业精神贯注到每一位员工心中。良好的思想政治工作，能够给企业带来无形而巨大的效益。</w:t>
      </w:r>
      <w:r>
        <w:rPr>
          <w:lang w:eastAsia="zh-CN"/>
        </w:rPr>
        <w:br/>
      </w:r>
      <w:r>
        <w:rPr>
          <w:lang w:eastAsia="zh-CN"/>
        </w:rPr>
        <w:t>　　面对即将到来的20__年，我们生产部愿以最饱满的热情对待新年的每一天，团结协作，克服存在不足之处，提高工作质量，抓好安全生产，为公司的发展尽我们最大的努力，保质保量完成任务。</w:t>
      </w:r>
      <w:r>
        <w:rPr>
          <w:lang w:eastAsia="zh-CN"/>
        </w:rPr>
        <w:br/>
      </w:r>
      <w:r>
        <w:rPr>
          <w:lang w:eastAsia="zh-CN"/>
        </w:rPr>
        <w:t>　　公司生产部年终总结 3</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时光荏苒，岁月穿梭。我们即将迎来新的一年。在过去的一年中，生产部在上级领导的大力支持和各部门的密切配合与部门全体员工的共同努力下，顺利地完成了公司下达的各项生产任务。在此，我对生产部门一年来的工作予以回顾和总结，同时祈愿我们公司明年更美好!</w:t>
      </w:r>
      <w:r>
        <w:rPr>
          <w:lang w:eastAsia="zh-CN"/>
        </w:rPr>
        <w:br/>
      </w:r>
      <w:r>
        <w:rPr>
          <w:lang w:eastAsia="zh-CN"/>
        </w:rPr>
        <w:t>　　一、工作回顾</w:t>
      </w:r>
      <w:r>
        <w:rPr>
          <w:lang w:eastAsia="zh-CN"/>
        </w:rPr>
        <w:br/>
      </w:r>
      <w:r>
        <w:rPr>
          <w:lang w:eastAsia="zh-CN"/>
        </w:rPr>
        <w:t>　　1、产品产量方面</w:t>
      </w:r>
      <w:r>
        <w:rPr>
          <w:lang w:eastAsia="zh-CN"/>
        </w:rPr>
        <w:br/>
      </w:r>
      <w:r>
        <w:rPr>
          <w:lang w:eastAsia="zh-CN"/>
        </w:rPr>
        <w:t>　　生产部合理调整生产计划，利用有限资源，及时满足客户交期，为今后公司产品多元化打下了良好的基础。</w:t>
      </w:r>
      <w:r>
        <w:rPr>
          <w:lang w:eastAsia="zh-CN"/>
        </w:rPr>
        <w:br/>
      </w:r>
      <w:r>
        <w:rPr>
          <w:lang w:eastAsia="zh-CN"/>
        </w:rPr>
        <w:t>　　2、产品质量方面</w:t>
      </w:r>
      <w:r>
        <w:rPr>
          <w:lang w:eastAsia="zh-CN"/>
        </w:rPr>
        <w:br/>
      </w:r>
      <w:r>
        <w:rPr>
          <w:lang w:eastAsia="zh-CN"/>
        </w:rPr>
        <w:t>　　在完成生产任务的同时，我们生产部门同样高度重视产品质量，严把生产工序的每一个质量控制关，虽负责的工作角色进行了转换，但我们始终坚信产品质量是设计、生产出来的，只要生产部的每一个员工都有高度的质量意识，并付诸于生产操作的每一环节中，产品质量将会稳步提高。</w:t>
      </w:r>
      <w:r>
        <w:rPr>
          <w:lang w:eastAsia="zh-CN"/>
        </w:rPr>
        <w:br/>
      </w:r>
      <w:r>
        <w:rPr>
          <w:lang w:eastAsia="zh-CN"/>
        </w:rPr>
        <w:t>　　3、机器设备管理方面</w:t>
      </w:r>
      <w:r>
        <w:rPr>
          <w:lang w:eastAsia="zh-CN"/>
        </w:rPr>
        <w:br/>
      </w:r>
      <w:r>
        <w:rPr>
          <w:lang w:eastAsia="zh-CN"/>
        </w:rPr>
        <w:t>　　在过去的一年里，公司各种生产设备运转完好率达到100%，尚未出现一起因设备原因影响生产的事故。可以说是因为大部分设备都是新设备，故障率较低。但我们设备维护还是按照设备维护保养的相关文件进行定期检修保养，有力地保障了设备的正常运转，进而确保了生产运行的稳定。</w:t>
      </w:r>
      <w:r>
        <w:rPr>
          <w:lang w:eastAsia="zh-CN"/>
        </w:rPr>
        <w:br/>
      </w:r>
      <w:r>
        <w:rPr>
          <w:lang w:eastAsia="zh-CN"/>
        </w:rPr>
        <w:t>　　4、人员管理方面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生产线员工极不稳定的情况下、这无疑于给生产管理带来极大压力，但就在这样的压力推动下，本部门各车间还是坚定地进行员工岗前岗中培训，保证新进员工的顺利进入岗位角色，做到基本胜任轮换岗位工作。在这里我得感谢几位车间主管和各个车间一线的组长，是他们的鼎力支持和配合才使得生产部有了如今的良好局面。</w:t>
      </w:r>
      <w:r>
        <w:rPr>
          <w:lang w:eastAsia="zh-CN"/>
        </w:rPr>
        <w:br/>
      </w:r>
      <w:r>
        <w:rPr>
          <w:lang w:eastAsia="zh-CN"/>
        </w:rPr>
        <w:t>　　5、安全生产方面</w:t>
      </w:r>
      <w:r>
        <w:rPr>
          <w:lang w:eastAsia="zh-CN"/>
        </w:rPr>
        <w:br/>
      </w:r>
      <w:r>
        <w:rPr>
          <w:lang w:eastAsia="zh-CN"/>
        </w:rPr>
        <w:t>　　在过去的一年里，生产部门将安全生产纳入日常的管理工作之中，做到随时对各车间员工进行安全知识的教育，并监督检查及时消除各车间存在的安全隐患，同时加强了对生产现场劳动纪律和劳保用品佩戴的监管，保证了生产车间的有序运行，全年度未发生一起人身伤害、设备损坏之类的安全事故。</w:t>
      </w:r>
      <w:r>
        <w:rPr>
          <w:lang w:eastAsia="zh-CN"/>
        </w:rPr>
        <w:br/>
      </w:r>
      <w:r>
        <w:rPr>
          <w:lang w:eastAsia="zh-CN"/>
        </w:rPr>
        <w:t>　　二、存在的不足与对策</w:t>
      </w:r>
      <w:r>
        <w:rPr>
          <w:lang w:eastAsia="zh-CN"/>
        </w:rPr>
        <w:br/>
      </w:r>
      <w:r>
        <w:rPr>
          <w:lang w:eastAsia="zh-CN"/>
        </w:rPr>
        <w:t>　　生产部门在过去的一年里虽然做了很多的工作，也取得了一定的成绩，但也还存在较多的问题，主要有以下方面的不足：</w:t>
      </w:r>
      <w:r>
        <w:rPr>
          <w:lang w:eastAsia="zh-CN"/>
        </w:rPr>
        <w:br/>
      </w:r>
      <w:r>
        <w:rPr>
          <w:lang w:eastAsia="zh-CN"/>
        </w:rPr>
        <w:t>　　1、质量管理方面</w:t>
      </w:r>
      <w:r>
        <w:rPr>
          <w:lang w:eastAsia="zh-CN"/>
        </w:rPr>
        <w:br/>
      </w:r>
      <w:r>
        <w:rPr>
          <w:lang w:eastAsia="zh-CN"/>
        </w:rPr>
        <w:t>　　1.员工质量意识淡薄：目前在部分员工身上还存在质量事不关己，漠然置之的态度。这与培养员工质量意识，树立质量危机感，落实产品质量责任制做得不好，不到位有很大关系。</w:t>
      </w:r>
      <w:r>
        <w:rPr>
          <w:lang w:eastAsia="zh-CN"/>
        </w:rPr>
        <w:br/>
      </w:r>
      <w:r>
        <w:rPr>
          <w:lang w:eastAsia="zh-CN"/>
        </w:rPr>
        <w:t>　　2.缺乏全员参与质量管理理念：我们现在缺乏的就是全员参与质量意识，有时会出现一个真空地带，谁都管谁都不管的局面，而且在有的.时候，生产现场有管而执行不到位的现象。我个人感觉，有时候靠一个部门来管这种事，想做的尽善尽美是不可能的，这必须与我们全体员工以及各级管理人员的积极配合是密不可分的，没有员工的配合和管理人员的齐抓共管是完成不了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3.缺乏质量记录意识：产品在整个制造过程中，如何完整记录产品过程质量状态显得尤为重要，如果有了完善的质量记录，它将为产品设计更改、技术分析、数据查寻等提供准确的依据。虽然这方面在逐步改善，但离我们质量管理体系所要求的写我们所做，做我们所写，记我们所做的还差较远!</w:t>
      </w:r>
      <w:r>
        <w:rPr>
          <w:lang w:eastAsia="zh-CN"/>
        </w:rPr>
        <w:br/>
      </w:r>
      <w:r>
        <w:rPr>
          <w:lang w:eastAsia="zh-CN"/>
        </w:rPr>
        <w:t>　　2、人员管理方面</w:t>
      </w:r>
      <w:r>
        <w:rPr>
          <w:lang w:eastAsia="zh-CN"/>
        </w:rPr>
        <w:br/>
      </w:r>
      <w:r>
        <w:rPr>
          <w:lang w:eastAsia="zh-CN"/>
        </w:rPr>
        <w:t>　　由于我们是订单式生产模式，订单的连续性怎样直接影响到生产管理的诸多方面，有时任务不足也致生产现场管理松懈，员工的精神面貌和紧张感缺乏，在这方面我们正策划予以整顿、制定完善的规章制度和培训计划，施行有效的激励措施，不断提高员工的综合素质，以适应企业今后发展的需要。</w:t>
      </w:r>
      <w:r>
        <w:rPr>
          <w:lang w:eastAsia="zh-CN"/>
        </w:rPr>
        <w:br/>
      </w:r>
      <w:r>
        <w:rPr>
          <w:lang w:eastAsia="zh-CN"/>
        </w:rPr>
        <w:t>　　3、物料消耗及成本控制方面</w:t>
      </w:r>
      <w:r>
        <w:rPr>
          <w:lang w:eastAsia="zh-CN"/>
        </w:rPr>
        <w:br/>
      </w:r>
      <w:r>
        <w:rPr>
          <w:lang w:eastAsia="zh-CN"/>
        </w:rPr>
        <w:t>　　由于我们以前没有对物料消耗及成本进行考核，有许多的非正常成本增加时有见到，如工具损耗率高、物料使用质量过剩，员工装配及物料储存不当引起浪费等等，这些不经意的浪费都将增加我们的成本，导致这种现象的存在，这里面有很多原因，有些是员工成本意识不强，有些是工艺规范和材料要求不太明细。要做到成本有效控制，得从我们每位管理、技术人员做起，只要大家监督到位、标准制定合理，考核措施完善，我们的非正常成本才可降低或消除。本部门将根据实际情况实施相应的、合理的奖罚措施和节约能源、降低成本的思想教育，使员工的成本意识和主人翁精神得到逐步提高!</w:t>
      </w:r>
      <w:r>
        <w:rPr>
          <w:lang w:eastAsia="zh-CN"/>
        </w:rPr>
        <w:br/>
      </w:r>
      <w:r>
        <w:rPr>
          <w:lang w:eastAsia="zh-CN"/>
        </w:rPr>
        <w:t>　　四、20__展望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面对即将到来的20__年，我们生产部愿以最饱满的热情对待新年的每一天，在现有的基础上，积极与各部门机密配合，团结协作，克服存在的不足与困难，提高工作质量，进一步抓好安全生产，为企业的发展尽我们最大的努力!</w:t>
      </w:r>
      <w:r>
        <w:rPr>
          <w:lang w:eastAsia="zh-CN"/>
        </w:rPr>
        <w:br/>
      </w:r>
      <w:r>
        <w:rPr>
          <w:lang w:eastAsia="zh-CN"/>
        </w:rPr>
        <w:t>　　公司生产部年终总结 4</w:t>
      </w:r>
      <w:r>
        <w:rPr>
          <w:lang w:eastAsia="zh-CN"/>
        </w:rPr>
        <w:br/>
      </w:r>
      <w:r>
        <w:rPr>
          <w:lang w:eastAsia="zh-CN"/>
        </w:rPr>
        <w:t>　　光阴如梭，20__年即将过去，20__年即将来临。在这一年中我在自己的岗位上有很多汗水也有泪水。回顾以往走过的艰难历程，成绩已经成为过去，新的一年对我的人生来说亦是一次全新的开始。为了在20__年更好地完成工作，扬长避短，现总结如下：</w:t>
      </w:r>
      <w:r>
        <w:rPr>
          <w:lang w:eastAsia="zh-CN"/>
        </w:rPr>
        <w:br/>
      </w:r>
      <w:r>
        <w:rPr>
          <w:lang w:eastAsia="zh-CN"/>
        </w:rPr>
        <w:t>　　做的好的是维修成本控制和稼动率，差的是人员流失。维修成本比去年的每台机1100元最少要节约一半，约500元左右，不断换操作员给我们的培训和设备维护带来了很大的压力和挑战，同时也是我们工作的不足。</w:t>
      </w:r>
      <w:r>
        <w:rPr>
          <w:lang w:eastAsia="zh-CN"/>
        </w:rPr>
        <w:br/>
      </w:r>
      <w:r>
        <w:rPr>
          <w:lang w:eastAsia="zh-CN"/>
        </w:rPr>
        <w:t>　　一、来年规划</w:t>
      </w:r>
      <w:r>
        <w:rPr>
          <w:lang w:eastAsia="zh-CN"/>
        </w:rPr>
        <w:br/>
      </w:r>
      <w:r>
        <w:rPr>
          <w:lang w:eastAsia="zh-CN"/>
        </w:rPr>
        <w:t>　　1、处理当班的日常事务，负责当班各项指标达成。</w:t>
      </w:r>
      <w:r>
        <w:rPr>
          <w:lang w:eastAsia="zh-CN"/>
        </w:rPr>
        <w:br/>
      </w:r>
      <w:r>
        <w:rPr>
          <w:lang w:eastAsia="zh-CN"/>
        </w:rPr>
        <w:t>　　2、负责所辖机器的点检、周保养、月保养的实施，并做好相关保养记录，提前处理存在隐患故障的机器。</w:t>
      </w:r>
      <w:r>
        <w:rPr>
          <w:lang w:eastAsia="zh-CN"/>
        </w:rPr>
        <w:br/>
      </w:r>
      <w:r>
        <w:rPr>
          <w:lang w:eastAsia="zh-CN"/>
        </w:rPr>
        <w:t>　　3、根据上级安排计划，合理利用资源，完成上级交给的各项任务。</w:t>
      </w:r>
      <w:r>
        <w:rPr>
          <w:lang w:eastAsia="zh-CN"/>
        </w:rPr>
        <w:br/>
      </w:r>
      <w:r>
        <w:rPr>
          <w:lang w:eastAsia="zh-CN"/>
        </w:rPr>
        <w:t>　　4、负责当班操作员的岗位培训、绩效考核;并对操作员的工作进行监督，及时纠正不良操作行为。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5、每小时巡查各机器的运行状况和生产达成状况，品质状况，及时对策不达成现象。</w:t>
      </w:r>
      <w:r>
        <w:rPr>
          <w:lang w:eastAsia="zh-CN"/>
        </w:rPr>
        <w:br/>
      </w:r>
      <w:r>
        <w:rPr>
          <w:lang w:eastAsia="zh-CN"/>
        </w:rPr>
        <w:t>　　6、负责审核当班各机台生产插件进度跟踪表，并组织当班操作员检讨当班未达成状况分析并对策。</w:t>
      </w:r>
      <w:r>
        <w:rPr>
          <w:lang w:eastAsia="zh-CN"/>
        </w:rPr>
        <w:br/>
      </w:r>
      <w:r>
        <w:rPr>
          <w:lang w:eastAsia="zh-CN"/>
        </w:rPr>
        <w:t>　　7、负责本班的生产安全、设备安全，并指导操作员进行品质控制、漏件控制及设备操作，维修等技巧和方法。</w:t>
      </w:r>
      <w:r>
        <w:rPr>
          <w:lang w:eastAsia="zh-CN"/>
        </w:rPr>
        <w:br/>
      </w:r>
      <w:r>
        <w:rPr>
          <w:lang w:eastAsia="zh-CN"/>
        </w:rPr>
        <w:t>　　8、负责组织设备点检、保养以及设备5S的推行。</w:t>
      </w:r>
      <w:r>
        <w:rPr>
          <w:lang w:eastAsia="zh-CN"/>
        </w:rPr>
        <w:br/>
      </w:r>
      <w:r>
        <w:rPr>
          <w:lang w:eastAsia="zh-CN"/>
        </w:rPr>
        <w:t>　　9、负责本班的效提升，监控每台机产能、品质达成及漏件控制方面的改善。</w:t>
      </w:r>
      <w:r>
        <w:rPr>
          <w:lang w:eastAsia="zh-CN"/>
        </w:rPr>
        <w:br/>
      </w:r>
      <w:r>
        <w:rPr>
          <w:lang w:eastAsia="zh-CN"/>
        </w:rPr>
        <w:t>　　10、保证AI的环境、温度、湿度必须符合要求。</w:t>
      </w:r>
      <w:r>
        <w:rPr>
          <w:lang w:eastAsia="zh-CN"/>
        </w:rPr>
        <w:br/>
      </w:r>
      <w:r>
        <w:rPr>
          <w:lang w:eastAsia="zh-CN"/>
        </w:rPr>
        <w:t>　　11、建立机器病历表，详细记录机器故障的维修记录。</w:t>
      </w:r>
      <w:r>
        <w:rPr>
          <w:lang w:eastAsia="zh-CN"/>
        </w:rPr>
        <w:br/>
      </w:r>
      <w:r>
        <w:rPr>
          <w:lang w:eastAsia="zh-CN"/>
        </w:rPr>
        <w:t>　　12、每天检讨当天工作及未完成事项。</w:t>
      </w:r>
      <w:r>
        <w:rPr>
          <w:lang w:eastAsia="zh-CN"/>
        </w:rPr>
        <w:br/>
      </w:r>
      <w:r>
        <w:rPr>
          <w:lang w:eastAsia="zh-CN"/>
        </w:rPr>
        <w:t>　　13、做好交接班记录。</w:t>
      </w:r>
      <w:r>
        <w:rPr>
          <w:lang w:eastAsia="zh-CN"/>
        </w:rPr>
        <w:br/>
      </w:r>
      <w:r>
        <w:rPr>
          <w:lang w:eastAsia="zh-CN"/>
        </w:rPr>
        <w:t>　　二、导入PDVD及优化DVD的AI工艺</w:t>
      </w:r>
      <w:r>
        <w:rPr>
          <w:lang w:eastAsia="zh-CN"/>
        </w:rPr>
        <w:br/>
      </w:r>
      <w:r>
        <w:rPr>
          <w:lang w:eastAsia="zh-CN"/>
        </w:rPr>
        <w:t>　　1、公司在原AIDVD工艺上导入PDVD工艺，大大减少拉线插件人员，有力的控制人力成本。</w:t>
      </w:r>
      <w:r>
        <w:rPr>
          <w:lang w:eastAsia="zh-CN"/>
        </w:rPr>
        <w:br/>
      </w:r>
      <w:r>
        <w:rPr>
          <w:lang w:eastAsia="zh-CN"/>
        </w:rPr>
        <w:t>　　2、PDVD在AI过程中及时反馈问题，品质部跟进，问题点反馈予上由工程部研发改进，及时有效改善生产问题。</w:t>
      </w:r>
      <w:r>
        <w:rPr>
          <w:lang w:eastAsia="zh-CN"/>
        </w:rPr>
        <w:br/>
      </w:r>
      <w:r>
        <w:rPr>
          <w:lang w:eastAsia="zh-CN"/>
        </w:rPr>
        <w:t>　　3、兼容其DVD与PDVDAI工艺大幅提高AI产能，也使AI全面化为公司创造更多的利益可寻。</w:t>
      </w:r>
      <w:r>
        <w:rPr>
          <w:lang w:eastAsia="zh-CN"/>
        </w:rPr>
        <w:br/>
      </w:r>
      <w:r>
        <w:rPr>
          <w:lang w:eastAsia="zh-CN"/>
        </w:rPr>
        <w:t>　　三、节约成本</w:t>
      </w:r>
      <w:r>
        <w:rPr>
          <w:lang w:eastAsia="zh-CN"/>
        </w:rPr>
        <w:br/>
      </w:r>
      <w:r>
        <w:rPr>
          <w:lang w:eastAsia="zh-CN"/>
        </w:rPr>
        <w:t>　　1、对已损坏价格昂贵的部品进行分解修理，使修理工作细致到元器件。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2、设备部件零搭配循环利用，避免直接更换新的部品。缩小维修故障范围，使用最低的维修成本修复设备。</w:t>
      </w:r>
      <w:r>
        <w:rPr>
          <w:lang w:eastAsia="zh-CN"/>
        </w:rPr>
        <w:br/>
      </w:r>
      <w:r>
        <w:rPr>
          <w:lang w:eastAsia="zh-CN"/>
        </w:rPr>
        <w:t>　　3、对可拼装设备部件力尽做到资源再次有效利用，从而减小公司成本!</w:t>
      </w:r>
      <w:r>
        <w:rPr>
          <w:lang w:eastAsia="zh-CN"/>
        </w:rPr>
        <w:br/>
      </w:r>
      <w:r>
        <w:rPr>
          <w:lang w:eastAsia="zh-CN"/>
        </w:rPr>
        <w:t>　　四、提高生产效益及减低不良</w:t>
      </w:r>
      <w:r>
        <w:rPr>
          <w:lang w:eastAsia="zh-CN"/>
        </w:rPr>
        <w:br/>
      </w:r>
      <w:r>
        <w:rPr>
          <w:lang w:eastAsia="zh-CN"/>
        </w:rPr>
        <w:t>　　1、对生产中发生品质异常的管控，及时分析，找出解决方案，从而避免同样错误再次发生。</w:t>
      </w:r>
      <w:r>
        <w:rPr>
          <w:lang w:eastAsia="zh-CN"/>
        </w:rPr>
        <w:br/>
      </w:r>
      <w:r>
        <w:rPr>
          <w:lang w:eastAsia="zh-CN"/>
        </w:rPr>
        <w:t>　　2、对设备内部参数的认证。</w:t>
      </w:r>
      <w:r>
        <w:rPr>
          <w:lang w:eastAsia="zh-CN"/>
        </w:rPr>
        <w:br/>
      </w:r>
      <w:r>
        <w:rPr>
          <w:lang w:eastAsia="zh-CN"/>
        </w:rPr>
        <w:t>　　3、进行保养管控，组织对高故障设备大修，减少因设备故障而造成生产不良。</w:t>
      </w:r>
      <w:r>
        <w:rPr>
          <w:lang w:eastAsia="zh-CN"/>
        </w:rPr>
        <w:br/>
      </w:r>
      <w:r>
        <w:rPr>
          <w:lang w:eastAsia="zh-CN"/>
        </w:rPr>
        <w:t>　　1）、及时巡线，发现问题及时处理。</w:t>
      </w:r>
      <w:r>
        <w:rPr>
          <w:lang w:eastAsia="zh-CN"/>
        </w:rPr>
        <w:br/>
      </w:r>
      <w:r>
        <w:rPr>
          <w:lang w:eastAsia="zh-CN"/>
        </w:rPr>
        <w:t>　　2）、制定设备保养计划，并安排落实设备保养工作，通过变更保养频次保证设备使用性能，减少机台故障和停机时间，保证机台正常生产运行。</w:t>
      </w:r>
      <w:r>
        <w:rPr>
          <w:lang w:eastAsia="zh-CN"/>
        </w:rPr>
        <w:br/>
      </w:r>
      <w:r>
        <w:rPr>
          <w:lang w:eastAsia="zh-CN"/>
        </w:rPr>
        <w:t>　　五、保障人员流失巩固团队建设</w:t>
      </w:r>
      <w:r>
        <w:rPr>
          <w:lang w:eastAsia="zh-CN"/>
        </w:rPr>
        <w:br/>
      </w:r>
      <w:r>
        <w:rPr>
          <w:lang w:eastAsia="zh-CN"/>
        </w:rPr>
        <w:t>　　1、对新进员工进行系统的培训，专人授课，同时到工作岗位进行实际操作演练，让每位员工都认识到提高技术素质的'重要性。同时加强员工的集体荣誉感培养，提高相互协作能力，使组织更加团结，更富有战斗力。</w:t>
      </w:r>
      <w:r>
        <w:rPr>
          <w:lang w:eastAsia="zh-CN"/>
        </w:rPr>
        <w:br/>
      </w:r>
      <w:r>
        <w:rPr>
          <w:lang w:eastAsia="zh-CN"/>
        </w:rPr>
        <w:t>　　2、日常负责对机台进行维护保养，定人定时对设备的使用状况进行确认，保证其设备日常生产需要的正常运行。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3、每月对于定点培训，落实操作员需要掌握的技术关键和处理日常设备故障，抓牢生产中的细节，与上同下协调工作事宜。</w:t>
      </w:r>
      <w:r>
        <w:rPr>
          <w:lang w:eastAsia="zh-CN"/>
        </w:rPr>
        <w:br/>
      </w:r>
      <w:r>
        <w:rPr>
          <w:lang w:eastAsia="zh-CN"/>
        </w:rPr>
        <w:t>　　回顾今年来的工作，有喜悦辛酸劳苦欣慰，20__年感谢公司领导的教育和栽培，感谢同事的帮助和理解，展望未来，我坚持敬业诚信谨慎勤奋。我坚信，今年花胜去年红，可惜明年花更好。祝愿公司步步高升，祝愿大家心想事成，幸福，安康!</w:t>
      </w:r>
      <w:r>
        <w:rPr>
          <w:lang w:eastAsia="zh-CN"/>
        </w:rPr>
        <w:br/>
      </w:r>
      <w:r>
        <w:rPr>
          <w:lang w:eastAsia="zh-CN"/>
        </w:rPr>
        <w:t>　　公司生产部年终总结 5</w:t>
      </w:r>
      <w:r>
        <w:rPr>
          <w:lang w:eastAsia="zh-CN"/>
        </w:rPr>
        <w:br/>
      </w:r>
      <w:r>
        <w:rPr>
          <w:lang w:eastAsia="zh-CN"/>
        </w:rPr>
        <w:t>　　20__年以来，奉化区城镇燃气行业在局党委和上级业务部门的正确领导下，认真落实监管责任，坚持提高政治站位，以安全为底线，以“消除事故隐患，筑牢安全防线”专项整治行动为抓手，扎实开展燃气安全宣传、生产安全风险辨识评估和隐患排查治理、安全生产标准化建设、扫黑除恶等工作，确保了燃气行业良好的安全生产势头。现将各项工作开展情况报告如下：</w:t>
      </w:r>
      <w:r>
        <w:rPr>
          <w:lang w:eastAsia="zh-CN"/>
        </w:rPr>
        <w:br/>
      </w:r>
      <w:r>
        <w:rPr>
          <w:lang w:eastAsia="zh-CN"/>
        </w:rPr>
        <w:t>　　一、落实制度，压实安全生产主体责任</w:t>
      </w:r>
      <w:r>
        <w:rPr>
          <w:lang w:eastAsia="zh-CN"/>
        </w:rPr>
        <w:br/>
      </w:r>
      <w:r>
        <w:rPr>
          <w:lang w:eastAsia="zh-CN"/>
        </w:rPr>
        <w:t>　　（一）组织健全明确责任。区综合行政执法局党委高度重视燃气安全工作，建立由分管副局长沈辉为组长，相关科室人员、企业负责人为成员的燃气安全工作领导小组，明确党委委员、副局长分管燃气安全工作，区燃气办专职人员负责日常管理，机构健全，职责明确，制度完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二）主要领导带队检查。区燃气安全工作受到区委区政府的高度重视，区委常委杜中权、傅区长傅岳炳等主要领导都曾亲自检查燃气安全工作。局党委把燃气安全作为一项重要工作，领导亲自召开安全生产会议和组织开展企业安全检查。3月30日绍兴柯桥区东江陈村被曝光存在黑气倒灌现象后，分管副局长沈辉等局领导按照党委决策部署，多次带队开展燃气行业安全生产大检查，排查整治燃气安全隐患，督促企业落实安全生产责任制。</w:t>
      </w:r>
      <w:r>
        <w:rPr>
          <w:lang w:eastAsia="zh-CN"/>
        </w:rPr>
        <w:br/>
      </w:r>
      <w:r>
        <w:rPr>
          <w:lang w:eastAsia="zh-CN"/>
        </w:rPr>
        <w:t>　　（三）逐级签订安全生产责任书。我局年初即召开燃气行业工作会议，部署年度燃气行业重点工作，要求各燃气企业落实安全生产主体责任，抓好企业安全生产工作，与8家瓶装燃气企业和1家管道公司、1家汽车加气企业签订了安全生产管理责任书和安全生产承诺书，进一步压实企业主体责任。同时，各燃气经营企业与职工、配送人员也逐级签订安全生产责任书，把安全责任落实到个人。5月份，根据宁波市局要求，燃气行业开展了安全生产主体责任公示工作，10家燃气经营企业签署安全生产主体责任承诺书，在公开场所及我局网站公示，并将在今后长期实行。截至目前，区燃气行业形势稳定，运行安全，未发生亡人和1万户以上居民停止供气有责事故和经济损失100万元以上燃气责任事故。</w:t>
      </w:r>
      <w:r>
        <w:rPr>
          <w:lang w:eastAsia="zh-CN"/>
        </w:rPr>
        <w:br/>
      </w:r>
      <w:r>
        <w:rPr>
          <w:lang w:eastAsia="zh-CN"/>
        </w:rPr>
        <w:t>　　二、排查隐患，确保燃气行业安全运行</w:t>
      </w:r>
      <w:r>
        <w:rPr>
          <w:lang w:eastAsia="zh-CN"/>
        </w:rPr>
        <w:br/>
      </w:r>
      <w:r>
        <w:rPr>
          <w:lang w:eastAsia="zh-CN"/>
        </w:rPr>
        <w:t>　　建立燃气行业生产安全风险管控和隐患排查治理双重预防机制，督促辖区各燃气企业开展生产安全风险辨识评估，按要求上报隐患信息，录入率、季报率均达到100%，并结合隐患排查工作，多轮次深入开展风险辨识评估和安全隐患排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一）开展小区、农贸市场等人员密集等场所安全风险排查工作。针对6.13湖北十堰重大管道燃气爆炸事故，6月14日上午，区综合行政执法局局长张义波同志立即组织召开燃气安全会议做重要部署，并要求相关人员全天候轮值开展检查工作。6月14日当天，各检查组对金钟广场、万达广场、岳林大酒店、银泰、人民医院、中医院、方桥蔬菜批发市场、新味佳、川味人家、藏山丽景、溪口实验幼儿园及各工业企业自建燃气设施进行了集中排摸整治工作。此次检查共发现安全隐患27处，当即整改11处，发放整改通知书16份，责令相关单位限期整改完成。</w:t>
      </w:r>
      <w:r>
        <w:rPr>
          <w:lang w:eastAsia="zh-CN"/>
        </w:rPr>
        <w:br/>
      </w:r>
      <w:r>
        <w:rPr>
          <w:lang w:eastAsia="zh-CN"/>
        </w:rPr>
        <w:t>　　（二）开展燃气安全大检查。6·13十堰事故发生后，区燃气管理部门行动迅速，立即部署开展燃气安全检查，要求在辖区内所有燃气企业和用气单位，立即开展瓶装液化气企业自查和入户安检，组织管道天然气企业常态化巡线工作和入户安检及利用短信、线上等媒介进行安全宣传，严格按照标准，开展排查，并将排查情况报燃气办。截至6月30日，共计出动982人次，检查了8家储配站、1家管道燃气公司、1家汽车加气站、4家瓶装燃气供应点、2000余个用气场所。总体情况较好，但还存在未进行实名制登记、在不安全地点存放燃气瓶、三管一通、部分储配站存在车挡装置未正常使用，非站点人员和车辆可随意进出充气区域，消防通道堵塞等问题数91个，下发责令整改通知书76份，当场整改15处，目前已全部完成整改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三）严防严控，全面开展燃气行业风险普查工作。奉化区综合行政执法局成立以沈辉副局长为组长的普查工作专班，负责全区燃气行业安全生产风险普查，协调解决组织实施中遇到的重大问题，全力推进奉化区燃气行业领域安全生产风险普查工作，通过风险普查工作全面摸清奉化区燃气行业安全生产风险底数，科学评估安全生产风险状况，强化风险信息在防范城镇燃气安全管理和部门安全监管中的基础性作用，不断提升安全风险防控能力，增强行业监管和属地监管的针对性，有效防范奉化区燃气行业重大安全风险，坚决遏制重特大事故发生。目前奉化区各燃气企业已相继完成风险填报工作，共开展了线上线下3次培训会议及到各个场站进行现场指导，已形成奉化区燃气区域风险“四色图”。</w:t>
      </w:r>
      <w:r>
        <w:rPr>
          <w:lang w:eastAsia="zh-CN"/>
        </w:rPr>
        <w:br/>
      </w:r>
      <w:r>
        <w:rPr>
          <w:lang w:eastAsia="zh-CN"/>
        </w:rPr>
        <w:t>　　针对普查存在的风险点，区燃气办严格按照《浙江省安全生产风险普查工作方案》有关要求，督促相关企业完成整改，加紧落实各项管控措施，取得较好的效果。下一步，区燃气办根据城镇燃气行业特点制定风险更新频率和分级管控工作要求，严密企业安全运行风险点“发现、辨识、管控”全过程管控链条，实现隐患点的动态“清零”。针对新业态、新形势及时对普查技术要求进行修订，确保普查的时效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四）开展突出火灾隐患集中排查工作。火灾隐患排查重在落实，行业管理部门重视通过现场检查的方式排查火灾隐患。结合年度工作任务，相继开展了安全生产和消防安全大排查、重大危险源安全风险排查、突出火灾隐患集中排查整治、燃气运输车辆安全排查、重大节假日和重要敏感时期排查等安全隐患排查和整治工作，通过对燃气储存、充装、运输、使用等环节的检查，排查和消除安全隐患，共开展检查81次，出动人员250余人次，检查餐饮、食堂、企业等用气场所72家，发现火灾安全隐患18处，有效提升燃气行业的安全生产形势。</w:t>
      </w:r>
      <w:r>
        <w:rPr>
          <w:lang w:eastAsia="zh-CN"/>
        </w:rPr>
        <w:br/>
      </w:r>
      <w:r>
        <w:rPr>
          <w:lang w:eastAsia="zh-CN"/>
        </w:rPr>
        <w:t>　　（五）加强管道燃气设施安全隐患排查。定期开展管网设施监督检查，督促企业加强管线巡查，及时发现和排查各类安全隐患；利用数据远传系统，加强对燃气管线尤其是地下管线的智能监管。对在燃气设施保护范围内施工不签订保护协议或不履行保护职责的施工方进行约谈调解，对破坏燃气设施的野蛮施工行为进行调查处理。对新建小区燃气设施实施安全检查。</w:t>
      </w:r>
      <w:r>
        <w:rPr>
          <w:lang w:eastAsia="zh-CN"/>
        </w:rPr>
        <w:br/>
      </w:r>
      <w:r>
        <w:rPr>
          <w:lang w:eastAsia="zh-CN"/>
        </w:rPr>
        <w:t>　　（六）开展反恐防范准备情况隐患排查。各燃气企业均根据行业反恐标准配备安保人员和装备，从人防、技防、物防方面做好安保防范工作，并根据区反恐办等部门的督导检查情况不断完善，确保安全防控无漏洞。燃气管理部门多次联合区反恐办对燃气行业反恐防范准备工作进行检查，对反恐器材配备使用、应急预案培训与演练、监控覆盖与保存、安保人员配备与履职等进行检查，对检查发现的问题进行跟踪抓整改落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七）深入开展瓶装气销售实名制专项整治。加强对气瓶信息化工作监管，深入开展瓶装气销售实名制专项整治。通过开展教育培训，现场检查、联合执法等途径，将辖区瓶装气销售实名制工作做深，做细，做实。截至12月6日，我区8家瓶装液化气储配站共完成气瓶置换50.3万只，办理用户卡18.3万户，气瓶信息化率100%。8家储配站视频监控全部接入智慧城管平台，接入率100%，通过平台定期对瓶装液化气市场实施监管。各执法中队对落实瓶装气销售实名制不彻底的坚决予以立案处罚，共立案查处14起，罚款45余万元。</w:t>
      </w:r>
      <w:r>
        <w:rPr>
          <w:lang w:eastAsia="zh-CN"/>
        </w:rPr>
        <w:br/>
      </w:r>
      <w:r>
        <w:rPr>
          <w:lang w:eastAsia="zh-CN"/>
        </w:rPr>
        <w:t>　　三、统筹规划，推动城镇燃气快速发展</w:t>
      </w:r>
      <w:r>
        <w:rPr>
          <w:lang w:eastAsia="zh-CN"/>
        </w:rPr>
        <w:br/>
      </w:r>
      <w:r>
        <w:rPr>
          <w:lang w:eastAsia="zh-CN"/>
        </w:rPr>
        <w:t>　　（一）积极推动燃气体制改革。针对奉化区城市建设快速发展的`实际，及时启动和编制城镇燃气中长期规划，现已完成初稿。根据省市要求，制定城镇燃气体制改革方案，按照规模化、扁平化要求，逐步开展村村通、防控体系建设、应急储气建设等工作。其中天然气管网由主城区逐步向镇（街道）辐射，20__年计划将主管网敷设至尚田街道，目前燃气公司正在与尚田街道对接相关工作。连接莼湖门站和方桥门站的中高压管线已在施工，已完成3.5KM的管道铺设，同步203省道推进。山头朱应急气源中心站已建设完成，待综合验收后，将投入使用。瓶装气方面，根据上级部署要求，部署开展用气安全数字化防控系统建设和站容站貌提升改造工作，目前我区8家瓶装燃气企业均已完成安全生产评估和增设液化气储罐压力、可燃气体报警装置、紧急气动阀、自动喷淋等智能化提升功能工作，其中5家瓶装液化气企业已完成站容站貌改造工程。</w:t>
      </w:r>
      <w:r>
        <w:rPr>
          <w:lang w:eastAsia="zh-CN"/>
        </w:rPr>
        <w:br/>
      </w:r>
      <w:r>
        <w:rPr>
          <w:lang w:eastAsia="zh-CN"/>
        </w:rPr>
        <w:t>　　（二）深化“最多跑一次”改革，优化营商环境。按照省优化营商环境，深化“最多跑一次”改革目标，用气报装221的原则要求，对非居民用户场内设施建设服务实行客户经理制度，建立“一证通办、一事通办、一网通办”和对象满意度回访制度，全面实现用气数据归集。进一步深化“最多跑一次”改革，让用户体验更优质舒心的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三）强化日常监管，保持经营秩序正规。制定计划对燃气企业用户开展安全监管。对燃气企业开展年度考核，该工作结合日常监管进行，将于12月底前完成。加强从业人员管理，审查配送人员信息，建立黑名单制度，督促企业加强人员管理。加强视频场站视频监控，达到联网率100%，完好率99%以上。</w:t>
      </w:r>
      <w:r>
        <w:rPr>
          <w:lang w:eastAsia="zh-CN"/>
        </w:rPr>
        <w:br/>
      </w:r>
      <w:r>
        <w:rPr>
          <w:lang w:eastAsia="zh-CN"/>
        </w:rPr>
        <w:t>　　（四）逐步推进金属软管更换、“瓶改管”和老旧管网改造。20__年，已完成滨海商业街、惠政老街、宁南物流园区瓶改管改造试点工作。逐步推进锦轩尚都3000余户居民金属软管更换工作。老旧管网改造方面，奉化主城区改造率超过80%，今年已完成锦山别墅区、强人花园、下路头、溪口镇碧水家园等1100余户燃气化改造并通气。</w:t>
      </w:r>
      <w:r>
        <w:rPr>
          <w:lang w:eastAsia="zh-CN"/>
        </w:rPr>
        <w:br/>
      </w:r>
      <w:r>
        <w:rPr>
          <w:lang w:eastAsia="zh-CN"/>
        </w:rPr>
        <w:t>　　四、注重效果，密集开展燃气安全宣传</w:t>
      </w:r>
      <w:r>
        <w:rPr>
          <w:lang w:eastAsia="zh-CN"/>
        </w:rPr>
        <w:br/>
      </w:r>
      <w:r>
        <w:rPr>
          <w:lang w:eastAsia="zh-CN"/>
        </w:rPr>
        <w:t>　　（一）开展从业人员培训。今年是推进城镇燃气体制改革和贯彻落实气瓶信息化瓶装气销售实名制的关键年，行业管理部门为提高从业人员的意识和素养，开展了多批次的教育培训。1月份组织瓶装气送气工参加专业培训与考核，共189人获得考核合格证书；3月份组织各燃气行业管理人员和各企业管理人员参加燃气业务培训；4月份组织12名企业一、二类人员参加宁波市公用事业指导中心组织的培训考核，并获得考核合格证书。4月份还组织部分从业人员参加换证教育培训和考核及库站工等三类人员教育培训考核。通过各种形式的教育培训考核，提高从业人员的素质和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二）开展安全用气宣传。提高用户安全用气意识和应急处理能力是预防燃气安全事故的重要因素，燃气行业管理部门注重采取多种形式开展安全用气宣传。开展集中培训，4月份、5月份分别会同江口街道和华润兴光开展了进村入户燃气安全检查及用户燃气安全培训，通过课堂讲授、现场咨询、发放宣传品等形式开展安全用气宣传。开展大型广场宣传。1月、5月、6月分别开展了广场、校园燃气安全宣传活动，通过发放安全宣传册、观摩安全用气展板、面对面讲解交流等形式，多渠道开展防灾减灾宣传，着力提高民众的安全意识和应急处置技能，收到显著效果。宣传共展示宣传展板46块，接受咨询230余人次、发放各类宣传册28000余份、发放印有燃气安全宣传标语的抽纸、围裙、环保袋等各类小礼品3500余份。同时，还通过进社区宣传、广场大屏幕宣传、燃气储配站对用户宣传等途径，多渠道开展安全宣传，不断提高用户的安全意识和应急操作能力。</w:t>
      </w:r>
      <w:r>
        <w:rPr>
          <w:lang w:eastAsia="zh-CN"/>
        </w:rPr>
        <w:br/>
      </w:r>
    </w:p>
    <w:p w:rsidR="001B1F19" w14:textId="27C3F48A">
      <w:pPr>
        <w:rPr>
          <w:rFonts w:hint="eastAsia"/>
          <w:lang w:eastAsia="zh-CN"/>
        </w:rPr>
      </w:pPr>
      <w:r>
        <w:rPr>
          <w:lang w:eastAsia="zh-CN"/>
        </w:rPr>
        <w:t>　　（三）开展应急预案演练。燃气行业管理部门对区级应急预案进行修订，已完成报送审批。为加强应急队伍建设，开展了燃气泄漏事故应急演练活动。6月份，联合宁波奉化华润兴光燃气有限公司开展了天然气泄漏应急演练。通过模拟商家发现非常后迅速撤离报警，华润抢修队伍应急出动的情形，对应急预案各过程进行演练，演练包括事故接报警、应急启动、疏散抢险、保压复供、安全检查、用户培训等内容。通过演练，提高了各部门燃气应对燃气泄漏突发事故的应急处置救援能力，锻炼了燃气应急抢修队伍，增强了相关单位、企业之间的联动配合，确保了燃气事故应急预案的有效性。同时在行业管理部门的指导下，各企业均针对可能发生的突发情况，开展了燃气泄漏，遭遇恐怖袭击等方面的应急演练，进一步锻炼了应急处置队伍。</w:t>
      </w:r>
      <w:r>
        <w:rPr>
          <w:lang w:eastAsia="zh-CN"/>
        </w:rPr>
        <w:br/>
      </w:r>
      <w:r>
        <w:rPr>
          <w:lang w:eastAsia="zh-CN"/>
        </w:rPr>
        <w:t>　　五、夯实基础，抓好燃气行业日常管理</w:t>
      </w:r>
      <w:r>
        <w:rPr>
          <w:lang w:eastAsia="zh-CN"/>
        </w:rPr>
        <w:br/>
      </w:r>
      <w:r>
        <w:rPr>
          <w:lang w:eastAsia="zh-CN"/>
        </w:rPr>
        <w:t>　　（一）统一规范实施行政审批。按照“最多跑一次”改革精神，实现燃气行业类行政审批统一纳入窗口办理，群众方便，程序规范。今年核发了8家瓶装液化气企业的燃气经营许可证。</w:t>
      </w:r>
      <w:r>
        <w:rPr>
          <w:lang w:eastAsia="zh-CN"/>
        </w:rPr>
        <w:br/>
      </w:r>
      <w:r>
        <w:rPr>
          <w:lang w:eastAsia="zh-CN"/>
        </w:rPr>
        <w:t>　　（二）如实报送各项数据信息。根据工作要求，及时准确真实上报各类行业统计数据、燃气事故等信息。按要求完成生产安全信息等各类平台的数据填报，无迟报、瞒报、漏报、谎报、不报现象。及时完善各类台账，认真分类汇总、归档。</w:t>
      </w:r>
      <w:r>
        <w:rPr>
          <w:lang w:eastAsia="zh-CN"/>
        </w:rPr>
        <w:br/>
      </w:r>
      <w:r>
        <w:rPr>
          <w:lang w:eastAsia="zh-CN"/>
        </w:rPr>
        <w:t>　　（三）做好舆情应对工作。积极开展媒体宣传报道，今年网络、电视等平台宣传报道10余次。及时完成信访、投诉电话回复，为市民排忧解难。共回复信访件50余起，投诉电话200余起，通过电话回访及时解答市民的困难和问题。</w:t>
      </w:r>
      <w:r>
        <w:rPr>
          <w:lang w:eastAsia="zh-CN"/>
        </w:rPr>
        <w:br/>
      </w:r>
      <w:r>
        <w:rPr>
          <w:lang w:eastAsia="zh-CN"/>
        </w:rPr>
        <w:t>　　（四）管道燃气建设“中梗阻”问题专项治理工作。进一步完善城燃管网建设。加快管网和储气设施建设，扩大管网覆盖区域，提高输送能力，补齐天然气互联互通和输送能力短板。加快应急气源项目的建设，提高管网安全保供能力。</w:t>
      </w:r>
      <w:r>
        <w:rPr>
          <w:lang w:eastAsia="zh-CN"/>
        </w:rPr>
        <w:br/>
      </w:r>
      <w:r>
        <w:rPr>
          <w:lang w:eastAsia="zh-CN"/>
        </w:rPr>
        <w:t>　　六、查漏补缺，重点督查燃气行业存在问题</w:t>
      </w:r>
      <w:r>
        <w:rPr>
          <w:lang w:eastAsia="zh-CN"/>
        </w:rPr>
        <w:br/>
      </w:r>
      <w:r>
        <w:rPr>
          <w:lang w:eastAsia="zh-CN"/>
        </w:rPr>
        <w:t>　　1、部分经营企业存在未有效开展对用户户内燃气设施定期安全检查工作，入户安检制度不规范、入户安检台账内容不完善、安检单中整改问题后期没有闭环等情况,；</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https://d.book118.com/327041142061006050</w:t>
        </w:r>
      </w:hyperlink>
    </w:p>
    <w:p w:rsidR="001B1F19">
      <w:pPr>
        <w:rPr>
          <w:rFonts w:hint="eastAsia"/>
          <w:lang w:eastAsia="zh-CN"/>
        </w:rPr>
      </w:pPr>
    </w:p>
    <w:sectPr>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2704114206100605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