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♪ 世上没人比我</w:t>
      </w:r>
      <w:r>
        <w:t>强壮</w:t>
      </w:r>
      <w:r>
        <w:t xml:space="preserve"> ♪</w:t>
        <w:br/>
        <w:t>♪</w:t>
      </w:r>
      <w:r>
        <w:t xml:space="preserve"> Nobody</w:t>
      </w:r>
      <w:r>
        <w:t xml:space="preserve"> else</w:t>
      </w:r>
      <w:r>
        <w:t xml:space="preserve"> is</w:t>
      </w:r>
      <w:r>
        <w:t xml:space="preserve"> stronger</w:t>
      </w:r>
      <w:r>
        <w:t xml:space="preserve"> than</w:t>
      </w:r>
      <w:r>
        <w:t xml:space="preserve"> I</w:t>
      </w:r>
      <w:r>
        <w:t xml:space="preserve"> am</w:t>
      </w:r>
      <w:r>
        <w:t xml:space="preserve"> ♪</w:t>
        <w:br/>
        <w:t>♪</w:t>
      </w:r>
      <w:r>
        <w:t xml:space="preserve"> 昨天我移了一座山</w:t>
      </w:r>
      <w:r>
        <w:t xml:space="preserve"> ♪</w:t>
        <w:br/>
        <w:t>♪</w:t>
      </w:r>
      <w:r>
        <w:t xml:space="preserve"> Yesterday</w:t>
      </w:r>
      <w:r>
        <w:t xml:space="preserve"> I</w:t>
      </w:r>
      <w:r>
        <w:t xml:space="preserve"> moved</w:t>
      </w:r>
      <w:r>
        <w:t xml:space="preserve"> a</w:t>
      </w:r>
      <w:r>
        <w:t xml:space="preserve"> mountain</w:t>
      </w:r>
      <w:r>
        <w:t xml:space="preserve"> ♪</w:t>
        <w:br/>
        <w:t>♪</w:t>
      </w:r>
      <w:r>
        <w:t xml:space="preserve"> 我相信我能当你的英雄</w:t>
      </w:r>
      <w:r>
        <w:t xml:space="preserve"> ♪</w:t>
        <w:br/>
        <w:t>♪</w:t>
      </w:r>
      <w:r>
        <w:t xml:space="preserve"> I</w:t>
      </w:r>
      <w:r>
        <w:t xml:space="preserve"> bet</w:t>
      </w:r>
      <w:r>
        <w:t xml:space="preserve"> I</w:t>
      </w:r>
      <w:r>
        <w:t xml:space="preserve"> could</w:t>
      </w:r>
      <w:r>
        <w:t xml:space="preserve"> be</w:t>
      </w:r>
      <w:r>
        <w:t xml:space="preserve"> your</w:t>
      </w:r>
      <w:r>
        <w:t xml:space="preserve"> hero</w:t>
      </w:r>
      <w:r>
        <w:t xml:space="preserve"> ♪</w:t>
        <w:br/>
        <w:t>♪</w:t>
      </w:r>
      <w:r>
        <w:t xml:space="preserve"> 我是个了不起的小家伙</w:t>
      </w:r>
      <w:r>
        <w:t xml:space="preserve"> ♪</w:t>
        <w:br/>
        <w:t>♪</w:t>
      </w:r>
      <w:r>
        <w:t xml:space="preserve"> I</w:t>
      </w:r>
      <w:r>
        <w:t xml:space="preserve"> am</w:t>
      </w:r>
      <w:r>
        <w:t xml:space="preserve"> a</w:t>
      </w:r>
      <w:r>
        <w:t xml:space="preserve"> mighty</w:t>
      </w:r>
      <w:r>
        <w:t xml:space="preserve"> little</w:t>
      </w:r>
      <w:r>
        <w:t xml:space="preserve"> man</w:t>
      </w:r>
      <w:r>
        <w:t xml:space="preserve"> ♪</w:t>
        <w:br/>
        <w:t>♪</w:t>
      </w:r>
      <w:r>
        <w:t xml:space="preserve"> 我是个了不起的小家伙</w:t>
      </w:r>
      <w:r>
        <w:t xml:space="preserve"> ♪</w:t>
        <w:br/>
        <w:t>♪</w:t>
      </w:r>
      <w:r>
        <w:t xml:space="preserve"> I</w:t>
      </w:r>
      <w:r>
        <w:t xml:space="preserve"> am</w:t>
      </w:r>
      <w:r>
        <w:t xml:space="preserve"> a</w:t>
      </w:r>
      <w:r>
        <w:t xml:space="preserve"> mighty</w:t>
      </w:r>
      <w:r>
        <w:t xml:space="preserve"> little</w:t>
      </w:r>
      <w:r>
        <w:t xml:space="preserve"> man</w:t>
      </w:r>
      <w:r>
        <w:t xml:space="preserve"> ♪</w:t>
        <w:br/>
        <w:t>少年谢尔顿</w:t>
        <w:br/>
        <w:t>《少年谢尔顿》前情提要</w:t>
        <w:br/>
        <w:t>Previously</w:t>
      </w:r>
      <w:r>
        <w:t xml:space="preserve"> on</w:t>
      </w:r>
      <w:r>
        <w:t xml:space="preserve"> Young</w:t>
      </w:r>
      <w:r>
        <w:t xml:space="preserve"> Sheldon...</w:t>
        <w:br/>
        <w:t>谢尔顿·库珀</w:t>
        <w:br/>
        <w:t>Sheldon</w:t>
      </w:r>
      <w:r>
        <w:t xml:space="preserve"> Cooper.</w:t>
        <w:br/>
        <w:t>什么</w:t>
        <w:br/>
        <w:t>What?</w:t>
        <w:br/>
        <w:t>我看完了</w:t>
      </w:r>
      <w:r>
        <w:t xml:space="preserve"> </w:t>
      </w:r>
      <w:r>
        <w:t xml:space="preserve"> 我叫谢尔顿·库珀</w:t>
        <w:br/>
        <w:t>I</w:t>
      </w:r>
      <w:r>
        <w:t xml:space="preserve"> finished</w:t>
      </w:r>
      <w:r>
        <w:t xml:space="preserve"> reading</w:t>
      </w:r>
      <w:r>
        <w:t xml:space="preserve"> it.</w:t>
      </w:r>
      <w:r>
        <w:t xml:space="preserve"> My</w:t>
      </w:r>
      <w:r>
        <w:t xml:space="preserve"> name's</w:t>
      </w:r>
      <w:r>
        <w:t xml:space="preserve"> Sheldon</w:t>
      </w:r>
      <w:r>
        <w:t xml:space="preserve"> Cooper.</w:t>
        <w:br/>
        <w:t>什么</w:t>
      </w:r>
      <w:r>
        <w:t xml:space="preserve"> </w:t>
      </w:r>
      <w:r>
        <w:t xml:space="preserve"> 你看完了</w:t>
        <w:br/>
        <w:t>What...</w:t>
      </w:r>
      <w:r>
        <w:t xml:space="preserve"> You</w:t>
      </w:r>
      <w:r>
        <w:t xml:space="preserve"> finished</w:t>
      </w:r>
      <w:r>
        <w:t xml:space="preserve"> it?</w:t>
        <w:br/>
        <w:t>是的</w:t>
        <w:br/>
        <w:t>Yes.</w:t>
        <w:br/>
        <w:t>不错嘛你</w:t>
        <w:br/>
        <w:t>Impressive.</w:t>
        <w:br/>
        <w:t>你应该主修计算机科学</w:t>
        <w:br/>
        <w:t>You</w:t>
      </w:r>
      <w:r>
        <w:t xml:space="preserve"> should</w:t>
      </w:r>
      <w:r>
        <w:t xml:space="preserve"> major</w:t>
      </w:r>
      <w:r>
        <w:t xml:space="preserve"> in</w:t>
      </w:r>
      <w:r>
        <w:t xml:space="preserve"> computer</w:t>
      </w:r>
      <w:r>
        <w:t xml:space="preserve"> science.</w:t>
        <w:br/>
        <w:t>不了谢谢</w:t>
      </w:r>
      <w:r>
        <w:t xml:space="preserve"> </w:t>
      </w:r>
      <w:r>
        <w:t xml:space="preserve"> 我还是读真正的科学就好</w:t>
        <w:br/>
        <w:t>No,</w:t>
      </w:r>
      <w:r>
        <w:t xml:space="preserve"> thanks.</w:t>
      </w:r>
      <w:r>
        <w:t xml:space="preserve"> I'll</w:t>
      </w:r>
      <w:r>
        <w:t xml:space="preserve"> stick</w:t>
      </w:r>
      <w:r>
        <w:t xml:space="preserve"> to</w:t>
      </w:r>
      <w:r>
        <w:t xml:space="preserve"> real</w:t>
      </w:r>
      <w:r>
        <w:t xml:space="preserve"> science.</w:t>
        <w:br/>
        <w:t>抱歉</w:t>
      </w:r>
      <w:r>
        <w:t xml:space="preserve"> </w:t>
      </w:r>
      <w:r>
        <w:t xml:space="preserve"> 你不是埃文啊</w:t>
        <w:br/>
        <w:t>Excuse</w:t>
      </w:r>
      <w:r>
        <w:t xml:space="preserve"> me,</w:t>
      </w:r>
      <w:r>
        <w:t xml:space="preserve"> but</w:t>
      </w:r>
      <w:r>
        <w:t xml:space="preserve"> you're</w:t>
      </w:r>
      <w:r>
        <w:t xml:space="preserve"> not</w:t>
      </w:r>
      <w:r>
        <w:t xml:space="preserve"> Evan.</w:t>
        <w:br/>
        <w:t>的确</w:t>
        <w:br/>
        <w:t>True.</w:t>
        <w:br/>
        <w:t>那埃文在哪里呢</w:t>
      </w:r>
      <w:r>
        <w:t xml:space="preserve"> </w:t>
      </w:r>
      <w:r>
        <w:t xml:space="preserve"> -别的地方</w:t>
        <w:br/>
        <w:t>Where's</w:t>
      </w:r>
      <w:r>
        <w:t xml:space="preserve"> Evan?</w:t>
      </w:r>
      <w:r>
        <w:t xml:space="preserve"> -</w:t>
      </w:r>
      <w:r>
        <w:t xml:space="preserve"> Elsewhere.</w:t>
        <w:br/>
        <w:t>所以你不知道</w:t>
        <w:br/>
        <w:t>So</w:t>
      </w:r>
      <w:r>
        <w:t xml:space="preserve"> you</w:t>
      </w:r>
      <w:r>
        <w:t xml:space="preserve"> don't</w:t>
      </w:r>
      <w:r>
        <w:t xml:space="preserve"> know?</w:t>
        <w:br/>
        <w:t>的确</w:t>
        <w:br/>
        <w:t>True.</w:t>
        <w:br/>
        <w:t>太好啦</w:t>
      </w:r>
      <w:r>
        <w:t xml:space="preserve">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你认识华金了</w:t>
        <w:br/>
        <w:t>Oh,</w:t>
      </w:r>
      <w:r>
        <w:t xml:space="preserve"> good.</w:t>
      </w:r>
      <w:r>
        <w:t xml:space="preserve"> You</w:t>
      </w:r>
      <w:r>
        <w:t xml:space="preserve"> met</w:t>
      </w:r>
      <w:r>
        <w:t xml:space="preserve"> Joaquin.</w:t>
        <w:br/>
        <w:t>还没有正式打过招呼</w:t>
      </w:r>
      <w:r>
        <w:t xml:space="preserve"> </w:t>
      </w:r>
      <w:r>
        <w:t xml:space="preserve"> 他在这里做什么</w:t>
        <w:br/>
        <w:t>Proper</w:t>
      </w:r>
      <w:r>
        <w:t xml:space="preserve"> introductions</w:t>
      </w:r>
      <w:r>
        <w:t xml:space="preserve"> were</w:t>
      </w:r>
      <w:r>
        <w:t xml:space="preserve"> not</w:t>
      </w:r>
      <w:r>
        <w:t xml:space="preserve"> made.</w:t>
      </w:r>
      <w:r>
        <w:t xml:space="preserve"> What's</w:t>
      </w:r>
      <w:r>
        <w:t xml:space="preserve"> he</w:t>
      </w:r>
      <w:r>
        <w:t xml:space="preserve"> doing</w:t>
      </w:r>
      <w:r>
        <w:t xml:space="preserve"> here?</w:t>
        <w:br/>
        <w:t>他来帮忙我写一个算法</w:t>
        <w:br/>
        <w:t>Uh,</w:t>
      </w:r>
      <w:r>
        <w:t xml:space="preserve"> he's</w:t>
      </w:r>
      <w:r>
        <w:t xml:space="preserve"> helping</w:t>
      </w:r>
      <w:r>
        <w:t xml:space="preserve"> me</w:t>
      </w:r>
      <w:r>
        <w:t xml:space="preserve"> write</w:t>
      </w:r>
      <w:r>
        <w:t xml:space="preserve"> an</w:t>
      </w:r>
      <w:r>
        <w:t xml:space="preserve"> algorithm</w:t>
        <w:br/>
        <w:t>这样我们就能在股海无往不利了</w:t>
        <w:br/>
        <w:t>so,</w:t>
      </w:r>
      <w:r>
        <w:t xml:space="preserve"> uh,</w:t>
      </w:r>
      <w:r>
        <w:t xml:space="preserve"> we</w:t>
      </w:r>
      <w:r>
        <w:t xml:space="preserve"> can</w:t>
      </w:r>
      <w:r>
        <w:t xml:space="preserve"> beat</w:t>
      </w:r>
      <w:r>
        <w:t xml:space="preserve"> the</w:t>
      </w:r>
      <w:r>
        <w:t xml:space="preserve"> stock</w:t>
      </w:r>
      <w:r>
        <w:t xml:space="preserve"> market.</w:t>
        <w:br/>
        <w:t>为什么要赢</w:t>
        <w:br/>
        <w:t>Why?</w:t>
        <w:br/>
        <w:t>这样才能发财</w:t>
      </w:r>
      <w:r>
        <w:t xml:space="preserve"> </w:t>
      </w:r>
      <w:r>
        <w:t xml:space="preserve"> 买&amp;hearts;&amp;hearts;帅车</w:t>
      </w:r>
      <w:r>
        <w:t xml:space="preserve"> </w:t>
      </w:r>
      <w:r>
        <w:t xml:space="preserve"> 泡到妞</w:t>
        <w:br/>
        <w:t>Uh,</w:t>
      </w:r>
      <w:r>
        <w:t xml:space="preserve"> well,</w:t>
      </w:r>
      <w:r>
        <w:t xml:space="preserve"> so</w:t>
      </w:r>
      <w:r>
        <w:t xml:space="preserve"> we</w:t>
      </w:r>
      <w:r>
        <w:t xml:space="preserve"> can</w:t>
      </w:r>
      <w:r>
        <w:t xml:space="preserve"> get</w:t>
      </w:r>
      <w:r>
        <w:t xml:space="preserve"> rich,</w:t>
      </w:r>
      <w:r>
        <w:t xml:space="preserve"> buy</w:t>
      </w:r>
      <w:r>
        <w:t xml:space="preserve"> cool</w:t>
      </w:r>
      <w:r>
        <w:t xml:space="preserve"> cars</w:t>
      </w:r>
      <w:r>
        <w:t xml:space="preserve"> and</w:t>
      </w:r>
      <w:r>
        <w:t xml:space="preserve"> get</w:t>
      </w:r>
      <w:r>
        <w:t xml:space="preserve"> girls.</w:t>
        <w:br/>
        <w:t>主要是能泡到妞</w:t>
        <w:br/>
        <w:t>But</w:t>
      </w:r>
      <w:r>
        <w:t xml:space="preserve"> mostly</w:t>
      </w:r>
      <w:r>
        <w:t xml:space="preserve"> the</w:t>
      </w:r>
      <w:r>
        <w:t xml:space="preserve"> girls.</w:t>
        <w:br/>
        <w:t>对知识的探索本身不就是最大的奖吗</w:t>
        <w:br/>
        <w:t>Isn't</w:t>
      </w:r>
      <w:r>
        <w:t xml:space="preserve"> the</w:t>
      </w:r>
      <w:r>
        <w:t xml:space="preserve"> search</w:t>
      </w:r>
      <w:r>
        <w:t xml:space="preserve"> for</w:t>
      </w:r>
      <w:r>
        <w:t xml:space="preserve"> knowledge</w:t>
      </w:r>
      <w:r>
        <w:t xml:space="preserve"> its</w:t>
      </w:r>
      <w:r>
        <w:t xml:space="preserve"> own</w:t>
      </w:r>
      <w:r>
        <w:t xml:space="preserve"> reward?</w:t>
        <w:br/>
        <w:t>如果这知识能帮助你泡到妞那就是奖</w:t>
        <w:br/>
        <w:t>Uh,</w:t>
      </w:r>
      <w:r>
        <w:t xml:space="preserve"> yeah,</w:t>
      </w:r>
      <w:r>
        <w:t xml:space="preserve"> sure,</w:t>
      </w:r>
      <w:r>
        <w:t xml:space="preserve"> if</w:t>
      </w:r>
      <w:r>
        <w:t xml:space="preserve"> the</w:t>
      </w:r>
      <w:r>
        <w:t xml:space="preserve"> knowledge</w:t>
      </w:r>
      <w:r>
        <w:t xml:space="preserve"> helps</w:t>
      </w:r>
      <w:r>
        <w:t xml:space="preserve"> you</w:t>
      </w:r>
      <w:r>
        <w:t xml:space="preserve"> get</w:t>
      </w:r>
      <w:r>
        <w:t xml:space="preserve"> girls.</w:t>
        <w:br/>
        <w:t>好脱裤子放屁的认识女生方法啊</w:t>
        <w:br/>
        <w:t>That</w:t>
      </w:r>
      <w:r>
        <w:t xml:space="preserve"> seems</w:t>
      </w:r>
      <w:r>
        <w:t xml:space="preserve"> like</w:t>
      </w:r>
      <w:r>
        <w:t xml:space="preserve"> a</w:t>
      </w:r>
      <w:r>
        <w:t xml:space="preserve"> lot</w:t>
      </w:r>
      <w:r>
        <w:t xml:space="preserve"> of</w:t>
      </w:r>
      <w:r>
        <w:t xml:space="preserve"> unnecessary</w:t>
      </w:r>
      <w:r>
        <w:t xml:space="preserve"> effort</w:t>
      </w:r>
      <w:r>
        <w:t xml:space="preserve"> just</w:t>
      </w:r>
      <w:r>
        <w:t xml:space="preserve"> to</w:t>
      </w:r>
      <w:r>
        <w:t xml:space="preserve"> meet</w:t>
      </w:r>
      <w:r>
        <w:t xml:space="preserve"> females.</w:t>
        <w:br/>
        <w:t>我们也尝试过直接与她们交谈啊</w:t>
        <w:br/>
        <w:t>Yeah,</w:t>
      </w:r>
      <w:r>
        <w:t xml:space="preserve"> we've</w:t>
      </w:r>
      <w:r>
        <w:t xml:space="preserve"> tried</w:t>
      </w:r>
      <w:r>
        <w:t xml:space="preserve"> talking</w:t>
      </w:r>
      <w:r>
        <w:t xml:space="preserve"> to</w:t>
      </w:r>
      <w:r>
        <w:t xml:space="preserve"> them.</w:t>
        <w:br/>
        <w:t>一场真正的灾难</w:t>
        <w:br/>
        <w:t>Actual</w:t>
      </w:r>
      <w:r>
        <w:t xml:space="preserve"> disaster.</w:t>
        <w:br/>
        <w:t>你想帮忙我们吗</w:t>
        <w:br/>
        <w:t>You</w:t>
      </w:r>
      <w:r>
        <w:t xml:space="preserve"> want</w:t>
      </w:r>
      <w:r>
        <w:t xml:space="preserve"> to</w:t>
      </w:r>
      <w:r>
        <w:t xml:space="preserve"> help</w:t>
      </w:r>
      <w:r>
        <w:t xml:space="preserve"> us?</w:t>
        <w:br/>
        <w:t>我又不想认识女生</w:t>
        <w:br/>
        <w:t>I</w:t>
      </w:r>
      <w:r>
        <w:t xml:space="preserve"> don't</w:t>
      </w:r>
      <w:r>
        <w:t xml:space="preserve"> need</w:t>
      </w:r>
      <w:r>
        <w:t xml:space="preserve"> to</w:t>
      </w:r>
      <w:r>
        <w:t xml:space="preserve"> meet</w:t>
      </w:r>
      <w:r>
        <w:t xml:space="preserve"> girls.</w:t>
        <w:br/>
        <w:t>况且我更想要的是少认识一些人呢</w:t>
        <w:br/>
        <w:t>In</w:t>
      </w:r>
      <w:r>
        <w:t xml:space="preserve"> fact,</w:t>
      </w:r>
      <w:r>
        <w:t xml:space="preserve"> I'd</w:t>
      </w:r>
      <w:r>
        <w:t xml:space="preserve"> like</w:t>
      </w:r>
      <w:r>
        <w:t xml:space="preserve"> to</w:t>
      </w:r>
      <w:r>
        <w:t xml:space="preserve"> know</w:t>
      </w:r>
      <w:r>
        <w:t xml:space="preserve"> fewer</w:t>
      </w:r>
      <w:r>
        <w:t xml:space="preserve"> people,</w:t>
      </w:r>
      <w:r>
        <w:t xml:space="preserve"> not</w:t>
      </w:r>
      <w:r>
        <w:t xml:space="preserve"> more.</w:t>
        <w:br/>
        <w:t>你可以用赚来的钱给自己买&amp;hearts;&amp;hearts;好玩的东西啊</w:t>
        <w:br/>
        <w:t>You</w:t>
      </w:r>
      <w:r>
        <w:t xml:space="preserve"> could</w:t>
      </w:r>
      <w:r>
        <w:t xml:space="preserve"> use</w:t>
      </w:r>
      <w:r>
        <w:t xml:space="preserve"> the</w:t>
      </w:r>
      <w:r>
        <w:t xml:space="preserve"> money</w:t>
      </w:r>
      <w:r>
        <w:t xml:space="preserve"> to</w:t>
      </w:r>
      <w:r>
        <w:t xml:space="preserve"> buy</w:t>
      </w:r>
      <w:r>
        <w:t xml:space="preserve"> yourself</w:t>
      </w:r>
      <w:r>
        <w:t xml:space="preserve"> something</w:t>
      </w:r>
      <w:r>
        <w:t xml:space="preserve"> fun.</w:t>
        <w:br/>
        <w:t>比如粒子加速器或一百罐液氮</w:t>
        <w:br/>
        <w:t>Ooh,</w:t>
      </w:r>
      <w:r>
        <w:t xml:space="preserve"> like</w:t>
      </w:r>
      <w:r>
        <w:t xml:space="preserve"> a</w:t>
      </w:r>
      <w:r>
        <w:t xml:space="preserve"> particle</w:t>
      </w:r>
      <w:r>
        <w:t xml:space="preserve"> accelerator</w:t>
      </w:r>
      <w:r>
        <w:t xml:space="preserve"> or</w:t>
      </w:r>
      <w:r>
        <w:t xml:space="preserve"> 100</w:t>
      </w:r>
      <w:r>
        <w:t xml:space="preserve"> tanks</w:t>
      </w:r>
      <w:r>
        <w:t xml:space="preserve"> of</w:t>
      </w:r>
      <w:r>
        <w:t xml:space="preserve"> liquid</w:t>
      </w:r>
      <w:r>
        <w:t xml:space="preserve"> nitrogen.</w:t>
        <w:br/>
        <w:t>我指的是户外按&amp;hearts;摩&amp;hearts;浴缸之类的</w:t>
      </w:r>
      <w:r>
        <w:t xml:space="preserve"> </w:t>
      </w:r>
      <w:r>
        <w:t xml:space="preserve"> 但也行吧</w:t>
        <w:br/>
        <w:t>I</w:t>
      </w:r>
      <w:r>
        <w:t xml:space="preserve"> was</w:t>
      </w:r>
      <w:r>
        <w:t xml:space="preserve"> thinking</w:t>
      </w:r>
      <w:r>
        <w:t xml:space="preserve"> of</w:t>
      </w:r>
      <w:r>
        <w:t xml:space="preserve"> a</w:t>
      </w:r>
      <w:r>
        <w:t xml:space="preserve"> hot</w:t>
      </w:r>
      <w:r>
        <w:t xml:space="preserve"> tub,</w:t>
      </w:r>
      <w:r>
        <w:t xml:space="preserve"> but</w:t>
      </w:r>
      <w:r>
        <w:t xml:space="preserve"> okay.</w:t>
        <w:br/>
        <w:t>平常叫你洗澡都叫不动</w:t>
        <w:br/>
        <w:t>I</w:t>
      </w:r>
      <w:r>
        <w:t xml:space="preserve"> can't</w:t>
      </w:r>
      <w:r>
        <w:t xml:space="preserve"> get</w:t>
      </w:r>
      <w:r>
        <w:t xml:space="preserve"> you</w:t>
      </w:r>
      <w:r>
        <w:t xml:space="preserve"> to</w:t>
      </w:r>
      <w:r>
        <w:t xml:space="preserve"> take</w:t>
      </w:r>
      <w:r>
        <w:t xml:space="preserve"> a</w:t>
      </w:r>
      <w:r>
        <w:t xml:space="preserve"> shower,</w:t>
        <w:br/>
        <w:t>现在你想买&amp;hearts;&amp;hearts;户外按&amp;hearts;摩&amp;hearts;浴缸啦</w:t>
        <w:br/>
        <w:t>and-and</w:t>
      </w:r>
      <w:r>
        <w:t xml:space="preserve"> you</w:t>
      </w:r>
      <w:r>
        <w:t xml:space="preserve"> want</w:t>
      </w:r>
      <w:r>
        <w:t xml:space="preserve"> a</w:t>
      </w:r>
      <w:r>
        <w:t xml:space="preserve"> hot</w:t>
      </w:r>
      <w:r>
        <w:t xml:space="preserve"> tub?</w:t>
        <w:br/>
        <w:t>女生们就喜欢这个</w:t>
        <w:br/>
        <w:t>Girls</w:t>
      </w:r>
      <w:r>
        <w:t xml:space="preserve"> like</w:t>
      </w:r>
      <w:r>
        <w:t xml:space="preserve"> hot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tubs.</w:t>
        <w:br/>
        <w:t>建造粒子加速器需要多少钱</w:t>
        <w:br/>
        <w:t>How</w:t>
      </w:r>
      <w:r>
        <w:t xml:space="preserve"> much</w:t>
      </w:r>
      <w:r>
        <w:t xml:space="preserve"> would</w:t>
      </w:r>
      <w:r>
        <w:t xml:space="preserve"> it</w:t>
      </w:r>
      <w:r>
        <w:t xml:space="preserve"> cost</w:t>
      </w:r>
      <w:r>
        <w:t xml:space="preserve"> to</w:t>
      </w:r>
      <w:r>
        <w:t xml:space="preserve"> build</w:t>
      </w:r>
      <w:r>
        <w:t xml:space="preserve"> a</w:t>
      </w:r>
      <w:r>
        <w:t xml:space="preserve"> particle</w:t>
      </w:r>
      <w:r>
        <w:t xml:space="preserve"> accelerator?</w:t>
        <w:br/>
        <w:t>保守估计要40到100亿吧</w:t>
        <w:br/>
        <w:t>Conservatively,</w:t>
      </w:r>
      <w:r>
        <w:t xml:space="preserve"> four</w:t>
      </w:r>
      <w:r>
        <w:t xml:space="preserve"> to</w:t>
      </w:r>
      <w:r>
        <w:t xml:space="preserve"> ten</w:t>
      </w:r>
      <w:r>
        <w:t xml:space="preserve"> billion</w:t>
      </w:r>
      <w:r>
        <w:t xml:space="preserve"> dollars.</w:t>
        <w:br/>
        <w:t>那你必需得帮忙我们啊</w:t>
        <w:br/>
        <w:t>Then</w:t>
      </w:r>
      <w:r>
        <w:t xml:space="preserve"> you</w:t>
      </w:r>
      <w:r>
        <w:t xml:space="preserve"> need</w:t>
      </w:r>
      <w:r>
        <w:t xml:space="preserve"> to</w:t>
      </w:r>
      <w:r>
        <w:t xml:space="preserve"> help</w:t>
      </w:r>
      <w:r>
        <w:t xml:space="preserve"> us.</w:t>
        <w:br/>
        <w:t>我对编程的经验不多</w:t>
        <w:br/>
        <w:t>Hmm.</w:t>
      </w:r>
      <w:r>
        <w:t xml:space="preserve"> Well,</w:t>
      </w:r>
      <w:r>
        <w:t xml:space="preserve"> I</w:t>
      </w:r>
      <w:r>
        <w:t xml:space="preserve"> haven't</w:t>
      </w:r>
      <w:r>
        <w:t xml:space="preserve"> done</w:t>
      </w:r>
      <w:r>
        <w:t xml:space="preserve"> much</w:t>
      </w:r>
      <w:r>
        <w:t xml:space="preserve"> coding,</w:t>
        <w:br/>
        <w:t>但我十八般武艺样样精通</w:t>
        <w:br/>
        <w:t>but</w:t>
      </w:r>
      <w:r>
        <w:t xml:space="preserve"> I</w:t>
      </w:r>
      <w:r>
        <w:t xml:space="preserve"> am</w:t>
      </w:r>
      <w:r>
        <w:t xml:space="preserve"> good</w:t>
      </w:r>
      <w:r>
        <w:t xml:space="preserve"> at</w:t>
      </w:r>
      <w:r>
        <w:t xml:space="preserve"> everything.</w:t>
        <w:br/>
        <w:t>行</w:t>
      </w:r>
      <w:r>
        <w:t xml:space="preserve"> </w:t>
      </w:r>
      <w:r>
        <w:t xml:space="preserve"> 我来做主</w:t>
        <w:br/>
        <w:t>Okay,</w:t>
      </w:r>
      <w:r>
        <w:t xml:space="preserve"> I'm</w:t>
      </w:r>
      <w:r>
        <w:t xml:space="preserve"> in</w:t>
      </w:r>
      <w:r>
        <w:t xml:space="preserve"> charge.</w:t>
        <w:br/>
        <w:t>坐一边去</w:t>
        <w:br/>
        <w:t>Scoot.</w:t>
        <w:br/>
        <w:t>你在看什么呢</w:t>
      </w:r>
      <w:r>
        <w:t xml:space="preserve"> </w:t>
      </w:r>
      <w:r>
        <w:t xml:space="preserve"> -查韦斯·雷蒙</w:t>
        <w:br/>
        <w:t>What</w:t>
      </w:r>
      <w:r>
        <w:t xml:space="preserve"> are</w:t>
      </w:r>
      <w:r>
        <w:t xml:space="preserve"> you</w:t>
      </w:r>
      <w:r>
        <w:t xml:space="preserve"> watching?</w:t>
      </w:r>
      <w:r>
        <w:t xml:space="preserve"> -</w:t>
      </w:r>
      <w:r>
        <w:t xml:space="preserve"> Travis</w:t>
      </w:r>
      <w:r>
        <w:t xml:space="preserve"> Lemon.</w:t>
        <w:br/>
        <w:t>那个疯狂教会男吗</w:t>
        <w:br/>
        <w:t>The</w:t>
      </w:r>
      <w:r>
        <w:t xml:space="preserve"> crazy</w:t>
      </w:r>
      <w:r>
        <w:t xml:space="preserve"> church</w:t>
      </w:r>
      <w:r>
        <w:t xml:space="preserve"> guy?</w:t>
        <w:br/>
        <w:t>他才不疯</w:t>
      </w:r>
      <w:r>
        <w:t xml:space="preserve"> </w:t>
      </w:r>
      <w:r>
        <w:t xml:space="preserve"> -他的头发就很疯啊</w:t>
        <w:br/>
        <w:t>He's</w:t>
      </w:r>
      <w:r>
        <w:t xml:space="preserve"> not</w:t>
      </w:r>
      <w:r>
        <w:t xml:space="preserve"> crazy.</w:t>
      </w:r>
      <w:r>
        <w:t xml:space="preserve"> -</w:t>
      </w:r>
      <w:r>
        <w:t xml:space="preserve"> Well,</w:t>
      </w:r>
      <w:r>
        <w:t xml:space="preserve"> his</w:t>
      </w:r>
      <w:r>
        <w:t xml:space="preserve"> hair</w:t>
      </w:r>
      <w:r>
        <w:t xml:space="preserve"> is.</w:t>
        <w:br/>
        <w:t>我要告诉你们</w:t>
        <w:br/>
        <w:t>Well,</w:t>
      </w:r>
      <w:r>
        <w:t xml:space="preserve"> I</w:t>
      </w:r>
      <w:r>
        <w:t xml:space="preserve"> got</w:t>
      </w:r>
      <w:r>
        <w:t xml:space="preserve"> news</w:t>
      </w:r>
      <w:r>
        <w:t xml:space="preserve"> for</w:t>
      </w:r>
      <w:r>
        <w:t xml:space="preserve"> y'all.</w:t>
        <w:br/>
        <w:t>耶稣希望你们发财</w:t>
        <w:br/>
        <w:t>Jesus</w:t>
      </w:r>
      <w:r>
        <w:t xml:space="preserve"> wants</w:t>
      </w:r>
      <w:r>
        <w:t xml:space="preserve"> you</w:t>
      </w:r>
      <w:r>
        <w:t xml:space="preserve"> to</w:t>
      </w:r>
      <w:r>
        <w:t xml:space="preserve"> prosper.</w:t>
        <w:br/>
        <w:t>祂希望你们拥有美好的事物</w:t>
      </w:r>
      <w:r>
        <w:t xml:space="preserve"> </w:t>
      </w:r>
      <w:r>
        <w:t xml:space="preserve"> 过富裕的生活</w:t>
        <w:br/>
        <w:t>He</w:t>
      </w:r>
      <w:r>
        <w:t xml:space="preserve"> wants</w:t>
      </w:r>
      <w:r>
        <w:t xml:space="preserve"> you</w:t>
      </w:r>
      <w:r>
        <w:t xml:space="preserve"> to</w:t>
      </w:r>
      <w:r>
        <w:t xml:space="preserve"> have</w:t>
      </w:r>
      <w:r>
        <w:t xml:space="preserve"> nice</w:t>
      </w:r>
      <w:r>
        <w:t xml:space="preserve"> things,</w:t>
      </w:r>
      <w:r>
        <w:t xml:space="preserve"> a</w:t>
      </w:r>
      <w:r>
        <w:t xml:space="preserve"> life</w:t>
      </w:r>
      <w:r>
        <w:t xml:space="preserve"> of</w:t>
      </w:r>
      <w:r>
        <w:t xml:space="preserve"> abundance.</w:t>
        <w:br/>
        <w:t>来看看这段经&amp;hearts;文&amp;hearts;</w:t>
        <w:br/>
        <w:t>Says</w:t>
      </w:r>
      <w:r>
        <w:t xml:space="preserve"> so</w:t>
      </w:r>
      <w:r>
        <w:t xml:space="preserve"> right</w:t>
      </w:r>
      <w:r>
        <w:t xml:space="preserve"> here</w:t>
      </w:r>
      <w:r>
        <w:t xml:space="preserve"> in</w:t>
      </w:r>
      <w:r>
        <w:t xml:space="preserve"> the</w:t>
      </w:r>
      <w:r>
        <w:t xml:space="preserve"> book.</w:t>
        <w:br/>
        <w:t>"我的神必照他荣耀的丰富</w:t>
      </w:r>
      <w:r>
        <w:t xml:space="preserve"> </w:t>
      </w:r>
      <w:r>
        <w:t xml:space="preserve"> 在基&amp;hearts;督&amp;hearts;耶稣里</w:t>
        <w:br/>
        <w:t>"My</w:t>
      </w:r>
      <w:r>
        <w:t xml:space="preserve"> God</w:t>
      </w:r>
      <w:r>
        <w:t xml:space="preserve"> shall</w:t>
      </w:r>
      <w:r>
        <w:t xml:space="preserve"> supply</w:t>
      </w:r>
      <w:r>
        <w:t xml:space="preserve"> all</w:t>
      </w:r>
      <w:r>
        <w:t xml:space="preserve"> your</w:t>
      </w:r>
      <w:r>
        <w:t xml:space="preserve"> needs</w:t>
      </w:r>
      <w:r>
        <w:t xml:space="preserve"> according</w:t>
      </w:r>
      <w:r>
        <w:t xml:space="preserve"> to</w:t>
      </w:r>
      <w:r>
        <w:t xml:space="preserve"> His</w:t>
      </w:r>
      <w:r>
        <w:t xml:space="preserve"> riches</w:t>
        <w:br/>
        <w:t>使你们一切所需用的都充足"</w:t>
        <w:br/>
        <w:t>in</w:t>
      </w:r>
      <w:r>
        <w:t xml:space="preserve"> glory</w:t>
      </w:r>
      <w:r>
        <w:t xml:space="preserve"> by</w:t>
      </w:r>
      <w:r>
        <w:t xml:space="preserve"> Jesus</w:t>
      </w:r>
      <w:r>
        <w:t xml:space="preserve"> Christ."</w:t>
        <w:br/>
        <w:t>好吧</w:t>
      </w:r>
      <w:r>
        <w:t xml:space="preserve"> </w:t>
      </w:r>
      <w:r>
        <w:t xml:space="preserve"> 祂是这么说过</w:t>
        <w:br/>
        <w:t>He's</w:t>
      </w:r>
      <w:r>
        <w:t xml:space="preserve"> right.</w:t>
      </w:r>
      <w:r>
        <w:t xml:space="preserve"> It</w:t>
      </w:r>
      <w:r>
        <w:t xml:space="preserve"> does</w:t>
      </w:r>
      <w:r>
        <w:t xml:space="preserve"> say</w:t>
      </w:r>
      <w:r>
        <w:t xml:space="preserve"> that.</w:t>
        <w:br/>
        <w:t>他什么时候说完</w:t>
      </w:r>
      <w:r>
        <w:t xml:space="preserve"> </w:t>
      </w:r>
      <w:r>
        <w:t xml:space="preserve"> 我想看音乐台</w:t>
        <w:br/>
        <w:t>When's</w:t>
      </w:r>
      <w:r>
        <w:t xml:space="preserve"> it's</w:t>
      </w:r>
      <w:r>
        <w:t xml:space="preserve"> over?</w:t>
      </w:r>
      <w:r>
        <w:t xml:space="preserve"> I</w:t>
      </w:r>
      <w:r>
        <w:t xml:space="preserve"> want</w:t>
      </w:r>
      <w:r>
        <w:t xml:space="preserve"> to</w:t>
      </w:r>
      <w:r>
        <w:t xml:space="preserve"> watch</w:t>
      </w:r>
      <w:r>
        <w:t xml:space="preserve"> MTV.</w:t>
        <w:br/>
        <w:t>查韦斯牧师也有一个乐队啊</w:t>
        <w:br/>
        <w:t>Reverend</w:t>
      </w:r>
      <w:r>
        <w:t xml:space="preserve"> Travis</w:t>
      </w:r>
      <w:r>
        <w:t xml:space="preserve"> has</w:t>
      </w:r>
      <w:r>
        <w:t xml:space="preserve"> a</w:t>
      </w:r>
      <w:r>
        <w:t xml:space="preserve"> band.</w:t>
        <w:br/>
        <w:t>音乐也十分带劲</w:t>
        <w:br/>
        <w:t>They</w:t>
      </w:r>
      <w:r>
        <w:t xml:space="preserve"> rock</w:t>
      </w:r>
      <w:r>
        <w:t xml:space="preserve"> pretty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hard.</w:t>
        <w:br/>
        <w:t>对你也是一样</w:t>
        <w:br/>
        <w:t>The</w:t>
      </w:r>
      <w:r>
        <w:t xml:space="preserve"> same</w:t>
      </w:r>
      <w:r>
        <w:t xml:space="preserve"> is</w:t>
      </w:r>
      <w:r>
        <w:t xml:space="preserve"> true</w:t>
      </w:r>
      <w:r>
        <w:t xml:space="preserve"> for</w:t>
      </w:r>
      <w:r>
        <w:t xml:space="preserve"> you.</w:t>
        <w:br/>
        <w:t>耶稣基&amp;hearts;督&amp;hearts;曾用五块大麦饼就喂饱五千人</w:t>
        <w:br/>
        <w:t>Jesus</w:t>
      </w:r>
      <w:r>
        <w:t xml:space="preserve"> fed</w:t>
      </w:r>
      <w:r>
        <w:t xml:space="preserve"> 5,000</w:t>
      </w:r>
      <w:r>
        <w:t xml:space="preserve"> people</w:t>
      </w:r>
      <w:r>
        <w:t xml:space="preserve"> with</w:t>
      </w:r>
      <w:r>
        <w:t xml:space="preserve"> five</w:t>
      </w:r>
      <w:r>
        <w:t xml:space="preserve"> loaves</w:t>
      </w:r>
      <w:r>
        <w:t xml:space="preserve"> of</w:t>
      </w:r>
      <w:r>
        <w:t xml:space="preserve"> bread,</w:t>
        <w:br/>
        <w:t>但也得是有人先给祂这些饼啊</w:t>
        <w:br/>
        <w:t>but</w:t>
      </w:r>
      <w:r>
        <w:t xml:space="preserve"> somebody</w:t>
      </w:r>
      <w:r>
        <w:t xml:space="preserve"> had</w:t>
      </w:r>
      <w:r>
        <w:t xml:space="preserve"> to</w:t>
      </w:r>
      <w:r>
        <w:t xml:space="preserve"> give</w:t>
      </w:r>
      <w:r>
        <w:t xml:space="preserve"> him</w:t>
      </w:r>
      <w:r>
        <w:t xml:space="preserve"> those</w:t>
      </w:r>
      <w:r>
        <w:t xml:space="preserve"> loaves.</w:t>
        <w:br/>
        <w:t>这就是我需要你们的地方了</w:t>
        <w:br/>
        <w:t>And</w:t>
      </w:r>
      <w:r>
        <w:t xml:space="preserve"> that's</w:t>
      </w:r>
      <w:r>
        <w:t xml:space="preserve"> what</w:t>
      </w:r>
      <w:r>
        <w:t xml:space="preserve"> I</w:t>
      </w:r>
      <w:r>
        <w:t xml:space="preserve"> need</w:t>
      </w:r>
      <w:r>
        <w:t xml:space="preserve"> from</w:t>
      </w:r>
      <w:r>
        <w:t xml:space="preserve"> you.</w:t>
        <w:br/>
        <w:t>您捐赠给</w:t>
        <w:br/>
        <w:t>Every</w:t>
      </w:r>
      <w:r>
        <w:t xml:space="preserve"> dollar</w:t>
      </w:r>
      <w:r>
        <w:t xml:space="preserve"> you</w:t>
      </w:r>
      <w:r>
        <w:t xml:space="preserve"> donate</w:t>
        <w:br/>
        <w:t>查韦斯·雷蒙教会的钱都将十倍奉还</w:t>
        <w:br/>
        <w:t>to</w:t>
      </w:r>
      <w:r>
        <w:t xml:space="preserve"> the</w:t>
      </w:r>
      <w:r>
        <w:t xml:space="preserve"> Travis</w:t>
      </w:r>
      <w:r>
        <w:t xml:space="preserve"> Lemon</w:t>
      </w:r>
      <w:r>
        <w:t xml:space="preserve"> ministry</w:t>
      </w:r>
      <w:r>
        <w:t xml:space="preserve"> will</w:t>
      </w:r>
      <w:r>
        <w:t xml:space="preserve"> be</w:t>
      </w:r>
      <w:r>
        <w:t xml:space="preserve"> returned</w:t>
      </w:r>
      <w:r>
        <w:t xml:space="preserve"> to</w:t>
      </w:r>
      <w:r>
        <w:t xml:space="preserve"> you</w:t>
      </w:r>
      <w:r>
        <w:t xml:space="preserve"> tenfold!</w:t>
        <w:br/>
        <w:t>十倍个大头鬼</w:t>
        <w:br/>
        <w:t>Tenfold,</w:t>
      </w:r>
      <w:r>
        <w:t xml:space="preserve"> my</w:t>
      </w:r>
      <w:r>
        <w:t xml:space="preserve"> sweet</w:t>
      </w:r>
      <w:r>
        <w:t xml:space="preserve"> patootie.</w:t>
        <w:br/>
        <w:t>种瓜得瓜</w:t>
      </w:r>
      <w:r>
        <w:t xml:space="preserve"> </w:t>
      </w:r>
      <w:r>
        <w:t xml:space="preserve"> 种豆得豆</w:t>
        <w:br/>
        <w:t>As</w:t>
      </w:r>
      <w:r>
        <w:t xml:space="preserve"> ye</w:t>
      </w:r>
      <w:r>
        <w:t xml:space="preserve"> sow,</w:t>
      </w:r>
      <w:r>
        <w:t xml:space="preserve"> so</w:t>
      </w:r>
      <w:r>
        <w:t xml:space="preserve"> shall</w:t>
      </w:r>
      <w:r>
        <w:t xml:space="preserve"> ye</w:t>
      </w:r>
      <w:r>
        <w:t xml:space="preserve"> reap.</w:t>
        <w:br/>
        <w:t>达芙妮</w:t>
      </w:r>
      <w:r>
        <w:t xml:space="preserve"> </w:t>
      </w:r>
      <w:r>
        <w:t xml:space="preserve"> 把地址放上屏幕</w:t>
        <w:br/>
        <w:t>Daphne,</w:t>
      </w:r>
      <w:r>
        <w:t xml:space="preserve"> get</w:t>
      </w:r>
      <w:r>
        <w:t xml:space="preserve"> the</w:t>
      </w:r>
      <w:r>
        <w:t xml:space="preserve"> address</w:t>
      </w:r>
      <w:r>
        <w:t xml:space="preserve"> on</w:t>
      </w:r>
      <w:r>
        <w:t xml:space="preserve"> the</w:t>
      </w:r>
      <w:r>
        <w:t xml:space="preserve"> screen?</w:t>
        <w:br/>
        <w:t>快把你们的支票本拿出来</w:t>
        <w:br/>
        <w:t>So</w:t>
      </w:r>
      <w:r>
        <w:t xml:space="preserve"> you</w:t>
      </w:r>
      <w:r>
        <w:t xml:space="preserve"> get</w:t>
      </w:r>
      <w:r>
        <w:t xml:space="preserve"> the</w:t>
      </w:r>
      <w:r>
        <w:t xml:space="preserve"> checkbook</w:t>
      </w:r>
      <w:r>
        <w:t xml:space="preserve"> out,</w:t>
        <w:br/>
        <w:t>是时候展示你们对主的爱了</w:t>
        <w:br/>
        <w:t>and</w:t>
      </w:r>
      <w:r>
        <w:t xml:space="preserve"> you</w:t>
      </w:r>
      <w:r>
        <w:t xml:space="preserve"> show</w:t>
      </w:r>
      <w:r>
        <w:t xml:space="preserve"> how</w:t>
      </w:r>
      <w:r>
        <w:t xml:space="preserve"> much</w:t>
      </w:r>
      <w:r>
        <w:t xml:space="preserve"> you</w:t>
      </w:r>
      <w:r>
        <w:t xml:space="preserve"> love</w:t>
      </w:r>
      <w:r>
        <w:t xml:space="preserve"> the</w:t>
      </w:r>
      <w:r>
        <w:t xml:space="preserve"> Lord,</w:t>
        <w:br/>
        <w:t>主也必将奉还你的爱</w:t>
        <w:br/>
        <w:t>and</w:t>
      </w:r>
      <w:r>
        <w:t xml:space="preserve"> the</w:t>
      </w:r>
      <w:r>
        <w:t xml:space="preserve"> Lord</w:t>
      </w:r>
      <w:r>
        <w:t xml:space="preserve"> will</w:t>
      </w:r>
      <w:r>
        <w:t xml:space="preserve"> love</w:t>
      </w:r>
      <w:r>
        <w:t xml:space="preserve"> you</w:t>
      </w:r>
      <w:r>
        <w:t xml:space="preserve"> back.</w:t>
        <w:br/>
        <w:t>有一天</w:t>
      </w:r>
      <w:r>
        <w:t xml:space="preserve"> </w:t>
      </w:r>
      <w:r>
        <w:t xml:space="preserve"> 当你的邻居问你</w:t>
        <w:br/>
        <w:t>And</w:t>
      </w:r>
      <w:r>
        <w:t xml:space="preserve"> when</w:t>
      </w:r>
      <w:r>
        <w:t xml:space="preserve"> your</w:t>
      </w:r>
      <w:r>
        <w:t xml:space="preserve"> neighbor</w:t>
      </w:r>
      <w:r>
        <w:t xml:space="preserve"> asks</w:t>
      </w:r>
      <w:r>
        <w:t xml:space="preserve"> you,</w:t>
        <w:br/>
        <w:t>"你去哪里买&amp;hearts;&amp;hearts;的新凯迪拉克啊"</w:t>
      </w:r>
      <w:r>
        <w:t xml:space="preserve"> </w:t>
      </w:r>
      <w:r>
        <w:t xml:space="preserve"> 你就回答他们</w:t>
        <w:br/>
        <w:t>"Where'd</w:t>
      </w:r>
      <w:r>
        <w:t xml:space="preserve"> you</w:t>
      </w:r>
      <w:r>
        <w:t xml:space="preserve"> get</w:t>
      </w:r>
      <w:r>
        <w:t xml:space="preserve"> that</w:t>
      </w:r>
      <w:r>
        <w:t xml:space="preserve"> new</w:t>
      </w:r>
      <w:r>
        <w:t xml:space="preserve"> Cadillac?"</w:t>
      </w:r>
      <w:r>
        <w:t xml:space="preserve"> You</w:t>
      </w:r>
      <w:r>
        <w:t xml:space="preserve"> tell</w:t>
      </w:r>
      <w:r>
        <w:t xml:space="preserve"> 'em,</w:t>
        <w:br/>
        <w:t>"在天堂街与救世街的交叉口买&amp;hearts;&amp;hearts;的"</w:t>
        <w:br/>
        <w:t>"On</w:t>
      </w:r>
      <w:r>
        <w:t xml:space="preserve"> the</w:t>
      </w:r>
      <w:r>
        <w:t xml:space="preserve"> corner</w:t>
      </w:r>
      <w:r>
        <w:t xml:space="preserve"> of</w:t>
      </w:r>
      <w:r>
        <w:t xml:space="preserve"> Heaven</w:t>
      </w:r>
      <w:r>
        <w:t xml:space="preserve"> and</w:t>
      </w:r>
      <w:r>
        <w:t xml:space="preserve"> Saved."</w:t>
        <w:br/>
        <w:t>行吧行吧</w:t>
      </w:r>
      <w:r>
        <w:t xml:space="preserve"> </w:t>
      </w:r>
      <w:r>
        <w:t xml:space="preserve"> 真是服了</w:t>
        <w:br/>
        <w:t>Oh,</w:t>
      </w:r>
      <w:r>
        <w:t xml:space="preserve"> what</w:t>
      </w:r>
      <w:r>
        <w:t xml:space="preserve"> the</w:t>
      </w:r>
      <w:r>
        <w:t xml:space="preserve"> heck.</w:t>
        <w:br/>
        <w:t>好啦</w:t>
      </w:r>
      <w:r>
        <w:t xml:space="preserve"> </w:t>
      </w:r>
      <w:r>
        <w:t xml:space="preserve"> 史提夫大哥</w:t>
      </w:r>
      <w:r>
        <w:t xml:space="preserve"> </w:t>
      </w:r>
      <w:r>
        <w:t xml:space="preserve"> 奏乐</w:t>
        <w:br/>
        <w:t>All</w:t>
      </w:r>
      <w:r>
        <w:t xml:space="preserve"> right,</w:t>
      </w:r>
      <w:r>
        <w:t xml:space="preserve"> Steve-arooni,</w:t>
      </w:r>
      <w:r>
        <w:t xml:space="preserve"> let's</w:t>
      </w:r>
      <w:r>
        <w:t xml:space="preserve"> hit</w:t>
      </w:r>
      <w:r>
        <w:t xml:space="preserve"> it!</w:t>
        <w:br/>
        <w:t>你好啊</w:t>
      </w:r>
      <w:r>
        <w:t xml:space="preserve"> </w:t>
      </w:r>
      <w:r>
        <w:t xml:space="preserve"> 米希</w:t>
      </w:r>
      <w:r>
        <w:t xml:space="preserve"> </w:t>
      </w:r>
      <w:r>
        <w:t xml:space="preserve"> -你在干嘛呢</w:t>
        <w:br/>
        <w:t>Hey,</w:t>
      </w:r>
      <w:r>
        <w:t xml:space="preserve"> Missy.</w:t>
      </w:r>
      <w:r>
        <w:t xml:space="preserve"> -</w:t>
      </w:r>
      <w:r>
        <w:t xml:space="preserve"> Hey.</w:t>
      </w:r>
      <w:r>
        <w:t xml:space="preserve"> What</w:t>
      </w:r>
      <w:r>
        <w:t xml:space="preserve"> are</w:t>
      </w:r>
      <w:r>
        <w:t xml:space="preserve"> you</w:t>
      </w:r>
      <w:r>
        <w:t xml:space="preserve"> doing?</w:t>
        <w:br/>
        <w:t>为学校买&amp;hearts;&amp;hearts;了新鞋</w:t>
      </w:r>
      <w:r>
        <w:t xml:space="preserve"> </w:t>
      </w:r>
      <w:r>
        <w:t xml:space="preserve"> 在家先穿习惯</w:t>
        <w:br/>
        <w:t>Just</w:t>
      </w:r>
      <w:r>
        <w:t xml:space="preserve"> breaking</w:t>
      </w:r>
      <w:r>
        <w:t xml:space="preserve"> in</w:t>
      </w:r>
      <w:r>
        <w:t xml:space="preserve"> my</w:t>
      </w:r>
      <w:r>
        <w:t xml:space="preserve"> new</w:t>
      </w:r>
      <w:r>
        <w:t xml:space="preserve"> shoes</w:t>
      </w:r>
      <w:r>
        <w:t xml:space="preserve"> for</w:t>
      </w:r>
      <w:r>
        <w:t xml:space="preserve"> school.</w:t>
        <w:br/>
        <w:t>是棕色的</w:t>
        <w:br/>
        <w:t>They're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brown.</w:t>
        <w:br/>
        <w:t>酷</w:t>
        <w:br/>
        <w:t>Cool.</w:t>
        <w:br/>
        <w:t>我能看你家的电视吗</w:t>
        <w:br/>
        <w:t>Can</w:t>
      </w:r>
      <w:r>
        <w:t xml:space="preserve"> I</w:t>
      </w:r>
      <w:r>
        <w:t xml:space="preserve"> watch</w:t>
      </w:r>
      <w:r>
        <w:t xml:space="preserve"> your</w:t>
      </w:r>
      <w:r>
        <w:t xml:space="preserve"> TV?</w:t>
        <w:br/>
        <w:t>可以啊</w:t>
        <w:br/>
        <w:t>Sure.</w:t>
        <w:br/>
        <w:t>你听到的吱嘎声是我新鞋传来的</w:t>
        <w:br/>
        <w:t>That</w:t>
      </w:r>
      <w:r>
        <w:t xml:space="preserve"> squeaking</w:t>
      </w:r>
      <w:r>
        <w:t xml:space="preserve"> you're</w:t>
      </w:r>
      <w:r>
        <w:t xml:space="preserve"> hearing</w:t>
      </w:r>
      <w:r>
        <w:t xml:space="preserve"> is</w:t>
      </w:r>
      <w:r>
        <w:t xml:space="preserve"> my</w:t>
      </w:r>
      <w:r>
        <w:t xml:space="preserve"> new</w:t>
      </w:r>
      <w:r>
        <w:t xml:space="preserve"> shoes.</w:t>
        <w:br/>
        <w:t>你妈妈人呢</w:t>
        <w:br/>
        <w:t>Where's</w:t>
      </w:r>
      <w:r>
        <w:t xml:space="preserve"> your</w:t>
      </w:r>
      <w:r>
        <w:t xml:space="preserve"> mom</w:t>
      </w:r>
      <w:r>
        <w:t xml:space="preserve"> at?</w:t>
        <w:br/>
        <w:t>她去西尔维娅阿姨家几天</w:t>
        <w:br/>
        <w:t>She</w:t>
      </w:r>
      <w:r>
        <w:t xml:space="preserve"> went</w:t>
      </w:r>
      <w:r>
        <w:t xml:space="preserve"> to</w:t>
      </w:r>
      <w:r>
        <w:t xml:space="preserve"> my</w:t>
      </w:r>
      <w:r>
        <w:t xml:space="preserve"> Aunt</w:t>
      </w:r>
      <w:r>
        <w:t xml:space="preserve"> Sylvia's</w:t>
      </w:r>
      <w:r>
        <w:t xml:space="preserve"> for</w:t>
      </w:r>
      <w:r>
        <w:t xml:space="preserve"> a</w:t>
      </w:r>
      <w:r>
        <w:t xml:space="preserve"> few</w:t>
      </w:r>
      <w:r>
        <w:t xml:space="preserve"> days.</w:t>
        <w:br/>
        <w:t>西尔维娅阿姨脖子长了一个大包</w:t>
        <w:br/>
        <w:t>Aunt</w:t>
      </w:r>
      <w:r>
        <w:t xml:space="preserve"> Sylvia</w:t>
      </w:r>
      <w:r>
        <w:t xml:space="preserve"> has</w:t>
      </w:r>
      <w:r>
        <w:t xml:space="preserve"> a</w:t>
      </w:r>
      <w:r>
        <w:t xml:space="preserve"> big</w:t>
      </w:r>
      <w:r>
        <w:t xml:space="preserve"> lump</w:t>
      </w:r>
      <w:r>
        <w:t xml:space="preserve"> on</w:t>
      </w:r>
      <w:r>
        <w:t xml:space="preserve"> her</w:t>
      </w:r>
      <w:r>
        <w:t xml:space="preserve"> neck.</w:t>
        <w:br/>
        <w:t>所以你自己一个人在家</w:t>
        <w:br/>
        <w:t>So</w:t>
      </w:r>
      <w:r>
        <w:t xml:space="preserve"> you're</w:t>
      </w:r>
      <w:r>
        <w:t xml:space="preserve"> alone?</w:t>
        <w:br/>
        <w:t>就我跟家里的鸡们</w:t>
        <w:br/>
        <w:t>Just</w:t>
      </w:r>
      <w:r>
        <w:t xml:space="preserve"> me</w:t>
      </w:r>
      <w:r>
        <w:t xml:space="preserve"> and</w:t>
      </w:r>
      <w:r>
        <w:t xml:space="preserve"> my</w:t>
      </w:r>
      <w:r>
        <w:t xml:space="preserve"> chickens.</w:t>
        <w:br/>
        <w:t>比利</w:t>
      </w:r>
      <w:r>
        <w:t xml:space="preserve"> </w:t>
      </w:r>
      <w:r>
        <w:t xml:space="preserve"> 我们必需得来办派对啊</w:t>
        <w:br/>
        <w:t>Billy,</w:t>
      </w:r>
      <w:r>
        <w:t xml:space="preserve"> we</w:t>
      </w:r>
      <w:r>
        <w:t xml:space="preserve"> have</w:t>
      </w:r>
      <w:r>
        <w:t xml:space="preserve"> to</w:t>
      </w:r>
      <w:r>
        <w:t xml:space="preserve"> throw</w:t>
      </w:r>
      <w:r>
        <w:t xml:space="preserve"> a</w:t>
      </w:r>
      <w:r>
        <w:t xml:space="preserve"> party.</w:t>
        <w:br/>
        <w:t>给鸡们办嘛</w:t>
        <w:br/>
        <w:t>For</w:t>
      </w:r>
      <w:r>
        <w:t xml:space="preserve"> the</w:t>
      </w:r>
      <w:r>
        <w:t xml:space="preserve"> chickens?</w:t>
        <w:br/>
        <w:t>不是</w:t>
      </w:r>
      <w:r>
        <w:t xml:space="preserve"> </w:t>
      </w:r>
      <w:r>
        <w:t xml:space="preserve"> 是为我们</w:t>
      </w:r>
      <w:r>
        <w:t xml:space="preserve"> </w:t>
      </w:r>
      <w:r>
        <w:t xml:space="preserve"> -为什么啊</w:t>
        <w:br/>
        <w:t>No!</w:t>
      </w:r>
      <w:r>
        <w:t xml:space="preserve"> For</w:t>
      </w:r>
      <w:r>
        <w:t xml:space="preserve"> us!</w:t>
      </w:r>
      <w:r>
        <w:t xml:space="preserve"> -</w:t>
      </w:r>
      <w:r>
        <w:t xml:space="preserve"> Why?</w:t>
        <w:br/>
        <w:t>什么叫"为什么"</w:t>
      </w:r>
      <w:r>
        <w:t xml:space="preserve"> </w:t>
      </w:r>
      <w:r>
        <w:t xml:space="preserve"> 你妈妈不在家啊</w:t>
        <w:br/>
        <w:t>What</w:t>
      </w:r>
      <w:r>
        <w:t xml:space="preserve"> do</w:t>
      </w:r>
      <w:r>
        <w:t xml:space="preserve"> you</w:t>
      </w:r>
      <w:r>
        <w:t xml:space="preserve"> mean</w:t>
      </w:r>
      <w:r>
        <w:t xml:space="preserve"> "Why"?</w:t>
      </w:r>
      <w:r>
        <w:t xml:space="preserve"> Your</w:t>
      </w:r>
      <w:r>
        <w:t xml:space="preserve"> mom's</w:t>
      </w:r>
      <w:r>
        <w:t xml:space="preserve"> not</w:t>
      </w:r>
      <w:r>
        <w:t xml:space="preserve"> home.</w:t>
        <w:br/>
        <w:t>那我们派对要干嘛</w:t>
      </w:r>
      <w:r>
        <w:t xml:space="preserve"> </w:t>
      </w:r>
      <w:r>
        <w:t xml:space="preserve"> 玩游戏吗</w:t>
        <w:br/>
        <w:t>What</w:t>
      </w:r>
      <w:r>
        <w:t xml:space="preserve"> would</w:t>
      </w:r>
      <w:r>
        <w:t xml:space="preserve"> we</w:t>
      </w:r>
      <w:r>
        <w:t xml:space="preserve"> do?</w:t>
      </w:r>
      <w:r>
        <w:t xml:space="preserve"> Play</w:t>
      </w:r>
      <w:r>
        <w:t xml:space="preserve"> games?</w:t>
        <w:br/>
        <w:t>对啊</w:t>
      </w:r>
      <w:r>
        <w:t xml:space="preserve"> </w:t>
      </w:r>
      <w:r>
        <w:t xml:space="preserve"> 饮酒游戏</w:t>
        <w:br/>
        <w:t>Yeah,</w:t>
      </w:r>
      <w:r>
        <w:t xml:space="preserve"> drinking</w:t>
      </w:r>
      <w:r>
        <w:t xml:space="preserve"> games.</w:t>
        <w:br/>
        <w:t>像你有一次给我一块钱</w:t>
      </w:r>
      <w:r>
        <w:t xml:space="preserve"> </w:t>
      </w:r>
      <w:r>
        <w:t xml:space="preserve"> 让我&amp;hearts;干&amp;hearts;了3.8升牛奶吗</w:t>
        <w:br/>
        <w:t>Like</w:t>
      </w:r>
      <w:r>
        <w:t xml:space="preserve"> when</w:t>
      </w:r>
      <w:r>
        <w:t xml:space="preserve"> you</w:t>
      </w:r>
      <w:r>
        <w:t xml:space="preserve"> paid</w:t>
      </w:r>
      <w:r>
        <w:t xml:space="preserve"> me</w:t>
      </w:r>
      <w:r>
        <w:t xml:space="preserve"> a</w:t>
      </w:r>
      <w:r>
        <w:t xml:space="preserve"> dollar</w:t>
      </w:r>
      <w:r>
        <w:t xml:space="preserve"> to</w:t>
      </w:r>
      <w:r>
        <w:t xml:space="preserve"> chug</w:t>
      </w:r>
      <w:r>
        <w:t xml:space="preserve"> a</w:t>
      </w:r>
      <w:r>
        <w:t xml:space="preserve"> gallon</w:t>
      </w:r>
      <w:r>
        <w:t xml:space="preserve"> of</w:t>
      </w:r>
      <w:r>
        <w:t xml:space="preserve"> milk?</w:t>
        <w:br/>
        <w:t>不一样的游戏</w:t>
      </w:r>
      <w:r>
        <w:t xml:space="preserve"> </w:t>
      </w:r>
      <w:r>
        <w:t xml:space="preserve"> 再次向你道歉</w:t>
        <w:br/>
        <w:t>That</w:t>
      </w:r>
      <w:r>
        <w:t xml:space="preserve"> was</w:t>
      </w:r>
      <w:r>
        <w:t xml:space="preserve"> a</w:t>
      </w:r>
      <w:r>
        <w:t xml:space="preserve"> different</w:t>
      </w:r>
      <w:r>
        <w:t xml:space="preserve"> game,</w:t>
      </w:r>
      <w:r>
        <w:t xml:space="preserve"> and</w:t>
      </w:r>
      <w:r>
        <w:t xml:space="preserve"> I'm</w:t>
      </w:r>
      <w:r>
        <w:t xml:space="preserve"> sorry.</w:t>
        <w:br/>
        <w:t>天</w:t>
      </w:r>
      <w:r>
        <w:t xml:space="preserve"> </w:t>
      </w:r>
      <w:r>
        <w:t xml:space="preserve"> 那次给我吐的</w:t>
        <w:br/>
        <w:t>Boy,</w:t>
      </w:r>
      <w:r>
        <w:t xml:space="preserve"> did</w:t>
      </w:r>
      <w:r>
        <w:t xml:space="preserve"> I</w:t>
      </w:r>
      <w:r>
        <w:t xml:space="preserve"> throw</w:t>
      </w:r>
      <w:r>
        <w:t xml:space="preserve"> up.</w:t>
        <w:br/>
        <w:t>这次的派对</w:t>
      </w:r>
      <w:r>
        <w:t xml:space="preserve"> </w:t>
      </w:r>
      <w:r>
        <w:t xml:space="preserve"> 我们喝啤酒吧</w:t>
        <w:br/>
        <w:t>For</w:t>
      </w:r>
      <w:r>
        <w:t xml:space="preserve"> this</w:t>
      </w:r>
      <w:r>
        <w:t xml:space="preserve"> party,</w:t>
      </w:r>
      <w:r>
        <w:t xml:space="preserve"> I'm</w:t>
      </w:r>
      <w:r>
        <w:t xml:space="preserve"> thinking</w:t>
      </w:r>
      <w:r>
        <w:t xml:space="preserve"> beer.</w:t>
        <w:br/>
        <w:t>我们还没到能喝啤酒的年龄啊</w:t>
        <w:br/>
        <w:t>We're</w:t>
      </w:r>
      <w:r>
        <w:t xml:space="preserve"> not</w:t>
      </w:r>
      <w:r>
        <w:t xml:space="preserve"> old</w:t>
      </w:r>
      <w:r>
        <w:t xml:space="preserve"> enough</w:t>
      </w:r>
      <w:r>
        <w:t xml:space="preserve"> to</w:t>
      </w:r>
      <w:r>
        <w:t xml:space="preserve"> drink</w:t>
      </w:r>
      <w:r>
        <w:t xml:space="preserve"> beer.</w:t>
        <w:br/>
        <w:t>所以其他孩子才会愿意来啊</w:t>
        <w:br/>
        <w:t>That's</w:t>
      </w:r>
      <w:r>
        <w:t xml:space="preserve"> why</w:t>
      </w:r>
      <w:r>
        <w:t xml:space="preserve"> kids'll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come.</w:t>
        <w:br/>
        <w:t>真聪明</w:t>
        <w:br/>
        <w:t>Smart.</w:t>
        <w:br/>
        <w:t>你觉得他们会喜欢鸡蛋吗</w:t>
        <w:br/>
        <w:t>Do</w:t>
      </w:r>
      <w:r>
        <w:t xml:space="preserve"> you</w:t>
      </w:r>
      <w:r>
        <w:t xml:space="preserve"> think</w:t>
      </w:r>
      <w:r>
        <w:t xml:space="preserve"> they'll</w:t>
      </w:r>
      <w:r>
        <w:t xml:space="preserve"> like</w:t>
      </w:r>
      <w:r>
        <w:t xml:space="preserve"> eggs?</w:t>
        <w:br/>
        <w:t>我有好多鸡蛋啊</w:t>
        <w:br/>
        <w:t>I</w:t>
      </w:r>
      <w:r>
        <w:t xml:space="preserve"> have</w:t>
      </w:r>
      <w:r>
        <w:t xml:space="preserve"> so</w:t>
      </w:r>
      <w:r>
        <w:t xml:space="preserve"> many</w:t>
      </w:r>
      <w:r>
        <w:t xml:space="preserve"> eggs.</w:t>
        <w:br/>
        <w:t>那个A1变量是什么</w:t>
        <w:br/>
        <w:t>What's</w:t>
      </w:r>
      <w:r>
        <w:t xml:space="preserve"> that</w:t>
      </w:r>
      <w:r>
        <w:t xml:space="preserve"> A-sub-one-variable?</w:t>
        <w:br/>
        <w:t>它是未定义的</w:t>
        <w:br/>
        <w:t>It's</w:t>
      </w:r>
      <w:r>
        <w:t xml:space="preserve"> undefined.</w:t>
        <w:br/>
        <w:t>它在前一个子程序中被定义了</w:t>
        <w:br/>
        <w:t>It's</w:t>
      </w:r>
      <w:r>
        <w:t xml:space="preserve"> defined</w:t>
      </w:r>
      <w:r>
        <w:t xml:space="preserve"> in</w:t>
      </w:r>
      <w:r>
        <w:t xml:space="preserve"> the</w:t>
      </w:r>
      <w:r>
        <w:t xml:space="preserve"> previous</w:t>
      </w:r>
      <w:r>
        <w:t xml:space="preserve"> subroutine.</w:t>
        <w:br/>
        <w:t>我天</w:t>
      </w:r>
      <w:r>
        <w:t xml:space="preserve"> </w:t>
      </w:r>
      <w:r>
        <w:t xml:space="preserve"> </w:t>
      </w:r>
      <w:r>
        <w:t xml:space="preserve"> 真是优雅啊</w:t>
        <w:br/>
        <w:t>Oh,</w:t>
      </w:r>
      <w:r>
        <w:t xml:space="preserve"> my.</w:t>
      </w:r>
      <w:r>
        <w:t xml:space="preserve"> That</w:t>
      </w:r>
      <w:r>
        <w:t xml:space="preserve"> is</w:t>
      </w:r>
      <w:r>
        <w:t xml:space="preserve"> elegant.</w:t>
        <w:br/>
        <w:t>我们不用"优雅"这个词了</w:t>
        <w:br/>
        <w:t>We</w:t>
      </w:r>
      <w:r>
        <w:t xml:space="preserve"> don't</w:t>
      </w:r>
      <w:r>
        <w:t xml:space="preserve"> use</w:t>
      </w:r>
      <w:r>
        <w:t xml:space="preserve"> the</w:t>
      </w:r>
      <w:r>
        <w:t xml:space="preserve"> word</w:t>
      </w:r>
      <w:r>
        <w:t xml:space="preserve"> "elegant."</w:t>
        <w:br/>
        <w:t>为什么</w:t>
      </w:r>
      <w:r>
        <w:t xml:space="preserve"> </w:t>
      </w:r>
      <w:r>
        <w:t xml:space="preserve"> 这个词哪里不对</w:t>
        <w:br/>
        <w:t>Why?</w:t>
      </w:r>
      <w:r>
        <w:t xml:space="preserve"> What's</w:t>
      </w:r>
      <w:r>
        <w:t xml:space="preserve"> wrong</w:t>
      </w:r>
      <w:r>
        <w:t xml:space="preserve"> with</w:t>
      </w:r>
      <w:r>
        <w:t xml:space="preserve"> it?</w:t>
        <w:br/>
        <w:t>上个学期</w:t>
      </w:r>
      <w:r>
        <w:t xml:space="preserve"> </w:t>
      </w:r>
      <w:r>
        <w:t xml:space="preserve"> 我邀请了一个女生回我房&amp;hearts;间</w:t>
        <w:br/>
        <w:t>Well,</w:t>
      </w:r>
      <w:r>
        <w:t xml:space="preserve"> last</w:t>
      </w:r>
      <w:r>
        <w:t xml:space="preserve"> semester,</w:t>
      </w:r>
      <w:r>
        <w:t xml:space="preserve"> I</w:t>
      </w:r>
      <w:r>
        <w:t xml:space="preserve"> invited</w:t>
      </w:r>
      <w:r>
        <w:t xml:space="preserve"> a</w:t>
      </w:r>
      <w:r>
        <w:t xml:space="preserve"> girl</w:t>
      </w:r>
      <w:r>
        <w:t xml:space="preserve"> to</w:t>
      </w:r>
      <w:r>
        <w:t xml:space="preserve"> my</w:t>
      </w:r>
      <w:r>
        <w:t xml:space="preserve"> room</w:t>
        <w:br/>
        <w:t>让她看我优雅的代码</w:t>
        <w:br/>
        <w:t>to</w:t>
      </w:r>
      <w:r>
        <w:t xml:space="preserve"> look</w:t>
      </w:r>
      <w:r>
        <w:t xml:space="preserve"> at</w:t>
      </w:r>
      <w:r>
        <w:t xml:space="preserve"> my</w:t>
      </w:r>
      <w:r>
        <w:t xml:space="preserve"> elegant</w:t>
      </w:r>
      <w:r>
        <w:t xml:space="preserve"> coding,</w:t>
        <w:br/>
        <w:t>结果...</w:t>
      </w:r>
      <w:r>
        <w:t xml:space="preserve"> </w:t>
      </w:r>
      <w:r>
        <w:t xml:space="preserve"> 她打电&amp;hearts;话&amp;hearts;报&amp;hearts;警&amp;hearts;了</w:t>
      </w:r>
      <w:r>
        <w:t xml:space="preserve"> </w:t>
      </w:r>
      <w:r>
        <w:t xml:space="preserve"> 所以...</w:t>
        <w:br/>
        <w:t>and...</w:t>
      </w:r>
      <w:r>
        <w:t xml:space="preserve"> she</w:t>
      </w:r>
      <w:r>
        <w:t xml:space="preserve"> called</w:t>
      </w:r>
      <w:r>
        <w:t xml:space="preserve"> the</w:t>
      </w:r>
      <w:r>
        <w:t xml:space="preserve"> police,</w:t>
      </w:r>
      <w:r>
        <w:t xml:space="preserve"> so...</w:t>
        <w:br/>
        <w:t>懂了</w:t>
      </w:r>
      <w:r>
        <w:t xml:space="preserve"> </w:t>
      </w:r>
      <w:r>
        <w:t xml:space="preserve"> 那下一步是什么</w:t>
        <w:br/>
        <w:t>Understood.</w:t>
      </w:r>
      <w:r>
        <w:t xml:space="preserve"> So</w:t>
      </w:r>
      <w:r>
        <w:t xml:space="preserve"> what</w:t>
      </w:r>
      <w:r>
        <w:t xml:space="preserve"> happens</w:t>
      </w:r>
      <w:r>
        <w:t xml:space="preserve"> next?</w:t>
        <w:br/>
        <w:t>我们就买&amp;hearts;&amp;hearts;算法推荐的股票啊</w:t>
        <w:br/>
        <w:t>Uh,</w:t>
      </w:r>
      <w:r>
        <w:t xml:space="preserve"> we</w:t>
      </w:r>
      <w:r>
        <w:t xml:space="preserve"> just</w:t>
      </w:r>
      <w:r>
        <w:t xml:space="preserve"> buy</w:t>
      </w:r>
      <w:r>
        <w:t xml:space="preserve"> the</w:t>
      </w:r>
      <w:r>
        <w:t xml:space="preserve"> stocks</w:t>
      </w:r>
      <w:r>
        <w:t xml:space="preserve"> the</w:t>
      </w:r>
      <w:r>
        <w:t xml:space="preserve"> algorithm</w:t>
      </w:r>
      <w:r>
        <w:t xml:space="preserve"> suggests.</w:t>
        <w:br/>
        <w:t>用什么买&amp;hearts;&amp;hearts;</w:t>
      </w:r>
      <w:r>
        <w:t xml:space="preserve"> </w:t>
      </w:r>
      <w:r>
        <w:t xml:space="preserve"> -我们学贷的钱</w:t>
        <w:br/>
        <w:t>With</w:t>
      </w:r>
      <w:r>
        <w:t xml:space="preserve"> what?</w:t>
      </w:r>
      <w:r>
        <w:t xml:space="preserve"> -</w:t>
      </w:r>
      <w:r>
        <w:t xml:space="preserve"> Our</w:t>
      </w:r>
      <w:r>
        <w:t xml:space="preserve"> student</w:t>
      </w:r>
      <w:r>
        <w:t xml:space="preserve"> loan</w:t>
      </w:r>
      <w:r>
        <w:t xml:space="preserve"> money.</w:t>
        <w:br/>
        <w:t>你打算拿多少钱出来投</w:t>
        <w:br/>
        <w:t>How</w:t>
      </w:r>
      <w:r>
        <w:t xml:space="preserve"> much</w:t>
      </w:r>
      <w:r>
        <w:t xml:space="preserve"> are</w:t>
      </w:r>
      <w:r>
        <w:t xml:space="preserve"> you</w:t>
      </w:r>
      <w:r>
        <w:t xml:space="preserve"> in</w:t>
      </w:r>
      <w:r>
        <w:t xml:space="preserve"> for?</w:t>
        <w:br/>
        <w:t>我妈妈从小警告我</w:t>
        <w:br/>
        <w:t>Oh,</w:t>
      </w:r>
      <w:r>
        <w:t xml:space="preserve"> my</w:t>
      </w:r>
      <w:r>
        <w:t xml:space="preserve"> mother's</w:t>
      </w:r>
      <w:r>
        <w:t xml:space="preserve"> always</w:t>
      </w:r>
      <w:r>
        <w:t xml:space="preserve"> warned</w:t>
      </w:r>
      <w:r>
        <w:t xml:space="preserve"> me</w:t>
        <w:br/>
        <w:t>赌博的危害</w:t>
        <w:br/>
        <w:t>against</w:t>
      </w:r>
      <w:r>
        <w:t xml:space="preserve"> the</w:t>
      </w:r>
      <w:r>
        <w:t xml:space="preserve"> evils</w:t>
      </w:r>
      <w:r>
        <w:t xml:space="preserve"> of</w:t>
      </w:r>
      <w:r>
        <w:t xml:space="preserve"> gambling.</w:t>
        <w:br/>
        <w:t>这不是赌博啊</w:t>
      </w:r>
      <w:r>
        <w:t xml:space="preserve"> </w:t>
      </w:r>
      <w:r>
        <w:t xml:space="preserve"> 这是数学</w:t>
        <w:br/>
        <w:t>Well,</w:t>
      </w:r>
      <w:r>
        <w:t xml:space="preserve"> it's</w:t>
      </w:r>
      <w:r>
        <w:t xml:space="preserve"> not</w:t>
      </w:r>
      <w:r>
        <w:t xml:space="preserve"> gambling,</w:t>
      </w:r>
      <w:r>
        <w:t xml:space="preserve"> it-it's</w:t>
      </w:r>
      <w:r>
        <w:t xml:space="preserve"> math.</w:t>
        <w:br/>
        <w:t>你妈妈反对数学吗</w:t>
        <w:br/>
        <w:t>Is</w:t>
      </w:r>
      <w:r>
        <w:t xml:space="preserve"> your</w:t>
      </w:r>
      <w:r>
        <w:t xml:space="preserve"> mother</w:t>
      </w:r>
      <w:r>
        <w:t xml:space="preserve"> against</w:t>
      </w:r>
      <w:r>
        <w:t xml:space="preserve"> math?</w:t>
        <w:br/>
        <w:t>当我尝试用数学来证明</w:t>
        <w:br/>
        <w:t>Well,</w:t>
      </w:r>
      <w:r>
        <w:t xml:space="preserve"> when</w:t>
      </w:r>
      <w:r>
        <w:t xml:space="preserve"> you</w:t>
      </w:r>
      <w:r>
        <w:t xml:space="preserve"> use</w:t>
      </w:r>
      <w:r>
        <w:t xml:space="preserve"> it</w:t>
      </w:r>
      <w:r>
        <w:t xml:space="preserve"> to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prove</w:t>
        <w:br/>
        <w:t>地球并不是用七天造出来的时</w:t>
      </w:r>
      <w:r>
        <w:t xml:space="preserve"> </w:t>
      </w:r>
      <w:r>
        <w:t xml:space="preserve"> 她有些不悦</w:t>
        <w:br/>
        <w:t>the</w:t>
      </w:r>
      <w:r>
        <w:t xml:space="preserve"> Earth</w:t>
      </w:r>
      <w:r>
        <w:t xml:space="preserve"> wasn't</w:t>
      </w:r>
      <w:r>
        <w:t xml:space="preserve"> made</w:t>
      </w:r>
      <w:r>
        <w:t xml:space="preserve"> in</w:t>
      </w:r>
      <w:r>
        <w:t xml:space="preserve"> seven</w:t>
      </w:r>
      <w:r>
        <w:t xml:space="preserve"> days,</w:t>
      </w:r>
      <w:r>
        <w:t xml:space="preserve"> she</w:t>
      </w:r>
      <w:r>
        <w:t xml:space="preserve"> gets</w:t>
      </w:r>
      <w:r>
        <w:t xml:space="preserve"> a</w:t>
      </w:r>
      <w:r>
        <w:t xml:space="preserve"> little</w:t>
      </w:r>
      <w:r>
        <w:t xml:space="preserve"> touchy.</w:t>
        <w:br/>
        <w:t>你自己决定吧</w:t>
        <w:br/>
        <w:t>It's</w:t>
      </w:r>
      <w:r>
        <w:t xml:space="preserve"> your</w:t>
      </w:r>
      <w:r>
        <w:t xml:space="preserve"> call.</w:t>
        <w:br/>
        <w:t>要粒子加速器还是不要粒子加速器</w:t>
        <w:br/>
        <w:t>Particle</w:t>
      </w:r>
      <w:r>
        <w:t xml:space="preserve"> accelerator,</w:t>
      </w:r>
      <w:r>
        <w:t xml:space="preserve"> or</w:t>
      </w:r>
      <w:r>
        <w:t xml:space="preserve"> no</w:t>
      </w:r>
      <w:r>
        <w:t xml:space="preserve"> particle</w:t>
      </w:r>
      <w:r>
        <w:t xml:space="preserve"> accelerator?</w:t>
        <w:br/>
        <w:t>我去拿我的钱袜子</w:t>
        <w:br/>
        <w:t>Let</w:t>
      </w:r>
      <w:r>
        <w:t xml:space="preserve"> me</w:t>
      </w:r>
      <w:r>
        <w:t xml:space="preserve"> fetch</w:t>
      </w:r>
      <w:r>
        <w:t xml:space="preserve"> my</w:t>
      </w:r>
      <w:r>
        <w:t xml:space="preserve"> money</w:t>
      </w:r>
      <w:r>
        <w:t xml:space="preserve"> sock.</w:t>
        <w:br/>
        <w:t>你把钱藏在袜子里吗</w:t>
        <w:br/>
        <w:t>You</w:t>
      </w:r>
      <w:r>
        <w:t xml:space="preserve"> keep</w:t>
      </w:r>
      <w:r>
        <w:t xml:space="preserve"> your</w:t>
      </w:r>
      <w:r>
        <w:t xml:space="preserve"> money</w:t>
      </w:r>
      <w:r>
        <w:t xml:space="preserve"> in</w:t>
      </w:r>
      <w:r>
        <w:t xml:space="preserve"> a</w:t>
      </w:r>
      <w:r>
        <w:t xml:space="preserve"> sock?</w:t>
        <w:br/>
        <w:t>我姥姥还把钱藏在胸罩里呢</w:t>
        <w:br/>
        <w:t>My</w:t>
      </w:r>
      <w:r>
        <w:t xml:space="preserve"> meemaw</w:t>
      </w:r>
      <w:r>
        <w:t xml:space="preserve"> keeps</w:t>
      </w:r>
      <w:r>
        <w:t xml:space="preserve"> her</w:t>
      </w:r>
      <w:r>
        <w:t xml:space="preserve"> money</w:t>
      </w:r>
      <w:r>
        <w:t xml:space="preserve"> in</w:t>
      </w:r>
      <w:r>
        <w:t xml:space="preserve"> her</w:t>
      </w:r>
      <w:r>
        <w:t xml:space="preserve"> bra.</w:t>
        <w:br/>
        <w:t>她喜欢户外按&amp;hearts;摩&amp;hearts;浴缸吗</w:t>
        <w:br/>
        <w:t>Does</w:t>
      </w:r>
      <w:r>
        <w:t xml:space="preserve"> she</w:t>
      </w:r>
      <w:r>
        <w:t xml:space="preserve"> like</w:t>
      </w:r>
      <w:r>
        <w:t xml:space="preserve"> hot</w:t>
      </w:r>
      <w:r>
        <w:t xml:space="preserve"> tubs?</w:t>
        <w:br/>
        <w:t>你跟戴尔最近处得怎么样啊</w:t>
        <w:br/>
        <w:br/>
        <w:t>So</w:t>
      </w:r>
      <w:r>
        <w:t xml:space="preserve"> how</w:t>
      </w:r>
      <w:r>
        <w:t xml:space="preserve"> are</w:t>
      </w:r>
      <w:r>
        <w:t xml:space="preserve"> you</w:t>
      </w:r>
      <w:r>
        <w:t xml:space="preserve"> and</w:t>
      </w:r>
      <w:r>
        <w:t xml:space="preserve"> Dale</w:t>
      </w:r>
      <w:r>
        <w:t xml:space="preserve"> getting</w:t>
      </w:r>
      <w:r>
        <w:t xml:space="preserve"> along?</w:t>
        <w:br/>
        <w:t>我骑了11公里的自行车</w:t>
        <w:br/>
        <w:t>Well,</w:t>
      </w:r>
      <w:r>
        <w:t xml:space="preserve"> I</w:t>
      </w:r>
      <w:r>
        <w:t xml:space="preserve"> rode</w:t>
      </w:r>
      <w:r>
        <w:t xml:space="preserve"> a</w:t>
      </w:r>
      <w:r>
        <w:t xml:space="preserve"> bike</w:t>
      </w:r>
      <w:r>
        <w:t xml:space="preserve"> seven</w:t>
      </w:r>
      <w:r>
        <w:t xml:space="preserve"> miles</w:t>
        <w:br/>
        <w:t>来你家跟你喝咖啡</w:t>
      </w:r>
      <w:r>
        <w:t xml:space="preserve"> </w:t>
      </w:r>
      <w:r>
        <w:t xml:space="preserve"> 你说呢</w:t>
        <w:br/>
        <w:t>to</w:t>
      </w:r>
      <w:r>
        <w:t xml:space="preserve"> have</w:t>
      </w:r>
      <w:r>
        <w:t xml:space="preserve"> coffee</w:t>
      </w:r>
      <w:r>
        <w:t xml:space="preserve"> with</w:t>
      </w:r>
      <w:r>
        <w:t xml:space="preserve"> you,</w:t>
      </w:r>
      <w:r>
        <w:t xml:space="preserve"> so</w:t>
      </w:r>
      <w:r>
        <w:t xml:space="preserve"> that</w:t>
      </w:r>
      <w:r>
        <w:t xml:space="preserve"> should</w:t>
      </w:r>
      <w:r>
        <w:t xml:space="preserve"> tell</w:t>
      </w:r>
      <w:r>
        <w:t xml:space="preserve"> you.</w:t>
        <w:br/>
        <w:t>不太顺利</w:t>
        <w:br/>
        <w:t>Not</w:t>
      </w:r>
      <w:r>
        <w:t xml:space="preserve"> going</w:t>
      </w:r>
      <w:r>
        <w:t xml:space="preserve"> well?</w:t>
        <w:br/>
        <w:t>其实还行啦</w:t>
        <w:br/>
        <w:t>Oh,</w:t>
      </w:r>
      <w:r>
        <w:t xml:space="preserve"> it's</w:t>
      </w:r>
      <w:r>
        <w:t xml:space="preserve"> fine.</w:t>
        <w:br/>
        <w:t>只是当你独自一人住了那么久</w:t>
        <w:br/>
        <w:t>It's</w:t>
      </w:r>
      <w:r>
        <w:t xml:space="preserve"> just,</w:t>
      </w:r>
      <w:r>
        <w:t xml:space="preserve"> after</w:t>
      </w:r>
      <w:r>
        <w:t xml:space="preserve"> you've</w:t>
      </w:r>
      <w:r>
        <w:t xml:space="preserve"> lived</w:t>
      </w:r>
      <w:r>
        <w:t xml:space="preserve"> by</w:t>
      </w:r>
      <w:r>
        <w:t xml:space="preserve"> yourself</w:t>
      </w:r>
      <w:r>
        <w:t xml:space="preserve"> for</w:t>
      </w:r>
      <w:r>
        <w:t xml:space="preserve"> a</w:t>
      </w:r>
      <w:r>
        <w:t xml:space="preserve"> long</w:t>
      </w:r>
      <w:r>
        <w:t xml:space="preserve"> time,</w:t>
        <w:br/>
        <w:t>重新跟人合住</w:t>
      </w:r>
      <w:r>
        <w:t xml:space="preserve"> </w:t>
      </w:r>
      <w:r>
        <w:t xml:space="preserve"> 还是需要时间习惯</w:t>
        <w:br/>
        <w:t>having</w:t>
      </w:r>
      <w:r>
        <w:t xml:space="preserve"> a</w:t>
      </w:r>
      <w:r>
        <w:t xml:space="preserve"> roommate</w:t>
      </w:r>
      <w:r>
        <w:t xml:space="preserve"> takes</w:t>
      </w:r>
      <w:r>
        <w:t xml:space="preserve"> a</w:t>
      </w:r>
      <w:r>
        <w:t xml:space="preserve"> little</w:t>
      </w:r>
      <w:r>
        <w:t xml:space="preserve"> getting</w:t>
      </w:r>
      <w:r>
        <w:t xml:space="preserve"> used</w:t>
      </w:r>
      <w:r>
        <w:t xml:space="preserve"> to.</w:t>
        <w:br/>
        <w:t>我相信戴尔也很努力啦</w:t>
        <w:br/>
        <w:t>I'm</w:t>
      </w:r>
      <w:r>
        <w:t xml:space="preserve"> sure</w:t>
      </w:r>
      <w:r>
        <w:t xml:space="preserve"> Dale's</w:t>
      </w:r>
      <w:r>
        <w:t xml:space="preserve"> doing</w:t>
      </w:r>
      <w:r>
        <w:t xml:space="preserve"> his</w:t>
      </w:r>
      <w:r>
        <w:t xml:space="preserve"> best.</w:t>
        <w:br/>
        <w:t>我就怕这个</w:t>
        <w:br/>
        <w:t>That's</w:t>
      </w:r>
      <w:r>
        <w:t xml:space="preserve"> my</w:t>
      </w:r>
      <w:r>
        <w:t xml:space="preserve"> fear.</w:t>
        <w:br/>
        <w:t>玛丽</w:t>
      </w:r>
      <w:r>
        <w:t xml:space="preserve"> </w:t>
      </w:r>
      <w:r>
        <w:t xml:space="preserve"> 这个捐给RTLM的50块是干嘛的</w:t>
        <w:br/>
        <w:t>Mare,</w:t>
      </w:r>
      <w:r>
        <w:t xml:space="preserve"> what's</w:t>
      </w:r>
      <w:r>
        <w:t xml:space="preserve"> this</w:t>
      </w:r>
      <w:r>
        <w:t xml:space="preserve"> $50</w:t>
      </w:r>
      <w:r>
        <w:t xml:space="preserve"> to</w:t>
      </w:r>
      <w:r>
        <w:t xml:space="preserve"> an</w:t>
      </w:r>
      <w:r>
        <w:t xml:space="preserve"> "R.T.L.M."?</w:t>
        <w:br/>
        <w:t>是给查韦斯·雷蒙牧师教会的</w:t>
        <w:br/>
        <w:t>Reverend</w:t>
      </w:r>
      <w:r>
        <w:t xml:space="preserve"> Travis</w:t>
      </w:r>
      <w:r>
        <w:t xml:space="preserve"> Lemon</w:t>
      </w:r>
      <w:r>
        <w:t xml:space="preserve"> Ministries.</w:t>
        <w:br/>
        <w:t>我捐款</w:t>
        <w:br/>
        <w:t>I</w:t>
      </w:r>
      <w:r>
        <w:t xml:space="preserve"> made</w:t>
      </w:r>
      <w:r>
        <w:t xml:space="preserve"> a</w:t>
      </w:r>
      <w:r>
        <w:t xml:space="preserve"> donation.</w:t>
        <w:br/>
        <w:t>那个发型很怪的怪咖吗</w:t>
        <w:br/>
        <w:t>The</w:t>
      </w:r>
      <w:r>
        <w:t xml:space="preserve"> goofy</w:t>
      </w:r>
      <w:r>
        <w:t xml:space="preserve"> guy</w:t>
      </w:r>
      <w:r>
        <w:t xml:space="preserve"> with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hair?</w:t>
        <w:br/>
        <w:t>他不是什么怪咖啦</w:t>
        <w:br/>
        <w:t>He's</w:t>
      </w:r>
      <w:r>
        <w:t xml:space="preserve"> not</w:t>
      </w:r>
      <w:r>
        <w:t xml:space="preserve"> goofy,</w:t>
        <w:br/>
        <w:t>他传的福音也说到了我的心坎里</w:t>
        <w:br/>
        <w:t>and</w:t>
      </w:r>
      <w:r>
        <w:t xml:space="preserve"> he</w:t>
      </w:r>
      <w:r>
        <w:t xml:space="preserve"> preaches</w:t>
      </w:r>
      <w:r>
        <w:t xml:space="preserve"> the</w:t>
      </w:r>
      <w:r>
        <w:t xml:space="preserve"> gospel</w:t>
      </w:r>
      <w:r>
        <w:t xml:space="preserve"> in</w:t>
      </w:r>
      <w:r>
        <w:t xml:space="preserve"> a</w:t>
      </w:r>
      <w:r>
        <w:t xml:space="preserve"> way</w:t>
      </w:r>
      <w:r>
        <w:t xml:space="preserve"> that</w:t>
      </w:r>
      <w:r>
        <w:t xml:space="preserve"> speaks</w:t>
      </w:r>
      <w:r>
        <w:t xml:space="preserve"> to</w:t>
      </w:r>
      <w:r>
        <w:t xml:space="preserve"> me.</w:t>
        <w:br/>
        <w:t>那我也掏心窝子跟你说说</w:t>
        <w:br/>
        <w:t>Yeah,</w:t>
      </w:r>
      <w:r>
        <w:t xml:space="preserve"> well,</w:t>
      </w:r>
      <w:r>
        <w:t xml:space="preserve"> let</w:t>
      </w:r>
      <w:r>
        <w:t xml:space="preserve"> me</w:t>
      </w:r>
      <w:r>
        <w:t xml:space="preserve"> speak</w:t>
      </w:r>
      <w:r>
        <w:t xml:space="preserve"> to</w:t>
      </w:r>
      <w:r>
        <w:t xml:space="preserve"> you.</w:t>
        <w:br/>
        <w:t>我们没有多余的50块能乱花</w:t>
        <w:br/>
        <w:t>We</w:t>
      </w:r>
      <w:r>
        <w:t xml:space="preserve"> can't</w:t>
      </w:r>
      <w:r>
        <w:t xml:space="preserve"> be</w:t>
      </w:r>
      <w:r>
        <w:t xml:space="preserve"> throwing</w:t>
      </w:r>
      <w:r>
        <w:t xml:space="preserve"> away</w:t>
      </w:r>
      <w:r>
        <w:t xml:space="preserve"> 50</w:t>
      </w:r>
      <w:r>
        <w:t xml:space="preserve"> bucks.</w:t>
        <w:br/>
        <w:t>这不是在乱花</w:t>
        <w:br/>
        <w:t>We</w:t>
      </w:r>
      <w:r>
        <w:t xml:space="preserve"> are</w:t>
      </w:r>
      <w:r>
        <w:t xml:space="preserve"> not</w:t>
      </w:r>
      <w:r>
        <w:t xml:space="preserve"> throwing</w:t>
      </w:r>
      <w:r>
        <w:t xml:space="preserve"> it</w:t>
      </w:r>
      <w:r>
        <w:t xml:space="preserve"> away.</w:t>
        <w:br/>
        <w:t>到时候我们会连本带利拿回这笔钱</w:t>
        <w:br/>
        <w:t>We</w:t>
      </w:r>
      <w:r>
        <w:t xml:space="preserve"> are</w:t>
      </w:r>
      <w:r>
        <w:t xml:space="preserve"> gonna</w:t>
      </w:r>
      <w:r>
        <w:t xml:space="preserve"> get</w:t>
      </w:r>
      <w:r>
        <w:t xml:space="preserve"> that</w:t>
      </w:r>
      <w:r>
        <w:t xml:space="preserve"> money</w:t>
      </w:r>
      <w:r>
        <w:t xml:space="preserve"> back</w:t>
      </w:r>
      <w:r>
        <w:t xml:space="preserve"> plus</w:t>
      </w:r>
      <w:r>
        <w:t xml:space="preserve"> some.</w:t>
        <w:br/>
        <w:t>亲爱的</w:t>
      </w:r>
      <w:r>
        <w:t xml:space="preserve"> </w:t>
      </w:r>
      <w:r>
        <w:t xml:space="preserve"> 我的天</w:t>
        <w:br/>
        <w:t>Oh,</w:t>
      </w:r>
      <w:r>
        <w:t xml:space="preserve"> honey,</w:t>
      </w:r>
      <w:r>
        <w:t xml:space="preserve"> now,</w:t>
      </w:r>
      <w:r>
        <w:t xml:space="preserve"> come</w:t>
      </w:r>
      <w:r>
        <w:t xml:space="preserve"> on.</w:t>
        <w:br/>
        <w:t>你不会真&amp;hearts;相&amp;hearts;信他的狗屁吧</w:t>
        <w:br/>
        <w:t>You</w:t>
      </w:r>
      <w:r>
        <w:t xml:space="preserve"> can't</w:t>
      </w:r>
      <w:r>
        <w:t xml:space="preserve"> possibly</w:t>
      </w:r>
      <w:r>
        <w:t xml:space="preserve"> believe</w:t>
      </w:r>
      <w:r>
        <w:t xml:space="preserve"> that</w:t>
      </w:r>
      <w:r>
        <w:t xml:space="preserve"> B.S.</w:t>
        <w:br/>
        <w:t>或许吧</w:t>
      </w:r>
      <w:r>
        <w:t xml:space="preserve"> </w:t>
      </w:r>
      <w:r>
        <w:t xml:space="preserve"> 查韦斯牧师说耶稣希望我们发财</w:t>
        <w:br/>
        <w:t>Maybe.</w:t>
      </w:r>
      <w:r>
        <w:t xml:space="preserve"> Reverend</w:t>
      </w:r>
      <w:r>
        <w:t xml:space="preserve"> Travis</w:t>
      </w:r>
      <w:r>
        <w:t xml:space="preserve"> says</w:t>
      </w:r>
      <w:r>
        <w:t xml:space="preserve"> that</w:t>
      </w:r>
      <w:r>
        <w:t xml:space="preserve"> Jesus</w:t>
      </w:r>
      <w:r>
        <w:t xml:space="preserve"> wants</w:t>
      </w:r>
      <w:r>
        <w:t xml:space="preserve"> us</w:t>
      </w:r>
      <w:r>
        <w:t xml:space="preserve"> to</w:t>
      </w:r>
      <w:r>
        <w:t xml:space="preserve"> prosper.</w:t>
        <w:br/>
        <w:t>所以</w:t>
        <w:br/>
        <w:t>Is</w:t>
      </w:r>
      <w:r>
        <w:t xml:space="preserve"> that</w:t>
      </w:r>
      <w:r>
        <w:t xml:space="preserve"> why</w:t>
        <w:br/>
        <w:t>耶稣才一口气把我家给吹得灰飞烟灭吗</w:t>
        <w:br/>
        <w:t>he</w:t>
      </w:r>
      <w:r>
        <w:t xml:space="preserve"> huffed</w:t>
      </w:r>
      <w:r>
        <w:t xml:space="preserve"> and</w:t>
      </w:r>
      <w:r>
        <w:t xml:space="preserve"> puffed</w:t>
      </w:r>
      <w:r>
        <w:t xml:space="preserve"> and</w:t>
      </w:r>
      <w:r>
        <w:t xml:space="preserve"> blew</w:t>
      </w:r>
      <w:r>
        <w:t xml:space="preserve"> my</w:t>
      </w:r>
      <w:r>
        <w:t xml:space="preserve"> house</w:t>
      </w:r>
      <w:r>
        <w:t xml:space="preserve"> down?</w:t>
        <w:br/>
        <w:t>我要把这张支票作废</w:t>
      </w:r>
      <w:r>
        <w:t xml:space="preserve"> </w:t>
      </w:r>
      <w:r>
        <w:t xml:space="preserve"> -你敢</w:t>
        <w:br/>
        <w:t>I'm</w:t>
      </w:r>
      <w:r>
        <w:t xml:space="preserve"> cancelling</w:t>
      </w:r>
      <w:r>
        <w:t xml:space="preserve"> this</w:t>
      </w:r>
      <w:r>
        <w:t xml:space="preserve"> check.</w:t>
      </w:r>
      <w:r>
        <w:t xml:space="preserve"> -</w:t>
      </w:r>
      <w:r>
        <w:t xml:space="preserve"> Don't</w:t>
      </w:r>
      <w:r>
        <w:t xml:space="preserve"> you</w:t>
      </w:r>
      <w:r>
        <w:t xml:space="preserve"> dare.</w:t>
        <w:br/>
        <w:t>玛丽</w:t>
      </w:r>
      <w:r>
        <w:t xml:space="preserve"> </w:t>
      </w:r>
      <w:r>
        <w:t xml:space="preserve"> 这可是一周的买&amp;hearts;&amp;hearts;菜钱</w:t>
        <w:br/>
        <w:t>Mary,</w:t>
      </w:r>
      <w:r>
        <w:t xml:space="preserve"> this</w:t>
      </w:r>
      <w:r>
        <w:t xml:space="preserve"> is</w:t>
      </w:r>
      <w:r>
        <w:t xml:space="preserve"> groceries</w:t>
      </w:r>
      <w:r>
        <w:t xml:space="preserve"> for</w:t>
      </w:r>
      <w:r>
        <w:t xml:space="preserve"> a</w:t>
      </w:r>
      <w:r>
        <w:t xml:space="preserve"> week.</w:t>
        <w:br/>
        <w:t>我们会拿回来的</w:t>
      </w:r>
      <w:r>
        <w:t xml:space="preserve"> </w:t>
      </w:r>
      <w:r>
        <w:t xml:space="preserve"> 心里要有信念</w:t>
        <w:br/>
        <w:t>We</w:t>
      </w:r>
      <w:r>
        <w:t xml:space="preserve"> will</w:t>
      </w:r>
      <w:r>
        <w:t xml:space="preserve"> get</w:t>
      </w:r>
      <w:r>
        <w:t xml:space="preserve"> it</w:t>
      </w:r>
      <w:r>
        <w:t xml:space="preserve"> back.</w:t>
      </w:r>
      <w:r>
        <w:t xml:space="preserve"> We</w:t>
      </w:r>
      <w:r>
        <w:t xml:space="preserve"> just</w:t>
      </w:r>
      <w:r>
        <w:t xml:space="preserve"> need</w:t>
      </w:r>
      <w:r>
        <w:t xml:space="preserve"> to</w:t>
      </w:r>
      <w:r>
        <w:t xml:space="preserve"> have</w:t>
      </w:r>
      <w:r>
        <w:t xml:space="preserve"> faith.</w:t>
        <w:br/>
        <w:t>你可以劝你女儿醒醒吗</w:t>
        <w:br/>
        <w:t>Will</w:t>
      </w:r>
      <w:r>
        <w:t xml:space="preserve"> you</w:t>
      </w:r>
      <w:r>
        <w:t xml:space="preserve"> talk</w:t>
      </w:r>
      <w:r>
        <w:t xml:space="preserve"> some</w:t>
      </w:r>
      <w:r>
        <w:t xml:space="preserve"> sense</w:t>
      </w:r>
      <w:r>
        <w:t xml:space="preserve"> into</w:t>
      </w:r>
      <w:r>
        <w:t xml:space="preserve"> your</w:t>
      </w:r>
      <w:r>
        <w:t xml:space="preserve"> daughter?</w:t>
        <w:br/>
        <w:t>如果我说得动她</w:t>
        <w:br/>
        <w:t>If</w:t>
      </w:r>
      <w:r>
        <w:t xml:space="preserve"> I</w:t>
      </w:r>
      <w:r>
        <w:t xml:space="preserve"> could</w:t>
      </w:r>
      <w:r>
        <w:t xml:space="preserve"> talk</w:t>
      </w:r>
      <w:r>
        <w:t xml:space="preserve"> sense</w:t>
      </w:r>
      <w:r>
        <w:t xml:space="preserve"> into</w:t>
      </w:r>
      <w:r>
        <w:t xml:space="preserve"> her,</w:t>
        <w:br/>
        <w:t>她就不会嫁给你了</w:t>
        <w:br/>
        <w:t>she</w:t>
      </w:r>
      <w:r>
        <w:t xml:space="preserve"> would</w:t>
      </w:r>
      <w:r>
        <w:t xml:space="preserve"> never</w:t>
      </w:r>
      <w:r>
        <w:t xml:space="preserve"> have</w:t>
      </w:r>
      <w:r>
        <w:t xml:space="preserve"> married</w:t>
      </w:r>
      <w:r>
        <w:t xml:space="preserve"> you.</w:t>
        <w:br/>
        <w:t>她不嫁不行</w:t>
      </w:r>
      <w:r>
        <w:t xml:space="preserve"> </w:t>
      </w:r>
      <w:r>
        <w:t xml:space="preserve"> 因为肚子被我搞大了</w:t>
      </w:r>
      <w:r>
        <w:t xml:space="preserve"> </w:t>
      </w:r>
      <w:r>
        <w:t xml:space="preserve"> 哈</w:t>
        <w:br/>
        <w:t>She</w:t>
      </w:r>
      <w:r>
        <w:t xml:space="preserve"> had</w:t>
      </w:r>
      <w:r>
        <w:t xml:space="preserve"> to</w:t>
      </w:r>
      <w:r>
        <w:t xml:space="preserve"> marry</w:t>
      </w:r>
      <w:r>
        <w:t xml:space="preserve"> me</w:t>
      </w:r>
      <w:r>
        <w:t xml:space="preserve"> because</w:t>
      </w:r>
      <w:r>
        <w:t xml:space="preserve"> I</w:t>
      </w:r>
      <w:r>
        <w:t xml:space="preserve"> got</w:t>
      </w:r>
      <w:r>
        <w:t xml:space="preserve"> her</w:t>
      </w:r>
      <w:r>
        <w:t xml:space="preserve"> pregnant.</w:t>
      </w:r>
      <w:r>
        <w:t xml:space="preserve"> Ha!</w:t>
        <w:br/>
        <w:t>但钱的事情他没说错</w:t>
        <w:br/>
        <w:t>He</w:t>
      </w:r>
      <w:r>
        <w:t xml:space="preserve"> ain't</w:t>
      </w:r>
      <w:r>
        <w:t xml:space="preserve"> wrong</w:t>
      </w:r>
      <w:r>
        <w:t xml:space="preserve"> about</w:t>
      </w:r>
      <w:r>
        <w:t xml:space="preserve"> the</w:t>
      </w:r>
      <w:r>
        <w:t xml:space="preserve"> money.</w:t>
        <w:br/>
        <w:t>谢谢</w:t>
        <w:br/>
        <w:t>Thank</w:t>
      </w:r>
      <w:r>
        <w:t xml:space="preserve"> you!</w:t>
        <w:br/>
        <w:t>两位</w:t>
      </w:r>
      <w:r>
        <w:t xml:space="preserve">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在短短八个小时内</w:t>
        <w:br/>
        <w:t>Well,</w:t>
      </w:r>
      <w:r>
        <w:t xml:space="preserve"> gentlemen,</w:t>
      </w:r>
      <w:r>
        <w:t xml:space="preserve"> we've</w:t>
      </w:r>
      <w:r>
        <w:t xml:space="preserve"> doubled</w:t>
      </w:r>
      <w:r>
        <w:t xml:space="preserve"> our</w:t>
      </w:r>
      <w:r>
        <w:t xml:space="preserve"> income</w:t>
        <w:br/>
        <w:t>我们的收入翻倍了</w:t>
        <w:br/>
        <w:t>in</w:t>
      </w:r>
      <w:r>
        <w:t xml:space="preserve"> a</w:t>
      </w:r>
      <w:r>
        <w:t xml:space="preserve"> little</w:t>
      </w:r>
      <w:r>
        <w:t xml:space="preserve"> over</w:t>
      </w:r>
      <w:r>
        <w:t xml:space="preserve"> eight</w:t>
      </w:r>
      <w:r>
        <w:t xml:space="preserve"> hours.</w:t>
        <w:br/>
        <w:t>我需要更大的袜子了</w:t>
        <w:br/>
        <w:t>I'm</w:t>
      </w:r>
      <w:r>
        <w:t xml:space="preserve"> gonna</w:t>
      </w:r>
      <w:r>
        <w:t xml:space="preserve"> need</w:t>
      </w:r>
      <w:r>
        <w:t xml:space="preserve"> a</w:t>
      </w:r>
      <w:r>
        <w:t xml:space="preserve"> bigger</w:t>
      </w:r>
      <w:r>
        <w:t xml:space="preserve"> sock.</w:t>
        <w:br/>
        <w:t>好消息是</w:t>
      </w:r>
      <w:r>
        <w:t xml:space="preserve"> </w:t>
      </w:r>
      <w:r>
        <w:t xml:space="preserve"> 我们的算法有用</w:t>
        <w:br/>
        <w:t>The</w:t>
      </w:r>
      <w:r>
        <w:t xml:space="preserve"> good</w:t>
      </w:r>
      <w:r>
        <w:t xml:space="preserve"> news</w:t>
      </w:r>
      <w:r>
        <w:t xml:space="preserve"> is,</w:t>
      </w:r>
      <w:r>
        <w:t xml:space="preserve"> our</w:t>
      </w:r>
      <w:r>
        <w:t xml:space="preserve"> algorithm</w:t>
      </w:r>
      <w:r>
        <w:t xml:space="preserve"> is</w:t>
      </w:r>
      <w:r>
        <w:t xml:space="preserve"> working,</w:t>
        <w:br/>
        <w:t>而且每一笔交易都令它更有效率了</w:t>
        <w:br/>
        <w:t>and</w:t>
      </w:r>
      <w:r>
        <w:t xml:space="preserve"> it's</w:t>
      </w:r>
      <w:r>
        <w:t xml:space="preserve"> getting</w:t>
      </w:r>
      <w:r>
        <w:t xml:space="preserve"> more</w:t>
      </w:r>
      <w:r>
        <w:t xml:space="preserve"> efficient</w:t>
      </w:r>
      <w:r>
        <w:t xml:space="preserve"> with</w:t>
      </w:r>
      <w:r>
        <w:t xml:space="preserve"> every</w:t>
      </w:r>
      <w:r>
        <w:t xml:space="preserve"> trade.</w:t>
        <w:br/>
        <w:t>所以我们心要坚定</w:t>
        <w:br/>
        <w:t>Which</w:t>
      </w:r>
      <w:r>
        <w:t xml:space="preserve"> is</w:t>
      </w:r>
      <w:r>
        <w:t xml:space="preserve"> why</w:t>
      </w:r>
      <w:r>
        <w:t xml:space="preserve"> we</w:t>
      </w:r>
      <w:r>
        <w:t xml:space="preserve"> have</w:t>
      </w:r>
      <w:r>
        <w:t xml:space="preserve"> to</w:t>
      </w:r>
      <w:r>
        <w:t xml:space="preserve"> stay</w:t>
      </w:r>
      <w:r>
        <w:t xml:space="preserve"> strong.</w:t>
        <w:br/>
        <w:t>我们不能指望一夜就成为百万富翁</w:t>
        <w:br/>
        <w:t>We</w:t>
      </w:r>
      <w:r>
        <w:t xml:space="preserve"> can't</w:t>
      </w:r>
      <w:r>
        <w:t xml:space="preserve"> expect</w:t>
      </w:r>
      <w:r>
        <w:t xml:space="preserve"> to</w:t>
      </w:r>
      <w:r>
        <w:t xml:space="preserve"> be</w:t>
      </w:r>
      <w:r>
        <w:t xml:space="preserve"> millionaires</w:t>
      </w:r>
      <w:r>
        <w:t xml:space="preserve"> overnight.</w:t>
        <w:br/>
        <w:t>会需要...</w:t>
        <w:br/>
        <w:t>It'll</w:t>
      </w:r>
      <w:r>
        <w:t xml:space="preserve"> take...</w:t>
        <w:br/>
        <w:t>12到14个交易日</w:t>
        <w:br/>
        <w:t>12</w:t>
      </w:r>
      <w:r>
        <w:t xml:space="preserve"> to</w:t>
      </w:r>
      <w:r>
        <w:t xml:space="preserve"> 14</w:t>
      </w:r>
      <w:r>
        <w:t xml:space="preserve"> business</w:t>
      </w:r>
      <w:r>
        <w:t xml:space="preserve"> days.</w:t>
        <w:br/>
        <w:t>真的要发生了</w:t>
        <w:br/>
        <w:t>It's</w:t>
      </w:r>
      <w:r>
        <w:t xml:space="preserve"> actually</w:t>
      </w:r>
      <w:r>
        <w:t xml:space="preserve"> gonna</w:t>
      </w:r>
      <w:r>
        <w:t xml:space="preserve"> happen.</w:t>
        <w:br/>
        <w:t>我要打到炮了</w:t>
        <w:br/>
        <w:t>I'm</w:t>
      </w:r>
      <w:r>
        <w:t xml:space="preserve"> gonna</w:t>
      </w:r>
      <w:r>
        <w:t xml:space="preserve"> have</w:t>
      </w:r>
      <w:r>
        <w:t xml:space="preserve"> sex.</w:t>
        <w:br/>
        <w:t>你要去哪里</w:t>
        <w:br/>
        <w:t>Where</w:t>
      </w:r>
      <w:r>
        <w:t xml:space="preserve"> are</w:t>
      </w:r>
      <w:r>
        <w:t xml:space="preserve"> you</w:t>
      </w:r>
      <w:r>
        <w:t xml:space="preserve"> going?</w:t>
        <w:br/>
        <w:t>去沐浴净身</w:t>
        <w:br/>
        <w:t>To</w:t>
      </w:r>
      <w:r>
        <w:t xml:space="preserve"> take</w:t>
      </w:r>
      <w:r>
        <w:t xml:space="preserve"> a</w:t>
      </w:r>
      <w:r>
        <w:t xml:space="preserve"> shower.</w:t>
        <w:br/>
        <w:t>我能跟你说两句吗</w:t>
        <w:br/>
        <w:t>Hey,</w:t>
      </w:r>
      <w:r>
        <w:t xml:space="preserve"> can</w:t>
      </w:r>
      <w:r>
        <w:t xml:space="preserve"> I</w:t>
      </w:r>
      <w:r>
        <w:t xml:space="preserve"> talk</w:t>
      </w:r>
      <w:r>
        <w:t xml:space="preserve"> to</w:t>
      </w:r>
      <w:r>
        <w:t xml:space="preserve"> you?</w:t>
        <w:br/>
        <w:t>行</w:t>
      </w:r>
      <w:r>
        <w:t xml:space="preserve"> </w:t>
      </w:r>
      <w:r>
        <w:t xml:space="preserve"> 怎么啦</w:t>
        <w:br/>
        <w:t>Yeah.</w:t>
      </w:r>
      <w:r>
        <w:t xml:space="preserve"> What's</w:t>
      </w:r>
      <w:r>
        <w:t xml:space="preserve"> up?</w:t>
        <w:br/>
        <w:t>还是进去说吧</w:t>
        <w:br/>
        <w:t>Actually,</w:t>
      </w:r>
      <w:r>
        <w:t xml:space="preserve"> in</w:t>
      </w:r>
      <w:r>
        <w:t xml:space="preserve"> there.</w:t>
        <w:br/>
        <w:t>你不会是怀孕了吧</w:t>
        <w:br/>
        <w:t>You</w:t>
      </w:r>
      <w:r>
        <w:t xml:space="preserve"> ain't</w:t>
      </w:r>
      <w:r>
        <w:t xml:space="preserve"> pregnant,</w:t>
      </w:r>
      <w:r>
        <w:t xml:space="preserve"> are</w:t>
      </w:r>
      <w:r>
        <w:t xml:space="preserve"> you?</w:t>
        <w:br/>
        <w:t>当然不是</w:t>
      </w:r>
      <w:r>
        <w:t xml:space="preserve"> </w:t>
      </w:r>
      <w:r>
        <w:t xml:space="preserve"> 你怎么可以这么想</w:t>
        <w:br/>
        <w:t>No.</w:t>
      </w:r>
      <w:r>
        <w:t xml:space="preserve"> How</w:t>
      </w:r>
      <w:r>
        <w:t xml:space="preserve"> could</w:t>
      </w:r>
      <w:r>
        <w:t xml:space="preserve"> you</w:t>
      </w:r>
      <w:r>
        <w:t xml:space="preserve"> say</w:t>
      </w:r>
      <w:r>
        <w:t xml:space="preserve"> that?!</w:t>
        <w:br/>
        <w:t>我们家的传统嘛</w:t>
        <w:br/>
        <w:t>Been</w:t>
      </w:r>
      <w:r>
        <w:t xml:space="preserve"> known</w:t>
      </w:r>
      <w:r>
        <w:t xml:space="preserve"> to</w:t>
      </w:r>
      <w:r>
        <w:t xml:space="preserve"> happen.</w:t>
        <w:br/>
        <w:t>好</w:t>
        <w:br/>
        <w:t>Okay.</w:t>
        <w:br/>
        <w:t>比利的妈妈出远门</w:t>
      </w:r>
      <w:r>
        <w:t xml:space="preserve"> </w:t>
      </w:r>
      <w:r>
        <w:t xml:space="preserve"> 我们想办个派对</w:t>
        <w:br/>
        <w:t>So,</w:t>
      </w:r>
      <w:r>
        <w:t xml:space="preserve"> Billy's</w:t>
      </w:r>
      <w:r>
        <w:t xml:space="preserve"> mom's</w:t>
      </w:r>
      <w:r>
        <w:t xml:space="preserve"> away,</w:t>
      </w:r>
      <w:r>
        <w:t xml:space="preserve"> and</w:t>
      </w:r>
      <w:r>
        <w:t xml:space="preserve"> we're</w:t>
      </w:r>
      <w:r>
        <w:t xml:space="preserve"> throwing</w:t>
      </w:r>
      <w:r>
        <w:t xml:space="preserve"> a</w:t>
      </w:r>
    </w:p>
    <w:p>
      <w:r>
        <w:t xml:space="preserve"> party.</w:t>
        <w:br/>
        <w:t>好吧</w:t>
        <w:br/>
        <w:t>All</w:t>
      </w:r>
      <w:r>
        <w:t xml:space="preserve"> right.</w:t>
        <w:br/>
        <w:t>你觉得如果我偷几瓶爸爸的啤酒</w:t>
      </w:r>
      <w:r>
        <w:t xml:space="preserve"> </w:t>
      </w:r>
      <w:r>
        <w:t xml:space="preserve"> 他会发现吗</w:t>
        <w:br/>
        <w:t>Do</w:t>
      </w:r>
      <w:r>
        <w:t xml:space="preserve"> you</w:t>
      </w:r>
      <w:r>
        <w:t xml:space="preserve"> think</w:t>
      </w:r>
      <w:r>
        <w:t xml:space="preserve"> if</w:t>
      </w:r>
      <w:r>
        <w:t xml:space="preserve"> I</w:t>
      </w:r>
      <w:r>
        <w:t xml:space="preserve"> took</w:t>
      </w:r>
      <w:r>
        <w:t xml:space="preserve"> some</w:t>
      </w:r>
      <w:r>
        <w:t xml:space="preserve"> of</w:t>
      </w:r>
      <w:r>
        <w:t xml:space="preserve"> Dad's</w:t>
      </w:r>
      <w:r>
        <w:t xml:space="preserve"> beer,</w:t>
      </w:r>
      <w:r>
        <w:t xml:space="preserve"> he'd</w:t>
      </w:r>
      <w:r>
        <w:t xml:space="preserve"> notice?</w:t>
        <w:br/>
        <w:t>你觉得他会不会发现呢</w:t>
        <w:br/>
        <w:t>Do</w:t>
      </w:r>
      <w:r>
        <w:t xml:space="preserve"> you</w:t>
      </w:r>
      <w:r>
        <w:t xml:space="preserve"> think</w:t>
      </w:r>
      <w:r>
        <w:t xml:space="preserve"> he'd</w:t>
      </w:r>
      <w:r>
        <w:t xml:space="preserve"> notice?</w:t>
        <w:br/>
        <w:t>好吧</w:t>
      </w:r>
      <w:r>
        <w:t xml:space="preserve"> </w:t>
      </w:r>
      <w:r>
        <w:t xml:space="preserve"> 是我问蠢问题了</w:t>
        <w:br/>
        <w:t>Okay,</w:t>
      </w:r>
      <w:r>
        <w:t xml:space="preserve"> dumb</w:t>
      </w:r>
      <w:r>
        <w:t xml:space="preserve"> question.</w:t>
        <w:br/>
        <w:t>而且你还太小了</w:t>
      </w:r>
      <w:r>
        <w:t xml:space="preserve"> </w:t>
      </w:r>
      <w:r>
        <w:t xml:space="preserve"> 不应该喝酒啊</w:t>
        <w:br/>
        <w:t>Anyways,</w:t>
      </w:r>
      <w:r>
        <w:t xml:space="preserve"> you're</w:t>
      </w:r>
      <w:r>
        <w:t xml:space="preserve"> too</w:t>
      </w:r>
      <w:r>
        <w:t xml:space="preserve"> young.</w:t>
      </w:r>
      <w:r>
        <w:t xml:space="preserve"> You</w:t>
      </w:r>
      <w:r>
        <w:t xml:space="preserve"> shouldn't</w:t>
      </w:r>
      <w:r>
        <w:t xml:space="preserve"> be</w:t>
      </w:r>
      <w:r>
        <w:t xml:space="preserve"> drinking.</w:t>
        <w:br/>
        <w:t>你刚刚才问我是不是怀孕了</w:t>
        <w:br/>
        <w:t>You</w:t>
      </w:r>
      <w:r>
        <w:t xml:space="preserve"> just</w:t>
      </w:r>
      <w:r>
        <w:t xml:space="preserve"> asked</w:t>
      </w:r>
      <w:r>
        <w:t xml:space="preserve"> if</w:t>
      </w:r>
      <w:r>
        <w:t xml:space="preserve"> I</w:t>
      </w:r>
      <w:r>
        <w:t xml:space="preserve"> was</w:t>
      </w:r>
      <w:r>
        <w:t xml:space="preserve"> pregnant.</w:t>
        <w:br/>
        <w:t>建议你两件都不要做</w:t>
        <w:br/>
        <w:t>Well,</w:t>
      </w:r>
      <w:r>
        <w:t xml:space="preserve"> don't</w:t>
      </w:r>
      <w:r>
        <w:t xml:space="preserve"> do</w:t>
      </w:r>
      <w:r>
        <w:t xml:space="preserve"> either.</w:t>
        <w:br/>
        <w:t>如果我给你钱</w:t>
      </w:r>
      <w:r>
        <w:t xml:space="preserve"> </w:t>
      </w:r>
      <w:r>
        <w:t xml:space="preserve"> 你不愿意帮我们买&amp;hearts;&amp;hearts;一箱啤酒吗</w:t>
        <w:br/>
        <w:t>So</w:t>
      </w:r>
      <w:r>
        <w:t xml:space="preserve"> you</w:t>
      </w:r>
      <w:r>
        <w:t xml:space="preserve"> wouldn't</w:t>
      </w:r>
      <w:r>
        <w:t xml:space="preserve"> buy</w:t>
      </w:r>
      <w:r>
        <w:t xml:space="preserve"> us</w:t>
      </w:r>
      <w:r>
        <w:t xml:space="preserve"> a</w:t>
      </w:r>
      <w:r>
        <w:t xml:space="preserve"> case</w:t>
      </w:r>
      <w:r>
        <w:t xml:space="preserve"> of</w:t>
      </w:r>
      <w:r>
        <w:t xml:space="preserve"> beer</w:t>
      </w:r>
      <w:r>
        <w:t xml:space="preserve"> if</w:t>
      </w:r>
      <w:r>
        <w:t xml:space="preserve"> I</w:t>
      </w:r>
      <w:r>
        <w:t xml:space="preserve"> gave</w:t>
      </w:r>
      <w:r>
        <w:t xml:space="preserve"> you</w:t>
      </w:r>
      <w:r>
        <w:t xml:space="preserve"> the</w:t>
      </w:r>
      <w:r>
        <w:t xml:space="preserve"> money?</w:t>
        <w:br/>
        <w:t>米希</w:t>
      </w:r>
      <w:r>
        <w:t xml:space="preserve"> </w:t>
      </w:r>
      <w:r>
        <w:t xml:space="preserve"> 我自己都还没到喝酒年龄呢</w:t>
        <w:br/>
        <w:t>Missy,</w:t>
      </w:r>
      <w:r>
        <w:t xml:space="preserve"> I'm</w:t>
      </w:r>
      <w:r>
        <w:t xml:space="preserve"> not</w:t>
      </w:r>
      <w:r>
        <w:t xml:space="preserve"> old</w:t>
      </w:r>
      <w:r>
        <w:t xml:space="preserve"> enough</w:t>
      </w:r>
      <w:r>
        <w:t xml:space="preserve"> to</w:t>
      </w:r>
      <w:r>
        <w:t xml:space="preserve"> buy</w:t>
      </w:r>
      <w:r>
        <w:t xml:space="preserve"> beer.</w:t>
        <w:br/>
        <w:t>这从来也没有阻挡过你啊</w:t>
        <w:br/>
        <w:t>That's</w:t>
      </w:r>
      <w:r>
        <w:t xml:space="preserve"> never</w:t>
      </w:r>
      <w:r>
        <w:t xml:space="preserve"> stopped</w:t>
      </w:r>
      <w:r>
        <w:t xml:space="preserve"> you</w:t>
      </w:r>
      <w:r>
        <w:t xml:space="preserve"> before.</w:t>
        <w:br/>
        <w:t>对此我深感惭愧</w:t>
        <w:br/>
        <w:t>And</w:t>
      </w:r>
      <w:r>
        <w:t xml:space="preserve"> I'm</w:t>
      </w:r>
      <w:r>
        <w:t xml:space="preserve"> ashamed</w:t>
      </w:r>
      <w:r>
        <w:t xml:space="preserve"> of</w:t>
      </w:r>
      <w:r>
        <w:t xml:space="preserve"> myself.</w:t>
        <w:br/>
        <w:t>我告诉你我能帮你什么</w:t>
        <w:br/>
        <w:t>I'll</w:t>
      </w:r>
      <w:r>
        <w:t xml:space="preserve"> tell</w:t>
      </w:r>
      <w:r>
        <w:t xml:space="preserve"> you</w:t>
      </w:r>
      <w:r>
        <w:t xml:space="preserve"> what</w:t>
      </w:r>
      <w:r>
        <w:t xml:space="preserve"> I</w:t>
      </w:r>
      <w:r>
        <w:t xml:space="preserve"> can</w:t>
      </w:r>
      <w:r>
        <w:t xml:space="preserve"> do.</w:t>
        <w:br/>
        <w:t>我有比啤酒更适合派对的东西</w:t>
        <w:br/>
        <w:t>I</w:t>
      </w:r>
      <w:r>
        <w:t xml:space="preserve"> got</w:t>
      </w:r>
      <w:r>
        <w:t xml:space="preserve"> something</w:t>
      </w:r>
      <w:r>
        <w:t xml:space="preserve"> for</w:t>
      </w:r>
      <w:r>
        <w:t xml:space="preserve"> a</w:t>
      </w:r>
      <w:r>
        <w:t xml:space="preserve"> party</w:t>
      </w:r>
      <w:r>
        <w:t xml:space="preserve"> that's</w:t>
      </w:r>
      <w:r>
        <w:t xml:space="preserve"> better</w:t>
      </w:r>
      <w:r>
        <w:t xml:space="preserve"> than</w:t>
      </w:r>
      <w:r>
        <w:t xml:space="preserve"> beer.</w:t>
        <w:br/>
        <w:t>什么</w:t>
        <w:br/>
        <w:t>What?</w:t>
        <w:br/>
        <w:t>冲天炮</w:t>
      </w:r>
      <w:r>
        <w:t xml:space="preserve"> </w:t>
      </w:r>
      <w:r>
        <w:t xml:space="preserve"> 罗马蜡烛</w:t>
      </w:r>
      <w:r>
        <w:t xml:space="preserve"> </w:t>
      </w:r>
      <w:r>
        <w:t xml:space="preserve"> M80鞭炮</w:t>
      </w:r>
      <w:r>
        <w:t xml:space="preserve"> </w:t>
      </w:r>
      <w:r>
        <w:t xml:space="preserve"> 应有尽有</w:t>
        <w:br/>
        <w:t>Bottle</w:t>
      </w:r>
      <w:r>
        <w:t xml:space="preserve"> rockets,</w:t>
      </w:r>
      <w:r>
        <w:t xml:space="preserve"> Roman</w:t>
      </w:r>
      <w:r>
        <w:t xml:space="preserve"> candles,</w:t>
      </w:r>
      <w:r>
        <w:t xml:space="preserve"> M80s,</w:t>
      </w:r>
      <w:r>
        <w:t xml:space="preserve"> the</w:t>
      </w:r>
      <w:r>
        <w:t xml:space="preserve"> works.</w:t>
        <w:br/>
        <w:t>"真棒"啊</w:t>
      </w:r>
      <w:r>
        <w:t xml:space="preserve"> </w:t>
      </w:r>
      <w:r>
        <w:t xml:space="preserve"> 谢谢了</w:t>
        <w:br/>
        <w:t>Oh,</w:t>
      </w:r>
      <w:r>
        <w:t xml:space="preserve"> sure.</w:t>
      </w:r>
      <w:r>
        <w:t xml:space="preserve"> Thanks.</w:t>
        <w:br/>
        <w:t>你现在瞧不起这些</w:t>
      </w:r>
      <w:r>
        <w:t xml:space="preserve"> </w:t>
      </w:r>
      <w:r>
        <w:t xml:space="preserve"> 但你相信我</w:t>
        <w:br/>
        <w:t>You're</w:t>
      </w:r>
      <w:r>
        <w:t xml:space="preserve"> not</w:t>
      </w:r>
      <w:r>
        <w:t xml:space="preserve"> excited</w:t>
      </w:r>
      <w:r>
        <w:t xml:space="preserve"> now,</w:t>
      </w:r>
      <w:r>
        <w:t xml:space="preserve"> but</w:t>
      </w:r>
      <w:r>
        <w:t xml:space="preserve"> trust</w:t>
      </w:r>
      <w:r>
        <w:t xml:space="preserve"> me,</w:t>
        <w:br/>
        <w:t>等你炸了谁家的邮箱</w:t>
      </w:r>
      <w:r>
        <w:t xml:space="preserve"> </w:t>
      </w:r>
      <w:r>
        <w:t xml:space="preserve"> 你的派对就成了</w:t>
        <w:br/>
        <w:t>you</w:t>
      </w:r>
      <w:r>
        <w:t xml:space="preserve"> blow</w:t>
      </w:r>
      <w:r>
        <w:t xml:space="preserve"> up</w:t>
      </w:r>
      <w:r>
        <w:t xml:space="preserve"> one</w:t>
      </w:r>
      <w:r>
        <w:t xml:space="preserve"> mailbox,</w:t>
      </w:r>
      <w:r>
        <w:t xml:space="preserve"> and</w:t>
      </w:r>
      <w:r>
        <w:t xml:space="preserve"> you</w:t>
      </w:r>
      <w:r>
        <w:t xml:space="preserve"> got</w:t>
      </w:r>
      <w:r>
        <w:t xml:space="preserve"> yourself</w:t>
      </w:r>
      <w:r>
        <w:t xml:space="preserve"> a</w:t>
      </w:r>
      <w:r>
        <w:t xml:space="preserve"> party.</w:t>
        <w:br/>
        <w:t>需要帮忙吗</w:t>
        <w:br/>
        <w:t>Need</w:t>
      </w:r>
      <w:r>
        <w:t xml:space="preserve"> a</w:t>
      </w:r>
      <w:r>
        <w:t xml:space="preserve"> hand?</w:t>
        <w:br/>
        <w:t>好啊</w:t>
      </w:r>
      <w:r>
        <w:t xml:space="preserve"> </w:t>
      </w:r>
      <w:r>
        <w:t xml:space="preserve"> 谢谢</w:t>
        <w:br/>
        <w:t>Yeah,</w:t>
      </w:r>
      <w:r>
        <w:t xml:space="preserve"> sure.</w:t>
        <w:br/>
        <w:t>你在我这个年纪的时候</w:t>
      </w:r>
      <w:r>
        <w:t xml:space="preserve"> 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https://d.book118.com/327142120165006053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0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32714212016500605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