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国企个人工作总结（15篇）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国企个人工作总结 1</w:t>
      </w:r>
      <w:r>
        <w:rPr>
          <w:lang w:eastAsia="zh-CN"/>
        </w:rPr>
        <w:br/>
      </w:r>
      <w:r>
        <w:rPr>
          <w:lang w:eastAsia="zh-CN"/>
        </w:rPr>
        <w:t>　　工作中，能够围绕办公室中心任务，协调各方面关系，较好地发挥了承上启下、协调内外的作用。三开拓创新能力明显增强。几年来，与办公室同志一道共同努力，通过创新工作方法，切实提高了办公室工作的效率和水平。</w:t>
      </w:r>
      <w:r>
        <w:rPr>
          <w:lang w:eastAsia="zh-CN"/>
        </w:rPr>
        <w:br/>
      </w:r>
      <w:r>
        <w:rPr>
          <w:lang w:eastAsia="zh-CN"/>
        </w:rPr>
        <w:t>　　过去的一年，我从通讯员岗位转到督查岗位后，在办公室领导的带领和指导下，在机关全体同志的关怀、帮助和支持下，紧围绕县委督查室的中心工作，充分发挥岗位职能，不断改进工作方法，提高工作效率，以“服从领导、团结同志、认真学习、扎实工作”为准则，始终坚持高标准、严要求，较好地完成了各项工作任务。现将一年来的工作情况进行汇报。</w:t>
      </w:r>
      <w:r>
        <w:rPr>
          <w:lang w:eastAsia="zh-CN"/>
        </w:rPr>
        <w:br/>
      </w:r>
      <w:r>
        <w:rPr>
          <w:lang w:eastAsia="zh-CN"/>
        </w:rPr>
        <w:t>　　一、自觉加强理论修养，不断提高政治思想素质</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为一名机关干部，政治合格、素质过硬至关重要。为此，我始终坚持把政治学习摆在首位，端正学习态度，明确学习目标，增强学习自觉性。系统的学习了科学发展观、十八大精神等重要内容，解放思想，更新观念，促进政治上的坚定和成熟，提高了自己的政治敏锐性和鉴别能力。注重完善自身的知识结构和健全自身的知识体系，让自己尽早、尽快的熟悉工作情况，少走弯路。通过学习对于提高自己的工作能力有较大的促进作用。同时，为了进一步从思想上、组织上真正向党组织靠拢，年我参加了入党积极分子培训班学习，以优异的成绩完成了各项学习任务，经过组织考察，目前被确定为预备党员。在此基础上，始终坚持理论联系实际，注重学以致用，努力在掌握理论精髓和精神实质上下功夫，政策理论水平有了新的提高。积极投身实践锻炼，始终保持正确的政治立场，坚决贯彻执行党的路线、方针、政策，把党和政府的各项工作部署不折不扣地落实到具体行动上。</w:t>
      </w:r>
      <w:r>
        <w:rPr>
          <w:lang w:eastAsia="zh-CN"/>
        </w:rPr>
        <w:br/>
      </w:r>
      <w:r>
        <w:rPr>
          <w:lang w:eastAsia="zh-CN"/>
        </w:rPr>
        <w:t>　　二、刻苦学习专业知识，努力提高业务水平</w:t>
      </w:r>
      <w:r>
        <w:rPr>
          <w:lang w:eastAsia="zh-CN"/>
        </w:rPr>
        <w:br/>
      </w:r>
      <w:r>
        <w:rPr>
          <w:lang w:eastAsia="zh-CN"/>
        </w:rPr>
        <w:t>　　办公室工作涉及面广，政策性强，加上自己是从教师岗位转任而来，缺乏从事办公室工作的相关业务知识，为了尽快更好地适应工作需要，始终注重加强业务学习，拓宽知识领域，优化知识结构，提高业务素质。</w:t>
      </w:r>
      <w:r>
        <w:rPr>
          <w:lang w:eastAsia="zh-CN"/>
        </w:rPr>
        <w:br/>
      </w:r>
      <w:r>
        <w:rPr>
          <w:lang w:eastAsia="zh-CN"/>
        </w:rPr>
        <w:t>　　一是积极向领导和周围同志们学习。学习他们为人、做事、处事之道。</w:t>
      </w:r>
      <w:r>
        <w:rPr>
          <w:lang w:eastAsia="zh-CN"/>
        </w:rPr>
        <w:br/>
      </w:r>
      <w:r>
        <w:rPr>
          <w:lang w:eastAsia="zh-CN"/>
        </w:rPr>
        <w:t>　　二是努力向书本学习。工作之余，把学习作为自觉行动，坚持向书本上学，学习政务信息、文秘写作、计算机基础等方面知识，努力从书中汲取营养，丰富头脑。</w:t>
      </w:r>
      <w:r>
        <w:rPr>
          <w:lang w:eastAsia="zh-CN"/>
        </w:rPr>
        <w:br/>
      </w:r>
      <w:r>
        <w:rPr>
          <w:lang w:eastAsia="zh-CN"/>
        </w:rPr>
        <w:t>　　三是注重向实践中学。通过下基层，看实情，查实事，立足实际，锻炼分析问题、处理问题的能力。</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四是自觉参加各类业务培训。20__年以来，先后参加了全省政府系统办公厅(室)新任秘书人员培训，省政府政务信息员培训，系统学习了相关业务知识，有效优化了自己的知识结构。</w:t>
      </w:r>
      <w:r>
        <w:rPr>
          <w:lang w:eastAsia="zh-CN"/>
        </w:rPr>
        <w:br/>
      </w:r>
      <w:r>
        <w:rPr>
          <w:lang w:eastAsia="zh-CN"/>
        </w:rPr>
        <w:t>　　此外，为有效提高自己，我还参加了浙江大学行政管理专业本科自学考试，并以优秀的成绩毕业，通过自考学习，不但拓展了自己的知识领域，丰富了知识视野，提高了知识水平，也为工作奠定了较好的`基础。</w:t>
      </w:r>
      <w:r>
        <w:rPr>
          <w:lang w:eastAsia="zh-CN"/>
        </w:rPr>
        <w:br/>
      </w:r>
      <w:r>
        <w:rPr>
          <w:lang w:eastAsia="zh-CN"/>
        </w:rPr>
        <w:t>　　总之，通过不断的学习磨练，各方面业务素质方面有了较大提高。具体表现在：</w:t>
      </w:r>
      <w:r>
        <w:rPr>
          <w:lang w:eastAsia="zh-CN"/>
        </w:rPr>
        <w:br/>
      </w:r>
      <w:r>
        <w:rPr>
          <w:lang w:eastAsia="zh-CN"/>
        </w:rPr>
        <w:t>　　一是文字表达能力明显增强。目前，各种公文、政务信息及领导讲话的撰写都较熟练。</w:t>
      </w:r>
      <w:r>
        <w:rPr>
          <w:lang w:eastAsia="zh-CN"/>
        </w:rPr>
        <w:br/>
      </w:r>
      <w:r>
        <w:rPr>
          <w:lang w:eastAsia="zh-CN"/>
        </w:rPr>
        <w:t>　　二是组织协调能力明显增强。工作中，能够围绕办公室中心任务，协调各方面关系，较好地发挥了承上启下、协调内外的作用。</w:t>
      </w:r>
      <w:r>
        <w:rPr>
          <w:lang w:eastAsia="zh-CN"/>
        </w:rPr>
        <w:br/>
      </w:r>
      <w:r>
        <w:rPr>
          <w:lang w:eastAsia="zh-CN"/>
        </w:rPr>
        <w:t>　　三开拓创新能力明显增强。几年来，与办公室同志一道共同努力，通过创新工作方法，切实提高了办公室工作的效率和水平。</w:t>
      </w:r>
      <w:r>
        <w:rPr>
          <w:lang w:eastAsia="zh-CN"/>
        </w:rPr>
        <w:br/>
      </w:r>
      <w:r>
        <w:rPr>
          <w:lang w:eastAsia="zh-CN"/>
        </w:rPr>
        <w:t>　　三、牢固树立宗旨观念，保持良好工作作风</w:t>
      </w:r>
      <w:r>
        <w:rPr>
          <w:lang w:eastAsia="zh-CN"/>
        </w:rPr>
        <w:br/>
      </w:r>
      <w:r>
        <w:rPr>
          <w:lang w:eastAsia="zh-CN"/>
        </w:rPr>
        <w:t>　　一是不断增强事业心和责任感，做到爱岗敬业、乐于奉献。工作中，始终做到兢兢业业，任劳任怨，不分份内份外，不计个人得失。经常早来晚走，加班加点，遇到紧急任务，也经常夜以继日工作。</w:t>
      </w:r>
      <w:r>
        <w:rPr>
          <w:lang w:eastAsia="zh-CN"/>
        </w:rPr>
        <w:br/>
      </w:r>
      <w:r>
        <w:rPr>
          <w:lang w:eastAsia="zh-CN"/>
        </w:rPr>
        <w:t>　　二是端正工作态度。力求严谨细致，一丝不苟。对工作能够做到不虚报、不浮夸，求真务实。</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三是时刻以从大局为重。在工作中，对各位主任布置的工作坚持从整体利益出发，不折不扣地抓落实，尽心竭力地完成。在日常生活中，也时刻要求自己严格遵守办公室各项规章制度，时刻保持高昂的斗志和良好的精神状态。</w:t>
      </w:r>
      <w:r>
        <w:rPr>
          <w:lang w:eastAsia="zh-CN"/>
        </w:rPr>
        <w:br/>
      </w:r>
      <w:r>
        <w:rPr>
          <w:lang w:eastAsia="zh-CN"/>
        </w:rPr>
        <w:t>　　四、认真履行岗位职责，切实做好各项工作</w:t>
      </w:r>
      <w:r>
        <w:rPr>
          <w:lang w:eastAsia="zh-CN"/>
        </w:rPr>
        <w:br/>
      </w:r>
      <w:r>
        <w:rPr>
          <w:lang w:eastAsia="zh-CN"/>
        </w:rPr>
        <w:t>　　我深知，作为一名称职的公务员，关键是要能出色完成各项工作任务。因此，几年来，我时刻以此作为自己的工作目标，努力做到一心一意干工作，取得了实实在在的成效。</w:t>
      </w:r>
      <w:r>
        <w:rPr>
          <w:lang w:eastAsia="zh-CN"/>
        </w:rPr>
        <w:br/>
      </w:r>
      <w:r>
        <w:rPr>
          <w:lang w:eastAsia="zh-CN"/>
        </w:rPr>
        <w:t>　　一是信息工作扎实开展。在信息科工作期间，能紧紧围绕县政府工作重点，及时向省、市报送了全县重点工作进展情况和许多新思路新举措信息，很多在省、市信息刊物上得到刊发，被市政府办公室评为“全市政府系统优秀信息员”。</w:t>
      </w:r>
      <w:r>
        <w:rPr>
          <w:lang w:eastAsia="zh-CN"/>
        </w:rPr>
        <w:br/>
      </w:r>
      <w:r>
        <w:rPr>
          <w:lang w:eastAsia="zh-CN"/>
        </w:rPr>
        <w:t>　　二是转到农业科以来，工作更加认真负责，无论是领导的活动安排，还是各类会议组织，我都能积极做好服务工作，较好地完成领导交办的任务，深得领导的肯定和同事们的好评。</w:t>
      </w:r>
      <w:r>
        <w:rPr>
          <w:lang w:eastAsia="zh-CN"/>
        </w:rPr>
        <w:br/>
      </w:r>
      <w:r>
        <w:rPr>
          <w:lang w:eastAsia="zh-CN"/>
        </w:rPr>
        <w:t>　　五、严于律已，不断加强作风建设</w:t>
      </w:r>
      <w:r>
        <w:rPr>
          <w:lang w:eastAsia="zh-CN"/>
        </w:rPr>
        <w:br/>
      </w:r>
      <w:r>
        <w:rPr>
          <w:lang w:eastAsia="zh-CN"/>
        </w:rPr>
        <w:t>　　几年来，坚持严格要求自已，始终把耐得平淡、舍得付出、默默无闻作为自己的准则，始终把作风建设的重点放在严谨、细致、扎实、求实、脚踏实地埋头苦干上。在工作中，以制度、纪律规范自己的一切言行，严格遵守机关各项规章制度，尊重领导，团结同志，谦虚谨慎，主动接受来自各方面的意见，不断改进工作；坚持做到不利于机关形象的事不做，不利于机关形象的话不说，积极维护机关的良好形象。生活中，时刻树立无产阶级苦乐观和幸福观，继承和发扬艰苦奋斗的优良传统。</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总结：</w:t>
      </w:r>
      <w:r>
        <w:rPr>
          <w:lang w:eastAsia="zh-CN"/>
        </w:rPr>
        <w:br/>
      </w:r>
      <w:r>
        <w:rPr>
          <w:lang w:eastAsia="zh-CN"/>
        </w:rPr>
        <w:t>　　在即将过去的20__年，由于我的疏忽以及对于工作的不熟练，还是给单位以及同事带来了一些不必要的麻烦，在今后的工作中，我当更加严格要求自己，努力工作，勤奋学习，不断提高自己的综合素质，克服畏难心理，不断提高思想素质，使自己在县政府政府这个大家庭里不断成长，争取更加出色的完成好各项工作任务。　　国企个人工作总结 2</w:t>
      </w:r>
      <w:r>
        <w:rPr>
          <w:lang w:eastAsia="zh-CN"/>
        </w:rPr>
        <w:br/>
      </w:r>
      <w:r>
        <w:rPr>
          <w:lang w:eastAsia="zh-CN"/>
        </w:rPr>
        <w:t>　　我们常常困惑于智慧到底从何处来，到何处去，如何才能捕捉智慧的光芒，在成本与利润的衔接点上找到我们需要的平衡。我们也常常困惑，人的力量从何处来，到何处去，我们为何常常在庞大的市场面前惊慌失措，无从观察。能够回答这些问题，我认为只有――学习。</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列夫·托尔斯泰曾经说过：“没有智慧的头脑，就象没有蜡烛的灯笼。”俗话说“活到老，学到老”，这话一点不错。即使已经参加工作了，我们也不应该放弃对知识的学习。相反，作为企业的员工，在繁忙的工作之余，读一些开阔心智的书籍，吸取别人的成功经验，大有好处。聪明的人，总是善于用别人的智慧来填补自己的大脑。去年，在全局范围内开展的学习《细节决定成败》、《自动自发》、《没有任何借口》等几本书，让我们受益匪浅。新年伊始，我部就形成了学习“五本书”的热潮，我站的学习也在如火如荼的进行。学以致用，2月份，通过对《解放军精神》一书的认真学习，通过与解放军的全面对比，经过几天深刻的反思，我已查找出自身存在的缺点和不足。虽然我们也许已没有机会成为解放军，但是，我愿意也已下定决心要以解放军的标准来严格要求自己，使自己成为象解放军一样优秀的人，即使我做不到那么好，但是，我深信，只要我努力了，就是进步，就有成功的可能。</w:t>
      </w:r>
      <w:r>
        <w:rPr>
          <w:lang w:eastAsia="zh-CN"/>
        </w:rPr>
        <w:br/>
      </w:r>
      <w:r>
        <w:rPr>
          <w:lang w:eastAsia="zh-CN"/>
        </w:rPr>
        <w:t>　　下面，就是我在学习之后对自己提出的几点要求，希望籍此可以重新塑造一个全新的自己，成为一名优秀的员工。</w:t>
      </w:r>
      <w:r>
        <w:rPr>
          <w:lang w:eastAsia="zh-CN"/>
        </w:rPr>
        <w:br/>
      </w:r>
      <w:r>
        <w:rPr>
          <w:lang w:eastAsia="zh-CN"/>
        </w:rPr>
        <w:t>　　一、与企业同呼吸、共命运，坚守职业天职与使命。</w:t>
      </w:r>
      <w:r>
        <w:rPr>
          <w:lang w:eastAsia="zh-CN"/>
        </w:rPr>
        <w:br/>
      </w:r>
      <w:r>
        <w:rPr>
          <w:lang w:eastAsia="zh-CN"/>
        </w:rPr>
        <w:t>　　既然我们选择了工作，就没有理由不把它做好。一个人一生中除去休息的时间以及不具备劳动能力的时间，剩下的大部分时间都是在劳动中度过的，可以说，工作等于一个人一生的价值。如果一个员工不能站在理想的高度上去看待自己的工作，不能满腔热情的去工作，那么他成功的机会就非常渺茫。对于绝大多数具有上进心的员工来讲，工作绝对不仅仅是为了生存，工作更应该是天职，是神圣的使命。</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然而，现实中，常常听到有人抱怨自己被人忽视、没有被安排在好的工作岗位上、没有高工资、没有得到高度的重视等怨言，一副很受委屈的样子。其实，你有没有认真的审视过自己：你真的应该被安排在那个你所认为的重要位置、领到你所期望的工资、得到别人的重视吗？不劳无获，一切都不是理所当然的，没有付出就没有理由索取，当你伸手向企业、向领导要这要那的时候，你有没有认真的审视过自己你为企业付出了什么？你把企业当成自己的家、与企业同呼吸、共命运，全心全意的干好自己的本职工作了吗？如果没有，那就没有资格埋怨别人，要怪只能责怪你自己；如果没有，你就应该摒弃埋怨，积极进取，努力培养主人翁意识，热爱你所在的企业，热爱你所从事的工作，尽你最大的努力，尽可能的发挥自己的才能，为企业多做贡献，相信总有一天，大家会看到你的努力，你也会得到所期盼的一切。</w:t>
      </w:r>
      <w:r>
        <w:rPr>
          <w:lang w:eastAsia="zh-CN"/>
        </w:rPr>
        <w:br/>
      </w:r>
      <w:r>
        <w:rPr>
          <w:lang w:eastAsia="zh-CN"/>
        </w:rPr>
        <w:t>　　二、坚决服从安排，不折不扣地完成工作任务。</w:t>
      </w:r>
      <w:r>
        <w:rPr>
          <w:lang w:eastAsia="zh-CN"/>
        </w:rPr>
        <w:br/>
      </w:r>
      <w:r>
        <w:rPr>
          <w:lang w:eastAsia="zh-CN"/>
        </w:rPr>
        <w:t>　　企业是一个严密的组织，不是一个自由的组合体国企。它是一个有组织、有纪律、有制度、有目标的'合成体。在这个组织里，个人不能也不允许自由散漫，不服从管理。服从是天职，也是企业对员工的一项基本要求，即使领导的某个安排你内心无法接受，也要告诉自己丢掉不满情绪，因为企业不只有你一个人，它是一个大集体。个人往往习惯于从自己的角度出发，考虑问题往往先考虑自己，你所看到的、你所关注的也许只是你个人或者是所在小组的利益，这就有很大的局限性；而领导则不同，他所考虑的是全局、是整体。所以，对于领导分配的工作任务，我们一定要不折不扣地去执行。很多时候，很多我们开始并不能够理解的事情，在实施的过程中，自断后路、义无返顾地去执行，原本想不通的事情往往可以得到很好的理解，从而激发了个人的主观能动性，反而促成工作任务的完满完成。</w:t>
      </w:r>
      <w:r>
        <w:rPr>
          <w:lang w:eastAsia="zh-CN"/>
        </w:rPr>
        <w:br/>
      </w:r>
      <w:r>
        <w:rPr>
          <w:lang w:eastAsia="zh-CN"/>
        </w:rPr>
        <w:t>　　三、高标准、严要求，苦练专业技能，努力提高自身能力。</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工欲善其事，必先利其器”。这就是说，一个人要想真正成就一番事业，离不开过硬的基本功。还记得上大学时，老师对我们说过的一句话：“关系是泥饭碗，是会碎的；文凭是铁饭碗，是会锈的；本事是金饭碗，是会升值的。”当今社会的竞争愈来愈烈，做任何事情都需要技能。现代企业最需要的、最紧缺的就是精业的员工，就是具有专业能力的员工。在实际的工作中，对待自己，对待工作，一定要高标准、严要求，不要满足于已经掌握的，这个世界是大变、多变、快变的，要努力寻求更好、更快、更富成效的专业技能和技巧，提高自身竞争力，唯有如此，才有可能创造出更好的成绩，才有可能从胜利走向另一个胜利。</w:t>
      </w:r>
      <w:r>
        <w:rPr>
          <w:lang w:eastAsia="zh-CN"/>
        </w:rPr>
        <w:br/>
      </w:r>
      <w:r>
        <w:rPr>
          <w:lang w:eastAsia="zh-CN"/>
        </w:rPr>
        <w:t>　　四、努力培养团队精神，善于更要乐于与他人合作。</w:t>
      </w:r>
      <w:r>
        <w:rPr>
          <w:lang w:eastAsia="zh-CN"/>
        </w:rPr>
        <w:br/>
      </w:r>
      <w:r>
        <w:rPr>
          <w:lang w:eastAsia="zh-CN"/>
        </w:rPr>
        <w:t>　　在现代社会，在专业分工越来越细、市场竞争越来越激烈的前提下，单打独斗的时代已经过去，合作变的越来越重要。团队的力量远远大于一个个单独的优秀人才的力量。</w:t>
      </w:r>
      <w:r>
        <w:rPr>
          <w:lang w:eastAsia="zh-CN"/>
        </w:rPr>
        <w:br/>
      </w:r>
      <w:r>
        <w:rPr>
          <w:lang w:eastAsia="zh-CN"/>
        </w:rPr>
        <w:t>　　所以，现代企业招聘员工，虽然都有一套很严格的标准，但是，最重要的条件就是要有团队精神。就算这个人是天才，如果其团队精神比较差，这种人也没有企业愿意用。不能与同事友好合作，没有团队意识的人，即使有很好的能力，也难以把自己的优势在工作中淋漓尽致的发挥出来，甚至，由于其自高自大、排斥他人，反而会把事情弄糟。一个人能力再强，总有能力不能达到之处，团结才有力量，团队成员之间相互取长补短，精诚合作，会把事情做的更好，甚至收到意想不到的效果，这就是1+1&gt;2的道理。　　国企个人工作总结 3</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20__年，在公司的正确领导下下，在全体员工的齐心协力下，按照年初确立的各项经济技术指标，公司采取有效措施，对内强化队伍建设，对外积极开拓市场，开源节流，勇于创新，取得了较好的成绩。现将一年来的工作总结如下：</w:t>
      </w:r>
      <w:r>
        <w:rPr>
          <w:lang w:eastAsia="zh-CN"/>
        </w:rPr>
        <w:br/>
      </w:r>
      <w:r>
        <w:rPr>
          <w:lang w:eastAsia="zh-CN"/>
        </w:rPr>
        <w:t>　　一、生产经营情况</w:t>
      </w:r>
      <w:r>
        <w:rPr>
          <w:lang w:eastAsia="zh-CN"/>
        </w:rPr>
        <w:br/>
      </w:r>
      <w:r>
        <w:rPr>
          <w:lang w:eastAsia="zh-CN"/>
        </w:rPr>
        <w:t>　　今年公司承揽的工程项目有__。实现合同总额_亿元，同比增长_%。</w:t>
      </w:r>
      <w:r>
        <w:rPr>
          <w:lang w:eastAsia="zh-CN"/>
        </w:rPr>
        <w:br/>
      </w:r>
      <w:r>
        <w:rPr>
          <w:lang w:eastAsia="zh-CN"/>
        </w:rPr>
        <w:t>　　二、主要完成的工作</w:t>
      </w:r>
      <w:r>
        <w:rPr>
          <w:lang w:eastAsia="zh-CN"/>
        </w:rPr>
        <w:br/>
      </w:r>
      <w:r>
        <w:rPr>
          <w:lang w:eastAsia="zh-CN"/>
        </w:rPr>
        <w:t>　　1、加强队伍建设，提升公司竞争力。</w:t>
      </w:r>
      <w:r>
        <w:rPr>
          <w:lang w:eastAsia="zh-CN"/>
        </w:rPr>
        <w:br/>
      </w:r>
      <w:r>
        <w:rPr>
          <w:lang w:eastAsia="zh-CN"/>
        </w:rPr>
        <w:t>　　今年以来，公司多次组织进行总图、建造师、造价师、高级电气工程师等教育培训，工程部、作业队组织成立学习小组，学习业务知识和管理经验。通过培训一系列教育和自主学习，员工的综合能力和业务水平有了很大的提高，为公司进一步的发展打下了坚实的基础。</w:t>
      </w:r>
      <w:r>
        <w:rPr>
          <w:lang w:eastAsia="zh-CN"/>
        </w:rPr>
        <w:br/>
      </w:r>
      <w:r>
        <w:rPr>
          <w:lang w:eastAsia="zh-CN"/>
        </w:rPr>
        <w:t>　　2、完善规章制度，严抓贯彻落实。</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规章制度是企业健康发展的保证，近年来公司结合工作实际和市场形势相继出台了一系列的规章制度和政策，确保了公司的健康发展和业务的顺利展开。今年以来，公司针对一些内部差错反复出现的问题，修订了《社保基数管理暂定办法》、《合同评审程序管理办法》并通过周工作例会明确作业队与相关部门的职责分工及外发文件、合同、工程材料签收要求，制定工程领料、退库工作流程及作业队工人、临时工考勤制度，对工作中出现的纰漏进行严格的控制，严格进行正负激励考核。通过这一系列的措施加强了员工的责任感和紧迫感，确保了各项工作有序、快速推进。同时公司严抓工作纪律，不定期组织进行卫生、纪律、安全生产检查，并将检查结果记入正负激励考核。通过一年来的努力，公司规章制度的执行力度明显加强。</w:t>
      </w:r>
      <w:r>
        <w:rPr>
          <w:lang w:eastAsia="zh-CN"/>
        </w:rPr>
        <w:br/>
      </w:r>
      <w:r>
        <w:rPr>
          <w:lang w:eastAsia="zh-CN"/>
        </w:rPr>
        <w:t>　　3、开源节流，创造效益。</w:t>
      </w:r>
      <w:r>
        <w:rPr>
          <w:lang w:eastAsia="zh-CN"/>
        </w:rPr>
        <w:br/>
      </w:r>
      <w:r>
        <w:rPr>
          <w:lang w:eastAsia="zh-CN"/>
        </w:rPr>
        <w:t>　　根据年初“拓展业务范围、加强成本控制”的工作会议精神和要求，公司积极采取有效措施，做好开源节流工作。</w:t>
      </w:r>
      <w:r>
        <w:rPr>
          <w:lang w:eastAsia="zh-CN"/>
        </w:rPr>
        <w:br/>
      </w:r>
      <w:r>
        <w:rPr>
          <w:lang w:eastAsia="zh-CN"/>
        </w:rPr>
        <w:t>　　一是全力拓展市场，拓宽营收渠道。</w:t>
      </w:r>
      <w:r>
        <w:rPr>
          <w:lang w:eastAsia="zh-CN"/>
        </w:rPr>
        <w:br/>
      </w:r>
      <w:r>
        <w:rPr>
          <w:lang w:eastAsia="zh-CN"/>
        </w:rPr>
        <w:t>　　今年公司成功申报设计丙级资质，成立了设计部。通过接触20多个工程图纸的设计编制，设计部人员充分将理论与实践相结合，业务熟练程度有了较大提高。相信随着工程设计业务的日益扩展，公司在此领域会有大建树、大作为；</w:t>
      </w:r>
      <w:r>
        <w:rPr>
          <w:lang w:eastAsia="zh-CN"/>
        </w:rPr>
        <w:br/>
      </w:r>
      <w:r>
        <w:rPr>
          <w:lang w:eastAsia="zh-CN"/>
        </w:rPr>
        <w:t>　　二是加强内部成本控制，细化、量化各项经济指标。</w:t>
      </w:r>
      <w:r>
        <w:rPr>
          <w:lang w:eastAsia="zh-CN"/>
        </w:rPr>
        <w:br/>
      </w:r>
      <w:r>
        <w:rPr>
          <w:lang w:eastAsia="zh-CN"/>
        </w:rPr>
        <w:t>　　第一，加强施工队伍成本控制。今年年初，公司打破工程外包的格局，进行大胆改革，成立了两个作业队，并与之签订《生产管理目标责任书》，代表公司全权负责工程项目的生产管理工作。此项改革措施，充分调动了施工队伍节能创效的积极性与自主性，节约了施工成本，提高了工程效益。</w:t>
      </w:r>
      <w:r>
        <w:rPr>
          <w:lang w:eastAsia="zh-CN"/>
        </w:rPr>
        <w:br/>
      </w:r>
      <w:r>
        <w:rPr>
          <w:lang w:eastAsia="zh-CN"/>
        </w:rPr>
        <w:t>　　第二，通过出台《费用报销管理办法》、《公车私用管理办法》及《竣工工程成本分析》、《工程节点分析》、《月进度报表》等各项规章制度细化、量化各项经营指标，严格进行成本控制，避免一切不必要的开支。</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第三，加强投标、工程预算及工程报价管理，提高预审不整体素质。一年来，预审人员坚持理论学习，本着认真、细致、负责的工作态度，参与完成了5项工程投标、报价工作，取得了骄人成绩。</w:t>
      </w:r>
      <w:r>
        <w:rPr>
          <w:lang w:eastAsia="zh-CN"/>
        </w:rPr>
        <w:br/>
      </w:r>
      <w:r>
        <w:rPr>
          <w:lang w:eastAsia="zh-CN"/>
        </w:rPr>
        <w:t>　　第四，秉承“为公司节约每一分钱”的宗旨，材料部按公司要求询价、核价、采购的管理制度，严格控制成本，不断拓宽采购渠道，有效进行内部人力整合，累计完成30多个工程的询价及采购任务，为工程顺利竣工提供了有力保障。</w:t>
      </w:r>
      <w:r>
        <w:rPr>
          <w:lang w:eastAsia="zh-CN"/>
        </w:rPr>
        <w:br/>
      </w:r>
      <w:r>
        <w:rPr>
          <w:lang w:eastAsia="zh-CN"/>
        </w:rPr>
        <w:t>　　4、强化工程管理，确保工程按时保质完成。</w:t>
      </w:r>
      <w:r>
        <w:rPr>
          <w:lang w:eastAsia="zh-CN"/>
        </w:rPr>
        <w:br/>
      </w:r>
      <w:r>
        <w:rPr>
          <w:lang w:eastAsia="zh-CN"/>
        </w:rPr>
        <w:t>　　今年公司承揽的工程数量多且工期紧，在公司领导的带领下，工程部严格控制工期、合理调配人力、物力，充分发扬不怕苦、不怕累的精神，确保了各项工程按时、保质完成。</w:t>
      </w:r>
      <w:r>
        <w:rPr>
          <w:lang w:eastAsia="zh-CN"/>
        </w:rPr>
        <w:br/>
      </w:r>
      <w:r>
        <w:rPr>
          <w:lang w:eastAsia="zh-CN"/>
        </w:rPr>
        <w:t>　　其中，工程是一个相对有难度的工程，有一段接近500米长的高压管路在绿化带中进行，该项目专工及作业队连续工作2天1夜，在阴雨天气如期完成进度，受到了甲方长时间的重点表扬，与甲方建立良好的合作关系；桦林工程甲方对质量要求近乎苛刻。在小区配套中因各专业工井数量很多，现场排列有难度，该项目专工及作业队积极与甲方沟通，强化责任意识，发挥专业特长，克服了一系列困难，向公司和客户递交了一份满意的答卷；</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工地现场标高落差高达4米，管路辐射长达300米，配电室防水问题也尤为突出。该项目专工本着高度负责的职业素养，不厌其烦地与甲方反复研究施工方案，将施工难度降到最低；作业队则加班加点坚守一线，积极协调甲方解决现场困难，有效地满足了甲方对于分期供电的要求，得到了甲方及公司的认可和好评；</w:t>
      </w:r>
      <w:r>
        <w:rPr>
          <w:lang w:eastAsia="zh-CN"/>
        </w:rPr>
        <w:br/>
      </w:r>
      <w:r>
        <w:rPr>
          <w:lang w:eastAsia="zh-CN"/>
        </w:rPr>
        <w:t>　　工程时间紧任务重，所有的'材料、挖运土方、回填砂砾等又都集中在晚上进行。该项目专工及作业队放弃了节假日休息时间，积极的配合、协调各有关部门，避免损坏其他管线，在确保工程质量的前提下安期完工；</w:t>
      </w:r>
      <w:r>
        <w:rPr>
          <w:lang w:eastAsia="zh-CN"/>
        </w:rPr>
        <w:br/>
      </w:r>
      <w:r>
        <w:rPr>
          <w:lang w:eastAsia="zh-CN"/>
        </w:rPr>
        <w:t>　　过程中，为了能在规定送电时间前敷设完电缆，该项目作业队在连续的风雪严寒中加班加点，最终顺利完工送电。在公司的发展道路上所涌现的先进员工和典型事迹不胜枚举。正是有了员工这种顽强拼搏、团结一致的高贵品质，才有了公司的傲人业绩和辉煌历史！</w:t>
      </w:r>
      <w:r>
        <w:rPr>
          <w:lang w:eastAsia="zh-CN"/>
        </w:rPr>
        <w:br/>
      </w:r>
      <w:r>
        <w:rPr>
          <w:lang w:eastAsia="zh-CN"/>
        </w:rPr>
        <w:t>　　三、存在不足</w:t>
      </w:r>
      <w:r>
        <w:rPr>
          <w:lang w:eastAsia="zh-CN"/>
        </w:rPr>
        <w:br/>
      </w:r>
      <w:r>
        <w:rPr>
          <w:lang w:eastAsia="zh-CN"/>
        </w:rPr>
        <w:t>　　在总结成绩，褒扬先进的同时，我们也要清醒地认识到公司目前存在的问题和弊端。主要表现在以下几个方面：</w:t>
      </w:r>
      <w:r>
        <w:rPr>
          <w:lang w:eastAsia="zh-CN"/>
        </w:rPr>
        <w:br/>
      </w:r>
      <w:r>
        <w:rPr>
          <w:lang w:eastAsia="zh-CN"/>
        </w:rPr>
        <w:t>　　1、干部的管理水平和业务技能有待加强。</w:t>
      </w:r>
      <w:r>
        <w:rPr>
          <w:lang w:eastAsia="zh-CN"/>
        </w:rPr>
        <w:br/>
      </w:r>
      <w:r>
        <w:rPr>
          <w:lang w:eastAsia="zh-CN"/>
        </w:rPr>
        <w:t>　　有一批能抓管理，会拓市场的干部队伍是公司保持持续发展的关键，近年来，公司涌现出一大批年青的干部，他们在实践中边学边干、边干边学，工作能力、管理水平和个人修养都得到了很大的提升，为公司的快速发展做出了不少贡献，但他们毕竟还年青，无论是工作经验、业务能力、管理水平及对外沟通能力都和公司持续发展的需要还存在一定的差距。</w:t>
      </w:r>
      <w:r>
        <w:rPr>
          <w:lang w:eastAsia="zh-CN"/>
        </w:rPr>
        <w:br/>
      </w:r>
      <w:r>
        <w:rPr>
          <w:lang w:eastAsia="zh-CN"/>
        </w:rPr>
        <w:t>　　2、规章制度的落实还不够全面到位。</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经过一年多的努力，公司各项规章制度都已建立，并在实践中逐步地健全和完善，可是有了好的制度，还要去全面的贯彻落实。今年，公司在管理上出现一些漏洞，在安全质量上，没有很好地杜绝差错，就是由于规章制度没有完全落实到位，员工没有严格依照规章制度和操作流程作业。</w:t>
      </w:r>
      <w:r>
        <w:rPr>
          <w:lang w:eastAsia="zh-CN"/>
        </w:rPr>
        <w:br/>
      </w:r>
      <w:r>
        <w:rPr>
          <w:lang w:eastAsia="zh-CN"/>
        </w:rPr>
        <w:t>　　3、企业文化建设进展缓慢。</w:t>
      </w:r>
      <w:r>
        <w:rPr>
          <w:lang w:eastAsia="zh-CN"/>
        </w:rPr>
        <w:br/>
      </w:r>
      <w:r>
        <w:rPr>
          <w:lang w:eastAsia="zh-CN"/>
        </w:rPr>
        <w:t>　　企业的竞争归根到底表现为企业文化的竞争，企业文化是在生产、经营、发展、壮大过程中不断形成的理念，是职工共同的价值观，共同的行为准则。今年公司建安任务重，工作千头万绪，对公司企业文化建设的精力投入尚有不足。</w:t>
      </w:r>
      <w:r>
        <w:rPr>
          <w:lang w:eastAsia="zh-CN"/>
        </w:rPr>
        <w:br/>
      </w:r>
      <w:r>
        <w:rPr>
          <w:lang w:eastAsia="zh-CN"/>
        </w:rPr>
        <w:t>　　四、20__年工作计划与目标</w:t>
      </w:r>
      <w:r>
        <w:rPr>
          <w:lang w:eastAsia="zh-CN"/>
        </w:rPr>
        <w:br/>
      </w:r>
      <w:r>
        <w:rPr>
          <w:lang w:eastAsia="zh-CN"/>
        </w:rPr>
        <w:t>　　1、着力培养一批工作经验丰富、业务能力强、管理水平高的干部队伍，提升公司整理竞争力。</w:t>
      </w:r>
      <w:r>
        <w:rPr>
          <w:lang w:eastAsia="zh-CN"/>
        </w:rPr>
        <w:br/>
      </w:r>
      <w:r>
        <w:rPr>
          <w:lang w:eastAsia="zh-CN"/>
        </w:rPr>
        <w:t>　　2、严抓贯彻落实，保证公司的政令畅通，令行禁止，高质量、高效率地完成公司各项任务。</w:t>
      </w:r>
      <w:r>
        <w:rPr>
          <w:lang w:eastAsia="zh-CN"/>
        </w:rPr>
        <w:br/>
      </w:r>
      <w:r>
        <w:rPr>
          <w:lang w:eastAsia="zh-CN"/>
        </w:rPr>
        <w:t>　　3、加强企业文化建设，使公司全员的文明意识明显增强，思想观念明显改变，业务素质明显提高。</w:t>
      </w:r>
      <w:r>
        <w:rPr>
          <w:lang w:eastAsia="zh-CN"/>
        </w:rPr>
        <w:br/>
      </w:r>
      <w:r>
        <w:rPr>
          <w:lang w:eastAsia="zh-CN"/>
        </w:rPr>
        <w:t>　　20__年，我们虽然在企业安全生产、经营管理等方面做了一些工作，但工作中还存在着许多不足，任务还很艰巨。在今后的工作中我们将继续加大工作力度，迎难而上，用更加扎实的工作争取全年工作任务的完成，实现公司持续、稳定、快速发展！　　国企个人工作总结 4</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光阴如梭，一年的工作转瞬又将成为历史，新的一年，新的挑战即将到来，我进入调度室已经有半年多的时间，在主任的领导以及关心支持下，20__工作中有硕果累累的喜悦，也有遇到困难和挫折时惆怅。在以后的工作中要想更好的做好调度工作，尽快的成为一个合格优秀的调度员，就要不断地去总结工作中的不足和差距，提高自己完善自己，以便更好地完成工作。现将20__个人工作情况作如下总结：</w:t>
      </w:r>
      <w:r>
        <w:rPr>
          <w:lang w:eastAsia="zh-CN"/>
        </w:rPr>
        <w:br/>
      </w:r>
      <w:r>
        <w:rPr>
          <w:lang w:eastAsia="zh-CN"/>
        </w:rPr>
        <w:t>　　一、虚心学习，努力工作</w:t>
      </w:r>
      <w:r>
        <w:rPr>
          <w:lang w:eastAsia="zh-CN"/>
        </w:rPr>
        <w:br/>
      </w:r>
      <w:r>
        <w:rPr>
          <w:lang w:eastAsia="zh-CN"/>
        </w:rPr>
        <w:t>　　做好调度工作要严格要求自己，要好好学习每个调度员的长处，取长补短尽量的完善自己，认真学习相关专业知识、工艺流程，要做到“四勤”，腿勤、嘴勤、眼勤和手勤，不懂就问，不懂就学。通过半年多的学习和锻炼，我深知调度工作的重要性，在平常的工作我严格要求自己，不断加强对全矿生产工艺系统的认识和了解，深入生产现场熟悉工作环境，虚心接受领导和师傅们的教导。</w:t>
      </w:r>
      <w:r>
        <w:rPr>
          <w:lang w:eastAsia="zh-CN"/>
        </w:rPr>
        <w:br/>
      </w:r>
      <w:r>
        <w:rPr>
          <w:lang w:eastAsia="zh-CN"/>
        </w:rPr>
        <w:t>　　在日常的工作中，我坚持做到交接班要严谨，接班后对上一个班遗留的问题进行落实和关注，对领导交代的事情要抓紧传达和落实，明确本班的重点工作。在组织生产的`过程中，及时跟进全矿生产情况，确保当班生产指令的完成，对生产过程中出现的问题及时向领导汇报，并加以解决确保全矿的生产能够正常安全进行，做台账时对每一个生产的数据都要进行多次核算，确保数据的准确性，为领导的决策提供有效真实的数据依据。交班时对本班中遗留问题和领导的指示要重点交代，确保下个班的正常生产。</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跑外值勤过程中，要听从坐台调度和领导的安排，深入现场。积极配合坐台调度的工作，将现场信息准确的传给坐台调度。对各个工业现场都要熟悉，在工作任务不太繁重的情况下，我也会勤跑现场，了解现场，及时发现问题解决问题，保证全矿生产安全有序进行。对跑外中的重点工作我一定会在现场关注，灵活处置，对随时发生的情况及时向领导和坐台调度反馈。</w:t>
      </w:r>
      <w:r>
        <w:rPr>
          <w:lang w:eastAsia="zh-CN"/>
        </w:rPr>
        <w:br/>
      </w:r>
      <w:r>
        <w:rPr>
          <w:lang w:eastAsia="zh-CN"/>
        </w:rPr>
        <w:t>　　团队合作是调度工作不可缺失的基础，我们调度员之间应该相互依存、帮助、互怀，合作是高绩效团队的基础，每个调度员度应该树立全局观念，搞好协作配合。跑外调度要时刻听从坐台调度和领导的安排，把现场的情况及时反应给坐台调度，这样生产中所发生的状况就能迅速的解决，全矿的生产组织才能有效进行。</w:t>
      </w:r>
      <w:r>
        <w:rPr>
          <w:lang w:eastAsia="zh-CN"/>
        </w:rPr>
        <w:br/>
      </w:r>
      <w:r>
        <w:rPr>
          <w:lang w:eastAsia="zh-CN"/>
        </w:rPr>
        <w:t>　　二、工作中存在的不足</w:t>
      </w:r>
      <w:r>
        <w:rPr>
          <w:lang w:eastAsia="zh-CN"/>
        </w:rPr>
        <w:br/>
      </w:r>
      <w:r>
        <w:rPr>
          <w:lang w:eastAsia="zh-CN"/>
        </w:rPr>
        <w:t>　　在过去的工作中我虽然取得了一定的进步，但是这些进步都离不开领导和同事对我的帮助。在工作中我也出现过的生产组织不力，协调不到位，对领导的指示落实不到位的情况。并且在工作的过程中，由于工作经验不足并且对其他专业比较陌生，造成工作效率降低习甚至出现错误。在以后的工作中，我会主动加强和其他部门沟通，充分利用资源，多方面学习全方位发展，提高主观能动性，积极工作，认真落实领导的指示，在现场要做到勤于观察、独立思考、多与同事交流，努力不断提高自己的业务水平争取把本职工作做的更加完美和成功。</w:t>
      </w:r>
      <w:r>
        <w:rPr>
          <w:lang w:eastAsia="zh-CN"/>
        </w:rPr>
        <w:br/>
      </w:r>
      <w:r>
        <w:rPr>
          <w:lang w:eastAsia="zh-CN"/>
        </w:rPr>
        <w:t>　　三、积极努力做好工作</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工作已经接近尾声，俗话说：“点点滴滴，造就不凡”，在以后的工作中，不管工作是枯燥的还是多彩多姿的，我都要不断积累经验，与各位同事一起共同努力，勤奋的工作，刻苦的学习，努力提高文化素质和各种工作技能，努力使思想觉悟和工作效率全面进入一个新水平，为了调度工作做出的贡献。</w:t>
      </w:r>
      <w:r>
        <w:rPr>
          <w:lang w:eastAsia="zh-CN"/>
        </w:rPr>
        <w:br/>
      </w:r>
      <w:r>
        <w:rPr>
          <w:lang w:eastAsia="zh-CN"/>
        </w:rPr>
        <w:t>　　为了更好的完成20__工作，我要继续发扬20__优点，改点自己的缺点和不足，总结过去，展望未来。20__产任务重，对于我来说也是一种挑战一种机遇，我将严格执行各项规章制度，恪尽职守，高标准要求自己，不断学习积累经验，善于总结，也希望领导能给我更多的支持，争取为20__设__贡献自己的一份力量。　　国企个人工作总结 5</w:t>
      </w:r>
      <w:r>
        <w:rPr>
          <w:lang w:eastAsia="zh-CN"/>
        </w:rPr>
        <w:br/>
      </w:r>
      <w:r>
        <w:rPr>
          <w:lang w:eastAsia="zh-CN"/>
        </w:rPr>
        <w:t>　　20__年是一个收获之年，人情练达皆文章，所有发生过的都是收获，都是经历。</w:t>
      </w:r>
      <w:r>
        <w:rPr>
          <w:lang w:eastAsia="zh-CN"/>
        </w:rPr>
        <w:br/>
      </w:r>
      <w:r>
        <w:rPr>
          <w:lang w:eastAsia="zh-CN"/>
        </w:rPr>
        <w:t>　　1.归零的心态</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20__年办公室里多了一台复印机，三年来和她朝夕相处，感情是没有，感谢到有一些。感谢她的各种不好用和各种出毛病，在与她“斗智斗勇”的过程中也得到了些许维修经验和启示。长在她身上的复位键，放到生活中就是一种归零的心态。生活在时间轴上的我们，无非三个阶段：过去、现在、将来。培养一种归零的心态，并正确的运用到生活这台大机器中至关重要。关于过去的成绩和荣誉，要定期按下复位键，人要向前看，总是抱着曾经的光环不放免不了滋生“居功自傲”的自满情绪，未来难有作为；关于过去经历过的挫折和痛苦，要定期按下复位键，全当自己为这坎坷世道交了一笔学费吧，赚到了经验和教训后便抛下，背着会很累，也走不远。</w:t>
      </w:r>
      <w:r>
        <w:rPr>
          <w:lang w:eastAsia="zh-CN"/>
        </w:rPr>
        <w:br/>
      </w:r>
      <w:r>
        <w:rPr>
          <w:lang w:eastAsia="zh-CN"/>
        </w:rPr>
        <w:t>　　2.善于发现他人的优点</w:t>
      </w:r>
      <w:r>
        <w:rPr>
          <w:lang w:eastAsia="zh-CN"/>
        </w:rPr>
        <w:br/>
      </w:r>
      <w:r>
        <w:rPr>
          <w:lang w:eastAsia="zh-CN"/>
        </w:rPr>
        <w:t>　　作为一个社会人，为人处世才是一生学不完的大课，即情商比智商重要。每个人身上都有优缺点，只是个比例问题，况且我们会本能的首先发现别人的缺点。我是个有社交恐惧症的人，朋友圈也有限，对于之前不是很谈得来的同事，随着这一年工作上接触机会的增加，很欣慰能够逐渐发现别人身上的'优点和好的品质。国企上班更有大家庭的味道，大家要在一起工作几十年直到退休，多留心别人身上的优点，大家互相学习，取长补短，天长日久就是一股正能量。仔细想想，我们和同事相处的时间比家人多，哪些人可以深交、哪些人只能是同事自己要心里有数，关系处理的好一方面可以提高工作效率，更重要的是有个好心情。</w:t>
      </w:r>
      <w:r>
        <w:rPr>
          <w:lang w:eastAsia="zh-CN"/>
        </w:rPr>
        <w:br/>
      </w:r>
      <w:r>
        <w:rPr>
          <w:lang w:eastAsia="zh-CN"/>
        </w:rPr>
        <w:t>　　3.将读书进行到底</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网上流行语“人丑多读书”我觉得有道理，读书可以改进一个人的气质。长相如果比作天灾的话，那么不努力就算人祸了，天灾加人祸无异于行尸走肉一般。对生活在看脸时代的普通人来说，踏实努力必不可少，即使路不好走、即使努力了也未必达到目的，我们还是应该努力着，不给自己留遗憾。20__年我读了不少书，放在一起也有几十本了，读书已经成为我生活中的一部分，暂时远离电脑和手机，每天至少挤出一两个小时呆在书房里，一盏茶、几本书，悠哉惬意！愚以为，品味书香是一种享受，也是一种习惯，省下不必要的开销换回别人一生的心血之作，这笔买卖绝对做得，值得！丑与不丑，都应该多读书，把阅读这项“运动”进行到底！</w:t>
      </w:r>
      <w:r>
        <w:rPr>
          <w:lang w:eastAsia="zh-CN"/>
        </w:rPr>
        <w:br/>
      </w:r>
      <w:r>
        <w:rPr>
          <w:lang w:eastAsia="zh-CN"/>
        </w:rPr>
        <w:t>　　4.人忙，心不能忙</w:t>
      </w:r>
      <w:r>
        <w:rPr>
          <w:lang w:eastAsia="zh-CN"/>
        </w:rPr>
        <w:br/>
      </w:r>
      <w:r>
        <w:rPr>
          <w:lang w:eastAsia="zh-CN"/>
        </w:rPr>
        <w:t>　　一个人的幸福和痛苦基本上取决于自己的心态，所谓的幸福感也是一种感觉，因此每个人对于幸福和痛苦的标准也不同。活在物质社会中的我们，很大一部分的痛苦和戾气都是自寻烦恼，信息社会里连人心也跟着“提速”了，心忙人必乱，所以不懂得如何修心这门学问是要吃大亏的。每天忙忙碌碌的我们，要处理和应酬很多喜欢的、不喜欢的繁杂事务，在嘈杂喧嚣的都市里要保持内心的一份宁静谈何容易，人忙而心静的功夫来自于寂止的修持，也是这个时代人们最需要的精神食粮之一。心镜常擦才能映照万物，心地常扫才能去秽除尘，心正了看到的风景自然也是和谐的。</w:t>
      </w:r>
      <w:r>
        <w:rPr>
          <w:lang w:eastAsia="zh-CN"/>
        </w:rPr>
        <w:br/>
      </w:r>
      <w:r>
        <w:rPr>
          <w:lang w:eastAsia="zh-CN"/>
        </w:rPr>
        <w:t>　　5.羡慕别人不如做好自己</w:t>
      </w:r>
      <w:r>
        <w:rPr>
          <w:lang w:eastAsia="zh-CN"/>
        </w:rPr>
        <w:br/>
      </w:r>
      <w:r>
        <w:rPr>
          <w:lang w:eastAsia="zh-CN"/>
        </w:rPr>
        <w:t>　　羡慕本是人与生俱来的本性，用之有度可以转化为动力，用之不当晋级为嫉妒甚至恨就糟糕了，这中间的“度”不好掌握。儿时的我也羡慕过别的同学过年有压岁钱、上学有人接送、在天津有属于自己的住处不用经常搬家转学之类之类。随着年龄的增长，我意识到这种所谓的羡慕只会给自己增添很多负面情绪，别无他用。感谢那些年生活的磨砺，使我养成了一个忌攀比的好习惯，至少我认为算一个好习惯，尤其是在当下浮躁物质的环境里。像我这种愚钝的人，和别人攀比只会增加自卑感，努力做好自己，脚踏实地的下好人生这盘大棋才是王道。　　国企个人工作总结 6</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一年来，我在公司领导和部门的领导的大力关怀和正确指导下，围绕着本职岗位工作职责，立足岗位，兢兢业业，踏实工作，较好的完成各项任务，现将个人工作情况具体总结如下：</w:t>
      </w:r>
      <w:r>
        <w:rPr>
          <w:lang w:eastAsia="zh-CN"/>
        </w:rPr>
        <w:br/>
      </w:r>
      <w:r>
        <w:rPr>
          <w:lang w:eastAsia="zh-CN"/>
        </w:rPr>
        <w:t>　　一、工作总体情况</w:t>
      </w:r>
      <w:r>
        <w:rPr>
          <w:lang w:eastAsia="zh-CN"/>
        </w:rPr>
        <w:br/>
      </w:r>
      <w:r>
        <w:rPr>
          <w:lang w:eastAsia="zh-CN"/>
        </w:rPr>
        <w:t>　　1、思想进步，态度端正</w:t>
      </w:r>
      <w:r>
        <w:rPr>
          <w:lang w:eastAsia="zh-CN"/>
        </w:rPr>
        <w:br/>
      </w:r>
      <w:r>
        <w:rPr>
          <w:lang w:eastAsia="zh-CN"/>
        </w:rPr>
        <w:t>　　参加工作以来，我在思想上严格要求自己，利用业余时间，不断加强自己的思想理论学习，关注时政，通过加强学习，努力提高自己的思想觉悟，提升自己的内涵素养，拓展视野，让自己更好的与时俱进，适应社会和岗位发展需求。</w:t>
      </w:r>
      <w:r>
        <w:rPr>
          <w:lang w:eastAsia="zh-CN"/>
        </w:rPr>
        <w:br/>
      </w:r>
      <w:r>
        <w:rPr>
          <w:lang w:eastAsia="zh-CN"/>
        </w:rPr>
        <w:t>　　2、严于律己，真诚待人</w:t>
      </w:r>
      <w:r>
        <w:rPr>
          <w:lang w:eastAsia="zh-CN"/>
        </w:rPr>
        <w:br/>
      </w:r>
      <w:r>
        <w:rPr>
          <w:lang w:eastAsia="zh-CN"/>
        </w:rPr>
        <w:t>　　本年度，个人能够认真学习热力公司的各项规章制度，认真领会公司各项决议，始终与公司保持一致。在工作中，我严格遵守公司的各项规章制度工作，立足本职，团结同事，尊重领导，服从组织工作安排，在工作中能够严格要求自己，同时，与同事相处真诚相待，虚心向同事们学习，学习他们身上的品质和精神，不断提高自己的综合素养，更好更快的促进自己快速发展和提升。</w:t>
      </w:r>
      <w:r>
        <w:rPr>
          <w:lang w:eastAsia="zh-CN"/>
        </w:rPr>
        <w:br/>
      </w:r>
      <w:r>
        <w:rPr>
          <w:lang w:eastAsia="zh-CN"/>
        </w:rPr>
        <w:t>　　3、立足本职，做好工作</w:t>
      </w:r>
      <w:r>
        <w:rPr>
          <w:lang w:eastAsia="zh-CN"/>
        </w:rPr>
        <w:br/>
      </w:r>
      <w:r>
        <w:rPr>
          <w:lang w:eastAsia="zh-CN"/>
        </w:rPr>
        <w:t>　　目前，我的工作部门客户服务部，主要工作内容为做电子版巡检记录、统计水电周、月报表，整理档案、库房账目、内务管理等，工作内容较细较杂，因此，在工作中，我不断培养自己的责任心和耐心，将责任心和耐心的培养放在做好工作首位，要求自己能够静下心来，认真处理每项工作中的细节，确保工作不在我的范围内出错，不因我耽误工作。</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二、存在问题</w:t>
      </w:r>
      <w:r>
        <w:rPr>
          <w:lang w:eastAsia="zh-CN"/>
        </w:rPr>
        <w:br/>
      </w:r>
      <w:r>
        <w:rPr>
          <w:lang w:eastAsia="zh-CN"/>
        </w:rPr>
        <w:t>　　1、学习力度还需要不断提高</w:t>
      </w:r>
      <w:r>
        <w:rPr>
          <w:lang w:eastAsia="zh-CN"/>
        </w:rPr>
        <w:br/>
      </w:r>
      <w:r>
        <w:rPr>
          <w:lang w:eastAsia="zh-CN"/>
        </w:rPr>
        <w:t>　　在工作中，常常由于工作忙等各种原因，造成自己对于学习存在放松的现象，在学习上存在着一定的松懈、侥幸等思想意识，尤其是对热力行业的`相关专业知识学习的力度还不够，了解还不深，此外，对于一些政策性的理论学习存在着重视度不足等现象，因此，在未来的工作实际中，在这些方面自己仍需不断加强和提高。</w:t>
      </w:r>
      <w:r>
        <w:rPr>
          <w:lang w:eastAsia="zh-CN"/>
        </w:rPr>
        <w:br/>
      </w:r>
      <w:r>
        <w:rPr>
          <w:lang w:eastAsia="zh-CN"/>
        </w:rPr>
        <w:t>　　2、专业技术能力仍需提高</w:t>
      </w:r>
      <w:r>
        <w:rPr>
          <w:lang w:eastAsia="zh-CN"/>
        </w:rPr>
        <w:br/>
      </w:r>
      <w:r>
        <w:rPr>
          <w:lang w:eastAsia="zh-CN"/>
        </w:rPr>
        <w:t>　　在实践业务操作过程中，个人的业务能力仍需不断提升，在档案管理等相关业务实践过程中，自己还存在着业务素质和能力不强的现实状况，与公司的要求尚有一段差距。</w:t>
      </w:r>
      <w:r>
        <w:rPr>
          <w:lang w:eastAsia="zh-CN"/>
        </w:rPr>
        <w:br/>
      </w:r>
      <w:r>
        <w:rPr>
          <w:lang w:eastAsia="zh-CN"/>
        </w:rPr>
        <w:t>　　3、工作的统筹计划性需加强</w:t>
      </w:r>
      <w:r>
        <w:rPr>
          <w:lang w:eastAsia="zh-CN"/>
        </w:rPr>
        <w:br/>
      </w:r>
      <w:r>
        <w:rPr>
          <w:lang w:eastAsia="zh-CN"/>
        </w:rPr>
        <w:t>　　在工作中，个人对工作的安排和计划性仍需不断提升，常常会因为工作安排不合理，而造成手忙脚乱的局面，极大的影响了工作的效率，这是我需要不断改进的地方。</w:t>
      </w:r>
      <w:r>
        <w:rPr>
          <w:lang w:eastAsia="zh-CN"/>
        </w:rPr>
        <w:br/>
      </w:r>
      <w:r>
        <w:rPr>
          <w:lang w:eastAsia="zh-CN"/>
        </w:rPr>
        <w:t>　　三、下步工作安排</w:t>
      </w:r>
      <w:r>
        <w:rPr>
          <w:lang w:eastAsia="zh-CN"/>
        </w:rPr>
        <w:br/>
      </w:r>
      <w:r>
        <w:rPr>
          <w:lang w:eastAsia="zh-CN"/>
        </w:rPr>
        <w:t>　　1、抓学习，提内涵。在未来的工作中，注重抓学习，重点学习各项理论知识、公司的规章制度及热力行业专业知识，努力促进自己的全面发展。</w:t>
      </w:r>
      <w:r>
        <w:rPr>
          <w:lang w:eastAsia="zh-CN"/>
        </w:rPr>
        <w:br/>
      </w:r>
      <w:r>
        <w:rPr>
          <w:lang w:eastAsia="zh-CN"/>
        </w:rPr>
        <w:t>　　2、重统筹，提效率。不断注重对于工作的科学安排和计划性，积极提高工作的效率；同时，努力增强对于工作的独立思考性，提升发现、分析和解决实际问题的能力。</w:t>
      </w:r>
      <w:r>
        <w:rPr>
          <w:lang w:eastAsia="zh-CN"/>
        </w:rPr>
        <w:br/>
      </w:r>
    </w:p>
    <w:p w:rsidR="001B1F19" w14:textId="27C3F48A">
      <w:pPr>
        <w:rPr>
          <w:lang w:eastAsia="zh-CN"/>
        </w:rPr>
      </w:pPr>
      <w:r>
        <w:rPr>
          <w:lang w:eastAsia="zh-CN"/>
        </w:rPr>
        <w:t>　　3、积极完成好各项工作任务。在未来工作中，个人将围绕着年度工作计划，科学安排，合理统筹，立足本职，认真遵守公司的各项规章制度，按期按质的确保个人年度工作任务的圆满完成，积极为公司的发展做出自己应尽的职责。</w:t>
      </w:r>
      <w:r>
        <w:rPr>
          <w:lang w:eastAsia="zh-CN"/>
        </w:rPr>
        <w:br/>
      </w:r>
      <w:r>
        <w:rPr>
          <w:lang w:eastAsia="zh-CN"/>
        </w:rPr>
        <w:t>　　新的一年里我要加紧学习，更好的充实自己，以饱满的精神状态来迎接新时期的挑战。明年会有更多的机会和竞争在等着我，我心里已在暗暗的为自己鼓劲。在竞争中站稳脚步，取长补短，争取获得更好的工作成绩。　　国企个人工作总结 7</w:t>
      </w:r>
      <w:r>
        <w:rPr>
          <w:lang w:eastAsia="zh-CN"/>
        </w:rPr>
        <w:br/>
      </w:r>
      <w:r>
        <w:rPr>
          <w:lang w:eastAsia="zh-CN"/>
        </w:rPr>
        <w:t>　　20__年过去了，过去的一年里，在分公司领导班子的正确领导下，我科认真执行公司、分公司的各项规章制度，加强业务学习，提高业务知识，日常的业务水平提高较快，工作到人，责任到人，按规定的时间，准确的上报各种报表，服务于项目，为分公司全年各项经济指标的完成作出应做的工作。</w:t>
      </w:r>
      <w:r>
        <w:rPr>
          <w:lang w:eastAsia="zh-CN"/>
        </w:rPr>
        <w:br/>
      </w:r>
      <w:r>
        <w:rPr>
          <w:lang w:eastAsia="zh-CN"/>
        </w:rPr>
        <w:t>　　一、20__年工作总结</w:t>
      </w:r>
      <w:r>
        <w:rPr>
          <w:lang w:eastAsia="zh-CN"/>
        </w:rPr>
        <w:br/>
      </w:r>
      <w:r>
        <w:rPr>
          <w:lang w:eastAsia="zh-CN"/>
        </w:rPr>
        <w:t>　　1、劳务分包合同管理：</w:t>
      </w:r>
      <w:r>
        <w:rPr>
          <w:lang w:eastAsia="zh-CN"/>
        </w:rPr>
        <w:br/>
      </w:r>
      <w:r>
        <w:rPr>
          <w:lang w:eastAsia="zh-CN"/>
        </w:rPr>
        <w:t>　　劳务分包队伍进入施工现场一周内，全部签订完劳务分包合同，同时对分包队伍的五证一书进行审核，不合格的要求整改，达到合格为止。合同盖章返回后，记录台帐，并送项目部分包合同、五证一书各一份备查，为政府部门检查项目准备所需资料。</w:t>
      </w:r>
      <w:r>
        <w:rPr>
          <w:lang w:eastAsia="zh-CN"/>
        </w:rPr>
        <w:br/>
      </w:r>
      <w:r>
        <w:rPr>
          <w:lang w:eastAsia="zh-CN"/>
        </w:rPr>
        <w:t>　　2、劳务分包队伍及分包造价管理：</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https://d.book118.com/327154130014006050</w:t>
        </w:r>
      </w:hyperlink>
    </w:p>
    <w:p w:rsidR="001B1F19">
      <w:pPr>
        <w:rPr>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2715413001400605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