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2024大一新生军训的心得体会（32篇）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2024大一新生军训的心得体会（精选32篇）</w:t>
      </w:r>
      <w:r>
        <w:rPr>
          <w:lang w:eastAsia="zh-CN"/>
        </w:rPr>
        <w:br/>
      </w:r>
      <w:r>
        <w:rPr>
          <w:lang w:eastAsia="zh-CN"/>
        </w:rPr>
        <w:t xml:space="preserve">    2024大一新生军训的心得体会 篇1 </w:t>
      </w:r>
      <w:r>
        <w:rPr>
          <w:lang w:eastAsia="zh-CN"/>
        </w:rPr>
        <w:br/>
      </w:r>
      <w:r>
        <w:rPr>
          <w:lang w:eastAsia="zh-CN"/>
        </w:rPr>
        <w:t>　　在这十几天的军训期间，我们累并快乐着，虽然有许多的埋怨，但是心里还是美滋滋的。在这段说长不长的时间里，我学到了很多，军训带来的不仅是生活上的改变同时在思想上也有些许的改变。它激励着我们，在学习中我们也应有这样的精神。</w:t>
      </w:r>
      <w:r>
        <w:rPr>
          <w:lang w:eastAsia="zh-CN"/>
        </w:rPr>
        <w:br/>
      </w:r>
      <w:r>
        <w:rPr>
          <w:lang w:eastAsia="zh-CN"/>
        </w:rPr>
        <w:t>　　这是我的第二次军训，或许正是因为这个原因，对于此次的军训没有特别的感觉，军训的内容还是原来的那几样。每天重复听着教官的口令“立正，稍息，跨立，坐下与起立，向左、右、后转，齐步走，正步走……”</w:t>
      </w:r>
      <w:r>
        <w:rPr>
          <w:lang w:eastAsia="zh-CN"/>
        </w:rPr>
        <w:br/>
      </w:r>
      <w:r>
        <w:rPr>
          <w:lang w:eastAsia="zh-CN"/>
        </w:rPr>
        <w:t>　　都觉得有点腻了。突然在脑海间出现了这么个念头：那匍匐前进是啥感觉的呢。站个十几分钟的军姿，都有点不耐烦了，感觉好累哦，有点坚持不住了，可能是我们教官好说话了点吧，就都想偷懒一下，心里在想“反正教官也不会对我们怎么样”，我们的休息时间也是超短的，刚坐下没多久就又起立了。我都觉得当兵的人都是没有时间概念，有的只是服从。之前，我都以为当兵的各个都是一副严肃的表情，原来不都是这样的，当兵的也爱笑而且笑容是那么的好看。就像我们的教官，他就特喜欢笑，想严肃都严肃不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当然辛苦的不仅仅是我们，教官也同样站在烈日之下，为我们一个个动作进行纠正，为我们激励着。训练时，他冷酷、严肃；休息时，他蓝色冰点般的神情与话语瞬间融化，微笑百般温暖灿烂。我想，这正是一位教官的可爱之处，一名军人的魅力所在。时而辅导员走向队伍，将手放在额前挡住刺眼的阳光，深切地说道：“我知道你们很辛苦，很累，但再坚持不了几天，你们就结束了，同学们再忍耐一下，好好训练，争取拿个优秀方队回来！”这番话又如一缕清风带给我们感动与鼓舞，给我们心灵以慰藉。那些挥洒的汗水，同样见证着我们的成长！</w:t>
      </w:r>
      <w:r>
        <w:rPr>
          <w:lang w:eastAsia="zh-CN"/>
        </w:rPr>
        <w:br/>
      </w:r>
      <w:r>
        <w:rPr>
          <w:lang w:eastAsia="zh-CN"/>
        </w:rPr>
        <w:t>　　曾经我也以为军训就是学校开展的无聊游戏，现在，我发现自己错了，它不仅仅改变了我们的生活态度，同样增强了我们的集体理念。没有整齐的步伐，何来恢宏的气势；没有一致的口号，何来强大的力量。一枝独秀总没有万木成林那般壮观，众人拾柴火焰高，团结才是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大浪淘沙，方显真金本色；暴雨冲过，更显青松巍峨。步伐要统一，高度要一致，声音要整齐。严格的要求使我们不得不集中全部注意于训练。每当看到自己的队伍整齐划一的那一刻，自己也为这力量与气势感到无比震撼。那正是炎黄子孙不屈脊梁的身体，龙的传人无穷毅力所创造的奇迹。苏轼有言曰：“古之立大事者，不惟有超世之才，亦必有坚忍不拔之志。”军训，是风雨的洗礼，铁的淬炼。只有经得起磨练，奋力向前，不屈不挠，永不言弃，披荆斩棘，踏平坎坷，才能绽放青春的活力，展现生命之气，收获成功的喜悦。</w:t>
      </w:r>
      <w:r>
        <w:rPr>
          <w:lang w:eastAsia="zh-CN"/>
        </w:rPr>
        <w:br/>
      </w:r>
      <w:r>
        <w:rPr>
          <w:lang w:eastAsia="zh-CN"/>
        </w:rPr>
        <w:t>　　它教会我的远不止这些，首先我们要学的就是团结，在一个部队要的就是团结，因为部队是一个整体而不是一个个体，它可能会因为某个人而完不成任务，所以我们首先要学的就是互相的配合，走出去我们都是一体的，代表的是我们大家而不是某个人。</w:t>
      </w:r>
      <w:r>
        <w:rPr>
          <w:lang w:eastAsia="zh-CN"/>
        </w:rPr>
        <w:br/>
      </w:r>
      <w:r>
        <w:rPr>
          <w:lang w:eastAsia="zh-CN"/>
        </w:rPr>
        <w:t xml:space="preserve">    2024大一新生军训的心得体会 篇2 </w:t>
      </w:r>
      <w:r>
        <w:rPr>
          <w:lang w:eastAsia="zh-CN"/>
        </w:rPr>
        <w:br/>
      </w:r>
      <w:r>
        <w:rPr>
          <w:lang w:eastAsia="zh-CN"/>
        </w:rPr>
        <w:t>　　“我穿上绿军装啦，我穿上绿军装啦，噢_噢_，我穿上它了，瞧，瞧瞧，萍，我像个兵吗?”</w:t>
      </w:r>
      <w:r>
        <w:rPr>
          <w:lang w:eastAsia="zh-CN"/>
        </w:rPr>
        <w:br/>
      </w:r>
      <w:r>
        <w:rPr>
          <w:lang w:eastAsia="zh-CN"/>
        </w:rPr>
        <w:t>　　“像”，萍细细的端详着满脸幸福的我。</w:t>
      </w:r>
      <w:r>
        <w:rPr>
          <w:lang w:eastAsia="zh-CN"/>
        </w:rPr>
        <w:br/>
      </w:r>
      <w:r>
        <w:rPr>
          <w:lang w:eastAsia="zh-CN"/>
        </w:rPr>
        <w:t>　　我不好意思的走到镜子前照了照，镜中出现了一个精干神气的自己，脸上有朵朵滚烫的红云飘散开去，我下意识的摸摸脸蛋，把军帽往低压了压，偷偷地笑了，我看见镜子里的我好看极了!</w:t>
      </w:r>
      <w:r>
        <w:rPr>
          <w:lang w:eastAsia="zh-CN"/>
        </w:rPr>
        <w:br/>
      </w:r>
      <w:r>
        <w:rPr>
          <w:lang w:eastAsia="zh-CN"/>
        </w:rPr>
        <w:t>　　“有那么激动吗?不就是军训嘛!看你乐得屁颠屁颠的，好像没训过似的……”萍慢条斯理地说。我对着她嘿嘿地笑着，她没好气的说“有你的苦受!”，我撑开双臂高声呼叫着“哈哈!让暴风雨来的更猛烈些吧!”</w:t>
      </w:r>
      <w:r>
        <w:rPr>
          <w:lang w:eastAsia="zh-CN"/>
        </w:rPr>
        <w:br/>
      </w:r>
      <w:r>
        <w:rPr>
          <w:lang w:eastAsia="zh-CN"/>
        </w:rPr>
        <w:t>　　才发下军训服我便迫不及待地试穿上过了把瘾，我看见军帽上的五角星闪闪发光，突然想到红军帽子上不也是那样的鲜红的星星吗?那样的熠熠夺目!那样的振奋人心!我们虽然比不上红军，可也兴奋的坐也不是，站也不是了!那身绿，绿的鲜艳，绿的可爱，绿的冲动，绿着的我的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正值盛夏，骄阳似火，在热切的期盼中，大学里的军训生活开始了。在教官还没到位之前，我觉得军训无聊的像大学里沉闷繁琐的课程，进入大学以来，我仿佛渐渐老了似的，我的青春和轻狂不羁被湮没在激不起一丝浪花的生活中，默念着“你要么打败生活，要么被生活打败”，连连地碰壁，使我连抗争的勇气也没有了，于是，我选择了逆来顺受，别人都说我成熟了，好像突然明白了似的，所谓的成熟，不过是放弃了想做的，做了不想做的，延续着既成的规则，沉淀了飘渺的幻觉。于是，我常常想回到小时候，回到那个干净的充满活力的童年。</w:t>
      </w:r>
      <w:r>
        <w:rPr>
          <w:lang w:eastAsia="zh-CN"/>
        </w:rPr>
        <w:br/>
      </w:r>
      <w:r>
        <w:rPr>
          <w:lang w:eastAsia="zh-CN"/>
        </w:rPr>
        <w:t>　　那时候，我常常壮志雄心的对每一个人说：“我将来长大了一定要当兵!”怀着对军人的无限崇拜和一种神圣的感觉我做着我的绿色的梦!我常常傻傻地向着院子里的老槐树敬礼，拉着我家的小板凳狗满村里狂奔充当警犬，拽着大黄牛的角让它看我“站军姿”，把拖把挂在铁丝上练拳击……几乎在我的整个童年，我一直都认为我会成为一名合格的军人，对此，我从来没有置疑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直到我被学习压得喘不过气来，可偶尔在学习的空余我还是会想着那个绿色的梦，它是我前行的动力，更是我无限的勇气，它是我的帆，带着我乘风破浪。直到高考落榜，我知道我想考军校的梦破碎了，因为军校不招复读生，我这辈子也许没有机会了。就这样我安静地走进大学的门，这远不是我所期待的，在无聊苦闷的学习之后，我就只愿意看看电影睡睡觉了。原以为什么都忘了，连同那个绿的耀眼的梦，可是就在教官威严地从身边走过的一霎那，一种强烈的快要抑制不住的冲动瞬间迸发，原来，我还是想要穿上那身可敬可爱的绿军装的。</w:t>
      </w:r>
      <w:r>
        <w:rPr>
          <w:lang w:eastAsia="zh-CN"/>
        </w:rPr>
        <w:br/>
      </w:r>
      <w:r>
        <w:rPr>
          <w:lang w:eastAsia="zh-CN"/>
        </w:rPr>
        <w:t>　　教官讲了许多他们的故事，那些不为人知的心酸，那些汗与泪交织的成绩，那些惊心动魄的片段，那些从来不知道的秘密，原来，军人的背那样宽，竟可以背负青天! 我们的军训生活远没有部队的严格，也许是因为深深地爱着军旅生活所以我没有感到很累，十天，对我来说也许太短暂，十天，也许练就不了一名合格的兵，可是这十天，却将会是我一生最美的记忆!</w:t>
      </w:r>
      <w:r>
        <w:rPr>
          <w:lang w:eastAsia="zh-CN"/>
        </w:rPr>
        <w:br/>
      </w:r>
      <w:r>
        <w:rPr>
          <w:lang w:eastAsia="zh-CN"/>
        </w:rPr>
        <w:t>　　借着军训的机会，我该好好锻炼锻炼，好让生了锈的骨头不至于烂掉，我要和同学们一起努力，坚持到底!</w:t>
      </w:r>
      <w:r>
        <w:rPr>
          <w:lang w:eastAsia="zh-CN"/>
        </w:rPr>
        <w:br/>
      </w:r>
      <w:r>
        <w:rPr>
          <w:lang w:eastAsia="zh-CN"/>
        </w:rPr>
        <w:t>　　军训的开始使我意识到我现在的思想是多么的糟糕，该是重新整理思绪的时候了。船无帆则漂泊不定，人无思想则如行尸走肉。因此，当别人在为自己的理想坚持不懈的时候，我们怎么可以轻视呢?当别人在追着看似遥不可及的梦想时，我们又怎么可以随随便便否定呢?每个人心中都藏着许多梦想，请不要让它随时间湮没，因为生活从来不会主动的给予，只能由你来争取! 可敬可爱的绿军装，绿着的我的梦，它将永远在我的心中，在我的梦中!</w:t>
      </w:r>
      <w:r>
        <w:rPr>
          <w:lang w:eastAsia="zh-CN"/>
        </w:rPr>
        <w:br/>
      </w:r>
      <w:r>
        <w:rPr>
          <w:lang w:eastAsia="zh-CN"/>
        </w:rPr>
        <w:t xml:space="preserve">    2024大一新生军训的心得体会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军训刚开始，我差点就想要放弃了，真的，第一天的军训就让我觉得坚持不下去。第一天体验了站军姿这项训练，我在短短的半个小时里，有好几次都差点倒了，这真是一项想要毅力的事情。半个小时里要一直笔直坚挺的站着，还不让动，一旦有动作，就会被教官敲打，内心真的是很慌。当时原以为我不可能坚持到最后，可是奇迹的是，我竟然突破了自我，完成了这次的训练，成功的度过了第一关。自从第一天站军姿获得成功后，后来的所有军姿训练，我都在没有感觉十分的辛苦，果然是熬过了第一次，后面的无数次都没有感觉那么难了。</w:t>
      </w:r>
      <w:r>
        <w:rPr>
          <w:lang w:eastAsia="zh-CN"/>
        </w:rPr>
        <w:br/>
      </w:r>
      <w:r>
        <w:rPr>
          <w:lang w:eastAsia="zh-CN"/>
        </w:rPr>
        <w:t>　　军训的时间虽然是选在这样凉爽的秋季，但是实话说，这期间的天气一点也不像是秋天，反而每天都是三十度以上的温度，烈日炎炎的，一天军训进行下来，我的汗水都是从头一直流到脚，衣服一天基本上都是半湿的状态。所以在这样的天气下，只要一遇到下雨，心里真的是好欢喜啊，即使下雨也要训练，但是我感觉在雨中训练总好比在烈日下军训的好。作为大一的新生，又一次经历军训，而且这场军训时间还长，一直要从早上训练到到晚上，这一天的军训才算完。</w:t>
      </w:r>
      <w:r>
        <w:rPr>
          <w:lang w:eastAsia="zh-CN"/>
        </w:rPr>
        <w:br/>
      </w:r>
      <w:r>
        <w:rPr>
          <w:lang w:eastAsia="zh-CN"/>
        </w:rPr>
        <w:t>　　这场大学的军训，虽然很多时候都是辛苦的，但是也有很多欢乐。中间休息的时间会去跟别的连队进行斗歌，歌曲也都是军歌。在军训的过程中，我真的是学会了好多的军歌，这也给我的曲库增加了很多的歌曲，因此收获还是不小的。日常军训偶尔也会跟教官有很多的欢乐，军训的苦都被这种欢乐冲淡了。军训的生活就在这样平凡的日子里一点点的度过，直到现在，距离军训结束越来越近，我反而还生出了很多的不舍。从家里踏上这条大学路，进入这所学校，在这次的军训里，我认识了很多的人，也交到了朋友，更是与教官建立了很好的友谊，所以面对即将到来的告别，我真的觉得内心难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但是我也知道天下没有不散的筵席，终将是要告别的。大学这次军训，让我明白路途在艰苦，也要坚持到底，也要勇敢的去尝试和面对，不能随便的放弃。很期待之后的大学生活，我相信我能战胜以后将会面对的挑战。</w:t>
      </w:r>
      <w:r>
        <w:rPr>
          <w:lang w:eastAsia="zh-CN"/>
        </w:rPr>
        <w:br/>
      </w:r>
      <w:r>
        <w:rPr>
          <w:lang w:eastAsia="zh-CN"/>
        </w:rPr>
        <w:t xml:space="preserve">    2024大一新生军训的心得体会 篇4 </w:t>
      </w:r>
      <w:r>
        <w:rPr>
          <w:lang w:eastAsia="zh-CN"/>
        </w:rPr>
        <w:br/>
      </w:r>
      <w:r>
        <w:rPr>
          <w:lang w:eastAsia="zh-CN"/>
        </w:rPr>
        <w:t>　　迈入大学的校门，开始的军训也是让我对于大学有了不一样的体会，让我更加的知道自己不能松懈，不能觉得过完高中就轻松了，而是要珍惜在校学习的时间去收获才行，此次的军训也是给予了我很多的成长，让我更加的明白，现在的辛苦是为了以后更大的幸福而要去坚持下去。</w:t>
      </w:r>
      <w:r>
        <w:rPr>
          <w:lang w:eastAsia="zh-CN"/>
        </w:rPr>
        <w:br/>
      </w:r>
      <w:r>
        <w:rPr>
          <w:lang w:eastAsia="zh-CN"/>
        </w:rPr>
        <w:t>　　军训的确不是那么容易的，我也是坚持了下来，这每一天都是很辛苦的，自己本来体能就是不太好，很多的时候都是要要靠意志力才让自己真的有跟上来的，但也是让我收获很多更加的明白这个军训，有些同学觉得军训是受罪，没有什么成长，但是我确是在军训里面感受到自己有了很大的改变，不再像以前那样的懒散，一些坏的习惯也是没有了，而且也是愿意多和同学去交流，特别是唱军歌的时候，以前我是不怎么喜欢唱歌和说话的，但是一个集体里面，别人也是不会考虑你唱的好不好听，只要你吼出来就够了，也是让我压抑的心情得到放松，虽然军训辛苦，但是结果却是让我收获很大，我也是很不舍，教官的严格是为了我们好，而今我也是特别的感激，不过教官却是离开了我们，我知道下一次的军训也不一定还有，不过在这收获的也是要去用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坚持真的是不简单的一个事情，以前觉得就是站军姿二十分钟嘛，还不是很轻松的事情时间会过得很快，但是真的接触就会知道每一秒都是格外的漫长，也是特别的锻炼我们的意志力，如果没有的话，几分钟就会放弃了，这不是一个简单的动作，但是却是我们军训的入门，后面的训练也是格外的辛苦，但更多是靠团结大家一起来做的，而军姿却是没有什么依靠，需要自己去克服，而这也是让我收获是为最多的，为了站好，我也是会是思考一些事情转移一下注意力，来避免漫长的时间那么的煎熬，这段时间也是让我想了很多，也是觉得大学真的要去珍惜，而不能放松了，要学好的东西是必须要学的，不然这个大学也是会白上了的，严格的训练也是让我们更加的体会到，的确很多的事情，不是靠自己就够了，有个人监督是不同的，但是也是最终要靠自己，而大学就是如此。</w:t>
      </w:r>
      <w:r>
        <w:rPr>
          <w:lang w:eastAsia="zh-CN"/>
        </w:rPr>
        <w:br/>
      </w:r>
      <w:r>
        <w:rPr>
          <w:lang w:eastAsia="zh-CN"/>
        </w:rPr>
        <w:t>　　我会珍惜接下来的日子，去把军训学到的习惯珍惜，坚持下去，大学是充实而快乐的才会真的是有意义的。我也是会重视过好的。</w:t>
      </w:r>
      <w:r>
        <w:rPr>
          <w:lang w:eastAsia="zh-CN"/>
        </w:rPr>
        <w:br/>
      </w:r>
      <w:r>
        <w:rPr>
          <w:lang w:eastAsia="zh-CN"/>
        </w:rPr>
        <w:t xml:space="preserve">    2024大一新生军训的心得体会 篇5 </w:t>
      </w:r>
      <w:r>
        <w:rPr>
          <w:lang w:eastAsia="zh-CN"/>
        </w:rPr>
        <w:br/>
      </w:r>
      <w:r>
        <w:rPr>
          <w:lang w:eastAsia="zh-CN"/>
        </w:rPr>
        <w:t>　　刚进入到大学，就是一个军训，其实真的很辛苦，但是真的结束后，又是有很多的一个不舍，可能这就是痛并快乐着吧，军训也是让我得到了很多的改变。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首先的一个改变就是身体上，原本我假期就是没有怎么出去，待在家里玩游戏，所以也是胖了很多，而军训的苦受够了，也是让我真的瘦了好多，身体也是比之前好了，结实了让我也是意识到，的确运动是挺好的，以后也是要多和同学一起去打球来多锻炼，不能是呆在宿舍去玩游戏，那样的话也是没有什么一个收获，反而是会让自己的大学白费掉了，可以说这个让我得到了很大的改变，以前也是没有去想过，运动虽然辛苦，但是结果真的是很快乐的，这也是军训之中自己感受到的，每一天训练完虽然很累，但是身体也是轻松了，感觉到这份快乐是很不一样的，似乎也是跟解了一道难题的快乐一样的，自己也是有很多的方面更不一样，更为积极了也是交到了很多的朋友，要去更好的参与到大学的生活里头，来让自己有更多的一个成长和进步。</w:t>
      </w:r>
      <w:r>
        <w:rPr>
          <w:lang w:eastAsia="zh-CN"/>
        </w:rPr>
        <w:br/>
      </w:r>
      <w:r>
        <w:rPr>
          <w:lang w:eastAsia="zh-CN"/>
        </w:rPr>
        <w:t>　　其次也是自己意志层面的改变，更明白团结的意义，其实以前也是知道一个集体是需要团结的也是知道可以做成很多的事情，但是此次的军训却是让我更加的理解，也会是懂得坚持是多么的重要，如果当初自己不是去坚持，我想也是上不了大学的，而今自己能够有这个机会，也是要继续的来把坚持做好，在大学的日子里去让学习不落后，去学好知识，让自己有更多的一个成长和进步。通过在大学的军训，找到了快乐收获了很多的友谊，也是让我更加的珍惜大学的日子，真的是要去把大学给珍惜，去学好，而军训所养成的好习惯也是要继续的坚持下去才行的，军训的收获让我很是感激，当初教官的严格我也是更加的理解了，如果没有教官的严格，我想我也是没有那么多的一个收获，而在军训里面的成长也是教官辛苦的带着我们训练才有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教官离开的时候，我们才更加的感激教官的付出，但是他也是要走了，真的有太多不舍但也是知道今后有各自不同的事情要去做，我也是会继续的努力来过好自己大学的日子，感谢此次的军训，让我长大了很多，也是更加的明白了大学的意义，会去积极的参与到大学生活里面，去学好专业。</w:t>
      </w:r>
      <w:r>
        <w:rPr>
          <w:lang w:eastAsia="zh-CN"/>
        </w:rPr>
        <w:br/>
      </w:r>
      <w:r>
        <w:rPr>
          <w:lang w:eastAsia="zh-CN"/>
        </w:rPr>
        <w:t xml:space="preserve">    2024大一新生军训的心得体会 篇6 </w:t>
      </w:r>
      <w:r>
        <w:rPr>
          <w:lang w:eastAsia="zh-CN"/>
        </w:rPr>
        <w:br/>
      </w:r>
      <w:r>
        <w:rPr>
          <w:lang w:eastAsia="zh-CN"/>
        </w:rPr>
        <w:t>　　20__年7月16日，军训终于开始了，一向向往军营生活的我，现在总算可以亲身体会一下了。</w:t>
      </w:r>
      <w:r>
        <w:rPr>
          <w:lang w:eastAsia="zh-CN"/>
        </w:rPr>
        <w:br/>
      </w:r>
      <w:r>
        <w:rPr>
          <w:lang w:eastAsia="zh-CN"/>
        </w:rPr>
        <w:t>　　军训，一个能给人无形的压力的字眼，一个能影响人一生的字眼，一个很多人都向往的字眼。看，同学们一个个英姿飒爽，昂首挺胸站在操场上，是青松，是大海，是寒梅当然，军训也是辛苦的，看那严明的纪律，那雷令风行的作风，还有那铁一般的体魄，钢一般的意志，无不给人以一种肃然起敬的威严。苏轼曰：立大事者，不惟有超世之才，亦必有坚韧不拔之志。</w:t>
      </w:r>
      <w:r>
        <w:rPr>
          <w:lang w:eastAsia="zh-CN"/>
        </w:rPr>
        <w:br/>
      </w:r>
      <w:r>
        <w:rPr>
          <w:lang w:eastAsia="zh-CN"/>
        </w:rPr>
        <w:t>　　赤日炎炎，没有一丝风，树叶也无精打采的，可训练场上的同学们个个精神焕发，队伍整整齐齐。军姿一站就是半个小时，虽然每个人的衣服都湿了，但是同学们都坚持了下来，坚决服从军令。几个小时下来，许多同学站得都麻木了，手脚不再听使唤，有的同学干脆就席地而坐。军训累不累?累!军训苦不苦?苦!军训甜不甜?甜!因为军训让我们看到了军人的风采，体会到了军人的气质，同时军训也磨练了我们的意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当然，我也有累了想打退堂鼓的时候，也想找个借口不参加了，就在这个时候我看见了陪我们一起流汗的教官和辅导员，他们不曾退缩，我又怎敢撤退，我要成为最优秀的学员,我在心中不停地默念，终于做到了坚持。坚持就是胜利，我是一个意志坚强的男孩，坚持让我走到了今天，我可以骄傲地说，我没有流过一滴泪，没有请过一分钟的假。世界不相信眼泪，只有强的灵魂才能毅力不倒，只要我们坚持下去，就会看到胜利在向我们招手。</w:t>
      </w:r>
      <w:r>
        <w:rPr>
          <w:lang w:eastAsia="zh-CN"/>
        </w:rPr>
        <w:br/>
      </w:r>
      <w:r>
        <w:rPr>
          <w:lang w:eastAsia="zh-CN"/>
        </w:rPr>
        <w:t>　　团结就是力量。通过军训，我对团结和大局的认识更加深了一层。军人崇尚集体主义，思考问题总是从整体的角度出发，这既是传统，也是需要。比如队列训练讲究整齐划一，步调一致，一人出错，影响全局。一个人的力量是渺小的，一个连的人凝聚在一起，便如大海一样壮阔，一样高远。当我们连以整齐的步伐，洪亮的口号在操场中训练时，领导、教官都被我们团结的力量所震撼。</w:t>
      </w:r>
      <w:r>
        <w:rPr>
          <w:lang w:eastAsia="zh-CN"/>
        </w:rPr>
        <w:br/>
      </w:r>
      <w:r>
        <w:rPr>
          <w:lang w:eastAsia="zh-CN"/>
        </w:rPr>
        <w:t>　　通过军训，我学会了如何去面对挫折，如何在以后的人生路上披荆斩棘，如何去踏平坎坷，做到自制、自爱、自理、自强，走出一条自己的阳光大道，开创一片自己的天空。我会将这段军训生活永久地珍藏，当作是人生的瑰宝，让它的精神贯穿我的整个一生。</w:t>
      </w:r>
      <w:r>
        <w:rPr>
          <w:lang w:eastAsia="zh-CN"/>
        </w:rPr>
        <w:br/>
      </w:r>
      <w:r>
        <w:rPr>
          <w:lang w:eastAsia="zh-CN"/>
        </w:rPr>
        <w:t xml:space="preserve">    2024大一新生军训的心得体会 篇7 </w:t>
      </w:r>
      <w:r>
        <w:rPr>
          <w:lang w:eastAsia="zh-CN"/>
        </w:rPr>
        <w:br/>
      </w:r>
      <w:r>
        <w:rPr>
          <w:lang w:eastAsia="zh-CN"/>
        </w:rPr>
        <w:t>　　好久都没有上网了!刚刚升入大学的我刚刚军训完!上了几天课!趁着心里那还刻骨铭心的军训感受还没有入到骨头里!先在网上对朋友们发表一下自己的感慨吧!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们的教官是我们学校请的教官中最狠的一个!其实也不是狠，而是对我们的要求十分十分的严格!让一个作为新生的我们在开始的几天中很是受不了之中我们自认为是变态的魔鬼军训!第一天我们都在按照军训的正常程序在站军姿。可是我们的站立时间却与一个其他新生所站立的时间大大不同!别的方队都是站了半个多小时就坐下休息一会!可是我们则不然!我门在开始军训的第一天下午就站了3个小时!中途只是休息了不到十分钟!勉强就算十分钟吧!而且!这十分钟里的我们只准站着原地活动!不让蹲下和坐下!“残忍”吧!</w:t>
      </w:r>
      <w:r>
        <w:rPr>
          <w:lang w:eastAsia="zh-CN"/>
        </w:rPr>
        <w:br/>
      </w:r>
      <w:r>
        <w:rPr>
          <w:lang w:eastAsia="zh-CN"/>
        </w:rPr>
        <w:t>　　时间一天一天的过去了!我们在教官的严厉加“残忍”的训练方式下逐渐的适应了过来!在几天成果的小检测的比赛中!我们方队获得了与汗水同等的第一名，也有幸的被选为军训新生中学习“付虎拳”的表演方队。我们都欣喜若狂，以为这样就不会在去学习踢正步。消减了踢腿之苦。可是万万没想到的是练习的项目里有的很多要练习马步!哎!比踢正步更累!</w:t>
      </w:r>
      <w:r>
        <w:rPr>
          <w:lang w:eastAsia="zh-CN"/>
        </w:rPr>
        <w:br/>
      </w:r>
      <w:r>
        <w:rPr>
          <w:lang w:eastAsia="zh-CN"/>
        </w:rPr>
        <w:t>　　仍然严厉“残忍”的打拳，仍然严厉的眼神，可是却多了很多汗水。</w:t>
      </w:r>
      <w:r>
        <w:rPr>
          <w:lang w:eastAsia="zh-CN"/>
        </w:rPr>
        <w:br/>
      </w:r>
      <w:r>
        <w:rPr>
          <w:lang w:eastAsia="zh-CN"/>
        </w:rPr>
        <w:t>　　十五天的军训生活终于到头了。在最后的阅兵式中，我们方队的到了校领导以及部队首长的高标准赞誉。首长说我们如果在给我们十五天的同等的军训生活，我们方队就可以同新兵连毕业的士兵等同。我们的教官也因此会得到部队提等的优先机会，而且也为学校争得了学校历届新生都没有的部队首长的高度赞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天下无不散的宴席。最后教官集合时!我们方队全体成员都发自内心的一起喊了句“教官再见”.都说“男儿有泪不轻弹”,可我们的眼里却都是热泪盈眶，只是我们都把这离别时的泪水咽到了心里!用这离别的热泪浇灌我们心中那军训时教官为我们种下的情感之树。教官的心我们也懂，他同我们一样，不舍得。但作为军人的他始终把它藏在心低!</w:t>
      </w:r>
      <w:r>
        <w:rPr>
          <w:lang w:eastAsia="zh-CN"/>
        </w:rPr>
        <w:br/>
      </w:r>
      <w:r>
        <w:rPr>
          <w:lang w:eastAsia="zh-CN"/>
        </w:rPr>
        <w:t>　　在此我真心的对来自沈阳军区的王千教官说声保重，谢谢您这十五天对我们的教导，我们会将这军魂永远的留在心里，并让它成为心魂。请相信我们。谢谢您!</w:t>
      </w:r>
      <w:r>
        <w:rPr>
          <w:lang w:eastAsia="zh-CN"/>
        </w:rPr>
        <w:br/>
      </w:r>
      <w:r>
        <w:rPr>
          <w:lang w:eastAsia="zh-CN"/>
        </w:rPr>
        <w:t>　　此时的话已然太多，想说的太多……</w:t>
      </w:r>
      <w:r>
        <w:rPr>
          <w:lang w:eastAsia="zh-CN"/>
        </w:rPr>
        <w:br/>
      </w:r>
      <w:r>
        <w:rPr>
          <w:lang w:eastAsia="zh-CN"/>
        </w:rPr>
        <w:t>　　最后的军礼送给王千教官和所有的军人们!</w:t>
      </w:r>
      <w:r>
        <w:rPr>
          <w:lang w:eastAsia="zh-CN"/>
        </w:rPr>
        <w:br/>
      </w:r>
      <w:r>
        <w:rPr>
          <w:lang w:eastAsia="zh-CN"/>
        </w:rPr>
        <w:t xml:space="preserve">    2024大一新生军训的心得体会 篇8 </w:t>
      </w:r>
      <w:r>
        <w:rPr>
          <w:lang w:eastAsia="zh-CN"/>
        </w:rPr>
        <w:br/>
      </w:r>
      <w:r>
        <w:rPr>
          <w:lang w:eastAsia="zh-CN"/>
        </w:rPr>
        <w:t>　　俗话说：天下没有不散的宴席。持续一周的军训生活画上了圆满的句号。现在身处校园。但内心还是记挂着军训的点滴。就如同，身处曹营心在汉。对往事，那样的怀念，对过去的追忆，又是那样的痛并快乐。</w:t>
      </w:r>
      <w:r>
        <w:rPr>
          <w:lang w:eastAsia="zh-CN"/>
        </w:rPr>
        <w:br/>
      </w:r>
      <w:r>
        <w:rPr>
          <w:lang w:eastAsia="zh-CN"/>
        </w:rPr>
        <w:t>　　有人说：人是有感情的动物。此时此刻的我体会深刻。太多的不舍，太多的依恋留在了国防园。</w:t>
      </w:r>
      <w:r>
        <w:rPr>
          <w:lang w:eastAsia="zh-CN"/>
        </w:rPr>
        <w:br/>
      </w:r>
      <w:r>
        <w:rPr>
          <w:lang w:eastAsia="zh-CN"/>
        </w:rPr>
        <w:t>　　和蔼可亲的教官让我不舍：他的身影，他的一言一行无不让我感到亲切。初见教官时内心有恐慌，有压抑，但在日后的军训中我感到了他是那样的和蔼，那样的严厉，又是那样的风趣幽默，是他为我们枯燥的军训带来了新的活力。对他的不舍远胜于一切。年少气盛的我，好想好想再回国防园，再次接受军训洗礼。</w:t>
      </w:r>
      <w:r>
        <w:rPr>
          <w:lang w:eastAsia="zh-CN"/>
        </w:rPr>
        <w:br/>
      </w:r>
      <w:r>
        <w:rPr>
          <w:lang w:eastAsia="zh-CN"/>
        </w:rPr>
        <w:t>　　严而有序的训练让我不舍，是它吸收了我辛劳的汗水，是它记录了我辛勤的付出，也是它承载了我对军训的依恋之情。广阔的军训场，我曾经在那里站军姿，练动作。绿草如茵的草地，我曾在这匍匐前进，它们是我们军训的功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不舍，太多的不舍娶集心中对食堂的不舍，对宿舍的不舍，对花花草草的不舍……点点滴滴盘旋脑海，是放不下，还是一种逃避?</w:t>
      </w:r>
      <w:r>
        <w:rPr>
          <w:lang w:eastAsia="zh-CN"/>
        </w:rPr>
        <w:br/>
      </w:r>
      <w:r>
        <w:rPr>
          <w:lang w:eastAsia="zh-CN"/>
        </w:rPr>
        <w:t>　　不管是苦，是痛，留下的只有回忆，微笑地面对未来，面对我们的学习，用军训的精神克服学习的障碍!</w:t>
      </w:r>
      <w:r>
        <w:rPr>
          <w:lang w:eastAsia="zh-CN"/>
        </w:rPr>
        <w:br/>
      </w:r>
      <w:r>
        <w:rPr>
          <w:lang w:eastAsia="zh-CN"/>
        </w:rPr>
        <w:t xml:space="preserve">    2024大一新生军训的心得体会 篇9 </w:t>
      </w:r>
      <w:r>
        <w:rPr>
          <w:lang w:eastAsia="zh-CN"/>
        </w:rPr>
        <w:br/>
      </w:r>
      <w:r>
        <w:rPr>
          <w:lang w:eastAsia="zh-CN"/>
        </w:rPr>
        <w:t>　　弹指一挥间，动人心弦的两周军训过去了，带去的是那飒爽的英姿、朗朗的笑声，留下的却是永远的怀念、心与心通融的温存和永不褪色的友谊。</w:t>
      </w:r>
      <w:r>
        <w:rPr>
          <w:lang w:eastAsia="zh-CN"/>
        </w:rPr>
        <w:br/>
      </w:r>
      <w:r>
        <w:rPr>
          <w:lang w:eastAsia="zh-CN"/>
        </w:rPr>
        <w:t>　　军训是很苦很累的，却又是很充实的。自踏入军营的第一天，我就被部队铁的纪律和雷厉风行的作风所深深振憾。军训不但培养人有吃苦耐劳的精神，而且能磨练人的坚强意志。苏轼有句话：“古之立大事者，不惟有超世之才，亦必有坚忍不拔之志。”这句话意思是成功的大门从来都是向意志坚强的人敞开的，甚至可以说是只向意志坚强的人敞开。</w:t>
      </w:r>
      <w:r>
        <w:rPr>
          <w:lang w:eastAsia="zh-CN"/>
        </w:rPr>
        <w:br/>
      </w:r>
      <w:r>
        <w:rPr>
          <w:lang w:eastAsia="zh-CN"/>
        </w:rPr>
        <w:t>　　心目中的军训充满教官的训斥;心目中的军训是紧张与艰苦的合奏;心目中的军训更是无常地响起那集合手哨音，还有那瓢泼大雨下的大集合、严训练;心目中的军训生活成百上千次地浮现在我的脑海，闪现在我的眼前。但我还是满怀欣喜与信心地去拥抱我向往已久的军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军训中，很苦很累，但这是一种人生体验，战胜自我，锻炼意志的最佳良机。心里虽有说不出的酸甜苦辣，在烈日酷暑下的曝晒，皮肤变成黑黝黝的，但这何尝不是一种快乐，一种更好地朝人生目标前进的勇气，更增添了一份完善自我的信心吗?一遍又一遍枯燥乏味的动作，一句又一句不得违抗的命令，一套又一套令人生畏的纪律……一天的军训终于把同学们原本种.种美好的设想一一击碎，取而代之的是眩目的阳光、咸咸的汗水、酸痛的四肢，这就是军训对我们身体素质、意志信念、组织纪律的考验。“不经一番烈日烤，哪得钢铁意志成”，想想正在戍边保卫的英勇战士，想想正在拼搏的奥运健儿，想想所有为我们今天幸福生活努力的各行各业的普通人民，我们的这点苦算得了什么?</w:t>
      </w:r>
      <w:r>
        <w:rPr>
          <w:lang w:eastAsia="zh-CN"/>
        </w:rPr>
        <w:br/>
      </w:r>
      <w:r>
        <w:rPr>
          <w:lang w:eastAsia="zh-CN"/>
        </w:rPr>
        <w:t>　　我满怀信心地开始了真正的训练。教官一遍遍耐心地指导代替了严厉的训斥。训练场上不但有我们整齐的步伐，也有我们阵阵洪亮的口号声，更有我们那嘹亮的军营歌曲。</w:t>
      </w:r>
      <w:r>
        <w:rPr>
          <w:lang w:eastAsia="zh-CN"/>
        </w:rPr>
        <w:br/>
      </w:r>
      <w:r>
        <w:rPr>
          <w:lang w:eastAsia="zh-CN"/>
        </w:rPr>
        <w:t>　　站军姿，给了你炎黄子孙不屈脊梁的身体，也给了你龙之传人无穷的毅力。练转身，体现了人类活跃敏捷的思维，更体现了集体主义的伟大。不积滴水，无以成江海。没有我们每个人的努力，就不可能有一个完整的，高质量的方队。训练的每一个动作，都让我深深地体会到了团结的力量，合作的力量，以及团队精神的重要，我相信，它将使我终身受益，无论在哪个岗位上。</w:t>
      </w:r>
      <w:r>
        <w:rPr>
          <w:lang w:eastAsia="zh-CN"/>
        </w:rPr>
        <w:br/>
      </w:r>
      <w:r>
        <w:rPr>
          <w:lang w:eastAsia="zh-CN"/>
        </w:rPr>
        <w:t>　　其实在自己的人生路上，也应该印满一条自己脚步的路，即使那路到处布满了荆棘，即使那路每一步都是那样的泥泞、那样的坎坷，也得让自己去踩、去踏、去摸索、去行进!我想那样的路才是真实的自我写照，决无半点虚假伪装之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经过十天的训练，我懂得了团结就是力量，打破了外国人“中国人,一人是条龙,几人是条虫”的看法。最先，大家走得参差不齐，而训练以后，动作一致，那场面是壮观的，事实胜于雄辩。</w:t>
      </w:r>
      <w:r>
        <w:rPr>
          <w:lang w:eastAsia="zh-CN"/>
        </w:rPr>
        <w:br/>
      </w:r>
      <w:r>
        <w:rPr>
          <w:lang w:eastAsia="zh-CN"/>
        </w:rPr>
        <w:t>　　军训只有十天，但是我们受益匪浅，困难像弹簧，看你强不强，你强它就弱，你弱它就强，这是强弱相对论，没有不可占胜的困难，把军训中的精神用到生活中去，行动出奇迹，把我们的生活变得更美好，更有意义!</w:t>
      </w:r>
      <w:r>
        <w:rPr>
          <w:lang w:eastAsia="zh-CN"/>
        </w:rPr>
        <w:br/>
      </w:r>
      <w:r>
        <w:rPr>
          <w:lang w:eastAsia="zh-CN"/>
        </w:rPr>
        <w:t xml:space="preserve">    2024大一新生军训的心得体会 篇10 </w:t>
      </w:r>
      <w:r>
        <w:rPr>
          <w:lang w:eastAsia="zh-CN"/>
        </w:rPr>
        <w:br/>
      </w:r>
      <w:r>
        <w:rPr>
          <w:lang w:eastAsia="zh-CN"/>
        </w:rPr>
        <w:t>　　我穿上绿军装啦，我穿上绿军装啦，噢_噢_，我穿上它了，瞧，瞧瞧，萍，我像个兵吗？</w:t>
      </w:r>
      <w:r>
        <w:rPr>
          <w:lang w:eastAsia="zh-CN"/>
        </w:rPr>
        <w:br/>
      </w:r>
      <w:r>
        <w:rPr>
          <w:lang w:eastAsia="zh-CN"/>
        </w:rPr>
        <w:t>　　像，萍细细的端详着满脸幸福的我。</w:t>
      </w:r>
      <w:r>
        <w:rPr>
          <w:lang w:eastAsia="zh-CN"/>
        </w:rPr>
        <w:br/>
      </w:r>
      <w:r>
        <w:rPr>
          <w:lang w:eastAsia="zh-CN"/>
        </w:rPr>
        <w:t>　　我不好意思的走到镜子前照了照，镜中出现了一个精干神气的自己，脸上有朵朵滚烫的红云飘散开去，我下意识的摸摸脸蛋，把军帽往低压了压，偷偷地笑了，我看见镜子里的我好看极了！</w:t>
      </w:r>
      <w:r>
        <w:rPr>
          <w:lang w:eastAsia="zh-CN"/>
        </w:rPr>
        <w:br/>
      </w:r>
      <w:r>
        <w:rPr>
          <w:lang w:eastAsia="zh-CN"/>
        </w:rPr>
        <w:t>　　有那么激动吗？不就是军训嘛！看你乐得屁颠屁颠的，好像没训过似的萍慢条斯理地说。我对着她嘿嘿地笑着，她没好气的说有你的苦受！我撑开双臂高声呼叫着哈哈！让暴风雨来的更猛烈些吧！</w:t>
      </w:r>
      <w:r>
        <w:rPr>
          <w:lang w:eastAsia="zh-CN"/>
        </w:rPr>
        <w:br/>
      </w:r>
      <w:r>
        <w:rPr>
          <w:lang w:eastAsia="zh-CN"/>
        </w:rPr>
        <w:t>　　才发下军训服我便迫不及待地试穿上过了把瘾，我看见军帽上的五角星闪闪发光，突然想到红军帽子上不也是那样的鲜红的星星吗？那样的熠熠夺目！那样的振奋人心！我们虽然比不上红军，可也兴奋的坐也不是，站也不是了！那身绿，绿的鲜艳，绿的可爱，绿的冲动，绿着的我的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正值盛夏，骄阳似火，在热切的期盼中，大学里的军训生活开始了。在教官还没到位之前，我觉得军训无聊的像大学里沉闷繁琐的课程，进入大学以来，我仿佛渐渐老了似的，我的青春和轻狂不羁被湮没在激不起一丝浪花的生活中，默念着你要么打败生活，要么被生活打败，连连地碰壁，使我连抗争的勇气也没有了，于是，我选择了逆来顺受，别人都说我成熟了，好像突然明白了似的，所谓的成熟，不过是放弃了想做的，做了不想做的，延续着既成的规则，沉淀了飘渺的幻觉。于是，我常常想回到小时候，回到那个干净的充满活力的童年。</w:t>
      </w:r>
      <w:r>
        <w:rPr>
          <w:lang w:eastAsia="zh-CN"/>
        </w:rPr>
        <w:br/>
      </w:r>
      <w:r>
        <w:rPr>
          <w:lang w:eastAsia="zh-CN"/>
        </w:rPr>
        <w:t>　　那时候，我常常壮志雄心的对每一个人说：我将来长大了一定要当兵！怀着对军人的无限崇拜和一种神圣的感觉我做着我的绿色的梦！我常常傻傻地向着院子里的老槐树敬礼，拉着我家的小板凳狗满村里狂奔充当警犬，拽着大黄牛的角让它看我站军姿，把拖把挂在铁丝上练拳击几乎在我的整个童年，我一直都认为我会成为一名合格的军人，对此，我从来没有置疑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直到我被学习压得喘不过气来，可偶尔在学习的空余我还是会想着那个绿色的梦，它是我前行的动力，更是我无限的勇气，它是我的帆，带着我乘风破浪。直到高考落榜，我知道我想考军校的梦破碎了，因为军校不招复读生，我这辈子也许没有机会了。就这样我安静地走进大学的门，这远不是我所期待的，在无聊苦闷的学习之后，我就只愿意看看电影睡睡觉了。原以为什么都忘了，连同那个绿的耀眼的梦，可是就在教官威严地从身边走过的一霎那，一种强烈的快要抑制不住的冲动瞬间迸发，原来，我还是想要穿上那身可敬可爱的绿军装的。</w:t>
      </w:r>
      <w:r>
        <w:rPr>
          <w:lang w:eastAsia="zh-CN"/>
        </w:rPr>
        <w:br/>
      </w:r>
      <w:r>
        <w:rPr>
          <w:lang w:eastAsia="zh-CN"/>
        </w:rPr>
        <w:t>　　教官讲了许多他们的故事，那些不为人知的心酸，那些汗与泪交织的成绩，那些惊心动魄的片段，那些从来不知道的秘密，原来，军人的背那样宽，竟可以背负青天！我们的军训生活远没有部队的严格，也许是因为深深地爱着军旅生活所以我没有感到很累，十天，对我来说也许太短暂，十天，也许练就不了一名合格的兵，可是这十天，却将会是我一生最美的记忆！</w:t>
      </w:r>
      <w:r>
        <w:rPr>
          <w:lang w:eastAsia="zh-CN"/>
        </w:rPr>
        <w:br/>
      </w:r>
      <w:r>
        <w:rPr>
          <w:lang w:eastAsia="zh-CN"/>
        </w:rPr>
        <w:t>　　借着军训的机会，我该好好锻炼锻炼，好让生了锈的骨头不至于烂掉，我要和同学们一起努力，坚持到底！</w:t>
      </w:r>
      <w:r>
        <w:rPr>
          <w:lang w:eastAsia="zh-CN"/>
        </w:rPr>
        <w:br/>
      </w:r>
      <w:r>
        <w:rPr>
          <w:lang w:eastAsia="zh-CN"/>
        </w:rPr>
        <w:t>　　军训的开始使我意识到我现在的思想是多么的糟糕，该是重新整理思绪的时候了。船无帆则漂泊不定，人无思想则如行尸走肉。</w:t>
      </w:r>
      <w:r>
        <w:rPr>
          <w:lang w:eastAsia="zh-CN"/>
        </w:rPr>
        <w:br/>
      </w:r>
      <w:r>
        <w:rPr>
          <w:lang w:eastAsia="zh-CN"/>
        </w:rPr>
        <w:t xml:space="preserve">    2024大一新生军训的心得体会 篇11 </w:t>
      </w:r>
      <w:r>
        <w:rPr>
          <w:lang w:eastAsia="zh-CN"/>
        </w:rPr>
        <w:br/>
      </w:r>
      <w:r>
        <w:rPr>
          <w:lang w:eastAsia="zh-CN"/>
        </w:rPr>
        <w:t>　　〈一〉我的大学我的梦金色的六月，火红的六月。一场气势辉宏且激烈非常的战争在全国范围内盛大打响。高考，像一个严格的教官手中紧握的指挥棒，它的一举一动，都系于千千万万学子的前途与命运。物竟天择，优胜劣汰的自然法则在这一刻彰显了它的神圣意义。侥幸从这场战争幸存的我，开始幻想我的大学，以及我的大学梦。我的大学，首先要非常漂亮。设备，教师资源应属一流。当然，最重要的要有自由。刚刚过去的十几年寒窗苦读，早已被压得辛酸的翅膀当然要舒展一下。所以自由，很自然的成为接下来四年大学生活中必备的条件。当然这是一个梦，也许永远实现不了的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失落，这不是我要的生活经过一个暑假的放松，9月1日那天，终于可以收起庸懒的肢腰走进我的大学生活。中国刑事警察学院，在全国上下所有大学中以独特的优越感傲视群雄。一想到我的大学将在这里渡过，心中便一阵窃喜。但事与愿违，这不是我要的大学。严格的军事化管理，严肃的校院风气，严谨的教学氛围;这一切的一切都直接告诉我，这里没有我要的那种生活。不符合我期望的生活环境，再加上刚开始的水土不服，让我止不住难过。</w:t>
      </w:r>
      <w:r>
        <w:rPr>
          <w:lang w:eastAsia="zh-CN"/>
        </w:rPr>
        <w:br/>
      </w:r>
      <w:r>
        <w:rPr>
          <w:lang w:eastAsia="zh-CN"/>
        </w:rPr>
        <w:t>　　〈三〉军训，有苦也有乐同所有大学一样，警院大一新生也要进行军训。但是要为期一个月，而且训练强度大，要求高。这无疑问向我们预告了接下来一个月要过的怎样苦痛的生活。军训，有苦也有乐。军训刚开始强度不是很大，但随着进度的追赶，军训开始进入了正式的模式。每天头顶炎炎烈日，身裹作训服，野战鞋。正步，齐步，跑步;军姿，转体，敬礼;一项也不落下。结束后，刚刚拖着疲惫的身体回到宿舍，还没来得及妄想要休息下，便又被拉回训练场。但当结束了一天的军训后，我们集合在校园里，听教官向我们讲述部队里的故事。有时我们边吹着徐徐凉风，边跟教官学歌;有时边打边响，边唱边笑;.一天的疲惫就这样被抛却脑后，惟有内心无限的甜蜜。也许，这就是我要的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四〉没错，这就是我需要的生活渐渐地，我发现，原来，这就是我最需要的生活。每天按时起床，跟同学一起去运动，去训练。这样即让我锻炼了身体，又让我们培养了团结互助的集体理念。每天打扫卫生，整理内务。按时按点的充实的生活方式，是军事化管理带给我的。它让我深深地压抑了懒散的心理。迈向成为一个合格的人民警察的道路。渐渐习惯了这种充实的生活后，才发现这里没有我要的那种懒散生活，而给了我一种做迫切需要的生活。</w:t>
      </w:r>
      <w:r>
        <w:rPr>
          <w:lang w:eastAsia="zh-CN"/>
        </w:rPr>
        <w:br/>
      </w:r>
      <w:r>
        <w:rPr>
          <w:lang w:eastAsia="zh-CN"/>
        </w:rPr>
        <w:t>　　〈五〉军训感想在即将告别军训的这个时刻，慢慢回想，原来我们每个人都在成长。军训的苦，教我们成长;军事化的苦，教我们成长。我们从一个个散漫雀鸟励炼成勇于搏击的苍鹰，也许，这就是军事化管理的好处，就是警院的独特之处。我爱警院!他教会我成长!我爱警院!他指导我成长!我爱警院!他见证我成长!</w:t>
      </w:r>
      <w:r>
        <w:rPr>
          <w:lang w:eastAsia="zh-CN"/>
        </w:rPr>
        <w:br/>
      </w:r>
      <w:r>
        <w:rPr>
          <w:lang w:eastAsia="zh-CN"/>
        </w:rPr>
        <w:t xml:space="preserve">    2024大一新生军训的心得体会 篇12 </w:t>
      </w:r>
      <w:r>
        <w:rPr>
          <w:lang w:eastAsia="zh-CN"/>
        </w:rPr>
        <w:br/>
      </w:r>
      <w:r>
        <w:rPr>
          <w:lang w:eastAsia="zh-CN"/>
        </w:rPr>
        <w:t>　　我们带着一颗期待的心上了大学;我们带着一颗好奇的心进入了校园;我们带着一颗赤热的心参加了军训。军训已经开始几天了，我们明白了，它不是我们的游乐场所;它不是我们嬉戏的态势;它不是我们随性的活动。军训，它是展现我们勇气的机会;它是显示我们风姿的平台;它是锻炼我们决心的尝试。</w:t>
      </w:r>
      <w:r>
        <w:rPr>
          <w:lang w:eastAsia="zh-CN"/>
        </w:rPr>
        <w:br/>
      </w:r>
      <w:r>
        <w:rPr>
          <w:lang w:eastAsia="zh-CN"/>
        </w:rPr>
        <w:t>　　在军训期间，我也深刻的体会到，军训的过程也是需要我们有恒心、耐心、决心的过程。虽然这期间，我有过错，心里有过紧张，有过放弃，但想想这点苦都吃不来，何来学习上的勇气和恒心呢?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最终我没有轻言放弃。看看同连的姐妹们她们汗湿了头发，她们还试咬紧牙关一起训练，有的甚至几乎快晕了，但还是坚持到最后，姐妹们给予我勇气与决心，我们在烈日炎炎下怀揣一颗赤热的心，我们不怕汗湿了我们的衣服，不怕汗流浃背。决心与烈日抗战到底。我很骄傲，我也很荣幸。骄傲、荣幸与全国各地的姐妹们抗战到底。</w:t>
      </w:r>
      <w:r>
        <w:rPr>
          <w:lang w:eastAsia="zh-CN"/>
        </w:rPr>
        <w:br/>
      </w:r>
      <w:r>
        <w:rPr>
          <w:lang w:eastAsia="zh-CN"/>
        </w:rPr>
        <w:t>　　我很激动，既然我们来了，我们也获得这种锻炼，我们应该懂得学会珍惜。在接下来的训练中，我们一定会加倍努力，不辜负老师和教官们的期望。</w:t>
      </w:r>
      <w:r>
        <w:rPr>
          <w:lang w:eastAsia="zh-CN"/>
        </w:rPr>
        <w:br/>
      </w:r>
      <w:r>
        <w:rPr>
          <w:lang w:eastAsia="zh-CN"/>
        </w:rPr>
        <w:t>　　这是我的的第三次军训，感觉不同上两次的军训，这次军训很特别，很有感觉。</w:t>
      </w:r>
      <w:r>
        <w:rPr>
          <w:lang w:eastAsia="zh-CN"/>
        </w:rPr>
        <w:br/>
      </w:r>
      <w:r>
        <w:rPr>
          <w:lang w:eastAsia="zh-CN"/>
        </w:rPr>
        <w:t>　　军训的第一日，我就觉的很难挨下去，因为很辛苦，辛苦到无法形容，好的是我们有一个很好的教官，因为他很少罚我们,可能是初来报到,所以很不习惯。</w:t>
      </w:r>
      <w:r>
        <w:rPr>
          <w:lang w:eastAsia="zh-CN"/>
        </w:rPr>
        <w:br/>
      </w:r>
      <w:r>
        <w:rPr>
          <w:lang w:eastAsia="zh-CN"/>
        </w:rPr>
        <w:t>　　军训第二天,感觉也特别,特别辛苦,时间的赶,一日三餐都要很快吃完,最不习惯的是早训很新辛苦,这一天我的乱动,被教官发罚我拳头俯卧撑，实在是很辛苦!</w:t>
      </w:r>
      <w:r>
        <w:rPr>
          <w:lang w:eastAsia="zh-CN"/>
        </w:rPr>
        <w:br/>
      </w:r>
      <w:r>
        <w:rPr>
          <w:lang w:eastAsia="zh-CN"/>
        </w:rPr>
        <w:t>　　第三天,军训的时间少了,因为下午的时候,教官给了我们差不多一个下午的休息时间,因为是天气太热吧,这天老师教我们讲道理;不管你身份多么的显赫,我们都要做的,做一个有素质和文化的人!我觉得也挺有道理的。</w:t>
      </w:r>
      <w:r>
        <w:rPr>
          <w:lang w:eastAsia="zh-CN"/>
        </w:rPr>
        <w:br/>
      </w:r>
      <w:r>
        <w:rPr>
          <w:lang w:eastAsia="zh-CN"/>
        </w:rPr>
        <w:t>　　第四天,我们的好教官被换了,我们被新来的教官训练了一个下午,好辛苦啊,的是晚上的时候我们都搞上文娱活动,很好玩,大家都比较投入,大家都玩的比较开心,这使我暂时忘记想家,我觉得这时候有个很大的家庭的感觉。</w:t>
      </w:r>
      <w:r>
        <w:rPr>
          <w:lang w:eastAsia="zh-CN"/>
        </w:rPr>
        <w:br/>
      </w:r>
      <w:r>
        <w:rPr>
          <w:lang w:eastAsia="zh-CN"/>
        </w:rPr>
        <w:t>　　第五天,不知不觉就到了军训的一半,今天都比较平凡,可能是台风的影响,我们的训练暂停了,今天都没有什么特别。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第六天,又是台风的影响,我们的训练真的没有法子练,所以早上我们都和教官们玩游戏,教官们个个都很活跃,玩得比较开心。</w:t>
      </w:r>
      <w:r>
        <w:rPr>
          <w:lang w:eastAsia="zh-CN"/>
        </w:rPr>
        <w:br/>
      </w:r>
      <w:r>
        <w:rPr>
          <w:lang w:eastAsia="zh-CN"/>
        </w:rPr>
        <w:t>　　第七天,我们写我的教官,我觉得我们的教官很帅,身手很好,他对我们都比较负责,而且也是个好玩的人,我们都很不舍得他离开!</w:t>
      </w:r>
      <w:r>
        <w:rPr>
          <w:lang w:eastAsia="zh-CN"/>
        </w:rPr>
        <w:br/>
      </w:r>
      <w:r>
        <w:rPr>
          <w:lang w:eastAsia="zh-CN"/>
        </w:rPr>
        <w:t>　　第八天,这是我军训以来最触动我的心的一刻,我们都搞了一个送教官的晚会,每一个教官都说出了他们自己的心底话,他们说话时是带着深情的眼泪,我相信这一刻触动了我们每一个人的心,我们都很舍不得你们独立团的离开,我们只有充心地祝福你们;一路顺风,步步高升;</w:t>
      </w:r>
      <w:r>
        <w:rPr>
          <w:lang w:eastAsia="zh-CN"/>
        </w:rPr>
        <w:br/>
      </w:r>
      <w:r>
        <w:rPr>
          <w:lang w:eastAsia="zh-CN"/>
        </w:rPr>
        <w:t>　　第九天,这也是送教官的晚会,我们都买了礼物送给了我们的教官,我们送了一件衣服。卡片和祝福言。感觉没有比上一晚好,我们主要是玩游戏,拍照等。</w:t>
      </w:r>
      <w:r>
        <w:rPr>
          <w:lang w:eastAsia="zh-CN"/>
        </w:rPr>
        <w:br/>
      </w:r>
      <w:r>
        <w:rPr>
          <w:lang w:eastAsia="zh-CN"/>
        </w:rPr>
        <w:t>　　最后一天,我们得了第二,但是不重要,因为我们已经努力了,令我们感触的的是教官们匆匆的离开是令我们最舍不得的,我们只是来了一个拥抱就分开了,我想,我们什么时候才可以见回面!</w:t>
      </w:r>
      <w:r>
        <w:rPr>
          <w:lang w:eastAsia="zh-CN"/>
        </w:rPr>
        <w:br/>
      </w:r>
      <w:r>
        <w:rPr>
          <w:lang w:eastAsia="zh-CN"/>
        </w:rPr>
        <w:t>　　整个军训,给我的收获就是认识了教官们,学到了一些军人的生活,和我的新同学。</w:t>
      </w:r>
      <w:r>
        <w:rPr>
          <w:lang w:eastAsia="zh-CN"/>
        </w:rPr>
        <w:br/>
      </w:r>
      <w:r>
        <w:rPr>
          <w:lang w:eastAsia="zh-CN"/>
        </w:rPr>
        <w:t xml:space="preserve">    2024大一新生军训的心得体会 篇13 </w:t>
      </w:r>
      <w:r>
        <w:rPr>
          <w:lang w:eastAsia="zh-CN"/>
        </w:rPr>
        <w:br/>
      </w:r>
      <w:r>
        <w:rPr>
          <w:lang w:eastAsia="zh-CN"/>
        </w:rPr>
        <w:t>　　军训对我来说是一份意义重大的礼物。从出生到现在，我知道什么是军训，什么是军训。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第一天，也就是星期天，我很开心，因为这是我人生中第一次军训。我从来没有这么开心过。在学校吃完早饭，我就出去散步，妈呀！有1，2.16个，16个教官站在操场旁边，看起来都很可怕。我好害怕，希望我们教官戴眼镜，方脸，看起来老实。我们去了操场，果不其然，我们的教官果然如我所料，戴着眼镜，方脸，让我松了口气。我以为我们的教官很厉害，没想到他这么严格。我们不能犯任何错误。不要在任何位置移动。我开始攻击我们的教官。周日周一都是这样。</w:t>
      </w:r>
      <w:r>
        <w:rPr>
          <w:lang w:eastAsia="zh-CN"/>
        </w:rPr>
        <w:br/>
      </w:r>
      <w:r>
        <w:rPr>
          <w:lang w:eastAsia="zh-CN"/>
        </w:rPr>
        <w:t>　　星期二和星期三下雨，所以我们在教室里学习歌曲和玩游戏。教官也逗我们开心，给我们拍照。有一次唱1234首歌的时候嗓子冒烟。教官还让我们学拉歌，就像：东风吹，打鼓，拉歌。还有：时间宝贵！要唱，干脆！杜绝浪费！别唱了，撤退——！唱的歌很多，但是教官让我们抄四句，有时候教官还命令人在讲台上唱。707班郭老师有时来我们班，因为他曾经是我们徐老师的学生(虽然我不知道是谁，但以后会记得他)。有一次徐教导员问：“要我教，还是要别的教导员教？”我们平静地回答，却带着些许恐惧，“你”和“好吧，那你就听话”。</w:t>
      </w:r>
      <w:r>
        <w:rPr>
          <w:lang w:eastAsia="zh-CN"/>
        </w:rPr>
        <w:br/>
      </w:r>
      <w:r>
        <w:rPr>
          <w:lang w:eastAsia="zh-CN"/>
        </w:rPr>
        <w:t>　　周五早上，也就是最后一天，教官好像很想我们(我们是他的第九批学生)。最后一刻我哭了，还好教官没看到。我不讨厌军训吗？讨厌这个徐教官？我为什么哭？“我马上就要离开这里了。我唯一想说的是：只有你尊重别人，别人才会尊重你。”教官想了想说：“你是鬼就别忘了我。”</w:t>
      </w:r>
      <w:r>
        <w:rPr>
          <w:lang w:eastAsia="zh-CN"/>
        </w:rPr>
        <w:br/>
      </w:r>
      <w:r>
        <w:rPr>
          <w:lang w:eastAsia="zh-CN"/>
        </w:rPr>
        <w:t>　　现在，我知道什么是军训，什么是军训了。一个人很难忘记一个人。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军训经历</w:t>
      </w:r>
      <w:r>
        <w:rPr>
          <w:lang w:eastAsia="zh-CN"/>
        </w:rPr>
        <w:br/>
      </w:r>
      <w:r>
        <w:rPr>
          <w:lang w:eastAsia="zh-CN"/>
        </w:rPr>
        <w:t xml:space="preserve">    2024大一新生军训的心得体会 篇14 </w:t>
      </w:r>
      <w:r>
        <w:rPr>
          <w:lang w:eastAsia="zh-CN"/>
        </w:rPr>
        <w:br/>
      </w:r>
      <w:r>
        <w:rPr>
          <w:lang w:eastAsia="zh-CN"/>
        </w:rPr>
        <w:t>　　在激情飞扬，充满朝气的11月里，19级华广学子迎来了军训的第一天。</w:t>
      </w:r>
      <w:r>
        <w:rPr>
          <w:lang w:eastAsia="zh-CN"/>
        </w:rPr>
        <w:br/>
      </w:r>
      <w:r>
        <w:rPr>
          <w:lang w:eastAsia="zh-CN"/>
        </w:rPr>
        <w:t>　　7点，同学们在篮球场上集合完毕，整装待发。经由教官进行简短的训练“拍手”，“坐姿准备”，“前后对阵”后，前往操场参加军训动员会。五个营的同学们整齐划一，声声响亮的口号冲破云霄，彰显着同学们心中的激昂。</w:t>
      </w:r>
      <w:r>
        <w:rPr>
          <w:lang w:eastAsia="zh-CN"/>
        </w:rPr>
        <w:br/>
      </w:r>
      <w:r>
        <w:rPr>
          <w:lang w:eastAsia="zh-CN"/>
        </w:rPr>
        <w:t>　　8点，军训动员大会准时开始，校领导的发言真情切意，充满了对同学们的鼓舞与期待。给了同学们极大的支持，更让同学们感到肩上责任重大，使命荣光。接下来，教官们惊心动魄的军体拳表演更是令同学们印象深刻，惊叹连连，教官们精彩的表演为动员会添加了浓墨重彩的一笔。</w:t>
      </w:r>
      <w:r>
        <w:rPr>
          <w:lang w:eastAsia="zh-CN"/>
        </w:rPr>
        <w:br/>
      </w:r>
      <w:r>
        <w:rPr>
          <w:lang w:eastAsia="zh-CN"/>
        </w:rPr>
        <w:t>　　伴随着动员大会的圆满成功，同学们的军训生活才算正式拉开的帷幕。各个营队由教官带往各自的训练场地，在教官悉心教导且严格要求下，同学们学习了站军姿，放水，弯腰等基本训练。期间，不断有身体不适倒下同学，但他们在稍有好转后便继续参与到训练中，体现了华广学子顽强拼搏的坚韧意志力。</w:t>
      </w:r>
      <w:r>
        <w:rPr>
          <w:lang w:eastAsia="zh-CN"/>
        </w:rPr>
        <w:br/>
      </w:r>
    </w:p>
    <w:p w:rsidR="001B1F19" w14:textId="27C3F48A">
      <w:pPr>
        <w:rPr>
          <w:rFonts w:hint="eastAsia"/>
          <w:lang w:eastAsia="zh-CN"/>
        </w:rPr>
      </w:pPr>
      <w:r>
        <w:rPr>
          <w:lang w:eastAsia="zh-CN"/>
        </w:rPr>
        <w:t>　　随后，教官对同学们进行仪容仪表的检查及要求，解散集合等巩固训练。在稍作休息时，教官便带领同学们唱响嘹亮的军歌。军歌，是军队中永远的流行曲，那铿锵有力的歌声激励着多少军人为国家而战，英勇无畏的去冲锋。“听吧新征程吹响号角，强军目标召唤在前方。”这熟悉的旋律，激昂的歌词回响在耳边。当我们真正自己唱出这首歌时，心中充满的自傲与骄傲。</w:t>
      </w:r>
      <w:r>
        <w:rPr>
          <w:lang w:eastAsia="zh-CN"/>
        </w:rPr>
        <w:br/>
      </w:r>
      <w:r>
        <w:rPr>
          <w:lang w:eastAsia="zh-CN"/>
        </w:rPr>
        <w:t>　　尽管艳阳高照，天气炎热，但我们定将以高倍热情继续接下来的日子。</w:t>
      </w:r>
      <w:r>
        <w:rPr>
          <w:lang w:eastAsia="zh-CN"/>
        </w:rPr>
        <w:br/>
      </w:r>
      <w:r>
        <w:rPr>
          <w:lang w:eastAsia="zh-CN"/>
        </w:rPr>
        <w:t xml:space="preserve">    2024大一新生军训的心得体会 篇15 </w:t>
      </w:r>
      <w:r>
        <w:rPr>
          <w:lang w:eastAsia="zh-CN"/>
        </w:rPr>
        <w:br/>
      </w:r>
      <w:r>
        <w:rPr>
          <w:lang w:eastAsia="zh-CN"/>
        </w:rPr>
        <w:t>　　伴随着军官们一声声嘹亮的口令声，训练场上一排排的方队整齐的做着各种动作。在我眼中，一切都是那么的新奇。我站在那里，置身在一群军旅的海洋中，体验着青春的朝气与蓬勃。我一直相信“年轻，没有什么不可以”。作为新时代的青年，作为新时代的__人，我们应该继承“勤读力更，立己达人”的校训。挖掘自己的潜力，实现自己的理想。</w:t>
      </w:r>
      <w:r>
        <w:rPr>
          <w:lang w:eastAsia="zh-CN"/>
        </w:rPr>
        <w:br/>
      </w:r>
      <w:r>
        <w:rPr>
          <w:lang w:eastAsia="zh-CN"/>
        </w:rPr>
        <w:t>　　在的大学军训中，最令我刻骨铭心的就是站军姿。当时双脚都站麻了，好像它们都不再属于我。那时，我曾经想喊报告出列，可当我看到别人都认真纹丝不动的站在那儿，我又犹豫了。大家都是年轻人，为什么他们可以而我却不可以。我要证明自己并不比他们差。</w:t>
      </w:r>
      <w:r>
        <w:rPr>
          <w:lang w:eastAsia="zh-CN"/>
        </w:rPr>
        <w:br/>
      </w:r>
      <w:r>
        <w:rPr>
          <w:lang w:eastAsia="zh-CN"/>
        </w:rPr>
        <w:t>　　虽然我站的军姿并不是那么标准，但我却非常自信的为自己鼓掌，因为我坚持了下来。榜样的力量是无穷的。我能坚持到最后，教官和战友的榜样作用功不可没。我想真诚的对他们说一声谢谢，特别是教官的仔细的教导最令我感动。他们不厌其烦的纠正我的一个个错误，严肃但是不是粗暴，关心但不是放纵。</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https://d.book118.com/328142127042006035</w:t>
        </w:r>
      </w:hyperlink>
    </w:p>
    <w:p w:rsidR="001B1F19">
      <w:pPr>
        <w:rPr>
          <w:rFonts w:hint="eastAsia"/>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28142127042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