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jc w:val="center"/>
      </w:pPr>
      <w:r>
        <w:rPr>
          <w:rFonts w:ascii="宋体" w:eastAsia="宋体" w:hAnsi="宋体"/>
          <w:sz w:val="36"/>
        </w:rPr>
        <w:t>小学音乐课教学反思（优秀13篇）</w:t>
      </w:r>
    </w:p>
    <w:p>
      <w:pPr>
        <w:spacing w:before="100" w:after="200" w:line="360" w:lineRule="auto"/>
        <w:ind w:firstLine="576"/>
        <w:jc w:val="left"/>
      </w:pPr>
      <w:r>
        <w:rPr>
          <w:rFonts w:ascii="宋体" w:eastAsia="宋体" w:hAnsi="宋体"/>
          <w:sz w:val="28"/>
        </w:rPr>
        <w:t>下半期《手拉手》的主题活动将进行完毕，在《手拉手》主题教学中，我采用多种教学方法，通过欣赏、观察、交流、游戏等，让幼儿进一步感受到与人友好相处的快乐，突破了本主题的教学重点和难点，现简单总结如下：</w:t>
      </w:r>
    </w:p>
    <w:p>
      <w:pPr>
        <w:spacing w:before="100" w:after="200" w:line="360" w:lineRule="auto"/>
        <w:ind w:firstLine="576"/>
        <w:jc w:val="left"/>
      </w:pPr>
      <w:r>
        <w:rPr>
          <w:rFonts w:ascii="宋体" w:eastAsia="宋体" w:hAnsi="宋体"/>
          <w:sz w:val="28"/>
        </w:rPr>
        <w:t>1、为了让孩子们更好的投入活动中，我首先用了大家熟悉的《找朋友》《找到朋友碰一碰》音乐，通过音乐游戏激发幼儿的学习兴趣和感受与朋友之间友好相处的快乐。</w:t>
      </w:r>
    </w:p>
    <w:p>
      <w:pPr>
        <w:spacing w:before="100" w:after="200" w:line="360" w:lineRule="auto"/>
        <w:ind w:firstLine="576"/>
        <w:jc w:val="left"/>
        <w:sectPr w:rsidSect="00034616">
          <w:pgSz w:w="11906" w:h="16838"/>
          <w:pgMar w:top="1440" w:right="1440" w:bottom="1440" w:left="1440" w:header="720" w:footer="720" w:gutter="0"/>
          <w:cols w:space="720"/>
          <w:docGrid w:linePitch="360"/>
        </w:sectPr>
      </w:pPr>
      <w:r>
        <w:rPr>
          <w:rFonts w:ascii="宋体" w:eastAsia="宋体" w:hAnsi="宋体"/>
          <w:sz w:val="28"/>
        </w:rPr>
        <w:t>2、在生活中利用编位置，给幼儿提供自由结合找朋友，我首先问小朋友，我们都是中班的小朋友了，你想和谁坐在一起？为什么？李政康小朋友说：“我想和范树璋坐在一起，因为我和他是好朋友。”陈晨小朋友说：“我想和陈子涛坐一起，因为我们是好朋友。”庞浩宇小朋友说：“我也想和李政康、范树璋坐一起，我们都是好朋友。”听到他们三人想坐一起，我当时就心里一紧，他们三个小朋友都很聪明，但是在常规方面却是比较差的，属于不容易自我控制的小朋友，他们喜欢在课余时间挤在一起，虽然是好朋友但也免不了经常吵架，他们三人坐一起真的有点紧张，于是我问他们：“你们三个人是好朋友啊，真好，那你们说，好朋友坐在一起，应该怎么样呢？”这时，他们纷纷举手说：“好朋友坐在一起，当然不能够吵架，还要互相帮助呢！”听到他们的回答，我真的很开心，觉得他们有这样良好地想法已经不错了，于是我当即就表扬了他们，鼓励另外的小朋友向他们学习。接下来我让孩子们自由选择好朋友坐一组，然后再用照相机把同一组的小朋友拍照记录了下来，展示教室丽的电视机还有上传到Q群相册里。</w:t>
      </w:r>
    </w:p>
    <w:p>
      <w:pPr>
        <w:spacing w:before="100" w:after="200" w:line="360" w:lineRule="auto"/>
        <w:ind w:firstLine="576"/>
        <w:jc w:val="left"/>
      </w:pPr>
      <w:r>
        <w:rPr>
          <w:rFonts w:ascii="宋体" w:eastAsia="宋体" w:hAnsi="宋体"/>
          <w:sz w:val="28"/>
        </w:rPr>
        <w:t>3、经过后半期的观察，孩子们和好朋友坐在一起都很开心，而且还能相互提醒、相互帮助，下课时，他们在一起开心地聊天、游戏、常规比以前有所好转，通过各科一系列的活动，让每个幼儿认识自己的优点和长处，同时正确看待朋友的闪光点，知道怎样才能拥有更多的好朋友。</w:t>
      </w:r>
    </w:p>
    <w:p>
      <w:pPr>
        <w:spacing w:before="100" w:after="200" w:line="360" w:lineRule="auto"/>
        <w:ind w:firstLine="576"/>
        <w:jc w:val="left"/>
      </w:pPr>
      <w:r>
        <w:rPr>
          <w:rFonts w:ascii="宋体" w:eastAsia="宋体" w:hAnsi="宋体"/>
          <w:sz w:val="28"/>
        </w:rPr>
        <w:t>新课标、新理念、新教材告诉我，现在的音乐课目的是培养学生感受美、创造美、鉴赏美的能力，培养学生用音乐的方式表现和交流情感，并获得创造、表现、合作和交流能力，培养学生对知识的组合、运用、创新的能力，在引导学生学习过程中，自己也有很大的收获。</w:t>
      </w:r>
    </w:p>
    <w:p>
      <w:pPr>
        <w:spacing w:before="100" w:after="200" w:line="360" w:lineRule="auto"/>
        <w:ind w:firstLine="576"/>
        <w:jc w:val="left"/>
      </w:pPr>
      <w:r>
        <w:rPr>
          <w:rFonts w:ascii="宋体" w:eastAsia="宋体" w:hAnsi="宋体"/>
          <w:sz w:val="28"/>
        </w:rPr>
        <w:t>1、弃传统的苦学，推行“乐学”</w:t>
      </w:r>
    </w:p>
    <w:p>
      <w:pPr>
        <w:spacing w:before="100" w:after="200" w:line="360" w:lineRule="auto"/>
        <w:ind w:firstLine="576"/>
        <w:jc w:val="left"/>
      </w:pPr>
      <w:r>
        <w:rPr>
          <w:rFonts w:ascii="宋体" w:eastAsia="宋体" w:hAnsi="宋体"/>
          <w:sz w:val="28"/>
        </w:rPr>
        <w:t>整个教学始终在愉快合作、多彩、友爱、融洽的气氛中进行，我从全面提高学生素质出发，为学生创设了良好的教学氛围，在教学方法上变繁为简，变厌为趣，变深奥为通俗易懂，变被动为主动，变机械重复为灵活多变富于创造，充分做到既能促进学生智能最大限度地发展，又不加重学生负担，特别是在情感上使学生的学习积极性得到激发，让每个学生享受到成功的欢乐。</w:t>
      </w:r>
    </w:p>
    <w:p>
      <w:pPr>
        <w:spacing w:before="100" w:after="200" w:line="360" w:lineRule="auto"/>
        <w:ind w:firstLine="576"/>
        <w:jc w:val="left"/>
      </w:pPr>
      <w:r>
        <w:rPr>
          <w:rFonts w:ascii="宋体" w:eastAsia="宋体" w:hAnsi="宋体"/>
          <w:sz w:val="28"/>
        </w:rPr>
        <w:t>2、音乐课，多媒体电脑其乐融融。</w:t>
      </w:r>
    </w:p>
    <w:p>
      <w:pPr>
        <w:spacing w:before="100" w:after="200" w:line="360" w:lineRule="auto"/>
        <w:ind w:firstLine="576"/>
        <w:jc w:val="left"/>
      </w:pPr>
      <w:r>
        <w:rPr>
          <w:rFonts w:ascii="宋体" w:eastAsia="宋体" w:hAnsi="宋体"/>
          <w:sz w:val="28"/>
        </w:rPr>
        <w:t>运用多媒体教学，优化音乐教学过程，提高音乐教学质量能起到事半功倍的效果，在音乐课中大有用武之地。利用其色彩鲜艳，图形生动、形象的特点，为学生提供一种声音、文字、图像相结合而富于变化的学习情境，调动起学生的多种感官，引起学生的好奇心和深厚兴趣，使学生主动参与到学习中去。</w:t>
      </w:r>
    </w:p>
    <w:p>
      <w:pPr>
        <w:spacing w:before="100" w:after="200" w:line="360" w:lineRule="auto"/>
        <w:ind w:firstLine="576"/>
        <w:jc w:val="left"/>
        <w:sectPr w:rsidSect="00034616">
          <w:type w:val="nextPage"/>
          <w:pgSz w:w="11906" w:h="16838"/>
          <w:pgMar w:top="1440" w:right="1440" w:bottom="1440" w:left="1440" w:header="720" w:footer="720" w:gutter="0"/>
          <w:pgNumType w:start="2"/>
          <w:cols w:space="720"/>
          <w:titlePg w:val="0"/>
          <w:docGrid w:linePitch="360"/>
        </w:sectPr>
      </w:pPr>
      <w:r>
        <w:rPr>
          <w:rFonts w:ascii="宋体" w:eastAsia="宋体" w:hAnsi="宋体"/>
          <w:sz w:val="28"/>
        </w:rPr>
        <w:t>3、把静态的歌曲内容作动态处理</w:t>
      </w:r>
    </w:p>
    <w:p>
      <w:pPr>
        <w:spacing w:before="100" w:after="200" w:line="360" w:lineRule="auto"/>
        <w:ind w:firstLine="576"/>
        <w:jc w:val="left"/>
      </w:pPr>
      <w:r>
        <w:rPr>
          <w:rFonts w:ascii="宋体" w:eastAsia="宋体" w:hAnsi="宋体"/>
          <w:sz w:val="28"/>
        </w:rPr>
        <w:t>在处理歌曲《大雨和小雨》的过程中，把知识与实际有机结合，把静态的歌曲内容作动态处理。用声势节奏练习、师生对唱、模唱等活动架起主客体之间的桥梁，让学生动手、动口、动脑，主动探索、发现，在培养学生的表现能力的同时，还培养了学生的独立性、主动性、创造性等方面的素质。</w:t>
      </w:r>
    </w:p>
    <w:p>
      <w:pPr>
        <w:spacing w:before="100" w:after="200" w:line="360" w:lineRule="auto"/>
        <w:ind w:firstLine="576"/>
        <w:jc w:val="left"/>
      </w:pPr>
      <w:r>
        <w:rPr>
          <w:rFonts w:ascii="宋体" w:eastAsia="宋体" w:hAnsi="宋体"/>
          <w:sz w:val="28"/>
        </w:rPr>
        <w:t>反思这节课，给我留下了一些遗憾：</w:t>
      </w:r>
    </w:p>
    <w:p>
      <w:pPr>
        <w:spacing w:before="100" w:after="200" w:line="360" w:lineRule="auto"/>
        <w:ind w:firstLine="576"/>
        <w:jc w:val="left"/>
      </w:pPr>
      <w:r>
        <w:rPr>
          <w:rFonts w:ascii="宋体" w:eastAsia="宋体" w:hAnsi="宋体"/>
          <w:sz w:val="28"/>
        </w:rPr>
        <w:t>一、教案设计容量太大，导致没有完成本节课的教学任务，使其课堂的精华没能展现，在四把不同颜色伞上旋律戏雨后，我悄悄看了一下时间，呀，只有三分钟了，因此，我就慌慌忙忙让学生听了一遍歌曲踩雨，就结束了此课，给人以没有完成教学内容的感觉。</w:t>
      </w:r>
    </w:p>
    <w:p>
      <w:pPr>
        <w:spacing w:before="100" w:after="200" w:line="360" w:lineRule="auto"/>
        <w:ind w:firstLine="576"/>
        <w:jc w:val="left"/>
      </w:pPr>
      <w:r>
        <w:rPr>
          <w:rFonts w:ascii="宋体" w:eastAsia="宋体" w:hAnsi="宋体"/>
          <w:sz w:val="28"/>
        </w:rPr>
        <w:t>二、如果能把教学环节组织得更周密一些，教学效果会好一点。我认为歌曲处理上所花时间偏长，应精减精练。</w:t>
      </w:r>
    </w:p>
    <w:p>
      <w:pPr>
        <w:spacing w:before="100" w:after="200" w:line="360" w:lineRule="auto"/>
        <w:ind w:firstLine="576"/>
        <w:jc w:val="left"/>
      </w:pPr>
      <w:r>
        <w:rPr>
          <w:rFonts w:ascii="宋体" w:eastAsia="宋体" w:hAnsi="宋体"/>
          <w:sz w:val="28"/>
        </w:rPr>
        <w:t>三、对于学生识谱能力的估计，不能准确到位，也就是说，了解学生的力度不够，导致学生给老师提了一个小小要求，“老师，你可以不给我弹琴，我相信我会唱好的。”具体说：在戏雨视唱《踩雨》第二乐段的旋律时，因歌谱节奏复杂，高音较少，我担心学生唱不好，总用风琴帮着学生，其实这个环节在老师与学生共同学习的过程中，学生学习效果是很好的，应该放手给学生。</w:t>
      </w:r>
    </w:p>
    <w:p>
      <w:pPr>
        <w:spacing w:before="100" w:after="200" w:line="360" w:lineRule="auto"/>
        <w:ind w:firstLine="576"/>
        <w:jc w:val="left"/>
        <w:sectPr w:rsidSect="00034616">
          <w:type w:val="nextPage"/>
          <w:pgSz w:w="11906" w:h="16838"/>
          <w:pgMar w:top="1440" w:right="1440" w:bottom="1440" w:left="1440" w:header="720" w:footer="720" w:gutter="0"/>
          <w:pgNumType w:start="3"/>
          <w:cols w:space="720"/>
          <w:titlePg w:val="0"/>
          <w:docGrid w:linePitch="360"/>
        </w:sectPr>
      </w:pPr>
      <w:r>
        <w:rPr>
          <w:rFonts w:ascii="宋体" w:eastAsia="宋体" w:hAnsi="宋体"/>
          <w:sz w:val="28"/>
        </w:rPr>
        <w:t>四、处理教学时间思维不够灵活，其实，剩下的两分钟，改为看雨听赏《雨打芭蕉》，让学生在美的画面中欣赏雨景，感受大自然的美，给人的感觉也将会是一节完整的课。</w:t>
      </w:r>
    </w:p>
    <w:p>
      <w:pPr>
        <w:spacing w:before="100" w:after="200" w:line="360" w:lineRule="auto"/>
        <w:ind w:firstLine="576"/>
        <w:jc w:val="left"/>
      </w:pPr>
      <w:r>
        <w:rPr>
          <w:rFonts w:ascii="宋体" w:eastAsia="宋体" w:hAnsi="宋体"/>
          <w:sz w:val="28"/>
        </w:rPr>
        <w:t>总之，通过仔细地研究，全面地分析自己所讲过的课，我认为这是对自己的一次很有意义的学习。我相信，在这种环境中，我的音乐教学在各位同事的帮助下，会有很大的进步和提高。</w:t>
      </w:r>
    </w:p>
    <w:p>
      <w:pPr>
        <w:spacing w:before="100" w:after="200" w:line="360" w:lineRule="auto"/>
        <w:ind w:firstLine="576"/>
        <w:jc w:val="left"/>
      </w:pPr>
      <w:r>
        <w:rPr>
          <w:rFonts w:ascii="宋体" w:eastAsia="宋体" w:hAnsi="宋体"/>
          <w:sz w:val="28"/>
        </w:rPr>
        <w:t>学生们一到音乐课就特别的放松，因为不用象上数学、语文课那样规规矩矩，这正是音乐课带给他们的“特殊享受”吗？但是放松不等于懒散、无纪律。俗话说：“没有规矩，不成方圆”。每堂课都需要在有序的纪律下进行。音乐课的常规训练重点在于要对学生的站、坐、行、排队、分组、进出教室的训练，又要把这些训练放在音乐中进行，让学生在浓浓的音乐氛围中轻松愉快的、有秩序地完成相关动作。如：听音乐进教室；用上行和下行的音阶表示起立和坐下；用歌声师生问好；用一小段轻快的音乐让学生分组进行编创或表演等等。这样的训练，让学生在整个音乐课堂教学都在音乐中进行，既体现了音乐的语言性又突出音乐课的特点。</w:t>
      </w:r>
    </w:p>
    <w:p>
      <w:pPr>
        <w:spacing w:before="100" w:after="200" w:line="360" w:lineRule="auto"/>
        <w:ind w:firstLine="576"/>
        <w:jc w:val="left"/>
        <w:sectPr w:rsidSect="00034616">
          <w:type w:val="nextPage"/>
          <w:pgSz w:w="11906" w:h="16838"/>
          <w:pgMar w:top="1440" w:right="1440" w:bottom="1440" w:left="1440" w:header="720" w:footer="720" w:gutter="0"/>
          <w:pgNumType w:start="4"/>
          <w:cols w:space="720"/>
          <w:titlePg w:val="0"/>
          <w:docGrid w:linePitch="360"/>
        </w:sectPr>
      </w:pPr>
      <w:r>
        <w:rPr>
          <w:rFonts w:ascii="宋体" w:eastAsia="宋体" w:hAnsi="宋体"/>
          <w:sz w:val="28"/>
        </w:rPr>
        <w:t>小学音乐教学是通过师生情感的投入，心灵的感悟来达成教学目标的，若不能确保学生具有好心情、好情绪、就不能获得良好的教学效果。因此对于学生正在参与的音乐活动，教师不应是局外人、旁观者、而应把自己置身于音乐活动中，把一切“教”的活动落实在“学”的活动中，有心做孩子们的带头人和伙伴。让学生对教师产生亲近感、认同感。乐于接受教师的指导，使学生敢想、敢说、敢做。从而让学生发挥出最大的潜能。如：二年级的表演课《小乌鸦爱妈妈》，我以满腔的热情参与到表演中去，先是扮演了乌鸦妈妈，全班的学生都是我的孩子小乌鸦；然后我再请一学生扮演乌鸦妈妈，我和其余的学生扮演小乌鸦。整节课都是师生同演，学生的情绪放松了，课堂充满了生气，师生感情增进了，让学生在欢快的气氛中感受了教育</w:t>
      </w:r>
    </w:p>
    <w:p>
      <w:pPr>
        <w:spacing w:before="100" w:after="200" w:line="360" w:lineRule="auto"/>
        <w:ind w:firstLine="576"/>
        <w:jc w:val="left"/>
      </w:pPr>
      <w:r>
        <w:rPr>
          <w:rFonts w:ascii="宋体" w:eastAsia="宋体" w:hAnsi="宋体"/>
          <w:sz w:val="28"/>
        </w:rPr>
        <w:t>音乐是一种感官艺术，在音乐课中，一定要抓住和突出音乐中的“听”的重要功能，学生听多了、耳熟了，自然就会唱了。我上课通常采取几种“听”的方法：一、拍节奏法。即让学生和着音乐拍击节奏，这样有利于学生掌握歌曲的节奏。二、口令法。即在听歌曲时，教师根据乐曲的情绪给予各种口令，让学生和着音乐做举手、踏步、转身等动作，这通常以乐段为单位。三、闭目法。此法能消除视觉上的干扰，集中注意力，使学生全神贯注的倾听音乐，用心去感受音乐，这种方法比较适合于旋律优美的歌曲欣赏课。音乐课堂教学中采用多种多样的“听”的形式，学生在听时就不会觉得枯燥单调，在和谐、平等、愉快的气氛中自然学会新歌。</w:t>
      </w:r>
    </w:p>
    <w:p>
      <w:pPr>
        <w:spacing w:before="100" w:after="200" w:line="360" w:lineRule="auto"/>
        <w:ind w:firstLine="576"/>
        <w:jc w:val="left"/>
      </w:pPr>
      <w:r>
        <w:rPr>
          <w:rFonts w:ascii="宋体" w:eastAsia="宋体" w:hAnsi="宋体"/>
          <w:sz w:val="28"/>
        </w:rPr>
        <w:t>《小小的船》是一首童年的歌谣，以优美的语言、形象的比喻，描绘了一幅奇妙的夜景图。教学时应引导学生通过各种形式反复朗读体会所表达的美感。</w:t>
      </w:r>
    </w:p>
    <w:p>
      <w:pPr>
        <w:spacing w:before="100" w:after="200" w:line="360" w:lineRule="auto"/>
        <w:ind w:firstLine="576"/>
        <w:jc w:val="left"/>
      </w:pPr>
      <w:r>
        <w:rPr>
          <w:rFonts w:ascii="宋体" w:eastAsia="宋体" w:hAnsi="宋体"/>
          <w:sz w:val="28"/>
        </w:rPr>
        <w:t>课的伊始，我就通过多媒体课件展示了一幅一弯月亮挂在蓝天上的画面，为孩子们创设了一个主动参与的教学情境。当我问孩子们“你觉得月亮像什么？”时，孩子们不假思索地说出了月亮像小船，像香蕉、像镰刀、像牛角等。孩子们的想象力出乎我的意料。</w:t>
      </w:r>
    </w:p>
    <w:p>
      <w:pPr>
        <w:spacing w:before="100" w:after="200" w:line="360" w:lineRule="auto"/>
        <w:ind w:firstLine="576"/>
        <w:jc w:val="left"/>
        <w:sectPr w:rsidSect="00034616">
          <w:type w:val="nextPage"/>
          <w:pgSz w:w="11906" w:h="16838"/>
          <w:pgMar w:top="1440" w:right="1440" w:bottom="1440" w:left="1440" w:header="720" w:footer="720" w:gutter="0"/>
          <w:pgNumType w:start="5"/>
          <w:cols w:space="720"/>
          <w:titlePg w:val="0"/>
          <w:docGrid w:linePitch="360"/>
        </w:sectPr>
      </w:pPr>
      <w:r>
        <w:rPr>
          <w:rFonts w:ascii="宋体" w:eastAsia="宋体" w:hAnsi="宋体"/>
          <w:sz w:val="28"/>
        </w:rPr>
        <w:t>其次，课上，我先通过范读，使学生对课文有了整体的感知。我又通过播放课件，使学生对文本的阅读产生了浓厚的兴趣。我还和学生一起通过边读边做动作，充分感知了月儿那种“弯弯”、“尖尖”惹人喜爱的形象。这一节课的阅读我还让音乐贯穿始终。不管是我的范读，学生的自由读和个别读，还有学生的表演读和想象读，音乐都起到了非常重要的作用。课堂的气氛是活跃的，学生的主体地位得以充分体现，丰富多彩的个性得到张扬，童真童趣在自然状态下表露。</w:t>
      </w:r>
    </w:p>
    <w:p>
      <w:pPr>
        <w:spacing w:before="100" w:after="200" w:line="360" w:lineRule="auto"/>
        <w:ind w:firstLine="576"/>
        <w:jc w:val="left"/>
      </w:pPr>
      <w:r>
        <w:rPr>
          <w:rFonts w:ascii="宋体" w:eastAsia="宋体" w:hAnsi="宋体"/>
          <w:sz w:val="28"/>
        </w:rPr>
        <w:t>再次，一年级小朋友活泼好动，好奇心强，注意力不易持久。因此我采用了生动活泼、形式多样的学习汉字方法，激发他们学习的积极性，使他们乐于识字，主动识字。其中感觉最成功的还是“小老师”的活动。让会的学生当小老师，能充分调动学生学习的积极性，促使他们主动参与学习。每次“小老师”一上台，其他学生的情绪便十分高涨，注意力也格外的集中。而当了“小老师”的学生也显得认真负责，“跟我读”“我要提醒大家”，一招一式还真有模有样，识字效率大大提高。当然“小老师”并不局限于几个人，学习好的可以做小组合作学习中检查识字情况的“小老师”；学习中等的可以带领大家学习难度不高的内容；胆子小的、学习较困难的更通过当“小老师”树立信心，变被动为主动。学生的主体地位得到发展。“小老师”的活动作用还真不小呢！</w:t>
      </w:r>
    </w:p>
    <w:p>
      <w:pPr>
        <w:spacing w:before="100" w:after="200" w:line="360" w:lineRule="auto"/>
        <w:ind w:firstLine="576"/>
        <w:jc w:val="left"/>
      </w:pPr>
      <w:r>
        <w:rPr>
          <w:rFonts w:ascii="宋体" w:eastAsia="宋体" w:hAnsi="宋体"/>
          <w:sz w:val="28"/>
        </w:rPr>
        <w:t>当然，这节课也存在一些不足的地方。比如：为了能够在一节课内完成任务，文章内容挖掘不深，没有帮助学生更好地理解课文。对于学生的回答，虽然给予了鼓励性的评价，但还是较为单一，不够丰富。虽然课堂上照顾了大多数，但对于极个别的困难生，还是力不从心。这些，都有待于我在今后的工作中不断地探索，进一步改进。</w:t>
      </w:r>
    </w:p>
    <w:p>
      <w:pPr>
        <w:spacing w:before="100" w:after="200" w:line="360" w:lineRule="auto"/>
        <w:ind w:firstLine="576"/>
        <w:jc w:val="left"/>
        <w:sectPr w:rsidSect="00034616">
          <w:type w:val="nextPage"/>
          <w:pgSz w:w="11906" w:h="16838"/>
          <w:pgMar w:top="1440" w:right="1440" w:bottom="1440" w:left="1440" w:header="720" w:footer="720" w:gutter="0"/>
          <w:pgNumType w:start="6"/>
          <w:cols w:space="720"/>
          <w:titlePg w:val="0"/>
          <w:docGrid w:linePitch="360"/>
        </w:sectPr>
      </w:pPr>
      <w:r>
        <w:rPr>
          <w:rFonts w:ascii="宋体" w:eastAsia="宋体" w:hAnsi="宋体"/>
          <w:sz w:val="28"/>
        </w:rPr>
        <w:t>音乐是艺术，而音乐教学更是艺术教学中的艺术。音乐反思性教学则是指运用教育教学的有关理论，对课堂教学的教育理念、教学设计、教学内容、教学方法等方面进行科学的分析和思考，从中归纳出成败得失，为不断优化后续教学提供重要的条件。因为吸取教训，能更好地促进教学内容的选择、组合、调整；教学目标的设计、达成；教学策略的合理、优化，才能使课后的反思性真正起到反思、调整、改进后续教学的积极作用，切实提高课堂教学的效能，不断提高学生的音乐感受力和音乐审美能力。所以每学期对自己的一次教学反思是很有必要的。那么，音乐教学应该从那些方面进行反思，反思后又该如何提高自己的教学能力呢？</w:t>
      </w:r>
    </w:p>
    <w:p>
      <w:pPr>
        <w:spacing w:before="100" w:after="200" w:line="360" w:lineRule="auto"/>
        <w:jc w:val="left"/>
      </w:pPr>
      <w:r>
        <w:rPr>
          <w:rFonts w:ascii="宋体 (中文正文)" w:eastAsia="宋体" w:hAnsi="宋体 (中文正文)"/>
          <w:b/>
          <w:sz w:val="28"/>
        </w:rPr>
        <w:t>一、把握学生心理特征，从而对课堂纪律进行调控</w:t>
      </w:r>
    </w:p>
    <w:p>
      <w:pPr>
        <w:spacing w:before="100" w:after="200" w:line="360" w:lineRule="auto"/>
        <w:ind w:firstLine="576"/>
        <w:jc w:val="left"/>
      </w:pPr>
      <w:r>
        <w:rPr>
          <w:rFonts w:ascii="宋体" w:eastAsia="宋体" w:hAnsi="宋体"/>
          <w:sz w:val="28"/>
        </w:rPr>
        <w:t>在低年级的音乐课堂上，前几分钟，同学们的配合还是相当不错，但是很快课堂就出现难以收拾的“热闹”。</w:t>
      </w:r>
    </w:p>
    <w:p>
      <w:pPr>
        <w:spacing w:before="100" w:after="200" w:line="360" w:lineRule="auto"/>
        <w:ind w:firstLine="576"/>
        <w:jc w:val="left"/>
      </w:pPr>
      <w:r>
        <w:rPr>
          <w:rFonts w:ascii="宋体" w:eastAsia="宋体" w:hAnsi="宋体"/>
          <w:sz w:val="28"/>
        </w:rPr>
        <w:t>本学期，我主要是从事低年级的教学。记得在第一节音乐课的时候，因为我并没有很好了解低年级学生的心理特征，在上课后15分钟还没有进入主题，使课堂出现闹哄哄的情况，当时我只会发脾气，所以最后使得学生和教师也出现比较僵的情况。这样一来，学生对老师的好感也消失，同时也影响到老师的教学质量。后来我查阅了相关书籍，知道低年级学生的心理特征，他们都是集中力时间比较短，因此必须把握好课堂的前15分钟，提高课堂的效率。为此我对自己的教学安排做了相关的调整，我通常把师生问候，练声及复习前一首曲目的时间把握在前5分钟。通过简短的导入然后直奔主题，这样一来学生能很好掌握本节课的重点及难点知识。而导入的方式也必须引起学生的兴趣，对于低年级的学生，他们对于动画视频导入，故事导入或者聊天的方式导入都是相当感兴趣。因此说，把握好学生的心理特征，课堂的效率已经可以提高一半。</w:t>
      </w:r>
    </w:p>
    <w:p>
      <w:pPr>
        <w:spacing w:before="100" w:after="200" w:line="360" w:lineRule="auto"/>
        <w:jc w:val="left"/>
      </w:pPr>
      <w:r>
        <w:rPr>
          <w:rFonts w:ascii="宋体 (中文正文)" w:eastAsia="宋体" w:hAnsi="宋体 (中文正文)"/>
          <w:b/>
          <w:sz w:val="28"/>
        </w:rPr>
        <w:t>二、用先唱歌后识谱的方法强化听觉</w:t>
      </w:r>
    </w:p>
    <w:p>
      <w:pPr>
        <w:spacing w:before="100" w:after="200" w:line="360" w:lineRule="auto"/>
        <w:ind w:firstLine="576"/>
        <w:jc w:val="left"/>
      </w:pPr>
      <w:r>
        <w:rPr>
          <w:rFonts w:ascii="宋体" w:eastAsia="宋体" w:hAnsi="宋体"/>
          <w:sz w:val="28"/>
        </w:rPr>
        <w:t>在音乐课中，学生们对于唱谱从来不感兴趣，反而感觉到乏味。刚开始我对这情况并没有摸着头脑，还以为是他们偷懒。</w:t>
      </w:r>
    </w:p>
    <w:p>
      <w:pPr>
        <w:spacing w:before="100" w:after="200" w:line="360" w:lineRule="auto"/>
        <w:ind w:firstLine="576"/>
        <w:jc w:val="left"/>
        <w:sectPr w:rsidSect="00034616">
          <w:type w:val="nextPage"/>
          <w:pgSz w:w="11906" w:h="16838"/>
          <w:pgMar w:top="1440" w:right="1440" w:bottom="1440" w:left="1440" w:header="720" w:footer="720" w:gutter="0"/>
          <w:pgNumType w:start="7"/>
          <w:cols w:space="720"/>
          <w:titlePg w:val="0"/>
          <w:docGrid w:linePitch="360"/>
        </w:sectPr>
      </w:pPr>
    </w:p>
    <w:p>
      <w:pPr>
        <w:spacing w:before="100" w:after="200" w:line="360" w:lineRule="auto"/>
        <w:ind w:firstLine="576"/>
        <w:jc w:val="left"/>
      </w:pPr>
      <w:r>
        <w:rPr>
          <w:rFonts w:ascii="宋体" w:eastAsia="宋体" w:hAnsi="宋体"/>
          <w:sz w:val="28"/>
        </w:rPr>
        <w:t>音乐学习的各个方面都涉及到听觉的作用，审美主体对于音乐的各种听觉感受能力，是审美能力的基础。因此先唱歌、后识谱与先识谱、后唱歌在教学目的上并不矛盾。而在传统的教学方式是先识谱、后唱歌，通常情况下，针对有一定识谱能力的学生，使用这种教学方式，可起到良好的效果。但是我却发现，其实很多同学对简谱并没有了解，如果采取先识谱后唱歌的方式进行学习，不但学生没有对该曲目起到兴趣，也把课堂前15分钟的宝贵时间也白白浪费掉。对此我作出以下的改善，在教唱新歌前我首先让学生欣赏，以听领先。并让学生和着音乐做简单的律动，使学生对音乐有了听觉上的印象，为下一步学好歌曲作好铺垫。然后让学生欣赏歌曲、感受音乐，从而激发起学生学习音乐的兴趣。再通过让学生唱歌，在不知不觉中解决了歌谱中的难点，使学生在识谱时降低难度，让学生感觉识谱并不太难，从而增强其自信心，加深对音乐的热爱。</w:t>
      </w:r>
    </w:p>
    <w:p>
      <w:pPr>
        <w:spacing w:before="100" w:after="200" w:line="360" w:lineRule="auto"/>
        <w:jc w:val="left"/>
      </w:pPr>
      <w:r>
        <w:rPr>
          <w:rFonts w:ascii="宋体 (中文正文)" w:eastAsia="宋体" w:hAnsi="宋体 (中文正文)"/>
          <w:b/>
          <w:sz w:val="28"/>
        </w:rPr>
        <w:t>三、坚持以学生为主体，增强学生的学习自主能力</w:t>
      </w:r>
    </w:p>
    <w:p>
      <w:pPr>
        <w:spacing w:before="100" w:after="200" w:line="360" w:lineRule="auto"/>
        <w:ind w:firstLine="576"/>
        <w:jc w:val="left"/>
      </w:pPr>
      <w:r>
        <w:rPr>
          <w:rFonts w:ascii="宋体" w:eastAsia="宋体" w:hAnsi="宋体"/>
          <w:sz w:val="28"/>
        </w:rPr>
        <w:t>在讲音乐课时，我觉得只是我一味地在讲，根本没有留意到学生究竟明白了没有。后来经过反思，我认为，音乐教学作为素质教育的重要内容，必须舍弃一切单调、枯燥、令学生感到厌烦的内容和模式，使受教育者在良好的心态、轻松的气氛和愉快的环境中潜移默化地接受教育。教师应当更新观念，在教学中做到以学生为主体。为此，教师如何更新观念，转变思路显得尤其重要，这样教师必须提高自身的提问方式，通过何种有效的途径来使学生通过自己动脑想出答案。比如：音乐课本经常出现的创编歌词，这是一个很好锻炼学生自主能力的练习。它要求学生通过本身的歌词，再通过自己的思考，去再出别的有意思的歌词套到歌曲里面。每当学生们唱起自己编创的歌词，也显得特别兴奋。因此在音乐课上，老师应该不断创造更大的空间让学生们自主发挥，让学生互动，而最终达到自己的教学目的。</w:t>
      </w:r>
    </w:p>
    <w:p>
      <w:pPr>
        <w:spacing w:before="100" w:after="200" w:line="360" w:lineRule="auto"/>
        <w:jc w:val="left"/>
      </w:pPr>
      <w:r>
        <w:rPr>
          <w:rFonts w:ascii="宋体 (中文正文)" w:eastAsia="宋体" w:hAnsi="宋体 (中文正文)"/>
          <w:b/>
          <w:sz w:val="28"/>
        </w:rPr>
        <w:t>四、让乐器和舞蹈走进课堂</w:t>
      </w:r>
    </w:p>
    <w:p>
      <w:pPr>
        <w:spacing w:before="100" w:after="200" w:line="360" w:lineRule="auto"/>
        <w:ind w:firstLine="576"/>
        <w:jc w:val="left"/>
      </w:pPr>
      <w:r>
        <w:rPr>
          <w:rFonts w:ascii="宋体" w:eastAsia="宋体" w:hAnsi="宋体"/>
          <w:sz w:val="28"/>
        </w:rPr>
        <w:t>在音乐课中我发现，每逢课上接触到乐器或者舞蹈，学生们都十分感兴趣，但却是老跟不上节奏。</w:t>
      </w:r>
    </w:p>
    <w:p>
      <w:pPr>
        <w:spacing w:before="100" w:after="200" w:line="360" w:lineRule="auto"/>
        <w:ind w:firstLine="576"/>
        <w:jc w:val="left"/>
        <w:sectPr w:rsidSect="00034616">
          <w:type w:val="nextPage"/>
          <w:pgSz w:w="11906" w:h="16838"/>
          <w:pgMar w:top="1440" w:right="1440" w:bottom="1440" w:left="1440" w:header="720" w:footer="720" w:gutter="0"/>
          <w:pgNumType w:start="8"/>
          <w:cols w:space="720"/>
          <w:titlePg w:val="0"/>
          <w:docGrid w:linePitch="360"/>
        </w:sectPr>
      </w:pPr>
    </w:p>
    <w:p>
      <w:pPr>
        <w:spacing w:before="100" w:after="200" w:line="360" w:lineRule="auto"/>
        <w:ind w:firstLine="576"/>
        <w:jc w:val="left"/>
      </w:pPr>
      <w:r>
        <w:rPr>
          <w:rFonts w:ascii="宋体" w:eastAsia="宋体" w:hAnsi="宋体"/>
          <w:sz w:val="28"/>
        </w:rPr>
        <w:t>乐器和舞蹈在课堂的恰当运用，是可以把课堂的气氛变得最活跃。而且乐器和舞蹈是很好地培训学生的节奏感。对于刚刚接触接触音乐的同学，他们会觉得学习节奏是一大难点，如果只是简简单单叫他们跟着老师来拍掌，这样枯燥的学习是很难调动学生的积极性。因此在一些节奏性强的歌曲中，我会尝试多用乐器来在辅导，先让学生跟着我有嘴和手同时打节奏，并强调嘴和手要一致。然后我再作乐器示范，最后每组学生中挑选几位出来表演。通过他们的表演和我的引导，下面的学生很清晰看到台上哪位学生打的是正确，那些是错误的。反复地练习多几遍，学生便很快把节奏和乐器配合起来。而且这样学习节奏，会让他们感到趣味性增强了，学习起来就变得简单。而在一些民族歌曲的学习中，我就会简单介绍该民族的舞蹈手型或脚位，也上按照乐器的方式进行，这样学生就很容易跟着歌曲跳动起来。</w:t>
      </w:r>
    </w:p>
    <w:p>
      <w:pPr>
        <w:spacing w:before="100" w:after="200" w:line="360" w:lineRule="auto"/>
        <w:ind w:firstLine="576"/>
        <w:jc w:val="left"/>
      </w:pPr>
      <w:r>
        <w:rPr>
          <w:rFonts w:ascii="宋体" w:eastAsia="宋体" w:hAnsi="宋体"/>
          <w:sz w:val="28"/>
        </w:rPr>
        <w:t>所以“他山之石，可以攻玉。”自我反思，都是建立在自身的基础上。而许多事情都是旁观者清，所以应该多观摩其他老师的课，学习他们的教学理念、学模式、管理班集体的能力等等。并反思自己如果这课是自己上，又将会是如何，有什么相同与不同。这是帮助自己在教学道路成长的一种很好的途径。在这学期里，我收获了很多。音乐课上并不是简单的弹、唱、跳。它是艺术和能力培养的过程，只要你经常反思，必竟会让你的学生和你融在一起，这样既能较好地完成教学任务，同时也能使课堂中一些“热闹”现象的不在发生，所以，我认为作为一名小学教师，责任重大，要善于经常总结经验与不足，认真上好每一节课！</w:t>
      </w:r>
    </w:p>
    <w:p>
      <w:pPr>
        <w:spacing w:before="100" w:after="200" w:line="360" w:lineRule="auto"/>
        <w:ind w:firstLine="576"/>
        <w:jc w:val="left"/>
        <w:sectPr w:rsidSect="00034616">
          <w:type w:val="nextPage"/>
          <w:pgSz w:w="11906" w:h="16838"/>
          <w:pgMar w:top="1440" w:right="1440" w:bottom="1440" w:left="1440" w:header="720" w:footer="720" w:gutter="0"/>
          <w:pgNumType w:start="9"/>
          <w:cols w:space="720"/>
          <w:titlePg w:val="0"/>
          <w:docGrid w:linePitch="360"/>
        </w:sectPr>
      </w:pPr>
      <w:r>
        <w:rPr>
          <w:rFonts w:ascii="宋体" w:eastAsia="宋体" w:hAnsi="宋体"/>
          <w:sz w:val="28"/>
        </w:rPr>
        <w:t>音乐课程的方向是“应注重学生的审美体验，使学生切实体会到音乐是声音的艺术，是听觉的艺术，要鼓励学生进行音乐创造”。因此，在执教歌曲《剪羊毛》的教学过程中，我将歌曲中的难点和重点编成音乐游戏，指导学生于聍听、模仿中学习，于创编中发展，达到了较好的教学效果。</w:t>
      </w:r>
    </w:p>
    <w:p>
      <w:pPr>
        <w:spacing w:before="100" w:after="200" w:line="360" w:lineRule="auto"/>
        <w:ind w:firstLine="576"/>
        <w:jc w:val="left"/>
      </w:pPr>
      <w:r>
        <w:rPr>
          <w:rFonts w:ascii="宋体" w:eastAsia="宋体" w:hAnsi="宋体"/>
          <w:sz w:val="28"/>
        </w:rPr>
        <w:t>1、设计“听，模仿，辨析，唱”的过程，由浅入深地解决教学中的附点四分节奏的重难点。</w:t>
      </w:r>
    </w:p>
    <w:p>
      <w:pPr>
        <w:spacing w:before="100" w:after="200" w:line="360" w:lineRule="auto"/>
        <w:ind w:firstLine="576"/>
        <w:jc w:val="left"/>
      </w:pPr>
      <w:r>
        <w:rPr>
          <w:rFonts w:ascii="宋体" w:eastAsia="宋体" w:hAnsi="宋体"/>
          <w:sz w:val="28"/>
        </w:rPr>
        <w:t>歌曲《剪羊毛》是一首澳大利亚的民歌，歌曲反映了牧场工人紧张的劳动场面和火热的劳动热情。歌曲为二段体结构，旋律优美欢快，尤其是附点节奏的运用，更赋予歌曲活泼跳跃之感。因此，本课教学的重难点之一就是感受附点节奏的特点并能正确掌握运用。为了达到这个目的，我设置了如下环节：</w:t>
      </w:r>
    </w:p>
    <w:p>
      <w:pPr>
        <w:spacing w:before="100" w:after="200" w:line="360" w:lineRule="auto"/>
        <w:ind w:firstLine="576"/>
        <w:jc w:val="left"/>
      </w:pPr>
      <w:r>
        <w:rPr>
          <w:rFonts w:ascii="宋体" w:eastAsia="宋体" w:hAnsi="宋体"/>
          <w:sz w:val="28"/>
        </w:rPr>
        <w:t>（1）播放火车图片，让学生倾听并模仿火车在行进过程中发出的“咔嚓”声。这样，学生在看、听、模仿的过程中初步感受到了附点节奏欢快、富有动感的特点，同时，在用“捻指”表示休止的练习中，使学生巩固加深了对休止符时值的掌握。</w:t>
      </w:r>
    </w:p>
    <w:p>
      <w:pPr>
        <w:spacing w:before="100" w:after="200" w:line="360" w:lineRule="auto"/>
        <w:ind w:firstLine="576"/>
        <w:jc w:val="left"/>
      </w:pPr>
      <w:r>
        <w:rPr>
          <w:rFonts w:ascii="宋体" w:eastAsia="宋体" w:hAnsi="宋体"/>
          <w:sz w:val="28"/>
        </w:rPr>
        <w:t>（2）做音乐小游戏：听听辨辨（课件）。通过简单介绍附点八分节奏以及通过旋律分析、对比它与八分节奏的不同后，使学生进一步感受到附点八分节奏的特点。选择歌曲中有代表性的难点旋律进行分析、教唱，为后面学习歌曲的旋律作了很好的铺垫。</w:t>
      </w:r>
    </w:p>
    <w:p>
      <w:pPr>
        <w:spacing w:before="100" w:after="200" w:line="360" w:lineRule="auto"/>
        <w:ind w:firstLine="576"/>
        <w:jc w:val="left"/>
      </w:pPr>
      <w:r>
        <w:rPr>
          <w:rFonts w:ascii="宋体" w:eastAsia="宋体" w:hAnsi="宋体"/>
          <w:sz w:val="28"/>
        </w:rPr>
        <w:t>2、设计“音符梯”，解决宽音程的音准问题。</w:t>
      </w:r>
    </w:p>
    <w:p>
      <w:pPr>
        <w:spacing w:before="100" w:after="200" w:line="360" w:lineRule="auto"/>
        <w:ind w:firstLine="576"/>
        <w:jc w:val="left"/>
      </w:pPr>
      <w:r>
        <w:rPr>
          <w:rFonts w:ascii="宋体" w:eastAsia="宋体" w:hAnsi="宋体"/>
          <w:sz w:val="28"/>
        </w:rPr>
        <w:t>我出示飞机图片，启发学生凭借飞机上的“音符梯”，唱准1，1和2，1、这种看音符梯，“上下楼梯”听辨琴声并跟唱音高的游戏形式，使学生在自然、随意的情境中较为轻松地唱准了宽音程，利于随后的歌曲旋律教唱。</w:t>
      </w:r>
    </w:p>
    <w:p>
      <w:pPr>
        <w:spacing w:before="100" w:after="200" w:line="360" w:lineRule="auto"/>
        <w:ind w:firstLine="576"/>
        <w:jc w:val="left"/>
      </w:pPr>
      <w:r>
        <w:rPr>
          <w:rFonts w:ascii="宋体" w:eastAsia="宋体" w:hAnsi="宋体"/>
          <w:sz w:val="28"/>
        </w:rPr>
        <w:t>3、启发学生在思考和歌唱中创编动作，再现劳动场景，丰富情感体验。</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https://d.book118.com/335132302242011113</w:t>
        </w:r>
      </w:hyperlink>
    </w:p>
    <w:p>
      <w:pPr>
        <w:spacing w:before="100" w:after="200" w:line="360" w:lineRule="auto"/>
        <w:ind w:firstLine="576"/>
        <w:jc w:val="left"/>
      </w:pPr>
    </w:p>
    <w:sectPr w:rsidSect="00034616">
      <w:type w:val="nextPage"/>
      <w:pgSz w:w="11906" w:h="16838"/>
      <w:pgMar w:top="1440" w:right="1440" w:bottom="1440" w:left="1440" w:header="720" w:footer="720" w:gutter="0"/>
      <w:pgNumType w:start="10"/>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335132302242011113"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generated by python-docx</dc:description>
  <cp:revision>1</cp:revision>
  <dcterms:created xsi:type="dcterms:W3CDTF">2013-12-23T23:15:00Z</dcterms:created>
  <dcterms:modified xsi:type="dcterms:W3CDTF">2013-12-23T23:15:00Z</dcterms:modified>
</cp:coreProperties>
</file>