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个人年度工作计划（15篇）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　　个人年度工作计划 1</w:t>
      </w:r>
      <w:r>
        <w:rPr>
          <w:lang w:eastAsia="zh-CN"/>
        </w:rPr>
        <w:br/>
      </w:r>
      <w:r>
        <w:rPr>
          <w:lang w:eastAsia="zh-CN"/>
        </w:rPr>
        <w:t>　　指导思想</w:t>
      </w:r>
      <w:r>
        <w:rPr>
          <w:lang w:eastAsia="zh-CN"/>
        </w:rPr>
        <w:br/>
      </w:r>
      <w:r>
        <w:rPr>
          <w:lang w:eastAsia="zh-CN"/>
        </w:rPr>
        <w:t>　　以平安校园、和谐校园为指导，认真做好学校门卫工作</w:t>
      </w:r>
      <w:r>
        <w:rPr>
          <w:lang w:eastAsia="zh-CN"/>
        </w:rPr>
        <w:br/>
      </w:r>
      <w:r>
        <w:rPr>
          <w:lang w:eastAsia="zh-CN"/>
        </w:rPr>
        <w:t>　　具体工作措施</w:t>
      </w:r>
      <w:r>
        <w:rPr>
          <w:lang w:eastAsia="zh-CN"/>
        </w:rPr>
        <w:br/>
      </w:r>
      <w:r>
        <w:rPr>
          <w:lang w:eastAsia="zh-CN"/>
        </w:rPr>
        <w:t>　　一、学校教职工进出校门一律凭工作牌，学生凭校徽进校，凭接送证出校；学生出校，必须履行出校手续，开具“出门证”方可放行。家属、临时工等一律凭保安部的'出入证进出校门。</w:t>
      </w:r>
      <w:r>
        <w:rPr>
          <w:lang w:eastAsia="zh-CN"/>
        </w:rPr>
        <w:br/>
      </w:r>
      <w:r>
        <w:rPr>
          <w:lang w:eastAsia="zh-CN"/>
        </w:rPr>
        <w:t>　　二、保安人员必须坚守工作岗位，履行工作职责，着装上岗，不得擅离职守，或做与门卫无关的事。</w:t>
      </w:r>
      <w:r>
        <w:rPr>
          <w:lang w:eastAsia="zh-CN"/>
        </w:rPr>
        <w:br/>
      </w:r>
      <w:r>
        <w:rPr>
          <w:lang w:eastAsia="zh-CN"/>
        </w:rPr>
        <w:t>　　三、门卫对外来人员要热情接待，门岗行礼，问清来意，查阅证件，电话与相关部门联系，并填写会客单，换发入校牌。对有可疑迹象的人要认真查询，发现问题及时报告和处理。外单位大小汽车一律停靠在指定地点，贵宾车辆需入校内必须经校办允许，方能进入，并在指定地点停放，不准停放过夜，不准在校内鸣喇叭。自行车进入校门应自动下车推行，违者予以批评教育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四、认真执行物品出门制度，对携带大件包裹物品出门时，应出示本人证件，门卫有权检查并进行登记，携带公物（材料设备）要有校内有关部门加盖公章的出入证明，对无证件人员出门的物品门卫有权扣留、查询、登记和报送有关部门处理。</w:t>
      </w:r>
      <w:r>
        <w:rPr>
          <w:lang w:eastAsia="zh-CN"/>
        </w:rPr>
        <w:br/>
      </w:r>
      <w:r>
        <w:rPr>
          <w:lang w:eastAsia="zh-CN"/>
        </w:rPr>
        <w:t>　　五、非学生探访日，谢绝家长进校探访学生，如有特殊情况需凭有效身份证件办理登记入校手续。来访、参观单位或团体须事先与校办联系或经校办允许，并办理登记手续，方可进校。参观团体由接待部门负责接待、讲解　　个人年度工作计划 2</w:t>
      </w:r>
      <w:r>
        <w:rPr>
          <w:lang w:eastAsia="zh-CN"/>
        </w:rPr>
        <w:br/>
      </w:r>
      <w:r>
        <w:rPr>
          <w:lang w:eastAsia="zh-CN"/>
        </w:rPr>
        <w:t>　　本学期9月1日开学，到20xx年1月18日结束。除去期中、期末考试，实际授课时间大约16周，11月中旬举行期中考试，1月中旬举行期末考试。具体教师个人业务工作计划如下：</w:t>
      </w:r>
      <w:r>
        <w:rPr>
          <w:lang w:eastAsia="zh-CN"/>
        </w:rPr>
        <w:br/>
      </w:r>
      <w:r>
        <w:rPr>
          <w:lang w:eastAsia="zh-CN"/>
        </w:rPr>
        <w:t>　　一、指导思想</w:t>
      </w:r>
      <w:r>
        <w:rPr>
          <w:lang w:eastAsia="zh-CN"/>
        </w:rPr>
        <w:br/>
      </w:r>
      <w:r>
        <w:rPr>
          <w:lang w:eastAsia="zh-CN"/>
        </w:rPr>
        <w:t>　　认真贯彻党的教育方针，积极推进素质教育，用教育科研解决教学工作计划中的困难和问题。要求全体教职工立足本职工作，发扬奉献精神，增强责任感、事业心和竞争意识，提高业务能力，全面落实“立足校本，规范务实，以人为本，改革创新”十六字方针，全面提高教学质量，促进我校教育教学新发展。</w:t>
      </w:r>
      <w:r>
        <w:rPr>
          <w:lang w:eastAsia="zh-CN"/>
        </w:rPr>
        <w:br/>
      </w:r>
      <w:r>
        <w:rPr>
          <w:lang w:eastAsia="zh-CN"/>
        </w:rPr>
        <w:t>　　二、工作目标及采取的措施</w:t>
      </w:r>
      <w:r>
        <w:rPr>
          <w:lang w:eastAsia="zh-CN"/>
        </w:rPr>
        <w:br/>
      </w:r>
      <w:r>
        <w:rPr>
          <w:lang w:eastAsia="zh-CN"/>
        </w:rPr>
        <w:t>　　教学常规管理；认真抓好教学常规管理，从教师的备课、上课、作业批改、考试等教学的各个环节，认真做好督促，具体措施：</w:t>
      </w:r>
      <w:r>
        <w:rPr>
          <w:lang w:eastAsia="zh-CN"/>
        </w:rPr>
        <w:br/>
      </w:r>
      <w:r>
        <w:rPr>
          <w:lang w:eastAsia="zh-CN"/>
        </w:rPr>
        <w:t>　　1、检查；学校要对常规教学采取不定期、不定形式的`检查。</w:t>
      </w:r>
      <w:r>
        <w:rPr>
          <w:lang w:eastAsia="zh-CN"/>
        </w:rPr>
        <w:br/>
      </w:r>
      <w:r>
        <w:rPr>
          <w:lang w:eastAsia="zh-CN"/>
        </w:rPr>
        <w:t>　　2、听课；领导班子多进课堂听课。</w:t>
      </w:r>
      <w:r>
        <w:rPr>
          <w:lang w:eastAsia="zh-CN"/>
        </w:rPr>
        <w:br/>
      </w:r>
      <w:r>
        <w:rPr>
          <w:lang w:eastAsia="zh-CN"/>
        </w:rPr>
        <w:t>　　3、检测；各年级进行不定期的小检测，并将检测成绩情况汇报学校，以查漏补缺。</w:t>
      </w:r>
      <w:r>
        <w:rPr>
          <w:lang w:eastAsia="zh-CN"/>
        </w:rPr>
        <w:br/>
      </w:r>
      <w:r>
        <w:rPr>
          <w:lang w:eastAsia="zh-CN"/>
        </w:rPr>
        <w:t>　　4、通报；每次检查、检测结果都要在校会上通报。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三、抓教师队伍建设，提高教师素质</w:t>
      </w:r>
      <w:r>
        <w:rPr>
          <w:lang w:eastAsia="zh-CN"/>
        </w:rPr>
        <w:br/>
      </w:r>
      <w:r>
        <w:rPr>
          <w:lang w:eastAsia="zh-CN"/>
        </w:rPr>
        <w:t>　　1、重视教改教研，优化教师业务素质</w:t>
      </w:r>
      <w:r>
        <w:rPr>
          <w:lang w:eastAsia="zh-CN"/>
        </w:rPr>
        <w:br/>
      </w:r>
      <w:r>
        <w:rPr>
          <w:lang w:eastAsia="zh-CN"/>
        </w:rPr>
        <w:t>　　2、加强非课改年级教师新课改理念学习和指导，确保教师的教学理念新和观念新。</w:t>
      </w:r>
      <w:r>
        <w:rPr>
          <w:lang w:eastAsia="zh-CN"/>
        </w:rPr>
        <w:br/>
      </w:r>
      <w:r>
        <w:rPr>
          <w:lang w:eastAsia="zh-CN"/>
        </w:rPr>
        <w:t>　　3、抓课堂教学改革，认真开展听课、评课、说课和优质课评选活动。要求每人讲2节公开课，写1篇说课稿。</w:t>
      </w:r>
      <w:r>
        <w:rPr>
          <w:lang w:eastAsia="zh-CN"/>
        </w:rPr>
        <w:br/>
      </w:r>
      <w:r>
        <w:rPr>
          <w:lang w:eastAsia="zh-CN"/>
        </w:rPr>
        <w:t>　　4、加大信息教学力度，积极探索学科与计算机教学的整合，努力实现教学资源的共享。</w:t>
      </w:r>
      <w:r>
        <w:rPr>
          <w:lang w:eastAsia="zh-CN"/>
        </w:rPr>
        <w:br/>
      </w:r>
      <w:r>
        <w:rPr>
          <w:lang w:eastAsia="zh-CN"/>
        </w:rPr>
        <w:t>　　四、主要工作安排</w:t>
      </w:r>
      <w:r>
        <w:rPr>
          <w:lang w:eastAsia="zh-CN"/>
        </w:rPr>
        <w:br/>
      </w:r>
      <w:r>
        <w:rPr>
          <w:lang w:eastAsia="zh-CN"/>
        </w:rPr>
        <w:t>　　月份序号主要工作</w:t>
      </w:r>
      <w:r>
        <w:rPr>
          <w:lang w:eastAsia="zh-CN"/>
        </w:rPr>
        <w:br/>
      </w:r>
      <w:r>
        <w:rPr>
          <w:lang w:eastAsia="zh-CN"/>
        </w:rPr>
        <w:t>　　九月</w:t>
      </w:r>
      <w:r>
        <w:rPr>
          <w:lang w:eastAsia="zh-CN"/>
        </w:rPr>
        <w:br/>
      </w:r>
      <w:r>
        <w:rPr>
          <w:lang w:eastAsia="zh-CN"/>
        </w:rPr>
        <w:t>　　1新学期工作安排</w:t>
      </w:r>
      <w:r>
        <w:rPr>
          <w:lang w:eastAsia="zh-CN"/>
        </w:rPr>
        <w:br/>
      </w:r>
      <w:r>
        <w:rPr>
          <w:lang w:eastAsia="zh-CN"/>
        </w:rPr>
        <w:t>　　2开学典礼</w:t>
      </w:r>
      <w:r>
        <w:rPr>
          <w:lang w:eastAsia="zh-CN"/>
        </w:rPr>
        <w:br/>
      </w:r>
      <w:r>
        <w:rPr>
          <w:lang w:eastAsia="zh-CN"/>
        </w:rPr>
        <w:t>　　3统计学生基本情况</w:t>
      </w:r>
      <w:r>
        <w:rPr>
          <w:lang w:eastAsia="zh-CN"/>
        </w:rPr>
        <w:br/>
      </w:r>
      <w:r>
        <w:rPr>
          <w:lang w:eastAsia="zh-CN"/>
        </w:rPr>
        <w:t>　　4检查教师各项工作计划</w:t>
      </w:r>
      <w:r>
        <w:rPr>
          <w:lang w:eastAsia="zh-CN"/>
        </w:rPr>
        <w:br/>
      </w:r>
      <w:r>
        <w:rPr>
          <w:lang w:eastAsia="zh-CN"/>
        </w:rPr>
        <w:t>　　5各班对学生进行礼仪安全等教育</w:t>
      </w:r>
      <w:r>
        <w:rPr>
          <w:lang w:eastAsia="zh-CN"/>
        </w:rPr>
        <w:br/>
      </w:r>
      <w:r>
        <w:rPr>
          <w:lang w:eastAsia="zh-CN"/>
        </w:rPr>
        <w:t>　　6各班办一期新学期主题板报</w:t>
      </w:r>
      <w:r>
        <w:rPr>
          <w:lang w:eastAsia="zh-CN"/>
        </w:rPr>
        <w:br/>
      </w:r>
      <w:r>
        <w:rPr>
          <w:lang w:eastAsia="zh-CN"/>
        </w:rPr>
        <w:t>　　7优质课评选（乡）</w:t>
      </w:r>
      <w:r>
        <w:rPr>
          <w:lang w:eastAsia="zh-CN"/>
        </w:rPr>
        <w:br/>
      </w:r>
      <w:r>
        <w:rPr>
          <w:lang w:eastAsia="zh-CN"/>
        </w:rPr>
        <w:t>　　8举行第一次月考</w:t>
      </w:r>
      <w:r>
        <w:rPr>
          <w:lang w:eastAsia="zh-CN"/>
        </w:rPr>
        <w:br/>
      </w:r>
      <w:r>
        <w:rPr>
          <w:lang w:eastAsia="zh-CN"/>
        </w:rPr>
        <w:t>　　9迎接乡教学常规检查</w:t>
      </w:r>
      <w:r>
        <w:rPr>
          <w:lang w:eastAsia="zh-CN"/>
        </w:rPr>
        <w:br/>
      </w:r>
      <w:r>
        <w:rPr>
          <w:lang w:eastAsia="zh-CN"/>
        </w:rPr>
        <w:t>　　十月</w:t>
      </w:r>
      <w:r>
        <w:rPr>
          <w:lang w:eastAsia="zh-CN"/>
        </w:rPr>
        <w:br/>
      </w:r>
      <w:r>
        <w:rPr>
          <w:lang w:eastAsia="zh-CN"/>
        </w:rPr>
        <w:t>　　1迎接县教学常规检查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2小学语、数、英观摩课（乡）</w:t>
      </w:r>
      <w:r>
        <w:rPr>
          <w:lang w:eastAsia="zh-CN"/>
        </w:rPr>
        <w:br/>
      </w:r>
      <w:r>
        <w:rPr>
          <w:lang w:eastAsia="zh-CN"/>
        </w:rPr>
        <w:t>　　3学校集中听课</w:t>
      </w:r>
      <w:r>
        <w:rPr>
          <w:lang w:eastAsia="zh-CN"/>
        </w:rPr>
        <w:br/>
      </w:r>
      <w:r>
        <w:rPr>
          <w:lang w:eastAsia="zh-CN"/>
        </w:rPr>
        <w:t>　　4第二次月考</w:t>
      </w:r>
      <w:r>
        <w:rPr>
          <w:lang w:eastAsia="zh-CN"/>
        </w:rPr>
        <w:br/>
      </w:r>
      <w:r>
        <w:rPr>
          <w:lang w:eastAsia="zh-CN"/>
        </w:rPr>
        <w:t>　　5学生优秀作业评选</w:t>
      </w:r>
      <w:r>
        <w:rPr>
          <w:lang w:eastAsia="zh-CN"/>
        </w:rPr>
        <w:br/>
      </w:r>
      <w:r>
        <w:rPr>
          <w:lang w:eastAsia="zh-CN"/>
        </w:rPr>
        <w:t>　　十一月</w:t>
      </w:r>
      <w:r>
        <w:rPr>
          <w:lang w:eastAsia="zh-CN"/>
        </w:rPr>
        <w:br/>
      </w:r>
      <w:r>
        <w:rPr>
          <w:lang w:eastAsia="zh-CN"/>
        </w:rPr>
        <w:t>　　1乡小学学科研讨会</w:t>
      </w:r>
      <w:r>
        <w:rPr>
          <w:lang w:eastAsia="zh-CN"/>
        </w:rPr>
        <w:br/>
      </w:r>
      <w:r>
        <w:rPr>
          <w:lang w:eastAsia="zh-CN"/>
        </w:rPr>
        <w:t>　　2期中考试</w:t>
      </w:r>
      <w:r>
        <w:rPr>
          <w:lang w:eastAsia="zh-CN"/>
        </w:rPr>
        <w:br/>
      </w:r>
      <w:r>
        <w:rPr>
          <w:lang w:eastAsia="zh-CN"/>
        </w:rPr>
        <w:t>　　3迎接乡中心校对学校公开课、优质课检查</w:t>
      </w:r>
      <w:r>
        <w:rPr>
          <w:lang w:eastAsia="zh-CN"/>
        </w:rPr>
        <w:br/>
      </w:r>
      <w:r>
        <w:rPr>
          <w:lang w:eastAsia="zh-CN"/>
        </w:rPr>
        <w:t>　　4校数学观摩课</w:t>
      </w:r>
      <w:r>
        <w:rPr>
          <w:lang w:eastAsia="zh-CN"/>
        </w:rPr>
        <w:br/>
      </w:r>
      <w:r>
        <w:rPr>
          <w:lang w:eastAsia="zh-CN"/>
        </w:rPr>
        <w:t>　　5校第三次月考</w:t>
      </w:r>
      <w:r>
        <w:rPr>
          <w:lang w:eastAsia="zh-CN"/>
        </w:rPr>
        <w:br/>
      </w:r>
      <w:r>
        <w:rPr>
          <w:lang w:eastAsia="zh-CN"/>
        </w:rPr>
        <w:t>　　十二月</w:t>
      </w:r>
      <w:r>
        <w:rPr>
          <w:lang w:eastAsia="zh-CN"/>
        </w:rPr>
        <w:br/>
      </w:r>
      <w:r>
        <w:rPr>
          <w:lang w:eastAsia="zh-CN"/>
        </w:rPr>
        <w:t>　　1常规教学大检查（乡）</w:t>
      </w:r>
      <w:r>
        <w:rPr>
          <w:lang w:eastAsia="zh-CN"/>
        </w:rPr>
        <w:br/>
      </w:r>
      <w:r>
        <w:rPr>
          <w:lang w:eastAsia="zh-CN"/>
        </w:rPr>
        <w:t>　　2人文素养拓展计划培养对象考核（县）</w:t>
      </w:r>
      <w:r>
        <w:rPr>
          <w:lang w:eastAsia="zh-CN"/>
        </w:rPr>
        <w:br/>
      </w:r>
      <w:r>
        <w:rPr>
          <w:lang w:eastAsia="zh-CN"/>
        </w:rPr>
        <w:t>　　3校第四次月考</w:t>
      </w:r>
      <w:r>
        <w:rPr>
          <w:lang w:eastAsia="zh-CN"/>
        </w:rPr>
        <w:br/>
      </w:r>
      <w:r>
        <w:rPr>
          <w:lang w:eastAsia="zh-CN"/>
        </w:rPr>
        <w:t>　　4迎“元旦”节目汇演</w:t>
      </w:r>
      <w:r>
        <w:rPr>
          <w:lang w:eastAsia="zh-CN"/>
        </w:rPr>
        <w:br/>
      </w:r>
      <w:r>
        <w:rPr>
          <w:lang w:eastAsia="zh-CN"/>
        </w:rPr>
        <w:t>　　元月</w:t>
      </w:r>
      <w:r>
        <w:rPr>
          <w:lang w:eastAsia="zh-CN"/>
        </w:rPr>
        <w:br/>
      </w:r>
      <w:r>
        <w:rPr>
          <w:lang w:eastAsia="zh-CN"/>
        </w:rPr>
        <w:t>　　1组织期末复习</w:t>
      </w:r>
      <w:r>
        <w:rPr>
          <w:lang w:eastAsia="zh-CN"/>
        </w:rPr>
        <w:br/>
      </w:r>
      <w:r>
        <w:rPr>
          <w:lang w:eastAsia="zh-CN"/>
        </w:rPr>
        <w:t>　　2期末考试</w:t>
      </w:r>
      <w:r>
        <w:rPr>
          <w:lang w:eastAsia="zh-CN"/>
        </w:rPr>
        <w:br/>
      </w:r>
      <w:r>
        <w:rPr>
          <w:lang w:eastAsia="zh-CN"/>
        </w:rPr>
        <w:t>　　3教师交各项工作总结　　个人年度工作计划 3</w:t>
      </w:r>
      <w:r>
        <w:rPr>
          <w:lang w:eastAsia="zh-CN"/>
        </w:rPr>
        <w:br/>
      </w:r>
      <w:r>
        <w:rPr>
          <w:lang w:eastAsia="zh-CN"/>
        </w:rPr>
        <w:t>　　我作为名师工作室学习成员，我要好好把握这个机会学习、研究，使自己各方面的能力在原有基础上有更大的提升。为了更好地实现自身的专业成长，特制定本年度发展计划：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一、启动思想，为工作室工作做好铺垫。</w:t>
      </w:r>
      <w:r>
        <w:rPr>
          <w:lang w:eastAsia="zh-CN"/>
        </w:rPr>
        <w:br/>
      </w:r>
      <w:r>
        <w:rPr>
          <w:lang w:eastAsia="zh-CN"/>
        </w:rPr>
        <w:t>　　严格执行“名师工作室”章程与工作计划，按照理论与实践相结合、自主与交流相结合、学习与应用相结合、反思与提升相结合的原则，把先进的教育理念渗透和辐射到自己的教学中。</w:t>
      </w:r>
      <w:r>
        <w:rPr>
          <w:lang w:eastAsia="zh-CN"/>
        </w:rPr>
        <w:br/>
      </w:r>
      <w:r>
        <w:rPr>
          <w:lang w:eastAsia="zh-CN"/>
        </w:rPr>
        <w:t>　　二、个人发展目标和要求</w:t>
      </w:r>
      <w:r>
        <w:rPr>
          <w:lang w:eastAsia="zh-CN"/>
        </w:rPr>
        <w:br/>
      </w:r>
      <w:r>
        <w:rPr>
          <w:lang w:eastAsia="zh-CN"/>
        </w:rPr>
        <w:t>　　1.个人发展目标</w:t>
      </w:r>
      <w:r>
        <w:rPr>
          <w:lang w:eastAsia="zh-CN"/>
        </w:rPr>
        <w:br/>
      </w:r>
      <w:r>
        <w:rPr>
          <w:lang w:eastAsia="zh-CN"/>
        </w:rPr>
        <w:t>　　在学习交流过程中不断总结提炼自己的教学经验，形成自己的教学风格与特色。参与工作室的各类项目研究并完成研究任务。在学年结束时能全面提升自己的教学能力和教科研能力。</w:t>
      </w:r>
      <w:r>
        <w:rPr>
          <w:lang w:eastAsia="zh-CN"/>
        </w:rPr>
        <w:br/>
      </w:r>
      <w:r>
        <w:rPr>
          <w:lang w:eastAsia="zh-CN"/>
        </w:rPr>
        <w:t>　　2.个人教学研修要求</w:t>
      </w:r>
      <w:r>
        <w:rPr>
          <w:lang w:eastAsia="zh-CN"/>
        </w:rPr>
        <w:br/>
      </w:r>
      <w:r>
        <w:rPr>
          <w:lang w:eastAsia="zh-CN"/>
        </w:rPr>
        <w:t>　　(1)勤读书</w:t>
      </w:r>
      <w:r>
        <w:rPr>
          <w:lang w:eastAsia="zh-CN"/>
        </w:rPr>
        <w:br/>
      </w:r>
      <w:r>
        <w:rPr>
          <w:lang w:eastAsia="zh-CN"/>
        </w:rPr>
        <w:t>　　读有关教育学、心理学的文章，理解“课程标准”的基本理念、目标和各阶段的要求等。</w:t>
      </w:r>
      <w:r>
        <w:rPr>
          <w:lang w:eastAsia="zh-CN"/>
        </w:rPr>
        <w:br/>
      </w:r>
      <w:r>
        <w:rPr>
          <w:lang w:eastAsia="zh-CN"/>
        </w:rPr>
        <w:t>　　不但要勤读，还要勤思勤写，反思教学得失，勤写读书随笔，使自己自觉更新教育观念，树立适应现代化建设的`教育观、质量观和人才观。自觉改进教学方法，使自己的教学在新的教育理念的指导下，提高到一个新的水平，让教学具有创造性、艺术性。</w:t>
      </w:r>
      <w:r>
        <w:rPr>
          <w:lang w:eastAsia="zh-CN"/>
        </w:rPr>
        <w:br/>
      </w:r>
      <w:r>
        <w:rPr>
          <w:lang w:eastAsia="zh-CN"/>
        </w:rPr>
        <w:t>　　(2)乐教学</w:t>
      </w:r>
      <w:r>
        <w:rPr>
          <w:lang w:eastAsia="zh-CN"/>
        </w:rPr>
        <w:br/>
      </w:r>
      <w:r>
        <w:rPr>
          <w:lang w:eastAsia="zh-CN"/>
        </w:rPr>
        <w:t>　　认认真真上好每一堂课，钻研教材，时常反思。注意跟学生交流，找出自身教学缺陷，努力提高自我。学习他人的教学特色和经验，并努力形成自己的教学风格。</w:t>
      </w:r>
      <w:r>
        <w:rPr>
          <w:lang w:eastAsia="zh-CN"/>
        </w:rPr>
        <w:br/>
      </w:r>
      <w:r>
        <w:rPr>
          <w:lang w:eastAsia="zh-CN"/>
        </w:rPr>
        <w:t>　　(3)多研究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开展教育科研活动，把握基础教育改革的动态，特别是学科发展动态，把教学实践经验升华为理论，在学校教改中发挥带头、示范和辐射作用，逐步提高教育科研能力。</w:t>
      </w:r>
      <w:r>
        <w:rPr>
          <w:lang w:eastAsia="zh-CN"/>
        </w:rPr>
        <w:br/>
      </w:r>
      <w:r>
        <w:rPr>
          <w:lang w:eastAsia="zh-CN"/>
        </w:rPr>
        <w:t>　　(4)细品评</w:t>
      </w:r>
      <w:r>
        <w:rPr>
          <w:lang w:eastAsia="zh-CN"/>
        </w:rPr>
        <w:br/>
      </w:r>
      <w:r>
        <w:rPr>
          <w:lang w:eastAsia="zh-CN"/>
        </w:rPr>
        <w:t>　　学会观察、评价、改进课堂教学的技术和策略，在减负状态下有效提高课堂教学效率，打造优质高效课堂，使学生会学、乐学、好学。</w:t>
      </w:r>
      <w:r>
        <w:rPr>
          <w:lang w:eastAsia="zh-CN"/>
        </w:rPr>
        <w:br/>
      </w:r>
      <w:r>
        <w:rPr>
          <w:lang w:eastAsia="zh-CN"/>
        </w:rPr>
        <w:t>　　3.课题研修要求。</w:t>
      </w:r>
      <w:r>
        <w:rPr>
          <w:lang w:eastAsia="zh-CN"/>
        </w:rPr>
        <w:br/>
      </w:r>
      <w:r>
        <w:rPr>
          <w:lang w:eastAsia="zh-CN"/>
        </w:rPr>
        <w:t>　　提倡教科研一体化。在做好教学工作的同时还要进行专项课题的深入研究，以研促教，使教学和科研更有机的结合，做到相辅相成。</w:t>
      </w:r>
      <w:r>
        <w:rPr>
          <w:lang w:eastAsia="zh-CN"/>
        </w:rPr>
        <w:br/>
      </w:r>
      <w:r>
        <w:rPr>
          <w:lang w:eastAsia="zh-CN"/>
        </w:rPr>
        <w:t>　　4.论文撰写要求。通过撰写论文不断提升教育教学的理论素养，提高写作水平和能力。</w:t>
      </w:r>
      <w:r>
        <w:rPr>
          <w:lang w:eastAsia="zh-CN"/>
        </w:rPr>
        <w:br/>
      </w:r>
      <w:r>
        <w:rPr>
          <w:lang w:eastAsia="zh-CN"/>
        </w:rPr>
        <w:t>　　为了撰写好一篇高质量的论文，我要努力做好平时课堂教学实践的积累，尤其是教学中精彩的片段，有趣的活动，新颖的设计，巧妙的安排，有效的方法，合理的组织等等，将每一个素材进行分析与总结。每学年完成一篇高质量的论文。</w:t>
      </w:r>
      <w:r>
        <w:rPr>
          <w:lang w:eastAsia="zh-CN"/>
        </w:rPr>
        <w:br/>
      </w:r>
      <w:r>
        <w:rPr>
          <w:lang w:eastAsia="zh-CN"/>
        </w:rPr>
        <w:t>　　三、预期发展目标达成：</w:t>
      </w:r>
      <w:r>
        <w:rPr>
          <w:lang w:eastAsia="zh-CN"/>
        </w:rPr>
        <w:br/>
      </w:r>
      <w:r>
        <w:rPr>
          <w:lang w:eastAsia="zh-CN"/>
        </w:rPr>
        <w:t>　　1.力争在县、地区课堂教学评比活动中获奖，提高自己的知名度。</w:t>
      </w:r>
      <w:r>
        <w:rPr>
          <w:lang w:eastAsia="zh-CN"/>
        </w:rPr>
        <w:br/>
      </w:r>
      <w:r>
        <w:rPr>
          <w:lang w:eastAsia="zh-CN"/>
        </w:rPr>
        <w:t>　　2.撰写的论文在地区、省论文评比中获奖。</w:t>
      </w:r>
      <w:r>
        <w:rPr>
          <w:lang w:eastAsia="zh-CN"/>
        </w:rPr>
        <w:br/>
      </w:r>
      <w:r>
        <w:rPr>
          <w:lang w:eastAsia="zh-CN"/>
        </w:rPr>
        <w:t>　　3.顺利完成县、市立项课题的各项工作。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以上是我要完成和探索的目标，为此我会努力工作提升自己，在名师工作室同仁们的帮助下，取得更大的进步!　　个人年度工作计划 4</w:t>
      </w:r>
      <w:r>
        <w:rPr>
          <w:lang w:eastAsia="zh-CN"/>
        </w:rPr>
        <w:br/>
      </w:r>
      <w:r>
        <w:rPr>
          <w:lang w:eastAsia="zh-CN"/>
        </w:rPr>
        <w:t>　　1、加强学习，努力提高自身素质。</w:t>
      </w:r>
      <w:r>
        <w:rPr>
          <w:lang w:eastAsia="zh-CN"/>
        </w:rPr>
        <w:br/>
      </w:r>
      <w:r>
        <w:rPr>
          <w:lang w:eastAsia="zh-CN"/>
        </w:rPr>
        <w:t>　　坚持把加强学习作为提高自身素质的关键措施。在工作中，紧紧把握“理论联系实际”这一主线，努力把知识用到工作实践当中，丰富阅历，扩展视野，使自己尽快地适应工作并成为优秀的工作者。积极参加公司的集体活动，认真学习规定的学习内容和篇目，坚持每周写工作总结，认真记录每天的工作内容，使自己的素质有了很大的提高，为自己开展各项工作提供了强大的动力支持。同时。正视自己的不足并积极补正，重点加强了电脑操作、传真机和复印机的使用，来访人员的接待等方面的训练，为更好完成本职工作打下了坚实基础。</w:t>
      </w:r>
      <w:r>
        <w:rPr>
          <w:lang w:eastAsia="zh-CN"/>
        </w:rPr>
        <w:br/>
      </w:r>
      <w:r>
        <w:rPr>
          <w:lang w:eastAsia="zh-CN"/>
        </w:rPr>
        <w:t>　　2、恪尽职守，认真做好本职工作。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一年来，认真履行岗位职责，较好地完成了各项工作任务。一是坚持完成领导办公室的卫生清洁和物品管理工作。一如既往，坚持不懈，除极特殊原因外（时间变更、气候原因），基本完成了工作任务，尽量做到让领导满意。二是协助主任做好办公室的日常事务、工作。完成领导每天布置的.工作并努力做好，如文件的打印和复印，有关人员的来访，集体活动的安排和布置等。三是档案的管理。完成了档案的整理工作并归档。工作的同时，也发现了自己的不足，如打字速度慢、做事过于拘谨等，我已经努力克服并已初见效果，希望领导和同志们审查。</w:t>
      </w:r>
      <w:r>
        <w:rPr>
          <w:lang w:eastAsia="zh-CN"/>
        </w:rPr>
        <w:br/>
      </w:r>
      <w:r>
        <w:rPr>
          <w:lang w:eastAsia="zh-CN"/>
        </w:rPr>
        <w:t>　　3、严于律己，不断加强作风建设。</w:t>
      </w:r>
      <w:r>
        <w:rPr>
          <w:lang w:eastAsia="zh-CN"/>
        </w:rPr>
        <w:br/>
      </w:r>
      <w:r>
        <w:rPr>
          <w:lang w:eastAsia="zh-CN"/>
        </w:rPr>
        <w:t>　　严格遵守办公室的各项制度。谨记领导的指示和批评并付诸于实际，不迟到，不早退，不旷工。做事要谨慎认真，向领导汇报的材料要仔细检查，日常工作要记录并及时上报；待人处事要有礼貌，对待同事要坦诚宽容；严肃办公室纪律，工作不懈怠，不玩游戏、不闲聊、不做与工作内容无关的事情；思想积极向上，努力维护公司形象，以严格标准要求自己，努力使自己从学生向工作者转变。同时，要积极学习领导为人处事的方法，以领导为榜样，做一个既能为领导服务解忧的同事，又能为环球创造价值的办公室文员。　　个人年度工作计划 5</w:t>
      </w:r>
      <w:r>
        <w:rPr>
          <w:lang w:eastAsia="zh-CN"/>
        </w:rPr>
        <w:br/>
      </w:r>
      <w:r>
        <w:rPr>
          <w:lang w:eastAsia="zh-CN"/>
        </w:rPr>
        <w:t>　　一、指导思想</w:t>
      </w:r>
      <w:r>
        <w:rPr>
          <w:lang w:eastAsia="zh-CN"/>
        </w:rPr>
        <w:br/>
      </w:r>
      <w:r>
        <w:rPr>
          <w:lang w:eastAsia="zh-CN"/>
        </w:rPr>
        <w:t>　　结合学校的“和”文化理念，根据“无痕德育”的总体思路，以“五大教育”(民族精神教育、生命教育、心理健康教育、文明习惯养成教育、安全教育)为抓手，结合本班实际情况，配合学校开展丰富多彩、具有时代气息的活动，使学生在活动中受到民族精神教育、生命教育、心理健康教育、文明习惯养成教育、安全教育。并结合本班实际开展创造性的活动，突出我班特色。</w:t>
      </w:r>
      <w:r>
        <w:rPr>
          <w:lang w:eastAsia="zh-CN"/>
        </w:rPr>
        <w:br/>
      </w:r>
      <w:r>
        <w:rPr>
          <w:lang w:eastAsia="zh-CN"/>
        </w:rPr>
        <w:t>　　二、班级概况</w:t>
      </w:r>
      <w:r>
        <w:rPr>
          <w:lang w:eastAsia="zh-CN"/>
        </w:rPr>
        <w:br/>
      </w:r>
      <w:r>
        <w:rPr>
          <w:lang w:eastAsia="zh-CN"/>
        </w:rPr>
        <w:t>　　三(1)班有学生30人，其中男生有19人，女生有21人。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行为习惯方面：通过一年的训练，学生能按照一日行为规范来做，但自觉性还有待提高，尤其是男孩子在这方面的养成习惯做得还不够，特别是下课或进专用教室的排队需要老师督促。</w:t>
      </w:r>
      <w:r>
        <w:rPr>
          <w:lang w:eastAsia="zh-CN"/>
        </w:rPr>
        <w:br/>
      </w:r>
      <w:r>
        <w:rPr>
          <w:lang w:eastAsia="zh-CN"/>
        </w:rPr>
        <w:t>　　学习情况：大部分学生较聪明，思维活跃，作业能认真完成，有一定的互相竞争意识。但也有少数学生作业拖拉，没有很好的学习习惯。</w:t>
      </w:r>
      <w:r>
        <w:rPr>
          <w:lang w:eastAsia="zh-CN"/>
        </w:rPr>
        <w:br/>
      </w:r>
      <w:r>
        <w:rPr>
          <w:lang w:eastAsia="zh-CN"/>
        </w:rPr>
        <w:t>　　品德情况：学生爱集体，爱劳动，爱师长，爱同学，有较强的集体荣誉感。但由于是独生子女的关系，会出现自私、虚荣心、盲目自满的思想。</w:t>
      </w:r>
      <w:r>
        <w:rPr>
          <w:lang w:eastAsia="zh-CN"/>
        </w:rPr>
        <w:br/>
      </w:r>
      <w:r>
        <w:rPr>
          <w:lang w:eastAsia="zh-CN"/>
        </w:rPr>
        <w:t>　　三、培养目标</w:t>
      </w:r>
      <w:r>
        <w:rPr>
          <w:lang w:eastAsia="zh-CN"/>
        </w:rPr>
        <w:br/>
      </w:r>
      <w:r>
        <w:rPr>
          <w:lang w:eastAsia="zh-CN"/>
        </w:rPr>
        <w:t>　　建立一支有进取心、能力较强的班干部队伍，全体同学都能树立明确的学习目的，形成良好的学习风气;培养学生良好的行为规范，逐步形成守纪、进取、勤奋的班风。继续抓好学生的常规教育，强化《小学生日常行为规范》的落实，培养学生良好的行为习惯。积极配合学校、少先队的各种活动，开展丰富多彩的活动，培养学生强烈的责任感以及自我约束，自我管理的能力。</w:t>
      </w:r>
      <w:r>
        <w:rPr>
          <w:lang w:eastAsia="zh-CN"/>
        </w:rPr>
        <w:br/>
      </w:r>
      <w:r>
        <w:rPr>
          <w:lang w:eastAsia="zh-CN"/>
        </w:rPr>
        <w:t>　　四、主要工作及措施</w:t>
      </w:r>
      <w:r>
        <w:rPr>
          <w:lang w:eastAsia="zh-CN"/>
        </w:rPr>
        <w:br/>
      </w:r>
      <w:r>
        <w:rPr>
          <w:lang w:eastAsia="zh-CN"/>
        </w:rPr>
        <w:t>　　(一)让学生成长在好习惯里。</w:t>
      </w:r>
      <w:r>
        <w:rPr>
          <w:lang w:eastAsia="zh-CN"/>
        </w:rPr>
        <w:br/>
      </w:r>
      <w:r>
        <w:rPr>
          <w:lang w:eastAsia="zh-CN"/>
        </w:rPr>
        <w:t>　　1、 制定班集体的共同奋斗目标，以及班训，班规。</w:t>
      </w:r>
      <w:r>
        <w:rPr>
          <w:lang w:eastAsia="zh-CN"/>
        </w:rPr>
        <w:br/>
      </w:r>
      <w:r>
        <w:rPr>
          <w:lang w:eastAsia="zh-CN"/>
        </w:rPr>
        <w:t>　　班训：文明 团结 勤奋 向上</w:t>
      </w:r>
      <w:r>
        <w:rPr>
          <w:lang w:eastAsia="zh-CN"/>
        </w:rPr>
        <w:br/>
      </w:r>
      <w:r>
        <w:rPr>
          <w:lang w:eastAsia="zh-CN"/>
        </w:rPr>
        <w:t>　　班规：礼貌待人不打闹 慢步轻声不追跑</w:t>
      </w:r>
      <w:r>
        <w:rPr>
          <w:lang w:eastAsia="zh-CN"/>
        </w:rPr>
        <w:br/>
      </w:r>
      <w:r>
        <w:rPr>
          <w:lang w:eastAsia="zh-CN"/>
        </w:rPr>
        <w:t>　　主动学习会思考 大声发言不可少</w:t>
      </w:r>
      <w:r>
        <w:rPr>
          <w:lang w:eastAsia="zh-CN"/>
        </w:rPr>
        <w:br/>
      </w:r>
      <w:r>
        <w:rPr>
          <w:lang w:eastAsia="zh-CN"/>
        </w:rPr>
        <w:t>　　团结友爱交朋友 身心健康才会好</w:t>
      </w:r>
      <w:r>
        <w:rPr>
          <w:lang w:eastAsia="zh-CN"/>
        </w:rPr>
        <w:br/>
      </w:r>
      <w:r>
        <w:rPr>
          <w:lang w:eastAsia="zh-CN"/>
        </w:rPr>
        <w:t>　　清洁卫生做仔细 诚实守信无小事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排队集合快静齐 从我做起爱集体</w:t>
      </w:r>
      <w:r>
        <w:rPr>
          <w:lang w:eastAsia="zh-CN"/>
        </w:rPr>
        <w:br/>
      </w:r>
      <w:r>
        <w:rPr>
          <w:lang w:eastAsia="zh-CN"/>
        </w:rPr>
        <w:t>　　2、日常管理系统化。</w:t>
      </w:r>
      <w:r>
        <w:rPr>
          <w:lang w:eastAsia="zh-CN"/>
        </w:rPr>
        <w:br/>
      </w:r>
      <w:r>
        <w:rPr>
          <w:lang w:eastAsia="zh-CN"/>
        </w:rPr>
        <w:t>　　(1)重视常规训练，促进良好班风形成，创建良好班集体。</w:t>
      </w:r>
      <w:r>
        <w:rPr>
          <w:lang w:eastAsia="zh-CN"/>
        </w:rPr>
        <w:br/>
      </w:r>
      <w:r>
        <w:rPr>
          <w:lang w:eastAsia="zh-CN"/>
        </w:rPr>
        <w:t>　　A、结合学校的行为习惯养成要求，分段认真学习各部分常规的具体要求。明确要求，让所有的同学都明白什么事该做，什么事不该做。注重实际训练，使学生在训练中进一步明确要求，养成习惯。具体要求</w:t>
      </w:r>
      <w:r>
        <w:rPr>
          <w:lang w:eastAsia="zh-CN"/>
        </w:rPr>
        <w:br/>
      </w:r>
      <w:r>
        <w:rPr>
          <w:lang w:eastAsia="zh-CN"/>
        </w:rPr>
        <w:t>　　B、开展班级日记传递活动，让学生观察班级发生的一些事情，引导学生对班级的中这些事情进行议论、评价，促进班内形成正确的舆论的形成。</w:t>
      </w:r>
      <w:r>
        <w:rPr>
          <w:lang w:eastAsia="zh-CN"/>
        </w:rPr>
        <w:br/>
      </w:r>
      <w:r>
        <w:rPr>
          <w:lang w:eastAsia="zh-CN"/>
        </w:rPr>
        <w:t>　　C、继续开展“花儿朵朵红”活动。通过“纪律”“作业”“两分钟预备铃”“文明用餐”“卫生值日”等方面进行行为规范的`评比，促进学生行为规范的养成。通过抓典型，树榜样，在班级中开展评比激励机制，形成互争互赛的竞争氛围，让学生通过竞赛看到自己的闪光之处，明白自己的不足和今后努力的方向。</w:t>
      </w:r>
      <w:r>
        <w:rPr>
          <w:lang w:eastAsia="zh-CN"/>
        </w:rPr>
        <w:br/>
      </w:r>
      <w:r>
        <w:rPr>
          <w:lang w:eastAsia="zh-CN"/>
        </w:rPr>
        <w:t>　　3、制定清洁卫生工作制度</w:t>
      </w:r>
      <w:r>
        <w:rPr>
          <w:lang w:eastAsia="zh-CN"/>
        </w:rPr>
        <w:br/>
      </w:r>
      <w:r>
        <w:rPr>
          <w:lang w:eastAsia="zh-CN"/>
        </w:rPr>
        <w:t>　　A、明确教室卫生要求</w:t>
      </w:r>
      <w:r>
        <w:rPr>
          <w:lang w:eastAsia="zh-CN"/>
        </w:rPr>
        <w:br/>
      </w:r>
      <w:r>
        <w:rPr>
          <w:lang w:eastAsia="zh-CN"/>
        </w:rPr>
        <w:t>　　要求：桌椅摆放整齐，桌面清洁，物品摆放整齐，书包内外整洁，抽屉无杂物、灰尘、油渍等。值日班长及时擦黑板，黑板擦不乱拍打，也不放在讲台上，放在黑板槽里，而且黑板擦的盖朝下。打扫工具轻拿轻放，摆放整齐，拖地时要注意前后或左右拖，已经拖过的地方不能踩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B、责任到位，人人负责。</w:t>
      </w:r>
      <w:r>
        <w:rPr>
          <w:lang w:eastAsia="zh-CN"/>
        </w:rPr>
        <w:br/>
      </w:r>
      <w:r>
        <w:rPr>
          <w:lang w:eastAsia="zh-CN"/>
        </w:rPr>
        <w:t>　　先把学生分成小组，每小组的组员按座位的前后顺序排号，然后把室内、室外清洁分成每个小部分，最后把每一号学生和相应的小部分清洁一一对应。每天早晨、中午、下午各自完成自己的任务。针对学生在教室午餐的现象，还落实午餐值日工作，作到人人有事做，事事有人做，教室每时每刻都保持清洁整齐。</w:t>
      </w:r>
      <w:r>
        <w:rPr>
          <w:lang w:eastAsia="zh-CN"/>
        </w:rPr>
        <w:br/>
      </w:r>
      <w:r>
        <w:rPr>
          <w:lang w:eastAsia="zh-CN"/>
        </w:rPr>
        <w:t>　　C、由小组长在晨会前对学生个人卫生进行认真的检查，并在晨会时间集体汇报、评比。督促学生做到“六要”：即要漱口刷牙，要洗手，要剪指甲，要洗头、理发，要洗澡换衣，要保持小手清洁，做作业或吃东西前要洗手等。</w:t>
      </w:r>
      <w:r>
        <w:rPr>
          <w:lang w:eastAsia="zh-CN"/>
        </w:rPr>
        <w:br/>
      </w:r>
      <w:r>
        <w:rPr>
          <w:lang w:eastAsia="zh-CN"/>
        </w:rPr>
        <w:t>　　(二)让学生健康中成长</w:t>
      </w:r>
      <w:r>
        <w:rPr>
          <w:lang w:eastAsia="zh-CN"/>
        </w:rPr>
        <w:br/>
      </w:r>
      <w:r>
        <w:rPr>
          <w:lang w:eastAsia="zh-CN"/>
        </w:rPr>
        <w:t>　　1、重视学生的安全教育</w:t>
      </w:r>
      <w:r>
        <w:rPr>
          <w:lang w:eastAsia="zh-CN"/>
        </w:rPr>
        <w:br/>
      </w:r>
      <w:r>
        <w:rPr>
          <w:lang w:eastAsia="zh-CN"/>
        </w:rPr>
        <w:t>　　A、每天上课抽出几分钟进行安全教育。认真收听“安全播报”，寻找学校内存在的安全隐患，进行提醒教育。第一周进行交通安全的教育。9月1日观看《开学第一课》。</w:t>
      </w:r>
      <w:r>
        <w:rPr>
          <w:lang w:eastAsia="zh-CN"/>
        </w:rPr>
        <w:br/>
      </w:r>
      <w:r>
        <w:rPr>
          <w:lang w:eastAsia="zh-CN"/>
        </w:rPr>
        <w:t>　　B、组织学生观看安全录像，增强安全意识。</w:t>
      </w:r>
      <w:r>
        <w:rPr>
          <w:lang w:eastAsia="zh-CN"/>
        </w:rPr>
        <w:br/>
      </w:r>
      <w:r>
        <w:rPr>
          <w:lang w:eastAsia="zh-CN"/>
        </w:rPr>
        <w:t>　　C、安排安全督导员。对学生课间的安全进行督促。</w:t>
      </w:r>
      <w:r>
        <w:rPr>
          <w:lang w:eastAsia="zh-CN"/>
        </w:rPr>
        <w:br/>
      </w:r>
      <w:r>
        <w:rPr>
          <w:lang w:eastAsia="zh-CN"/>
        </w:rPr>
        <w:t>　　D、配合学校对学生进行应对突发事件的能力，进行2次紧急疏散演练。</w:t>
      </w:r>
      <w:r>
        <w:rPr>
          <w:lang w:eastAsia="zh-CN"/>
        </w:rPr>
        <w:br/>
      </w:r>
      <w:r>
        <w:rPr>
          <w:lang w:eastAsia="zh-CN"/>
        </w:rPr>
        <w:t>　　2、身体健康</w:t>
      </w:r>
      <w:r>
        <w:rPr>
          <w:lang w:eastAsia="zh-CN"/>
        </w:rPr>
        <w:br/>
      </w:r>
      <w:r>
        <w:rPr>
          <w:lang w:eastAsia="zh-CN"/>
        </w:rPr>
        <w:t>　　进行“阳光体育”活动，让孩子们感受健康的快乐，生命的可贵。　　个人年度工作计划 6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20xx年是“十二五”规划的收官之年。在县委、县政府和市国土局的正确领导下，我局认真贯彻“四个全面”战略部署，锐意进取，开拓创新，狠抓各项工作落实，取得了良好地成果，为全县经济社会稳健发展提供了强有力地资源保障。</w:t>
      </w:r>
      <w:r>
        <w:rPr>
          <w:lang w:eastAsia="zh-CN"/>
        </w:rPr>
        <w:br/>
      </w:r>
      <w:r>
        <w:rPr>
          <w:lang w:eastAsia="zh-CN"/>
        </w:rPr>
        <w:t>　　一、20xx年工作回顾</w:t>
      </w:r>
      <w:r>
        <w:rPr>
          <w:lang w:eastAsia="zh-CN"/>
        </w:rPr>
        <w:br/>
      </w:r>
      <w:r>
        <w:rPr>
          <w:lang w:eastAsia="zh-CN"/>
        </w:rPr>
        <w:t>　　（一）加强资源保护，巩固发展根基。一是完善耕地保护制度, 实现了耕地占补平衡。落实耕地保护共同责任机制，县、乡、村逐级签订了耕地保护目标责任书，明确职责，共护宝贵资源。二是积极开展土地利用总体规划中期调整完善。充分利用第二次土地调查成果，完成土地利用总体规划调整完善听证，完善相关编制资料力争及时逐级上报审批。三是有效推进土地整理项目。今年来，区国土厅确认批复我县32个土地开垦项目，实施528.22公顷，新增耕地316.64公顷。同时，我县正在实施洞靖乡念堂村等46个土地开垦项目，实施590.73公顷，新增耕地535.94公顷，总投资317.04万元；自治区级县露美片区土地整治项目已竣工，总投资2733.79万元，建设规模510.34公顷，该项目已通过市级验收；组织申报立项5个“旱改水”提质改造项目，建设规模260.26公顷，总投资1350.38万元，已获市国土局立项批复，通过提质改造，可建成水田245.89公顷，有效推动新农村建设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（二）保障用地需求，力促稳健发展。一是积极争取用地指标，用好有限资源。用活用足指标，确保项目尽早落地建设。今年，共组织申报14个用地批次，获得用地267.17公顷，其中耕地120.92公顷，涉及新山煤电铝一体化项目、义乌国际商贸物流城等一批项目，有力支撑起全县经济社会发展。二是严格执行土地供应政策，提供用地保障服务。今年来，共办理供地手续55宗，面积1x9.13公顷，土地成交价款4.35亿元。三是合理编制土地供应计划，有效控制供应总量。科学编制国有建设用地供应计划，认真执行计划安排，20xx年度县国有建设用地计划供应总量113.26公顷。四是有力盘活存量建设用地，严格处置闲置土地。今年来，积极引导各类建设项目使用存量土地、低效利用土地，盘活国有存量建设用地1x8.05公顷，清理闲置土地</w:t>
      </w:r>
      <w:r>
        <w:rPr>
          <w:lang w:eastAsia="zh-CN"/>
        </w:rPr>
        <w:t xml:space="preserve"> 4宗，面积246.00㎡，做到有效盘活利用闲置土地。五是合理开展征地，保证项目有序推进。今年来，共完成征地161.1x公顷，已全部兑付补偿费2.35亿元，确保了百色大道二期（段）、公租房等16个项目建设，有力维护了被征地农民的合法权益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（三）严格国土执法，规范资源管理。一是加大国土法律法规宣传力度。通过展板、悬挂横幅、发放资料等方式，广泛宣传国土资源法律法规。今年来，共发放国土普法宣传手册12000多册，宣传单9000多份，受教育4万多人，取得较好地宣传效果。二是认真开展土地日常动态巡查。今年来，共开展动态巡查458次，及时发现并制止土地违法行为252起，切实将违法用地行为扼杀在萌芽状态。三是全力做好土地执法监察工作。通过动态巡查、卫片执法、群众举报等方式立案查处违法案件52件，已结案52件，案件已全部查处到位，共涉及土地1x.69公顷，其中耕地10.90公顷，罚款收入43.56万元，没收违法建（构）筑物8.30万㎡，拆除违法建（构）筑物1.59万㎡，申请强制执行1.59万㎡。四是继续强化矿产执法。今年来，共组织开展矿山执法巡查400多次，专项执法60次，发现违法行为60起，现场制止50起，立案23起，结案17起，罚没款1x.24万元，有效规范了用矿行为。</w:t>
      </w:r>
      <w:r>
        <w:rPr>
          <w:lang w:eastAsia="zh-CN"/>
        </w:rPr>
        <w:br/>
      </w:r>
      <w:r>
        <w:rPr>
          <w:lang w:eastAsia="zh-CN"/>
        </w:rPr>
        <w:t>　　（五）强化地灾防治，保障民生发展。强化措施，切实搞好地质灾害防治工作。今年来，开展地质灾害隐患点排查巡查复查160次，向群众发放防灾明白卡及避灾明白卡422份，更新埋设警示宣传牌22块；举办地质灾害防治培训班1期，受训166人，开展各类宣传6次，发放资料3000多份；争取区国土厅专项资金458.19万元，完成了12处地质灾害隐患点治理，受益群众299户1300人。不断完善地质灾害治理工作机制和制度，高效推进地灾防治工作，保障了人民群众的生命财产安全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（六）巩固基础业务，促进全面提升。一是加强机关效能政风行风建设。今年来，驻县政务服务中心窗口共受理各类申请11x4宗，办结11x4宗，已在限时内全部办结；年初获“四星级”窗口荣益称号的佳绩。二是扎实开展信访工作。今年来，共接到信访事项9件，接待来访群众12批31人次，已全部作出答复解释。三是抓好土地登记发证工作。今年来，共登记发证290宗，面积5140592.14㎡，换证43宗，面积22247.62㎡。四是做好农村土地确权登记发证，促进土地产权改革。全县区域内地类图斑34.09km，已完成一期、二期工程权属调查86585宗，整理档案43873宗,应发证45514宗，已发证43873宗，发证率达96.39%，为农村土地产权改革创造了有利条件。五是积极开展县级不动产统一登记工作。积极协调有关部门明确不动产工作职责，进一步建立健全联动机制；助推成立县不动产登记局XX县不动产登记中心，完成机构组建、人员调剂等工作。六是加强基础测绘管理。组织相关人员参加各类测绘培训2次，参训29人，提高了参训人员的运用技能；积极配合开展地理国情普查，已完成内外业基础工作；推进“数字”建设，《数字地理空间框架建设工程设计书》通过评审验收。七是加强国土资源信息化建设。今年3月正式运行电子政务系统，实现本级国土资源公文高效流转，节约办公成本；继续推进、完善“一张图”管理信息系统和地籍系统建设。</w:t>
      </w:r>
      <w:r>
        <w:rPr>
          <w:lang w:eastAsia="zh-CN"/>
        </w:rPr>
        <w:br/>
      </w:r>
      <w:r>
        <w:rPr>
          <w:lang w:eastAsia="zh-CN"/>
        </w:rPr>
        <w:t>　　二、存在问题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新形势下，在取得成绩的'同时，我们清醒地认识到还存在一些不足之处，主要有：一是计划用地指标不足。随着我县经济社会的快速发展，各类用地需求逐年增多，仅靠年度用地指标安排已无法满足发展需求。二是国土资源执法形势依然严峻。现阶段国土资源违法行为时有发生，执法力量有限，国土执法面临的问题更加复杂和棘手，卫片执法任务艰巨，矿产资源管理步履维艰。三是信访维稳压力较大。由于征地、建房、土地权属等因素造成利益纠纷增多趋势，国土信访较活跃，妥善处理各方矛盾面临的困难重重。四是不动产统一登记工作推进缓慢。因编制、资金、人才等方面不足，部门资源整合、资源信息共享和制度管理等仍存在较多阻碍，制约了我县快速推进不动产登记的步伐。</w:t>
      </w:r>
      <w:r>
        <w:rPr>
          <w:lang w:eastAsia="zh-CN"/>
        </w:rPr>
        <w:br/>
      </w:r>
      <w:r>
        <w:rPr>
          <w:lang w:eastAsia="zh-CN"/>
        </w:rPr>
        <w:t>　　三、20xx年工作计划</w:t>
      </w:r>
      <w:r>
        <w:rPr>
          <w:lang w:eastAsia="zh-CN"/>
        </w:rPr>
        <w:br/>
      </w:r>
      <w:r>
        <w:rPr>
          <w:lang w:eastAsia="zh-CN"/>
        </w:rPr>
        <w:t>　　（一）严守保护红线，确保占补平衡。一是确保实现耕地保护目标。落实耕地保护责任，加强耕地及基本农田的动态巡查，保证耕地保有量和基本农田面积不减少，耕地质量不下降，巩固基本农田划定成果。二是加大土地开发整理力度。积极实施土地整理和补充耕地任务，确保年度耕地占补平衡。三是扎实推进“旱改水”提质改造项目和土地整治项目。优化服务质量，强化项目管理，稳步推进“旱改水”各项工作，全力做好桥马片区土地整治项目。</w:t>
      </w:r>
      <w:r>
        <w:rPr>
          <w:lang w:eastAsia="zh-CN"/>
        </w:rPr>
        <w:br/>
      </w:r>
      <w:r>
        <w:rPr>
          <w:lang w:eastAsia="zh-CN"/>
        </w:rPr>
        <w:t>　　(二)整合优势资源，全力保障发展用地需求。一是争取尽快落实项目用地，保障用地需求。做好项目用地农用地转用、土地征收报批、指标保障等工作，特别是争取重点项目尽早落地开工建设。二是着力推进征地工作。按照新实施的征地工作要求，积极做好征迁，稳妥处理利益分配，切实筑牢经济社会发展基础。三是坚持集约节约利用土地。充分利用有限的土地资源，提高存量土地利用率，加大处理闲置土地力度，做到节约集约用地。四是争取落实扶贫生态移民搬迁工程。加强与区国土厅、市政府协调，争取获得20xx年扶贫生态移民搬迁工程用地及附属设施新增建设用地指标。</w:t>
      </w:r>
      <w:r>
        <w:rPr>
          <w:lang w:eastAsia="zh-CN"/>
        </w:rPr>
        <w:br/>
      </w:r>
      <w:r>
        <w:rPr>
          <w:lang w:eastAsia="zh-CN"/>
        </w:rPr>
        <w:t>　　（三）完善地灾防治机制，全力保障群众利益。争取防治资金、人员、技术、物资等方面的保障，科学编制地质灾害治理方案，寻找地质灾害防治突破口，加强部门联动，整合优势资源，确保防治工作落到实处。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（四）加强资源管理，规范国土秩序。一是严格规范矿业权管理。依法管理采矿权，严格审批发证，合理编制矿产资源总体利用规划，完善矿产资源开采方案，确保做到规范有序用矿。二是强化矿山安全监管。加强矿山安全生产监管，严格落实安全生产目标责任。三是严厉打击违法采矿行为。坚决取缔违法采矿，切实维护矿产资源开发利用良好秩序。四是健全土地动态巡查制度，扎实做好年度卫片执法检查工作。加强与各级有关部门沟通协调，严厉打击违法占地用地行为。</w:t>
      </w:r>
      <w:r>
        <w:rPr>
          <w:lang w:eastAsia="zh-CN"/>
        </w:rPr>
        <w:br/>
      </w:r>
      <w:r>
        <w:rPr>
          <w:lang w:eastAsia="zh-CN"/>
        </w:rPr>
        <w:t>　　（五）扎实推进国土基础工作建设，提升服务水平。一是继续做好我县测绘行政职能管理和测绘业务管理工作。二是继续完善土地利用总体规划，补充各类规划修改调整。三是加快信息化建设步伐，逐步实现“一张图”管理。四是做好土地登记发证工作，特别是农村集体土地确权登记。五是着力开展不动产统一登记工作，确保取得实质效果。六是加强国土资源队伍和文化建设，继续推进“审管分离”制度改革，提高服务水平和执政能力。　　个人年度工作计划 7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在过去的工作中，我公司财务科在公司领导的正确带领和全体财务人员的共同努力下，在以为不浪费公司一分钱为宗旨的理念下，认真贯彻执行公司财务预算，紧紧围绕公司四型一流发展规划，以加强财务核算、提高会计素质为主要工作内容，以精细化核算、数量化考核为工作方法，以利润最大化为目标，以资产经营责任为主线，全面推行制度化、标准化、程序化、信息化的财务管理模式，加强成本核算，实行全员、全过程的财务管理策略，为完成xx年各项经营工作目标作出了应有的贡献。在新的一年里,财务科将一如既往的紧紧围绕公司的总体经营思路,从严管理,积极为公司领导经营决策当好参谋,具体有以下财务科工作计划和安排。</w:t>
      </w:r>
      <w:r>
        <w:rPr>
          <w:lang w:eastAsia="zh-CN"/>
        </w:rPr>
        <w:br/>
      </w:r>
      <w:r>
        <w:rPr>
          <w:lang w:eastAsia="zh-CN"/>
        </w:rPr>
        <w:t>　　一、顾全大局，服从领导，坚定目标不动摇。</w:t>
      </w:r>
      <w:r>
        <w:rPr>
          <w:lang w:eastAsia="zh-CN"/>
        </w:rPr>
        <w:br/>
      </w:r>
      <w:r>
        <w:rPr>
          <w:lang w:eastAsia="zh-CN"/>
        </w:rPr>
        <w:t>　　年初财务预算，是通过公司职代会集体意见表决制订的，它反映了公司新的一年总体经营目标和任务。财务科全体人员要端正态度，积极发挥主观能动性，时刻坚持以公司大局为重，不折不扣的完成公司安排的各项工作任务。</w:t>
      </w:r>
      <w:r>
        <w:rPr>
          <w:lang w:eastAsia="zh-CN"/>
        </w:rPr>
        <w:br/>
      </w:r>
      <w:r>
        <w:rPr>
          <w:lang w:eastAsia="zh-CN"/>
        </w:rPr>
        <w:t>　　1、按财务预算科学合理安排调度资金，充分发挥资金利用效率。平时要积极提供全面、准确的经济分析和建议，为公司领导决策当好参谋，</w:t>
      </w:r>
      <w:r>
        <w:rPr>
          <w:lang w:eastAsia="zh-CN"/>
        </w:rPr>
        <w:br/>
      </w:r>
      <w:r>
        <w:rPr>
          <w:lang w:eastAsia="zh-CN"/>
        </w:rPr>
        <w:t>　　2、积极争取政策。积极利用行业政策，动脑筋、想办法、争取银行等相关部门优惠政策，为公司谋取最大经济利益。</w:t>
      </w:r>
      <w:r>
        <w:rPr>
          <w:lang w:eastAsia="zh-CN"/>
        </w:rPr>
        <w:br/>
      </w:r>
      <w:r>
        <w:rPr>
          <w:lang w:eastAsia="zh-CN"/>
        </w:rPr>
        <w:t>　　3、深入研究税收政策，合理避税增效益。新的一年里，全体财务人员工作计划明确，在工作中应加强税收政策法规的研究和学习，加强与税务部门各项工作的联系和协调，通过合理避税为公司增加效益。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https://d.book118.com/337200161046006041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7200161046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