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1B1F19" w14:paraId="7F7A67AA" w14:textId="0AE8485B">
      <w:pPr>
        <w:pStyle w:val="Heading1"/>
        <w:jc w:val="center"/>
        <w:rPr>
          <w:rFonts w:hint="eastAsia"/>
          <w:lang w:eastAsia="zh-CN"/>
        </w:rPr>
      </w:pPr>
      <w:r>
        <w:rPr>
          <w:sz w:val="44"/>
          <w:lang w:eastAsia="zh-CN"/>
        </w:rPr>
        <w:t>护士上半年工作总结报告（34篇）</w:t>
      </w:r>
    </w:p>
    <w:p w:rsidR="001B1F19" w14:paraId="15E7D7A0" w14:textId="27C3F48A">
      <w:pPr>
        <w:rPr>
          <w:rFonts w:hint="eastAsia"/>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护士上半年工作总结报告（精选34篇）</w:t>
      </w:r>
      <w:r>
        <w:rPr>
          <w:lang w:eastAsia="zh-CN"/>
        </w:rPr>
        <w:br/>
      </w:r>
      <w:r>
        <w:rPr>
          <w:lang w:eastAsia="zh-CN"/>
        </w:rPr>
        <w:t xml:space="preserve">    护士上半年工作总结报告 篇1 </w:t>
      </w:r>
      <w:r>
        <w:rPr>
          <w:lang w:eastAsia="zh-CN"/>
        </w:rPr>
        <w:br/>
      </w:r>
      <w:r>
        <w:rPr>
          <w:lang w:eastAsia="zh-CN"/>
        </w:rPr>
        <w:t>　　光阴似箭!一晃眼，从我加入人民医院，工作已有半年多了。在过去半年里，在院领导、科主任及护士长的正确领导下。坚持“以病人为中心”的临床服务理念，发扬救死扶伤的革命人道主义精神，并认真严谨的态度和积极的热情投身于学习和工作中，虽然有成功的泪水，也有失败的辛酸，但是日益激烈的社会竟争也使我充分地认识到成为一名德智体全面发展的国优国标护士的重要性。在踏实地学习与医疗护理工作中，获得广泛病员好评的同时，也得到各级领导、护士长的认可。顺利完成了20__年上半年的工作任务。其具体工作总结如下：</w:t>
      </w:r>
      <w:r>
        <w:rPr>
          <w:lang w:eastAsia="zh-CN"/>
        </w:rPr>
        <w:br/>
      </w:r>
      <w:r>
        <w:rPr>
          <w:lang w:eastAsia="zh-CN"/>
        </w:rPr>
        <w:t>　　(一)思想道德、政治品质方面：</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
          <w:cols w:space="425"/>
          <w:titlePg w:val="0"/>
          <w:docGrid w:type="lines" w:linePitch="312"/>
        </w:sectPr>
      </w:pPr>
      <w:r>
        <w:rPr>
          <w:lang w:eastAsia="zh-CN"/>
        </w:rPr>
        <w:t>　　能够认真贯彻党的基本路线方针政策，通过报纸、杂志、书籍积极学习政治理论;遵纪守法，认真学习法律知识;爱岗敬业，具有强烈的责任感和事业心，积极主动认真的学习护士专业知识，工作态度端正，认真负责，树立了正确的人生观和价值观。在医疗护理实践过程中，服从命令，听众指挥。能严格遵守医院的各项规章制度的，遵守医德规范，规范操作。能积极参加医院和科室组织的各项活动并能尊敬领导，团结同事。</w:t>
      </w:r>
      <w:r>
        <w:rPr>
          <w:lang w:eastAsia="zh-CN"/>
        </w:rPr>
        <w:br/>
      </w:r>
      <w:r>
        <w:rPr>
          <w:lang w:eastAsia="zh-CN"/>
        </w:rPr>
        <w:t>　　(二)专业知识、工作能力方面：</w:t>
      </w:r>
      <w:r>
        <w:rPr>
          <w:lang w:eastAsia="zh-CN"/>
        </w:rPr>
        <w:br/>
      </w:r>
      <w:r>
        <w:rPr>
          <w:lang w:eastAsia="zh-CN"/>
        </w:rPr>
        <w:t>　　我本着“把工作做的更好”这样一个目标，开拓创新意识，积极圆满的完成了以下本职工作：协助护士长做好病房的管理工作及医疗文书的整理工作。认真接待每一位病人，把每一位病人都当成自己的朋友，亲人，经常换位思考别人的苦处。认真做好医疗文书的书写工作，医疗文书的书写需要认真负责，态度端正、头脑清晰。我课件下载认真学习科室文件书写规范，认真书写一般护理记录，危重护理记录及抢救记录。遵守规章制度，牢记三基(基础理论、基本知识和基本技能)三严(严肃的态度、严格的要求、严密的方法)。护理部为了提高每位护士的理论和操作水平，每月进行理论及操作考试，对于自己的工作要高要求严标准。工作态度要端正，“医者父母心”，本人以千方百计解除病人的疾苦为己任。我希望所有的患者都能尽快的康复，于是每次当我进入病房时，我都利用有限的时间不遗余力的鼓励他们，耐心的帮他们了解疾病、建立战胜疾病的信心，当看到病人康复时，觉得是非常幸福的事情。</w:t>
      </w:r>
      <w:r>
        <w:rPr>
          <w:lang w:eastAsia="zh-CN"/>
        </w:rPr>
        <w:br/>
      </w:r>
      <w:r>
        <w:rPr>
          <w:lang w:eastAsia="zh-CN"/>
        </w:rPr>
        <w:t>　　(三)在态度、学习方面：</w:t>
      </w:r>
      <w:r>
        <w:rPr>
          <w:lang w:eastAsia="zh-CN"/>
        </w:rPr>
        <w:br/>
      </w:r>
      <w:r>
        <w:rPr>
          <w:lang w:eastAsia="zh-CN"/>
        </w:rPr>
        <w:t>　　严格要求自己，凭着对成为一名国优国标白衣天使的目标和知识的强烈追求，刻苦钻研，勤奋好学，态度端正，目标明确，基本上牢固的掌握了一些专业知识和技能，作到了理论联系实际;除了专业知识的学习外，还注意各方面知识的扩展，广泛的涉猎其他学科的知识，从而提高了自身的思想文化素质。</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
          <w:cols w:space="425"/>
          <w:titlePg w:val="0"/>
          <w:docGrid w:type="lines" w:linePitch="312"/>
        </w:sectPr>
      </w:pPr>
      <w:r>
        <w:rPr>
          <w:lang w:eastAsia="zh-CN"/>
        </w:rPr>
        <w:t>　　(四)在生活方面：</w:t>
      </w:r>
      <w:r>
        <w:rPr>
          <w:lang w:eastAsia="zh-CN"/>
        </w:rPr>
        <w:br/>
      </w:r>
      <w:r>
        <w:rPr>
          <w:lang w:eastAsia="zh-CN"/>
        </w:rPr>
        <w:t>　　养成了良好的生活习惯，生活充实而有条理，有严谨的生活态度和良好的生活态度和生活作风，为人热情大方，诚实守信，乐于助人，拥有自己的良好出事原则，能与同事们和睦相处;积极参加各项课外活动，从而不断的丰富自己的阅历。</w:t>
      </w:r>
      <w:r>
        <w:rPr>
          <w:lang w:eastAsia="zh-CN"/>
        </w:rPr>
        <w:br/>
      </w:r>
      <w:r>
        <w:rPr>
          <w:lang w:eastAsia="zh-CN"/>
        </w:rPr>
        <w:t>　　(五)今后的目标：</w:t>
      </w:r>
      <w:r>
        <w:rPr>
          <w:lang w:eastAsia="zh-CN"/>
        </w:rPr>
        <w:br/>
      </w:r>
      <w:r>
        <w:rPr>
          <w:lang w:eastAsia="zh-CN"/>
        </w:rPr>
        <w:t>　　我决心进一步振奋精神，加强个人世界观的改造，努力克服自己存在的问题，做到：</w:t>
      </w:r>
      <w:r>
        <w:rPr>
          <w:lang w:eastAsia="zh-CN"/>
        </w:rPr>
        <w:br/>
      </w:r>
      <w:r>
        <w:rPr>
          <w:lang w:eastAsia="zh-CN"/>
        </w:rPr>
        <w:t>　　(1)扎实抓好理论学习，保持政治上的坚定性。</w:t>
      </w:r>
      <w:r>
        <w:rPr>
          <w:lang w:eastAsia="zh-CN"/>
        </w:rPr>
        <w:br/>
      </w:r>
      <w:r>
        <w:rPr>
          <w:lang w:eastAsia="zh-CN"/>
        </w:rPr>
        <w:t>　　(2)在院领导、科主任的关心和指导下，顺利完成医疗护理工作任务，认真履行职责，爱岗敬业。</w:t>
      </w:r>
      <w:r>
        <w:rPr>
          <w:lang w:eastAsia="zh-CN"/>
        </w:rPr>
        <w:br/>
      </w:r>
      <w:r>
        <w:rPr>
          <w:lang w:eastAsia="zh-CN"/>
        </w:rPr>
        <w:t>　　(3)以科室为家，工作积极主动，对待病员热情、耐心，满足病人的需求。</w:t>
      </w:r>
      <w:r>
        <w:rPr>
          <w:lang w:eastAsia="zh-CN"/>
        </w:rPr>
        <w:br/>
      </w:r>
      <w:r>
        <w:rPr>
          <w:lang w:eastAsia="zh-CN"/>
        </w:rPr>
        <w:t>　　护理工作是平凡的工作，然而，我们却用真诚的爱去抚平病人心灵的创伤，用火一样的热情去点燃患者战胜疾病的勇气。人总是在不断成熟与长大，如果说昨天的自己还有那么些浮躁那么些飘摇，那今天的自己则更加成熟更加稳健，对护理工作也有了崭新的诠释，更加明白自己的职责和重担，也能更好更用心地为每一个病人服务。只是在这样的过程中，病人虽然比天大，但他们不是上帝!而我们的工作也不是单纯的服务行业。护士同样有她们的尊严!我们可以流汗可以流血，但我们不要流泪!我们卑微但决不卑贱!在上帝面前，我们每个人都是平等的!</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
          <w:cols w:space="425"/>
          <w:titlePg w:val="0"/>
          <w:docGrid w:type="lines" w:linePitch="312"/>
        </w:sectPr>
      </w:pPr>
      <w:r>
        <w:rPr>
          <w:lang w:eastAsia="zh-CN"/>
        </w:rPr>
        <w:t>　　在过去的半年中，我感谢每一位和我共事的同事。感谢你们的善待，感谢和你们有这样相逢相知相处的缘分，感谢你们的善良和美好，感谢你们让我生活在这样一个温暖的大家庭!希望来年，我们仍然能够荣辱与共，共同感觉感受生命和生活的美好美丽，共同去创造一个更加灿烂的未来!</w:t>
      </w:r>
      <w:r>
        <w:rPr>
          <w:lang w:eastAsia="zh-CN"/>
        </w:rPr>
        <w:br/>
      </w:r>
      <w:r>
        <w:rPr>
          <w:lang w:eastAsia="zh-CN"/>
        </w:rPr>
        <w:t xml:space="preserve">    护士上半年工作总结报告 篇2 </w:t>
      </w:r>
      <w:r>
        <w:rPr>
          <w:lang w:eastAsia="zh-CN"/>
        </w:rPr>
        <w:br/>
      </w:r>
      <w:r>
        <w:rPr>
          <w:lang w:eastAsia="zh-CN"/>
        </w:rPr>
        <w:t>　　现将__年上半年护理工作总结如下：</w:t>
      </w:r>
      <w:r>
        <w:rPr>
          <w:lang w:eastAsia="zh-CN"/>
        </w:rPr>
        <w:br/>
      </w:r>
      <w:r>
        <w:rPr>
          <w:lang w:eastAsia="zh-CN"/>
        </w:rPr>
        <w:t>　　一、落实了护理人才培训计划，提高护理人员业务水平</w:t>
      </w:r>
      <w:r>
        <w:rPr>
          <w:lang w:eastAsia="zh-CN"/>
        </w:rPr>
        <w:br/>
      </w:r>
      <w:r>
        <w:rPr>
          <w:lang w:eastAsia="zh-CN"/>
        </w:rPr>
        <w:t>　　不断开展新技术对各级护理人员进行三基培训，学习各种护理风险应急预案及护理核心制度；更新护理知识及定期考核；学习及接收护理新知识及新技术，提高护理人员业务水平。</w:t>
      </w:r>
      <w:r>
        <w:rPr>
          <w:lang w:eastAsia="zh-CN"/>
        </w:rPr>
        <w:br/>
      </w:r>
      <w:r>
        <w:rPr>
          <w:lang w:eastAsia="zh-CN"/>
        </w:rPr>
        <w:t>　　二、改善服务流程，提高服务质量</w:t>
      </w:r>
      <w:r>
        <w:rPr>
          <w:lang w:eastAsia="zh-CN"/>
        </w:rPr>
        <w:br/>
      </w:r>
      <w:r>
        <w:rPr>
          <w:lang w:eastAsia="zh-CN"/>
        </w:rPr>
        <w:t>　　规范接待新入院病人服务流程，推行服务过程中的规范用语，为病人提供各生活上的便利，广泛听取病人及陪护对护理服务的意见，对存在的问题查找原因，提出整改措施，不断提高服务质量。</w:t>
      </w:r>
      <w:r>
        <w:rPr>
          <w:lang w:eastAsia="zh-CN"/>
        </w:rPr>
        <w:br/>
      </w:r>
      <w:r>
        <w:rPr>
          <w:lang w:eastAsia="zh-CN"/>
        </w:rPr>
        <w:t>　　三、完善各项护理规章制度及操作流程，杜绝护理差错事故发生</w:t>
      </w:r>
      <w:r>
        <w:rPr>
          <w:lang w:eastAsia="zh-CN"/>
        </w:rPr>
        <w:br/>
      </w:r>
      <w:r>
        <w:rPr>
          <w:lang w:eastAsia="zh-CN"/>
        </w:rPr>
        <w:t>　　每周护士会进行安全意识教育，查找工作中存在的安全隐患，提高整改措施，消除差错事故隐患，认真落实了各项护理规章制度及操作流程，发挥科内质控小组作用，定期和不定期检查各项护理制度的执行情况，杜绝护理差错事故发生。</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5"/>
          <w:cols w:space="425"/>
          <w:titlePg w:val="0"/>
          <w:docGrid w:type="lines" w:linePitch="312"/>
        </w:sectPr>
      </w:pPr>
      <w:r>
        <w:rPr>
          <w:lang w:eastAsia="zh-CN"/>
        </w:rPr>
        <w:t>　　四、加强和提高护理文书书写质量要求，力求做到准确，客观及连续</w:t>
      </w:r>
      <w:r>
        <w:rPr>
          <w:lang w:eastAsia="zh-CN"/>
        </w:rPr>
        <w:br/>
      </w:r>
      <w:r>
        <w:rPr>
          <w:lang w:eastAsia="zh-CN"/>
        </w:rPr>
        <w:t>　　护理文书也是法律文书，也是判定医疗纠纷的客观依据，在书写过程中每位护士都能认真的根据自己所观察到病人情况进行书写，能够客观，真实，准确，及时，完善的反映病人的`病情变化，不断强化护理文书正规书写的重要意义，使每位护士能端正书写态度，同时加强监督检查力度，每班检查上一班记录有无纰漏，质控小组定期检查，护士长期和不定期检查及出院病历终未质量检查，发现问题及时纠正，每月进行护理文书质量分析，对存在问题提出整改措施。</w:t>
      </w:r>
      <w:r>
        <w:rPr>
          <w:lang w:eastAsia="zh-CN"/>
        </w:rPr>
        <w:br/>
      </w:r>
      <w:r>
        <w:rPr>
          <w:lang w:eastAsia="zh-CN"/>
        </w:rPr>
        <w:t>　　五、规范病房管理，建立以人为本的住院环境，使病人达到接受治疗的身心状态</w:t>
      </w:r>
      <w:r>
        <w:rPr>
          <w:lang w:eastAsia="zh-CN"/>
        </w:rPr>
        <w:br/>
      </w:r>
      <w:r>
        <w:rPr>
          <w:lang w:eastAsia="zh-CN"/>
        </w:rPr>
        <w:t>　　病房每日定时通风，保持病室安静，整洁，空气新鲜，对意识障碍病人提供安全有效的防护措施，按分级护理病人，落实了健康教育，加强基础护理及重危病人的个案护理，满足病人及家属的合理需要。</w:t>
      </w:r>
      <w:r>
        <w:rPr>
          <w:lang w:eastAsia="zh-CN"/>
        </w:rPr>
        <w:br/>
      </w:r>
      <w:r>
        <w:rPr>
          <w:lang w:eastAsia="zh-CN"/>
        </w:rPr>
        <w:t>　　六、急救物品完好率达到100%</w:t>
      </w:r>
      <w:r>
        <w:rPr>
          <w:lang w:eastAsia="zh-CN"/>
        </w:rPr>
        <w:br/>
      </w:r>
      <w:r>
        <w:rPr>
          <w:lang w:eastAsia="zh-CN"/>
        </w:rPr>
        <w:t>　　急救物品进行“四定”管理，每周专管人员进行全面检一次，护士长每周检查并不定时进行抽查，保证了急救物品始终处于应急状态。</w:t>
      </w:r>
      <w:r>
        <w:rPr>
          <w:lang w:eastAsia="zh-CN"/>
        </w:rPr>
        <w:br/>
      </w:r>
      <w:r>
        <w:rPr>
          <w:lang w:eastAsia="zh-CN"/>
        </w:rPr>
        <w:t>　　七、按医院内感染管理标准，重点加强了医疗废物管理</w:t>
      </w:r>
      <w:r>
        <w:rPr>
          <w:lang w:eastAsia="zh-CN"/>
        </w:rPr>
        <w:br/>
      </w:r>
      <w:r>
        <w:rPr>
          <w:lang w:eastAsia="zh-CN"/>
        </w:rPr>
        <w:t>　　组织学习医疗废物处理流程，院感监控护士能认真履行自身职责，使院感监控指标达到质量标准。</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6"/>
          <w:cols w:space="425"/>
          <w:titlePg w:val="0"/>
          <w:docGrid w:type="lines" w:linePitch="312"/>
        </w:sectPr>
      </w:pPr>
      <w:r>
        <w:rPr>
          <w:lang w:eastAsia="zh-CN"/>
        </w:rPr>
        <w:t>　　八、业务指标完成情况</w:t>
      </w:r>
      <w:r>
        <w:rPr>
          <w:lang w:eastAsia="zh-CN"/>
        </w:rPr>
        <w:br/>
      </w:r>
      <w:r>
        <w:rPr>
          <w:lang w:eastAsia="zh-CN"/>
        </w:rPr>
        <w:t>　　上半年入院病人__人次，出院病人__人次，静脉输液__人次。</w:t>
      </w:r>
      <w:r>
        <w:rPr>
          <w:lang w:eastAsia="zh-CN"/>
        </w:rPr>
        <w:br/>
      </w:r>
      <w:r>
        <w:rPr>
          <w:lang w:eastAsia="zh-CN"/>
        </w:rPr>
        <w:t>　　九、工作中还存在很多不足</w:t>
      </w:r>
      <w:r>
        <w:rPr>
          <w:lang w:eastAsia="zh-CN"/>
        </w:rPr>
        <w:br/>
      </w:r>
      <w:r>
        <w:rPr>
          <w:lang w:eastAsia="zh-CN"/>
        </w:rPr>
        <w:t>　　1、基础护理落实了不到位，个别班次新入院病人卫生处置不及时，卧位不舒适。病房管理有待提高，病人自带用品较多。</w:t>
      </w:r>
      <w:r>
        <w:rPr>
          <w:lang w:eastAsia="zh-CN"/>
        </w:rPr>
        <w:br/>
      </w:r>
      <w:r>
        <w:rPr>
          <w:lang w:eastAsia="zh-CN"/>
        </w:rPr>
        <w:t>　　2、个别护士无菌观念不强，一次性无菌物品用后处理不及时。</w:t>
      </w:r>
      <w:r>
        <w:rPr>
          <w:lang w:eastAsia="zh-CN"/>
        </w:rPr>
        <w:br/>
      </w:r>
      <w:r>
        <w:rPr>
          <w:lang w:eastAsia="zh-CN"/>
        </w:rPr>
        <w:t>　　3、学习风气不够浓厚，护理文书有漏项，漏记，内容缺乏连续性等缺陷；健康教育不够深入，缺乏动态连续性。</w:t>
      </w:r>
      <w:r>
        <w:rPr>
          <w:lang w:eastAsia="zh-CN"/>
        </w:rPr>
        <w:br/>
      </w:r>
      <w:r>
        <w:rPr>
          <w:lang w:eastAsia="zh-CN"/>
        </w:rPr>
        <w:t>　　十、下半年展望</w:t>
      </w:r>
      <w:r>
        <w:rPr>
          <w:lang w:eastAsia="zh-CN"/>
        </w:rPr>
        <w:br/>
      </w:r>
      <w:r>
        <w:rPr>
          <w:lang w:eastAsia="zh-CN"/>
        </w:rPr>
        <w:t>　　我们在保持原有的成绩的基础上，将继续努力：</w:t>
      </w:r>
      <w:r>
        <w:rPr>
          <w:lang w:eastAsia="zh-CN"/>
        </w:rPr>
        <w:br/>
      </w:r>
      <w:r>
        <w:rPr>
          <w:lang w:eastAsia="zh-CN"/>
        </w:rPr>
        <w:t>　　1、继续加强业务技能学习与培训，提高护理技能水平。</w:t>
      </w:r>
      <w:r>
        <w:rPr>
          <w:lang w:eastAsia="zh-CN"/>
        </w:rPr>
        <w:br/>
      </w:r>
      <w:r>
        <w:rPr>
          <w:lang w:eastAsia="zh-CN"/>
        </w:rPr>
        <w:t>　　2、进一步完善护理服务流程与质控方案并认真贯切执行。</w:t>
      </w:r>
      <w:r>
        <w:rPr>
          <w:lang w:eastAsia="zh-CN"/>
        </w:rPr>
        <w:br/>
      </w:r>
      <w:r>
        <w:rPr>
          <w:lang w:eastAsia="zh-CN"/>
        </w:rPr>
        <w:t>　　3、加强基础护理的落实了，加强病区安全管理，创优质护理服务。</w:t>
      </w:r>
      <w:r>
        <w:rPr>
          <w:lang w:eastAsia="zh-CN"/>
        </w:rPr>
        <w:br/>
      </w:r>
      <w:r>
        <w:rPr>
          <w:lang w:eastAsia="zh-CN"/>
        </w:rPr>
        <w:t>　　4、健全护理“质量，安全，服务”等各项管理制度，各项工作做到制度化，科学化，规范化。</w:t>
      </w:r>
      <w:r>
        <w:rPr>
          <w:lang w:eastAsia="zh-CN"/>
        </w:rPr>
        <w:br/>
      </w:r>
      <w:r>
        <w:rPr>
          <w:lang w:eastAsia="zh-CN"/>
        </w:rPr>
        <w:t>　　5、强化内涵建设，不断提高护理队伍整体素质，建设医德好，服务好，质量好的护理团队。</w:t>
      </w:r>
      <w:r>
        <w:rPr>
          <w:lang w:eastAsia="zh-CN"/>
        </w:rPr>
        <w:br/>
      </w:r>
      <w:r>
        <w:rPr>
          <w:lang w:eastAsia="zh-CN"/>
        </w:rPr>
        <w:t>　　6、坚持“以人为本”的服务原则，使护理服务更贴近病人，贴近群众，贴近社会，满足人民群众日益增长的健康需求，创优质护理服务效益，让群众满意。</w:t>
      </w:r>
      <w:r>
        <w:rPr>
          <w:lang w:eastAsia="zh-CN"/>
        </w:rPr>
        <w:br/>
      </w:r>
      <w:r>
        <w:rPr>
          <w:lang w:eastAsia="zh-CN"/>
        </w:rPr>
        <w:t xml:space="preserve">    护士上半年工作总结报告 篇3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7"/>
          <w:cols w:space="425"/>
          <w:titlePg w:val="0"/>
          <w:docGrid w:type="lines" w:linePitch="312"/>
        </w:sectPr>
      </w:pPr>
      <w:r>
        <w:rPr>
          <w:lang w:eastAsia="zh-CN"/>
        </w:rPr>
        <w:t>　　在护理部的指导下，在科室主任的带领及科室医生的帮助下，护理同仁的共同努力下，针对年初制定的目标计划，狠抓落实，认真实施，基本圆满地完成了各项任务，现将半年的护理工作总结如下：</w:t>
      </w:r>
      <w:r>
        <w:rPr>
          <w:lang w:eastAsia="zh-CN"/>
        </w:rPr>
        <w:br/>
      </w:r>
      <w:r>
        <w:rPr>
          <w:lang w:eastAsia="zh-CN"/>
        </w:rPr>
        <w:t>　　一、优质护理方面</w:t>
      </w:r>
      <w:r>
        <w:rPr>
          <w:lang w:eastAsia="zh-CN"/>
        </w:rPr>
        <w:br/>
      </w:r>
      <w:r>
        <w:rPr>
          <w:lang w:eastAsia="zh-CN"/>
        </w:rPr>
        <w:t>　　随着优质护理服务的深入开展，我科除了按常规做好基础护理和专科护理外，还加强了护患沟通和健康宣教，更加强了护士的责任心，我们从内心真正认识到优质服务的重要意义，把优质服务作为护士的天职和本分，变被动服务为主动服务，深入到病房中去，了解病人的需求，改善护患关系，科室满意度95%以上。我们正在进行护理随访登记，下一步将下大力做这项工作，预想通过这项工作提高患者对科室的满意度，从而提高经济效益。</w:t>
      </w:r>
      <w:r>
        <w:rPr>
          <w:lang w:eastAsia="zh-CN"/>
        </w:rPr>
        <w:br/>
      </w:r>
      <w:r>
        <w:rPr>
          <w:lang w:eastAsia="zh-CN"/>
        </w:rPr>
        <w:t>　　二、科室质量和安全管理方面</w:t>
      </w:r>
      <w:r>
        <w:rPr>
          <w:lang w:eastAsia="zh-CN"/>
        </w:rPr>
        <w:br/>
      </w:r>
      <w:r>
        <w:rPr>
          <w:lang w:eastAsia="zh-CN"/>
        </w:rPr>
        <w:t>　　质量和安全管理是医院及科室永恒不变的主题，定期进行检查考核，是提高护理质量的保证。为了增高护理质量，科室在总结以往工作经验的基础上，在基础管理、质量管理中护士长充分发挥质控领导小组成员的作用，结合科室实际，做到月有计划，周有安排，日有重点。在基础护理质量管理上，严格执行护理操作规范，加强检查，确保落实。科室坚持每周2—3次护理质量检查，对检查中存在的不足之处进行具体地原因分析，并通过深入细致的思想教育，强化护理人员的服务意识、质量意识、安全意识，并制定切实可行的改进措施。</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8"/>
          <w:cols w:space="425"/>
          <w:titlePg w:val="0"/>
          <w:docGrid w:type="lines" w:linePitch="312"/>
        </w:sectPr>
      </w:pPr>
      <w:r>
        <w:rPr>
          <w:lang w:eastAsia="zh-CN"/>
        </w:rPr>
        <w:t>　　(一)修订了科室各项疾病护理常规及护理工作流程等并进行了培训学习。</w:t>
      </w:r>
      <w:r>
        <w:rPr>
          <w:lang w:eastAsia="zh-CN"/>
        </w:rPr>
        <w:br/>
      </w:r>
      <w:r>
        <w:rPr>
          <w:lang w:eastAsia="zh-CN"/>
        </w:rPr>
        <w:t>　　(二)全面提升职业素质、优化护理服务</w:t>
      </w:r>
      <w:r>
        <w:rPr>
          <w:lang w:eastAsia="zh-CN"/>
        </w:rPr>
        <w:br/>
      </w:r>
      <w:r>
        <w:rPr>
          <w:lang w:eastAsia="zh-CN"/>
        </w:rPr>
        <w:t>　　根据医院护理部对护士的分级，针对级别标准要求，加强组织基础理论知识及专科知识、护理专业技术操作的培训，提高各层级护士的实际工作能力，培养责任护士，提高护理人员综合素质及专业能力。科室护理人员上半年各层级考核成绩均达到合格标准，并有两名同志在相应层级中取得前三的好成绩。</w:t>
      </w:r>
      <w:r>
        <w:rPr>
          <w:lang w:eastAsia="zh-CN"/>
        </w:rPr>
        <w:br/>
      </w:r>
      <w:r>
        <w:rPr>
          <w:lang w:eastAsia="zh-CN"/>
        </w:rPr>
        <w:t>　　(三)严格落实责任制整体护理</w:t>
      </w:r>
      <w:r>
        <w:rPr>
          <w:lang w:eastAsia="zh-CN"/>
        </w:rPr>
        <w:br/>
      </w:r>
      <w:r>
        <w:rPr>
          <w:lang w:eastAsia="zh-CN"/>
        </w:rPr>
        <w:t>　　(1)全面实行APN排班方法，弹性排班。</w:t>
      </w:r>
      <w:r>
        <w:rPr>
          <w:lang w:eastAsia="zh-CN"/>
        </w:rPr>
        <w:br/>
      </w:r>
      <w:r>
        <w:rPr>
          <w:lang w:eastAsia="zh-CN"/>
        </w:rPr>
        <w:t>　　(2)全面落实护士职责。</w:t>
      </w:r>
      <w:r>
        <w:rPr>
          <w:lang w:eastAsia="zh-CN"/>
        </w:rPr>
        <w:br/>
      </w:r>
      <w:r>
        <w:rPr>
          <w:lang w:eastAsia="zh-CN"/>
        </w:rPr>
        <w:t>　　整合专业照顾、病情观察、协助治疗、协调沟通、健康促进、心理护理六位于一体，为患者提供全面、全程、连续的护理服务。密切观察患者病情，及时与医师沟通，与患者沟通，对患者开展健康教育和康复指导，提供心理护理。</w:t>
      </w:r>
      <w:r>
        <w:rPr>
          <w:lang w:eastAsia="zh-CN"/>
        </w:rPr>
        <w:br/>
      </w:r>
      <w:r>
        <w:rPr>
          <w:lang w:eastAsia="zh-CN"/>
        </w:rPr>
        <w:t>　　(3)深化护士分层使用，依据病人病情、护理难度和技术要求分配责任护士，危重患者由年资高、能力强的护士负责，体现能级对应。</w:t>
      </w:r>
      <w:r>
        <w:rPr>
          <w:lang w:eastAsia="zh-CN"/>
        </w:rPr>
        <w:br/>
      </w:r>
      <w:r>
        <w:rPr>
          <w:lang w:eastAsia="zh-CN"/>
        </w:rPr>
        <w:t>　　(四)加强患者健康教育由责任护士做每天不少于1次的健康宣教，根据科室常见病的治疗和护理常规、特殊饮食向病人做详细的讲解。</w:t>
      </w:r>
      <w:r>
        <w:rPr>
          <w:lang w:eastAsia="zh-CN"/>
        </w:rPr>
        <w:br/>
      </w:r>
      <w:r>
        <w:rPr>
          <w:lang w:eastAsia="zh-CN"/>
        </w:rPr>
        <w:t>　　(五)加强管理，确保护理安全</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9"/>
          <w:cols w:space="425"/>
          <w:titlePg w:val="0"/>
          <w:docGrid w:type="lines" w:linePitch="312"/>
        </w:sectPr>
      </w:pPr>
      <w:r>
        <w:rPr>
          <w:lang w:eastAsia="zh-CN"/>
        </w:rPr>
        <w:t>　　(1)加强病人重点环节的管理、危重病人的管理，完善护理流程及管理评价程序。</w:t>
      </w:r>
      <w:r>
        <w:rPr>
          <w:lang w:eastAsia="zh-CN"/>
        </w:rPr>
        <w:br/>
      </w:r>
      <w:r>
        <w:rPr>
          <w:lang w:eastAsia="zh-CN"/>
        </w:rPr>
        <w:t>　　(2)加强护理安全管理，各质控小组每周进行检查，每月行护理安全隐患排查及护理差错、护理不良事件的原因分析讨论，分析发生的原因，应吸取的教训，提出防范措施与改进措施。</w:t>
      </w:r>
      <w:r>
        <w:rPr>
          <w:lang w:eastAsia="zh-CN"/>
        </w:rPr>
        <w:br/>
      </w:r>
      <w:r>
        <w:rPr>
          <w:lang w:eastAsia="zh-CN"/>
        </w:rPr>
        <w:t>　　(六)履行岗位职责</w:t>
      </w:r>
      <w:r>
        <w:rPr>
          <w:lang w:eastAsia="zh-CN"/>
        </w:rPr>
        <w:br/>
      </w:r>
      <w:r>
        <w:rPr>
          <w:lang w:eastAsia="zh-CN"/>
        </w:rPr>
        <w:t>　　(1)按照岗位管理进行考核，作为绩效考核依据。</w:t>
      </w:r>
      <w:r>
        <w:rPr>
          <w:lang w:eastAsia="zh-CN"/>
        </w:rPr>
        <w:br/>
      </w:r>
      <w:r>
        <w:rPr>
          <w:lang w:eastAsia="zh-CN"/>
        </w:rPr>
        <w:t>　　(2)护士根据考核标准以得分高低进行绩效。</w:t>
      </w:r>
      <w:r>
        <w:rPr>
          <w:lang w:eastAsia="zh-CN"/>
        </w:rPr>
        <w:br/>
      </w:r>
      <w:r>
        <w:rPr>
          <w:lang w:eastAsia="zh-CN"/>
        </w:rPr>
        <w:t>　　(3)强化医疗安全核心制度及各种护理操作规范、流程、各种常规的落实。</w:t>
      </w:r>
      <w:r>
        <w:rPr>
          <w:lang w:eastAsia="zh-CN"/>
        </w:rPr>
        <w:br/>
      </w:r>
      <w:r>
        <w:rPr>
          <w:lang w:eastAsia="zh-CN"/>
        </w:rPr>
        <w:t>　　三、人员管理和培训方面</w:t>
      </w:r>
      <w:r>
        <w:rPr>
          <w:lang w:eastAsia="zh-CN"/>
        </w:rPr>
        <w:br/>
      </w:r>
      <w:r>
        <w:rPr>
          <w:lang w:eastAsia="zh-CN"/>
        </w:rPr>
        <w:t>　　20__年普外科新增加护士4人，辞职2人，执业持证率达到了100%。科室对新入科护士进行了有计划，规范的岗前培训，所有的新进护士均能尽快的适应自己的工作。基于本科护理人员年轻化，科室制订了详细的人员分层培训计划并认真落实，通过晨间提问、业务学习、护理查房、操作训练等形式进一步夯实《三基》知识和专科技能。支持和鼓励护士的继续学习，前期有一名护士参加医院的机动护士培训，科室根据情况派出3名护士去急诊科各学习一个月，回科后并做了相应的学习汇报，取得了较好的学习效果。按计划9月有1人外出进修学习3个月。</w:t>
      </w:r>
      <w:r>
        <w:rPr>
          <w:lang w:eastAsia="zh-CN"/>
        </w:rPr>
        <w:br/>
      </w:r>
      <w:r>
        <w:rPr>
          <w:lang w:eastAsia="zh-CN"/>
        </w:rPr>
        <w:t>　　四、三甲创建方面</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0"/>
          <w:cols w:space="425"/>
          <w:titlePg w:val="0"/>
          <w:docGrid w:type="lines" w:linePitch="312"/>
        </w:sectPr>
      </w:pPr>
      <w:r>
        <w:rPr>
          <w:lang w:eastAsia="zh-CN"/>
        </w:rPr>
        <w:t>　　近两年来，我院一直在筹备晋升三级医院工作，对照三甲标准，带领全科护理人员学规范、规范做。把各种护理文件资料规范成册，制订了人员培训计划，明确了各岗位工作职责和工作标准，规范了物品管理流程，做到护理有章可循，各项护理工作进一步规范统一，上半年检查结果，我科准备工作依然走在医院的前列。</w:t>
      </w:r>
      <w:r>
        <w:rPr>
          <w:lang w:eastAsia="zh-CN"/>
        </w:rPr>
        <w:br/>
      </w:r>
      <w:r>
        <w:rPr>
          <w:lang w:eastAsia="zh-CN"/>
        </w:rPr>
        <w:t>　　五、增收节支方面</w:t>
      </w:r>
      <w:r>
        <w:rPr>
          <w:lang w:eastAsia="zh-CN"/>
        </w:rPr>
        <w:br/>
      </w:r>
      <w:r>
        <w:rPr>
          <w:lang w:eastAsia="zh-CN"/>
        </w:rPr>
        <w:t>　　在前期进行的行业专项整治活动中，我们感觉到规范管理科室耗材和物品管理对科室的意义非同小可，我们对科室试用耗材及水、电进行定期检查，杜绝浪费，并不断强化科室人员的节约意识。</w:t>
      </w:r>
      <w:r>
        <w:rPr>
          <w:lang w:eastAsia="zh-CN"/>
        </w:rPr>
        <w:br/>
      </w:r>
      <w:r>
        <w:rPr>
          <w:lang w:eastAsia="zh-CN"/>
        </w:rPr>
        <w:t>　　存在不足：</w:t>
      </w:r>
      <w:r>
        <w:rPr>
          <w:lang w:eastAsia="zh-CN"/>
        </w:rPr>
        <w:br/>
      </w:r>
      <w:r>
        <w:rPr>
          <w:lang w:eastAsia="zh-CN"/>
        </w:rPr>
        <w:t>　　1、由于护理队伍资历轻，年龄小，所以在临床工作中的经验不足，评判性思维不够，缺乏预见性，固化性思维严重，导致在工作中的创新不够，总结经验的能力不足。</w:t>
      </w:r>
      <w:r>
        <w:rPr>
          <w:lang w:eastAsia="zh-CN"/>
        </w:rPr>
        <w:br/>
      </w:r>
      <w:r>
        <w:rPr>
          <w:lang w:eastAsia="zh-CN"/>
        </w:rPr>
        <w:t>　　2、因个人原因，今年上半年一直在参加各类考试，所以科室管理工作有所下降，导致护理质量较去年有一定程度降低，上半年共发生护理不良事件例，其中导管脱例，其余例均由于人为因素造成。</w:t>
      </w:r>
      <w:r>
        <w:rPr>
          <w:lang w:eastAsia="zh-CN"/>
        </w:rPr>
        <w:br/>
      </w:r>
      <w:r>
        <w:rPr>
          <w:lang w:eastAsia="zh-CN"/>
        </w:rPr>
        <w:t>　　3、责任制护理工作开展以来，大部分护士能主动遵守相关规章制度执行各项操作，但依然有个别护士在工作中有随意思想，想当然的`工作，缺乏足够的慎独精神，导致责任制护理工作不能全面贯彻落实而降低护理质量。</w:t>
      </w:r>
      <w:r>
        <w:rPr>
          <w:lang w:eastAsia="zh-CN"/>
        </w:rPr>
        <w:br/>
      </w:r>
      <w:r>
        <w:rPr>
          <w:lang w:eastAsia="zh-CN"/>
        </w:rPr>
        <w:t>　　4、个别护士性格偏内向，沟通能力有所欠缺，需进一步提高。</w:t>
      </w:r>
      <w:r>
        <w:rPr>
          <w:lang w:eastAsia="zh-CN"/>
        </w:rPr>
        <w:br/>
      </w:r>
      <w:r>
        <w:rPr>
          <w:lang w:eastAsia="zh-CN"/>
        </w:rPr>
        <w:t>　　5、科室护理整体业务水平离专科中心的标准还有差距，尤其是年轻护士专科知识和技能需进一步加强。</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1"/>
          <w:cols w:space="425"/>
          <w:titlePg w:val="0"/>
          <w:docGrid w:type="lines" w:linePitch="312"/>
        </w:sectPr>
      </w:pPr>
      <w:r>
        <w:rPr>
          <w:lang w:eastAsia="zh-CN"/>
        </w:rPr>
        <w:t>　　6、护理科研能力不强，习惯性思维严重，在工作中缺乏创新意识，在书写文章方面有懒惰思想，上进心不够，总认为不会写，也迟迟不愿去学习。</w:t>
      </w:r>
      <w:r>
        <w:rPr>
          <w:lang w:eastAsia="zh-CN"/>
        </w:rPr>
        <w:br/>
      </w:r>
      <w:r>
        <w:rPr>
          <w:lang w:eastAsia="zh-CN"/>
        </w:rPr>
        <w:t>　　下一步打算：</w:t>
      </w:r>
      <w:r>
        <w:rPr>
          <w:lang w:eastAsia="zh-CN"/>
        </w:rPr>
        <w:br/>
      </w:r>
      <w:r>
        <w:rPr>
          <w:lang w:eastAsia="zh-CN"/>
        </w:rPr>
        <w:t>　　1、修改学习计划，针对存在的问题，查找资料进行适度培训，工作中加强引导，打破习惯性思维，将先进的工作理念运用到工作中，并适时总结经验，开拓创新。</w:t>
      </w:r>
      <w:r>
        <w:rPr>
          <w:lang w:eastAsia="zh-CN"/>
        </w:rPr>
        <w:br/>
      </w:r>
      <w:r>
        <w:rPr>
          <w:lang w:eastAsia="zh-CN"/>
        </w:rPr>
        <w:t>　　2、全身心投入到工作中，增加护士的工作动力，增强质量意识、安全意识，制定措施，总结经验，下半年里尽可能减少不良事件发生率。</w:t>
      </w:r>
      <w:r>
        <w:rPr>
          <w:lang w:eastAsia="zh-CN"/>
        </w:rPr>
        <w:br/>
      </w:r>
      <w:r>
        <w:rPr>
          <w:lang w:eastAsia="zh-CN"/>
        </w:rPr>
        <w:t>　　3、继续加强责任制整体护理，充分发挥责任组小组长的作用，采取一定的激励机制进行2组评比，激发工作人员积极性，充分发挥护士主观能动性，同时加强慎独精神的养成培养，将在每月底作考评讲评。</w:t>
      </w:r>
      <w:r>
        <w:rPr>
          <w:lang w:eastAsia="zh-CN"/>
        </w:rPr>
        <w:br/>
      </w:r>
      <w:r>
        <w:rPr>
          <w:lang w:eastAsia="zh-CN"/>
        </w:rPr>
        <w:t>　　4、调动科室护理人员的互助互爱精神，外向型护士主动帮助内向型护士，科室工作人员共同努力，团结协作，增强交流沟通，护士长对特殊时期特殊人员加强关心，逐步改变，使科室氛围更加和谐，工作中交流更为充分，提高病人满意度。</w:t>
      </w:r>
      <w:r>
        <w:rPr>
          <w:lang w:eastAsia="zh-CN"/>
        </w:rPr>
        <w:br/>
      </w:r>
      <w:r>
        <w:rPr>
          <w:lang w:eastAsia="zh-CN"/>
        </w:rPr>
        <w:t>　　5、严格落实学习计划，按质按量学习培训，根据科室人员层次及实际情况，在半年考试结束后，继续制定每月晨间提问内容，按时考核，并将继续派出人员学习。</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2"/>
          <w:cols w:space="425"/>
          <w:titlePg w:val="0"/>
          <w:docGrid w:type="lines" w:linePitch="312"/>
        </w:sectPr>
      </w:pPr>
      <w:r>
        <w:rPr>
          <w:lang w:eastAsia="zh-CN"/>
        </w:rPr>
        <w:t>　　6、计划请医院书写文章水平高的同志到科室讲课，提高护士的学习积极性，通过面对面学习，一定程度提高护士书写文章能力，争取在下半年有文章发表。</w:t>
      </w:r>
      <w:r>
        <w:rPr>
          <w:lang w:eastAsia="zh-CN"/>
        </w:rPr>
        <w:br/>
      </w:r>
      <w:r>
        <w:rPr>
          <w:lang w:eastAsia="zh-CN"/>
        </w:rPr>
        <w:t xml:space="preserve">    护士上半年工作总结报告 篇4 </w:t>
      </w:r>
      <w:r>
        <w:rPr>
          <w:lang w:eastAsia="zh-CN"/>
        </w:rPr>
        <w:br/>
      </w:r>
      <w:r>
        <w:rPr>
          <w:lang w:eastAsia="zh-CN"/>
        </w:rPr>
        <w:t>　　我院是一所综合性的“三乙”医院，近年来在医、教、研等方面取得了可喜的成绩，但随着社会经济的发展，政府惠民政策的出台，医院就诊的人数不断增加，特别是今年春节之后，外科住院病人迅速猛增(各科都加床)，护理人员还不能适应人民群众多样化的医疗需求和医学模式的转变;护理服务也与医院等级、医院荣誉和医院面临的新形势、新任务不相适应;护理工作作风与现行法律、法规、规章制度和医学科学的要求不相适应，特别是做为科护士长的我，管理也没有更上医院的步伐，故造成外科护理工作落后，为确保医疗质量，保证医疗安全，医院决定从20年2月26日开始对全院护理工作进行集中学习、整顿。</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3"/>
          <w:cols w:space="425"/>
          <w:titlePg w:val="0"/>
          <w:docGrid w:type="lines" w:linePitch="312"/>
        </w:sectPr>
      </w:pPr>
      <w:r>
        <w:rPr>
          <w:lang w:eastAsia="zh-CN"/>
        </w:rPr>
        <w:t>　　三个多月来，我十分重视此项工作，积极投身到护理整顿工作中来，从20年3月3日至3月27日每天下午4点至6点督察各科护理人员学习，从3月28日至4月5日每天下午督察操作技能培训;我每天加强巡查，清点人数，查看会场纪律、学习内容和学习笔记，参加讨论并对一些重点进行解释，对查到的问题及时指出、立即改正;学习的形式采取了自学和参加科室学习，学习的方法是边学习、边反省、边自查、边培训相结合，学习的内容有《护士条例》、医疗核心制度、全国文明单位标准、全国“百佳”医院服务标准、四川省综合医院评审标准、医院管理年活动护理服务工作标准、“四心”服务的基本要求、文明服务用语及忌语，护理工作薄弱环节管理规范、现代护理管理规范，医院下发的文件、工作简报，身边及省内外护理典型人物事迹和院长的动员报告，护理相关标准和规范一书等等。</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4"/>
          <w:cols w:space="425"/>
          <w:titlePg w:val="0"/>
          <w:docGrid w:type="lines" w:linePitch="312"/>
        </w:sectPr>
      </w:pPr>
      <w:r>
        <w:rPr>
          <w:lang w:eastAsia="zh-CN"/>
        </w:rPr>
        <w:t>　　通过学习整顿，我转变了思想，认识明确，态度端正，通过整顿，我能够认真落实护理整顿的指导思想：紧紧围绕“以病人为中心”，以改进护理服务工作、提升服务质量、满足病人服务需求为前提;以更新服务理念、彻底转变服务观念、增强服务意识、赋予护理工作新的内涵为要求;以再建护理工作为核心;以强化护理管理，优化工作流程，规范服务行为，提升护理服务技能，建立完善监督机制，加强部门工作协调配合为保证，进一步搞好护理整顿、再建工作。通过整顿，使我深刻认识到，实施护理工作整顿再建，是改善护理服务，提高服务质量的迫切需要;实施护理工作整顿再建，是全院全面整顿开端的重要意义。通过整顿，我更进一步熟悉了护理的相关法律、法规，医院的管理制度、管理方法、护理工作的评价标准和工作流程。通过护理整顿我提高了认识，转变了观念，把主要精力放在管理上，变被动服务为主动服务，如今，各科护理人员着装整洁，行为规范，语言文明，从交班、查房，到迎接新病人、病情观察、治疗护理都能看到护理人员的精神面貌有较大的改变，护士办公室，护士站，无菌治疗室，一般治疗室物品摆放规范、整洁。病房管理方面基本上消除了脏、乱、破的现象，护理技术操作规范、人性，护理人员不在是过去的冷血人物，休克面孔，而是面带微笑能够主动与病人和家属沟通，主动帮助病人，主动巡视病房的白衣天使。护理人员的感染管理意识增强，医疗垃圾分类存放，集中处理，操作前后洗手，杜绝交叉感染，保证了病人的安全，如今理工作有了新的起色，人员的思想认识不断提高，精神面貌发生了改变，法规制度意识、履职的自觉性有了增强，服务观念有了转变，病房管理有了加强，工作效率和工作质量有所提升，病房卫生及工作秩序明显好转等等，我都做出了努力。</w:t>
      </w:r>
      <w:r>
        <w:rPr>
          <w:lang w:eastAsia="zh-CN"/>
        </w:rPr>
        <w:br/>
      </w:r>
      <w:r>
        <w:rPr>
          <w:lang w:eastAsia="zh-CN"/>
        </w:rPr>
        <w:t xml:space="preserve">    护士上半年工作总结报告 篇5 </w:t>
      </w:r>
      <w:r>
        <w:rPr>
          <w:lang w:eastAsia="zh-CN"/>
        </w:rPr>
        <w:br/>
      </w:r>
      <w:r>
        <w:rPr>
          <w:lang w:eastAsia="zh-CN"/>
        </w:rPr>
        <w:t>　　整日的奔波忙碌，稍不注意，20_年已经过去了一半的时间，新年的钟声感觉还在昨日响起一般，让人没有丝毫察觉。将这半年里自己所做的工作想了想，觉得还是很满意的，这半年里的工作没有出现什么问题，在同事的通力合作下，我们ICU护理科室的工作开展的非常顺利，下面是这半年来的我的工作总结：</w:t>
      </w:r>
      <w:r>
        <w:rPr>
          <w:lang w:eastAsia="zh-CN"/>
        </w:rPr>
        <w:br/>
      </w:r>
      <w:r>
        <w:rPr>
          <w:lang w:eastAsia="zh-CN"/>
        </w:rPr>
        <w:t>　　ICU病房里所住的病人大部分都是被下过病危通知书的，我们作为负责这个病房的护理人员，对于病人的照顾可以算的上是无微不至的。全天24小时在监控里查看病房情况，并每隔20分钟巡查一次，确保每一个病患的生命安全，检查是否有不良的反应。这些事情每天我们都要做上数十次，同一件事情，做的次数多了，自然是会觉得很烦的，即便是喜欢的菜，每天不停的吃也会觉得腻，会觉得烦，更何况是工作呢?但是我们作为护理岗位的人，即便是再烦也不能抱怨，还是要一丝不苟的对病人进行检查。我们是守护在病人生命线前的卫士，我们要站好这一班岗。</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5"/>
          <w:cols w:space="425"/>
          <w:titlePg w:val="0"/>
          <w:docGrid w:type="lines" w:linePitch="312"/>
        </w:sectPr>
      </w:pPr>
      <w:r>
        <w:rPr>
          <w:lang w:eastAsia="zh-CN"/>
        </w:rPr>
        <w:t>　　在这半年里，在我的值班期间，共有七十多号病人住进了ICU病房，有因为车祸而受伤昏迷的、有因为家里起火而烧伤的、也有跳楼轻生，生命的脆弱在此刻体现的淋漓尽致。我每天都需要对不同的病人进行不同的护理。对于烧伤昏迷的病人，是需要进行隔离处理的，防止细菌入侵引发炎症，如果是平常的时候，这些细菌并没有什么好在意的，但是因为烧伤，人体皮肤大面积受损，人体的自带的免疫功能无法对抗这样的大面积的破坏，如果引发并发症，那就会有生命危险。本身病人就因为烧伤而昏迷，发烧是常有的事，如果再因此而受损，是很难度过的。同时我们也需要检查呼吸机，确保呼吸机在正常运行。而像这样的病患，还有很多很多。</w:t>
      </w:r>
      <w:r>
        <w:rPr>
          <w:lang w:eastAsia="zh-CN"/>
        </w:rPr>
        <w:br/>
      </w:r>
      <w:r>
        <w:rPr>
          <w:lang w:eastAsia="zh-CN"/>
        </w:rPr>
        <w:t>　　每天我都是在医院、家里两点之间跑。但是很多时候，忙到来不及回家，只能在科室里随便拿件衣服盖着，就这么睡在地板上或是椅子上。我们做护理岗位的，基本上要随叫随到，有些病人还有自己的意识，还可以自己按铃。我们收到信息，就必须马上赶到病房，不敢耽误一点时间，即便是耽误半分钟的时间，也许就会是一条生命的逝去。</w:t>
      </w:r>
      <w:r>
        <w:rPr>
          <w:lang w:eastAsia="zh-CN"/>
        </w:rPr>
        <w:br/>
      </w:r>
      <w:r>
        <w:rPr>
          <w:lang w:eastAsia="zh-CN"/>
        </w:rPr>
        <w:t xml:space="preserve">    护士上半年工作总结报告 篇6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6"/>
          <w:cols w:space="425"/>
          <w:titlePg w:val="0"/>
          <w:docGrid w:type="lines" w:linePitch="312"/>
        </w:sectPr>
      </w:pPr>
      <w:r>
        <w:rPr>
          <w:lang w:eastAsia="zh-CN"/>
        </w:rPr>
        <w:t>　　在半年的工作当中，在护士长和科主任的正确领导下，认真学习党的十八大精神，工作中坚持以马克思列宁主义、毛泽东思想、邓小平理论、“三个代表”重要思想和科学发展观为指导，立足本职岗位，坚持“以病人为中心”的临床服务理念，认真做好各项医疗护理工作，较好的完成了各项工作任务。现将半年个人工作情况总结汇报如下：</w:t>
      </w:r>
      <w:r>
        <w:rPr>
          <w:lang w:eastAsia="zh-CN"/>
        </w:rPr>
        <w:br/>
      </w:r>
      <w:r>
        <w:rPr>
          <w:lang w:eastAsia="zh-CN"/>
        </w:rPr>
        <w:t>　　一、思想政治方面。</w:t>
      </w:r>
      <w:r>
        <w:rPr>
          <w:lang w:eastAsia="zh-CN"/>
        </w:rPr>
        <w:br/>
      </w:r>
      <w:r>
        <w:rPr>
          <w:lang w:eastAsia="zh-CN"/>
        </w:rPr>
        <w:t>　　能够认真贯彻党的基本路线方针政策，通过早会、报纸、网络积极学习政治理论，遵纪守法，爱岗敬业，积极拥护医院以及手术室的各项方针政策和规章制度，一切以病人为中心，严格以一名优秀护士的标准要求自己，坚持以医疗服务质量为核心，以病人的满意度为标准，牢固树立团队合作精神。</w:t>
      </w:r>
      <w:r>
        <w:rPr>
          <w:lang w:eastAsia="zh-CN"/>
        </w:rPr>
        <w:br/>
      </w:r>
      <w:r>
        <w:rPr>
          <w:lang w:eastAsia="zh-CN"/>
        </w:rPr>
        <w:t>　　二、强化理论和业务学习，不断提高自身综合素质。</w:t>
      </w:r>
      <w:r>
        <w:rPr>
          <w:lang w:eastAsia="zh-CN"/>
        </w:rPr>
        <w:br/>
      </w:r>
      <w:r>
        <w:rPr>
          <w:lang w:eastAsia="zh-CN"/>
        </w:rPr>
        <w:t>　　加强自我职业道德教育。职业道德的高低、思想品德的好坏直接影响护士的素质和形象，因此，在半年中的各次廉政教育和技能培训后，我理解了要坚持“廉洁自律、严格执法、热情服务”的方针，把人民群众满意作为做好工作的根本出发点，做到始终把党和人民的利益放在首位，牢固树立爱民为民的思想，在人民群众心目中树立“白衣天使”形象。加强“四自”修养，即“自重、自省、自警、自励”，发挥护士的主动精神.我还很注意护士职业形象，在平时工作中注意文明礼貌服务，坚持文明用语，工作时仪表端庄、着装整洁、发不过肩、不浓妆艳抺、不穿高跟鞋、响底鞋、礼貌待患、态度和蔼、语言规范。在护士长积极认真指导下，我在很多方面都有了进步和提高，坚持危重病人护理查房，护理人员三基训练，在护理部组织的每次技术操做考试中，均取得优异的成绩。在半年的工作中，能始终坚持爱岗敬业，贯彻“以病人为中心，以质量为核心”的服务理念，提高了自身素质及应急能力。</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7"/>
          <w:cols w:space="425"/>
          <w:titlePg w:val="0"/>
          <w:docGrid w:type="lines" w:linePitch="312"/>
        </w:sectPr>
      </w:pPr>
      <w:r>
        <w:rPr>
          <w:lang w:eastAsia="zh-CN"/>
        </w:rPr>
        <w:t>　　三、努力工作，按时完成工作任务。</w:t>
      </w:r>
      <w:r>
        <w:rPr>
          <w:lang w:eastAsia="zh-CN"/>
        </w:rPr>
        <w:br/>
      </w:r>
      <w:r>
        <w:rPr>
          <w:lang w:eastAsia="zh-CN"/>
        </w:rPr>
        <w:t>　　我将以前学到的理论知识与实际临床工作相结合，就必须在平时的工作中，一方面严格要求自己并多请教科室老师，另一方面利用业余时间刻苦钻研业务，体会要领。热爱自己的本职工作，能够正确认真的对待每一项工作，工作投入，热心为大家服务，认真遵守劳动纪律，保证按时出勤，出勤率高，全年没有请假现象，有效利用工作时间，坚守岗位，需要加班完成工作按时加班加点，保证工作能按时完成。在开展工作之前做好个人工作计划，有主次的先后及时的完成各项工作，达到预期的效果，保质保量的完成工作，工作效率高，同时在工作中学习了很多东西，也锻炼了自己，经过不懈的努力，使工作水平有了长足的进步，开创了工作的新局面，明确了工作的程序、方向，提高了工作能力，在具体的工作中形成了一个清晰的工作思路，能够顺利的开展工作并熟练圆满地完成本职工作。</w:t>
      </w:r>
      <w:r>
        <w:rPr>
          <w:lang w:eastAsia="zh-CN"/>
        </w:rPr>
        <w:br/>
      </w:r>
      <w:r>
        <w:rPr>
          <w:lang w:eastAsia="zh-CN"/>
        </w:rPr>
        <w:t>　　以上就是半年个人工作情况总结报告，不当之处还请上级领导批评指正。</w:t>
      </w:r>
      <w:r>
        <w:rPr>
          <w:lang w:eastAsia="zh-CN"/>
        </w:rPr>
        <w:br/>
      </w:r>
      <w:r>
        <w:rPr>
          <w:lang w:eastAsia="zh-CN"/>
        </w:rPr>
        <w:t xml:space="preserve">    护士上半年工作总结报告 篇7 </w:t>
      </w:r>
      <w:r>
        <w:rPr>
          <w:lang w:eastAsia="zh-CN"/>
        </w:rPr>
        <w:br/>
      </w:r>
      <w:r>
        <w:rPr>
          <w:lang w:eastAsia="zh-CN"/>
        </w:rPr>
        <w:t>　　来到普外科担任护士长工作已经过去了半年，在院领导的领导、帮助和指点下，完成了许多工作，现对上半年工作进行总结并用以激励自己。</w:t>
      </w:r>
      <w:r>
        <w:rPr>
          <w:lang w:eastAsia="zh-CN"/>
        </w:rPr>
        <w:br/>
      </w:r>
      <w:r>
        <w:rPr>
          <w:lang w:eastAsia="zh-CN"/>
        </w:rPr>
        <w:t>　　一、病房护理管理</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8"/>
          <w:cols w:space="425"/>
          <w:titlePg w:val="0"/>
          <w:docGrid w:type="lines" w:linePitch="312"/>
        </w:sectPr>
      </w:pPr>
      <w:r>
        <w:rPr>
          <w:lang w:eastAsia="zh-CN"/>
        </w:rPr>
        <w:t>　　努力学习专科知识，克服业务上的不足。在抢救和病房工作人员紧张时，能身先士卒，直接参与病人护理。按照护理质量的标准，建立各种工作常规。监控并记录各种质量指标，发现不足及时改进。在实施中充分发挥护士的积极性，改进深静脉管理，促进病人评估的规范进行，改进病人的健康教育，改进交接班制度的规范执行。促进病历的规范记录，定期检查，并将检查结果及时反馈给相关的护士，帮助护士改进规范进行事件的处理和上报、讨论。</w:t>
      </w:r>
      <w:r>
        <w:rPr>
          <w:lang w:eastAsia="zh-CN"/>
        </w:rPr>
        <w:br/>
      </w:r>
      <w:r>
        <w:rPr>
          <w:lang w:eastAsia="zh-CN"/>
        </w:rPr>
        <w:t>　　二、人员管理</w:t>
      </w:r>
      <w:r>
        <w:rPr>
          <w:lang w:eastAsia="zh-CN"/>
        </w:rPr>
        <w:br/>
      </w:r>
      <w:r>
        <w:rPr>
          <w:lang w:eastAsia="zh-CN"/>
        </w:rPr>
        <w:t>　　接受新调入同志均能安排规范的科室岗前培训，进行认真的带教和指导，所有的新进护士均能尽快的适应工作。通过不断的护士及时评估反馈与季度评估相结合，帮助护士不断改进工作，并及时表扬好的行为来弘扬优良的工作风气。通过授权的方式，鼓励护士参与科室管理，几乎每个护士都直接负责一项的科室管理内容，激发护士的工作积极性。</w:t>
      </w:r>
      <w:r>
        <w:rPr>
          <w:lang w:eastAsia="zh-CN"/>
        </w:rPr>
        <w:br/>
      </w:r>
      <w:r>
        <w:rPr>
          <w:lang w:eastAsia="zh-CN"/>
        </w:rPr>
        <w:t>　　支持和鼓励护士的继续学习。作为护士长，在工作安排上尽量给予方便。同时鼓励护士进行英语的学习，科室组织外科齐教授进行授课，帮助护士提高英语水平。带教暂缺缺的情况下，能发挥科室护士的积极性，共同来承担学生的带教工作，各种小讲课获得了学生的好评，同时也提高了科室护士的教学能力。</w:t>
      </w:r>
      <w:r>
        <w:rPr>
          <w:lang w:eastAsia="zh-CN"/>
        </w:rPr>
        <w:br/>
      </w:r>
      <w:r>
        <w:rPr>
          <w:lang w:eastAsia="zh-CN"/>
        </w:rPr>
        <w:t>　　三、工作管理</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9"/>
          <w:cols w:space="425"/>
          <w:titlePg w:val="0"/>
          <w:docGrid w:type="lines" w:linePitch="312"/>
        </w:sectPr>
      </w:pPr>
      <w:r>
        <w:rPr>
          <w:lang w:eastAsia="zh-CN"/>
        </w:rPr>
        <w:t>　　按照医院要求，进行楼层的成本核算管理。固定了每周供应室领物数量。按照医院要求，进行收费的规范管理。规范管理科室财务和物品，定期检查。进行楼层的物品放置调整，使楼层环境更整洁。重申科室的排班及换班制度，促进护士按规范换班。根据病人情况，提供合适的护理人力，保证护理效果和人力的合理安排。</w:t>
      </w:r>
      <w:r>
        <w:rPr>
          <w:lang w:eastAsia="zh-CN"/>
        </w:rPr>
        <w:br/>
      </w:r>
      <w:r>
        <w:rPr>
          <w:lang w:eastAsia="zh-CN"/>
        </w:rPr>
        <w:t>　　积极参加医院及护理部召开的会议，每月一次召开护士会议，将医院及护理部的工作理念和工作安排及时传达给临床护士。根据医院宗旨和目标，引导护士遵循。积极促进护理部与其他部门的合作，帮助普外科主任承担一些管理工作，促进医护的协作。作为交流委员会的主要成员，积极参与该委员会的活动，促进该委员会的发展。</w:t>
      </w:r>
      <w:r>
        <w:rPr>
          <w:lang w:eastAsia="zh-CN"/>
        </w:rPr>
        <w:br/>
      </w:r>
      <w:r>
        <w:rPr>
          <w:lang w:eastAsia="zh-CN"/>
        </w:rPr>
        <w:t>　　四、自身职业发展</w:t>
      </w:r>
      <w:r>
        <w:rPr>
          <w:lang w:eastAsia="zh-CN"/>
        </w:rPr>
        <w:br/>
      </w:r>
      <w:r>
        <w:rPr>
          <w:lang w:eastAsia="zh-CN"/>
        </w:rPr>
        <w:t>　　在有效完成病房护理管理任务的情况下，努力学习各种业务知识，在各方面提高自己的能力。取得了护理本科学位证书以及汉语本科毕业证书。持续进行医学英语的课程学习。完成了院内picc穿刺的培训。学习计算机的运用，提高工作效率。完成医院规定的继续教育学分，特别是积极参加各种管理课程。下半年将更努力的工作和学习，不负医院的培养。</w:t>
      </w:r>
      <w:r>
        <w:rPr>
          <w:lang w:eastAsia="zh-CN"/>
        </w:rPr>
        <w:br/>
      </w:r>
      <w:r>
        <w:rPr>
          <w:lang w:eastAsia="zh-CN"/>
        </w:rPr>
        <w:t>　　五、下半年的目标</w:t>
      </w:r>
      <w:r>
        <w:rPr>
          <w:lang w:eastAsia="zh-CN"/>
        </w:rPr>
        <w:br/>
      </w:r>
      <w:r>
        <w:rPr>
          <w:lang w:eastAsia="zh-CN"/>
        </w:rPr>
        <w:t>　　继续学习英语，下半年争取在使用和口语上有很大的提高，能更流利和外国专家交流。在管理的知识和技能上，有更多的进步。改进的途径有：看管理书，和其他护士长交流，参加管理的课程等等。积极支持和参与护理部各项工作。</w:t>
      </w:r>
      <w:r>
        <w:rPr>
          <w:lang w:eastAsia="zh-CN"/>
        </w:rPr>
        <w:br/>
      </w:r>
      <w:r>
        <w:rPr>
          <w:lang w:eastAsia="zh-CN"/>
        </w:rPr>
        <w:t xml:space="preserve">    护士上半年工作总结报告 篇8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0"/>
          <w:cols w:space="425"/>
          <w:titlePg w:val="0"/>
          <w:docGrid w:type="lines" w:linePitch="312"/>
        </w:sectPr>
      </w:pPr>
      <w:r>
        <w:rPr>
          <w:lang w:eastAsia="zh-CN"/>
        </w:rPr>
        <w:t>　　流云系不住，清风带走了岁月。20__年上半年已经过去，在这半年里，在科主任、护士长的带领下，作为一个儿科护士，我收获很多，进步很多，感触也很多，结合工作实际及所见所想，现汇报如下：</w:t>
      </w:r>
      <w:r>
        <w:rPr>
          <w:lang w:eastAsia="zh-CN"/>
        </w:rPr>
        <w:br/>
      </w:r>
      <w:r>
        <w:rPr>
          <w:lang w:eastAsia="zh-CN"/>
        </w:rPr>
        <w:t>　　一、思想方面</w:t>
      </w:r>
      <w:r>
        <w:rPr>
          <w:lang w:eastAsia="zh-CN"/>
        </w:rPr>
        <w:br/>
      </w:r>
      <w:r>
        <w:rPr>
          <w:lang w:eastAsia="zh-CN"/>
        </w:rPr>
        <w:t>　　在这半年里，我遵守院纪院规，以严格的标准要求自己，服从院里的各项安排，在科主任及护士长的领导下，认真工作每一天，以患儿的利益为中心，以高度的责任心要求自己，保证自己所分管的护理工作扎实到位，以优质服务理念指导自己的工作，让患儿及家属满意。儿科是一个容易产生医患矛盾的地方：目前多数儿童是独生子女，一人生病全家总动员，儿童打针要求技术高，一针不中家长就跟你急;发热儿童入院2天不退热家长就跟你吵;不愿意行相关检查却要你给他一个解释：我孩子到底是什么病?将心比心，我把每一个孩子都当做自己的亲人，为他们提供的护理。可有时候还是有很多家属不配合和理解，越干越感觉，责任巨大。</w:t>
      </w:r>
      <w:r>
        <w:rPr>
          <w:lang w:eastAsia="zh-CN"/>
        </w:rPr>
        <w:br/>
      </w:r>
      <w:r>
        <w:rPr>
          <w:lang w:eastAsia="zh-CN"/>
        </w:rPr>
        <w:t>　　二、业务方面</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1"/>
          <w:cols w:space="425"/>
          <w:titlePg w:val="0"/>
          <w:docGrid w:type="lines" w:linePitch="312"/>
        </w:sectPr>
      </w:pPr>
      <w:r>
        <w:rPr>
          <w:lang w:eastAsia="zh-CN"/>
        </w:rPr>
        <w:t>　　在这半年里，我虚心向老护士请教，认真锻炼和提高临床业务水平，特别是小儿头皮针穿刺的水平，危重患儿的抢救护理，各种抢救设备的应用，患儿病情变化的及时观察发现等等，都有了显著的提高。儿科是一个很复杂的科室，也比较难干，责任巨大，孩子是祖国的花朵，是我们的未来，他们不会用语言表达疾病的临床表现(甚至不会说话)，儿科所以又叫“哑科”，这就需要儿科医护人员要有全面的医学知识和丰富临床经验去判断，这是其他成人内科难以相比的，儿科在用药方面更是要“斤斤计较”，少一分则影响疗效，多一份则产生毒副反应。对护士的加药、注射都是一个很大的考验，只有付出百分之二百的认真和努力，才能把工作做好。</w:t>
      </w:r>
      <w:r>
        <w:rPr>
          <w:lang w:eastAsia="zh-CN"/>
        </w:rPr>
        <w:br/>
      </w:r>
      <w:r>
        <w:rPr>
          <w:lang w:eastAsia="zh-CN"/>
        </w:rPr>
        <w:t>　　三、个人修养素质方面</w:t>
      </w:r>
      <w:r>
        <w:rPr>
          <w:lang w:eastAsia="zh-CN"/>
        </w:rPr>
        <w:br/>
      </w:r>
      <w:r>
        <w:rPr>
          <w:lang w:eastAsia="zh-CN"/>
        </w:rPr>
        <w:t>　　随着年龄和阅历的增长，我感觉自己越来越成熟，个人修养和素质在不断提高，我认真做到在工作时间仪表端庄、着装整洁、礼貌待人、态度和蔼、语言规范，时刻贯彻“以病人为中心”的服务理念，认真工作，踏实做人，我相信：没有，只有更好。积极参加院里的一些活动，全力支持主任和护士长的工作。</w:t>
      </w:r>
      <w:r>
        <w:rPr>
          <w:lang w:eastAsia="zh-CN"/>
        </w:rPr>
        <w:br/>
      </w:r>
      <w:r>
        <w:rPr>
          <w:lang w:eastAsia="zh-CN"/>
        </w:rPr>
        <w:t>　　四、在实习生带教上</w:t>
      </w:r>
      <w:r>
        <w:rPr>
          <w:lang w:eastAsia="zh-CN"/>
        </w:rPr>
        <w:br/>
      </w:r>
      <w:r>
        <w:rPr>
          <w:lang w:eastAsia="zh-CN"/>
        </w:rPr>
        <w:t>　　我知道她们学生都不容易，我也是从学生时代过来的，认真的教她们自己所懂所学，做到放手不放眼，亲自示范操作，直到同学弄懂弄通为止，尽快提高她们的水平，让她们在以后的工作中更加得心应手。</w:t>
      </w:r>
      <w:r>
        <w:rPr>
          <w:lang w:eastAsia="zh-CN"/>
        </w:rPr>
        <w:br/>
      </w:r>
      <w:r>
        <w:rPr>
          <w:lang w:eastAsia="zh-CN"/>
        </w:rPr>
        <w:t>　　回顾上半年的工作历程，有劳累，辛酸，无奈和痛心，也有成功的喜悦和欢笑和成就感。目前我院的发展速度迅速，医院水平日新月异，在今后的工作中，我将更加的努力要求自己，适应快节奏的工作要求，为我院的发展壮大贡献自己的一份力量!</w:t>
      </w:r>
      <w:r>
        <w:rPr>
          <w:lang w:eastAsia="zh-CN"/>
        </w:rPr>
        <w:br/>
      </w:r>
      <w:r>
        <w:rPr>
          <w:lang w:eastAsia="zh-CN"/>
        </w:rPr>
        <w:t xml:space="preserve">    护士上半年工作总结报告 篇9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2"/>
          <w:cols w:space="425"/>
          <w:titlePg w:val="0"/>
          <w:docGrid w:type="lines" w:linePitch="312"/>
        </w:sectPr>
      </w:pPr>
      <w:r>
        <w:rPr>
          <w:lang w:eastAsia="zh-CN"/>
        </w:rPr>
        <w:t>　　光阴似箭!一晃眼，从我加入___医院——救死扶伤的护士，工作已有半年多了。在过去半年里，在院领导、科主任及护士长的正确领导下，我认真学习“以病人为中心”的临床服务理念，发扬救死扶伤的革命人道主义精神，并认真严谨的态度和积极的热情投身于学习和工作中，虽然有成功的泪水，也有失败的辛酸，但是日益激烈的社会竟争也使我充分地认识到成为一名德智体全面发展的国优国标护士的重要性。在踏实地学习与医疗护理工作中，获得广泛病员好评的同时，也得到各级领导、护士长的认可。顺利完成了20__年上半年的工作任务。其具体工作总如下：</w:t>
      </w:r>
      <w:r>
        <w:rPr>
          <w:lang w:eastAsia="zh-CN"/>
        </w:rPr>
        <w:br/>
      </w:r>
      <w:r>
        <w:rPr>
          <w:lang w:eastAsia="zh-CN"/>
        </w:rPr>
        <w:t>　　一、思想道德、政治品质方面</w:t>
      </w:r>
      <w:r>
        <w:rPr>
          <w:lang w:eastAsia="zh-CN"/>
        </w:rPr>
        <w:br/>
      </w:r>
      <w:r>
        <w:rPr>
          <w:lang w:eastAsia="zh-CN"/>
        </w:rPr>
        <w:t>　　能够认真贯彻党的基本路线方针政策，通过报纸、杂志、书籍积极学习政治理论;遵纪守法，认真学习法律知识;爱岗敬业，具有强烈的责任感和事业心，积极主动认真的学习护士专业知识，工作态度端正，认真负责，树立了正确的人生观和价值观。在医疗护理实践过程中，服从命令，听众指挥。能严格遵守医院的各项规章制度的，遵守医德规范，规范操作。能积极参加医院和科室组织的各项活动并能尊敬领导，团同事。</w:t>
      </w:r>
      <w:r>
        <w:rPr>
          <w:lang w:eastAsia="zh-CN"/>
        </w:rPr>
        <w:br/>
      </w:r>
      <w:r>
        <w:rPr>
          <w:lang w:eastAsia="zh-CN"/>
        </w:rPr>
        <w:t>　　二、专业知识、工作能力方面</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3"/>
          <w:cols w:space="425"/>
          <w:titlePg w:val="0"/>
          <w:docGrid w:type="lines" w:linePitch="312"/>
        </w:sectPr>
      </w:pPr>
      <w:r>
        <w:rPr>
          <w:lang w:eastAsia="zh-CN"/>
        </w:rPr>
        <w:t>　　我本着“把工作做的更好”这样一个目标，开拓创新意识，积极圆满的完成了以下本职工作：协助护士长做好病房的管理工作及医疗文书的整理工作。认真接待每一位病人，把每一位病人都当成自己的朋友，亲人，经常换位思考别人的苦处。认真做好医疗文书的书写工作，医疗文书的书写需要认真负责，态度端正、头脑清晰。我课件下载认真学习科室文件书写规范，认真书写一般护理记录，危重护理记录及抢救记录。遵守规章制度，牢记三基(基础理论、基本知识和基本技能)三严(严肃的态度、严格的要求、严密的方法)。护理部为了提高每位护士的理论和操作水平，每月进行理论及操作考试，对于自己的工作要高要求严标准。工作态度要端正，“医者父母心”，本人以千方百计解除病人的疾苦为己任。我希望所有的患者都能尽快的康复，于是每次当我进入病房时，我都利用有限的时间不遗余力的鼓励他们，耐心的帮他们了解疾病、建立战胜疾病的信心，当看到病人康复时，觉得是非常幸福的事情。</w:t>
      </w:r>
      <w:r>
        <w:rPr>
          <w:lang w:eastAsia="zh-CN"/>
        </w:rPr>
        <w:br/>
      </w:r>
      <w:r>
        <w:rPr>
          <w:lang w:eastAsia="zh-CN"/>
        </w:rPr>
        <w:t>　　三、在态度、学习方面</w:t>
      </w:r>
      <w:r>
        <w:rPr>
          <w:lang w:eastAsia="zh-CN"/>
        </w:rPr>
        <w:br/>
      </w:r>
      <w:r>
        <w:rPr>
          <w:lang w:eastAsia="zh-CN"/>
        </w:rPr>
        <w:t>　　严格要求自己，凭着对成为一名国优国标白衣天使的目标和知识的强烈追求，刻苦钻研，勤奋好学，态度端正，目标明确，基本上牢固的掌握了一些专业知识和技能，作到了理论联系实际;除了专业知识的学习外，还注意各方面知识的扩展，广泛的涉猎其他学科的知识，从而提高了自身的思想文化素质。</w:t>
      </w:r>
      <w:r>
        <w:rPr>
          <w:lang w:eastAsia="zh-CN"/>
        </w:rPr>
        <w:br/>
      </w:r>
      <w:r>
        <w:rPr>
          <w:lang w:eastAsia="zh-CN"/>
        </w:rPr>
        <w:t>　　四、在生活方面</w:t>
      </w:r>
      <w:r>
        <w:rPr>
          <w:lang w:eastAsia="zh-CN"/>
        </w:rPr>
        <w:br/>
      </w:r>
      <w:r>
        <w:rPr>
          <w:lang w:eastAsia="zh-CN"/>
        </w:rPr>
        <w:t>　　养成了良好的生活习惯，生活充实而有条理，有严谨的生活态度和良好的生活态度和生活作风，为人热情大方，诚实守信，乐于助人，拥有自己的良好出事原则，能与同事们和睦相处;积极参加各项课外活动，从而不断的丰富自己的阅历。</w:t>
      </w:r>
      <w:r>
        <w:rPr>
          <w:lang w:eastAsia="zh-CN"/>
        </w:rPr>
        <w:br/>
      </w:r>
      <w:r>
        <w:rPr>
          <w:lang w:eastAsia="zh-CN"/>
        </w:rPr>
        <w:t xml:space="preserve">    护士上半年工作总结报告 篇10 </w:t>
      </w:r>
      <w:r>
        <w:rPr>
          <w:lang w:eastAsia="zh-CN"/>
        </w:rPr>
        <w:br/>
      </w:r>
      <w:r>
        <w:rPr>
          <w:lang w:eastAsia="zh-CN"/>
        </w:rPr>
        <w:t>　　通过在外科上半年的工作时间里，我特别感谢各位老师前辈的悉心指教，学到了谨慎严谨的工作态度，我将不断鞭策自己，不断提醒自己，努力改善自己。上半年的工作我主要从三个方面入手：</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4"/>
          <w:cols w:space="425"/>
          <w:titlePg w:val="0"/>
          <w:docGrid w:type="lines" w:linePitch="312"/>
        </w:sectPr>
      </w:pPr>
      <w:r>
        <w:rPr>
          <w:lang w:eastAsia="zh-CN"/>
        </w:rPr>
        <w:t>　　一、术前的心理护理</w:t>
      </w:r>
      <w:r>
        <w:rPr>
          <w:lang w:eastAsia="zh-CN"/>
        </w:rPr>
        <w:br/>
      </w:r>
      <w:r>
        <w:rPr>
          <w:lang w:eastAsia="zh-CN"/>
        </w:rPr>
        <w:t>　　手术无论大小，患者在心理上都需要承受一定的压力。病人进手术室，往往有种“生命掌握在医护人手中”的心理，医护人员的言行举止会直接影响病人的情结。故手术室护士必须态度和蔼、仪表整洁、举止端庄。注意各方面的修养是做好心理护理的重要前提。</w:t>
      </w:r>
      <w:r>
        <w:rPr>
          <w:lang w:eastAsia="zh-CN"/>
        </w:rPr>
        <w:br/>
      </w:r>
      <w:r>
        <w:rPr>
          <w:lang w:eastAsia="zh-CN"/>
        </w:rPr>
        <w:t>　　不断学习新的的医学理论技术，总结经验，充实自己，弘扬敬业奉献的精神，提高护士的自身素质，消除病人紧张恐惧等心理，使病人能在最佳心理状态下配合手术。</w:t>
      </w:r>
      <w:r>
        <w:rPr>
          <w:lang w:eastAsia="zh-CN"/>
        </w:rPr>
        <w:br/>
      </w:r>
      <w:r>
        <w:rPr>
          <w:lang w:eastAsia="zh-CN"/>
        </w:rPr>
        <w:t>　　二、术前防视护理</w:t>
      </w:r>
      <w:r>
        <w:rPr>
          <w:lang w:eastAsia="zh-CN"/>
        </w:rPr>
        <w:br/>
      </w:r>
      <w:r>
        <w:rPr>
          <w:lang w:eastAsia="zh-CN"/>
        </w:rPr>
        <w:t>　　术前到病房防视病人，用自己的言行与病人沟通，让病人表达自己的担忧，提出各种问题，并用科学诚信的态度耐心的解答，使他们消除顾虑，对手术充满信心。</w:t>
      </w:r>
      <w:r>
        <w:rPr>
          <w:lang w:eastAsia="zh-CN"/>
        </w:rPr>
        <w:br/>
      </w:r>
      <w:r>
        <w:rPr>
          <w:lang w:eastAsia="zh-CN"/>
        </w:rPr>
        <w:t>　　大多数患者急于了解麻醉和手术方法，我们就术前到病房防视病人，向病人介绍术和麻醉方法，示范手术时的体位，使其术前在病房床上预先进行训练，进入手术室后能立主动配合，提高麻醉成功率，保证手术的顺利进行。</w:t>
      </w:r>
      <w:r>
        <w:rPr>
          <w:lang w:eastAsia="zh-CN"/>
        </w:rPr>
        <w:br/>
      </w:r>
      <w:r>
        <w:rPr>
          <w:lang w:eastAsia="zh-CN"/>
        </w:rPr>
        <w:t>　　阅读病历，询问病史，查看病人的一般情况和化验单据等辅助检查，手术名称、麻醉方法，充分掌握病人的病情，预测术中可能发生的意外情况，及时拟定解决问题的措施。讲解术前留置胃管、尿管、禁食、禁饮的时间和重要性，并告知有关注意事项，取得病人的主动配合。</w:t>
      </w:r>
      <w:r>
        <w:rPr>
          <w:lang w:eastAsia="zh-CN"/>
        </w:rPr>
        <w:br/>
      </w:r>
      <w:r>
        <w:rPr>
          <w:lang w:eastAsia="zh-CN"/>
        </w:rPr>
        <w:t>　　三、术中麻醉意外的配合护理</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5"/>
          <w:cols w:space="425"/>
          <w:titlePg w:val="0"/>
          <w:docGrid w:type="lines" w:linePitch="312"/>
        </w:sectPr>
      </w:pPr>
      <w:r>
        <w:rPr>
          <w:lang w:eastAsia="zh-CN"/>
        </w:rPr>
        <w:t>　　常备器械和药物的准备，如麻醉机、气管插管用物、心电监测仪、吸引器等。抢救用药如肾上腺素、利多卡因、阿托品、多巴胺、间羟胺、碳酸氢钠等。</w:t>
      </w:r>
      <w:r>
        <w:rPr>
          <w:lang w:eastAsia="zh-CN"/>
        </w:rPr>
        <w:br/>
      </w:r>
      <w:r>
        <w:rPr>
          <w:lang w:eastAsia="zh-CN"/>
        </w:rPr>
        <w:t>　　麻醉期间严密观察病情，可早期发现，尽快进行抢救。保持呼吸道通畅，如口腔内有异物，协助麻醉医师吸引清除，如果发现气道堵塞，准备气管切开包，必要时作气管切开。在麻醉医师准备气管插管时，护士应先口对口人工呼吸，避免病人的通气中断。建立可行的静脉通道，为抢救时用药争取时间。</w:t>
      </w:r>
      <w:r>
        <w:rPr>
          <w:lang w:eastAsia="zh-CN"/>
        </w:rPr>
        <w:br/>
      </w:r>
      <w:r>
        <w:rPr>
          <w:lang w:eastAsia="zh-CN"/>
        </w:rPr>
        <w:t>　　如心跳骤停发生在手术前的麻醉中，护士应先行胸外心脏按压，同时加快输液速度，按医嘱准确无误地应用抢救药物。既往复苏病人用药时多用心内直接注射，现主张静脉注射及气管给药，起效时间及药物效果与心内注射相同，避免心内注射对心肌损伤的不利因素，及早进行心肌监测，并向医生准确提供各种数据。</w:t>
      </w:r>
      <w:r>
        <w:rPr>
          <w:lang w:eastAsia="zh-CN"/>
        </w:rPr>
        <w:br/>
      </w:r>
      <w:r>
        <w:rPr>
          <w:lang w:eastAsia="zh-CN"/>
        </w:rPr>
        <w:t>　　人第一次做没干过的事情，难免慌乱，不打紧，熟能生巧。关键是现在认真学，不管做的时候有没有做到，心里要知道原则上应该怎么做。不管你懂不懂，要敢于去看病人，问病人，不要怕被病人问问题，病人问的问题才是最实际的问题，也是以后自己以后做护士或者工作的时候会被问到的问题，现在不会比以后不会要好些。相信有了外科实习的经历，下一科室的工作将更为顺利。</w:t>
      </w:r>
      <w:r>
        <w:rPr>
          <w:lang w:eastAsia="zh-CN"/>
        </w:rPr>
        <w:br/>
      </w:r>
      <w:r>
        <w:rPr>
          <w:lang w:eastAsia="zh-CN"/>
        </w:rPr>
        <w:t xml:space="preserve">    护士上半年工作总结报告 篇11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6"/>
          <w:cols w:space="425"/>
          <w:titlePg w:val="0"/>
          <w:docGrid w:type="lines" w:linePitch="312"/>
        </w:sectPr>
      </w:pPr>
      <w:r>
        <w:rPr>
          <w:lang w:eastAsia="zh-CN"/>
        </w:rPr>
        <w:t>　　_年，是我在中心医院的第1年，这半年在院部党组织的正确领导下，我认真履行医务工作职责，同大家一道努力完成了护士长交办的各项工作任务。半年来，我积极参加医院举办的业务培训、认真学习了小平理论和“三个代表”重要思想，以及工作相关知识，自觉遵守医务人员医德规范，在工作面前，顾全大局，不争名利，不计得失，尽心尽力干好本职工作。</w:t>
      </w:r>
      <w:r>
        <w:rPr>
          <w:lang w:eastAsia="zh-CN"/>
        </w:rPr>
        <w:br/>
      </w:r>
      <w:r>
        <w:rPr>
          <w:lang w:eastAsia="zh-CN"/>
        </w:rPr>
        <w:t>　　然而回顾在中心医院的半年的点点滴滴，我感慨万分。时间首先定格在20_年_月，我刚被分配到_科。虽说不是第半年做护士，但刚刚到了一个新的环境还是很茫然，对科室的护理工作比较陌生，感谢我的老师，干完本职工作后还不辞劳苦的为我介绍病房结构，介绍各班工作，带教老师们的丰富经验，让我较快地适应科室的护理工作，为以后的工作打好了基础。继续回想，那是_月，我护理一个_病人，虽说按操作完成了工作，但是还是得到病人及家属的投诉，我很是委屈，情绪也很受影响，护士的工作是非常繁重与杂乱的，为什么病人会这样，我以后的工作该怎么办?护士长没有批评我，只叫我看看各位老师怎么做的。于是我细心观察，果然不一样，老师用自己的人格魅力和行为点醒了我，哦，原来护士工作这么有艺术性啊，不但要有高超的护理技术，还要有微笑，有沟通从此我的护理工作变的得心应手，我也得到不少病人及家属的好评。继续回忆，技术操练，理论学习，全国护士技能大赛，还有最近的医院三甲评审，事事在目，每一件事的发生都凝聚了我的一份力量，也使我一步步的提高。感谢20_!</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7"/>
          <w:cols w:space="425"/>
          <w:titlePg w:val="0"/>
          <w:docGrid w:type="lines" w:linePitch="312"/>
        </w:sectPr>
      </w:pPr>
      <w:r>
        <w:rPr>
          <w:lang w:eastAsia="zh-CN"/>
        </w:rPr>
        <w:t>　　总之，半年来的工作，我在思想上、学习上、工作上取得新的进步，但也认识到自己的不足之处。这些不足，只有在今后工作中刻苦学习、勤奋工作，改进服务流程，提高服务意识，构建和谐的医患关系，为促进我院持续、快速、健康、和谐发展，保障人民群众身体健康和生命安全而不懈努力!</w:t>
      </w:r>
      <w:r>
        <w:rPr>
          <w:lang w:eastAsia="zh-CN"/>
        </w:rPr>
        <w:br/>
      </w:r>
      <w:r>
        <w:rPr>
          <w:lang w:eastAsia="zh-CN"/>
        </w:rPr>
        <w:t xml:space="preserve">    护士上半年工作总结报告 篇12 </w:t>
      </w:r>
      <w:r>
        <w:rPr>
          <w:lang w:eastAsia="zh-CN"/>
        </w:rPr>
        <w:br/>
      </w:r>
      <w:r>
        <w:rPr>
          <w:lang w:eastAsia="zh-CN"/>
        </w:rPr>
        <w:t>　　半年已经过去了，在半年里，我在院领导和护士长的关心与直接领导下及同事们的关心与帮助下，本着“一切以病人为中心，一切为病人”的服务宗旨，努力提高理论知识和熟练地掌握了各项临床操作技能。较好的完成了各级院领导布置的各项护理工作，现总结如下：</w:t>
      </w:r>
      <w:r>
        <w:rPr>
          <w:lang w:eastAsia="zh-CN"/>
        </w:rPr>
        <w:br/>
      </w:r>
      <w:r>
        <w:rPr>
          <w:lang w:eastAsia="zh-CN"/>
        </w:rPr>
        <w:t>　　一、加强自我廉洁自律教育和职业道德教育</w:t>
      </w:r>
      <w:r>
        <w:rPr>
          <w:lang w:eastAsia="zh-CN"/>
        </w:rPr>
        <w:br/>
      </w:r>
      <w:r>
        <w:rPr>
          <w:lang w:eastAsia="zh-CN"/>
        </w:rPr>
        <w:t>　　是否廉洁自律和职业道德的高低、思想品德的好坏直接影响护士的素质和形象，因此，在半年中的各次廉政教育和技能培训后，我理解了要坚持“廉洁自律、严格执法、热情服务”的方针，把人民群众满意作为做好工作的根本出发点，通过深入开展全心全意为人民服务的宗旨教育、职业道德教育、思想品德教育，做到始终把党和人民的利益放在首位，牢固树立爱民为民的思想，在人民群众心目中树立“白衣天使”形象。发挥护士的主动精神，在自己内心深处用职业道德标准反省、告诫和激励自己，以便真正培养自己的道德品质。</w:t>
      </w:r>
      <w:r>
        <w:rPr>
          <w:lang w:eastAsia="zh-CN"/>
        </w:rPr>
        <w:br/>
      </w:r>
      <w:r>
        <w:rPr>
          <w:lang w:eastAsia="zh-CN"/>
        </w:rPr>
        <w:t>　　二、注意护士职业形象</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8"/>
          <w:cols w:space="425"/>
          <w:titlePg w:val="0"/>
          <w:docGrid w:type="lines" w:linePitch="312"/>
        </w:sectPr>
      </w:pPr>
      <w:r>
        <w:rPr>
          <w:lang w:eastAsia="zh-CN"/>
        </w:rPr>
        <w:t>　　在平时工作中注意文明礼貌服务，坚持文明用语，工作时仪表端庄、着装整洁、发不过肩、不浓妆艳抺、不穿高跟鞋、响底鞋、礼貌待患、态度和蔼、语言规范。认真学习《医疗事故处理条例》及其法律法规，积极参于医院组织的学习活动，丰富了法律知识，增强了安全保护意识。在护士长积极认真指导下，我在很多方面都有了长足的进步和提高，平时坚持参加科室每月一次的业务学习，每周二的晨会，坚持危重病人护理查房，护理人员三基训练，在护理部组织的每次技术操做考试中，均取得优异的成绩。在半年的工作中，能始终坚持爱岗敬业，贯彻“以病人为中心，以质量为核心”的服务理念，提高了自身素质及应急能力。</w:t>
      </w:r>
      <w:r>
        <w:rPr>
          <w:lang w:eastAsia="zh-CN"/>
        </w:rPr>
        <w:br/>
      </w:r>
      <w:r>
        <w:rPr>
          <w:lang w:eastAsia="zh-CN"/>
        </w:rPr>
        <w:t>　　三、努力工作，按时完成工作任务</w:t>
      </w:r>
      <w:r>
        <w:rPr>
          <w:lang w:eastAsia="zh-CN"/>
        </w:rPr>
        <w:br/>
      </w:r>
      <w:r>
        <w:rPr>
          <w:lang w:eastAsia="zh-CN"/>
        </w:rPr>
        <w:t>　　过去的半年，我为了搞好工作，服从领导安排，不怕麻烦，向老师请教、向同事学习、自己摸索实践，提高了工作能力，在具体的工作中形成了一个清晰的工作思路，能够顺利的开展工作并熟练圆满地完成本职工作。热爱自己的本职工作，能够正确认真的对待每一项工作，工作投入，热心为大家服务，认真遵守劳动纪律，保证按时出勤，出勤率高，全年没有请假现象，有效利用工作时间，坚守岗位，需要加班完成工作按时加班加点，保证工作能按时完成。</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9"/>
          <w:cols w:space="425"/>
          <w:titlePg w:val="0"/>
          <w:docGrid w:type="lines" w:linePitch="312"/>
        </w:sectPr>
      </w:pPr>
      <w:r>
        <w:rPr>
          <w:lang w:eastAsia="zh-CN"/>
        </w:rPr>
        <w:t>　　当然，我身上还存在一些不足有待改进。比如，在学习上，有时仍有浮躁的情绪，感觉要学的东西太多，心浮气躁，尤其是在遇到挫折时，不能冷静处理。在工作上，有时存在着标准不高的现象，虽然基本上能履行自己的职责和义务，但是在主动性方面还有待于进一步提高，这都是我今后需要改进和提高的地方。在已经过去的半年里，要再次感谢院领导、护士长的教育、指导、批评和帮助，感谢同事们给予的关心和支持。回顾过去，有许多进步和提高，同时也存在一些不足;展望未来，应当发扬自身的优点与长处，克服不足。为了医院的美好明天而贡献自己的一份力量!</w:t>
      </w:r>
      <w:r>
        <w:rPr>
          <w:lang w:eastAsia="zh-CN"/>
        </w:rPr>
        <w:br/>
      </w:r>
      <w:r>
        <w:rPr>
          <w:lang w:eastAsia="zh-CN"/>
        </w:rPr>
        <w:t xml:space="preserve">    护士上半年工作总结报告 篇13 </w:t>
      </w:r>
      <w:r>
        <w:rPr>
          <w:lang w:eastAsia="zh-CN"/>
        </w:rPr>
        <w:br/>
      </w:r>
      <w:r>
        <w:rPr>
          <w:lang w:eastAsia="zh-CN"/>
        </w:rPr>
        <w:t>　　时光荏苒，转眼，半年的时间又过去了我来到医院工作已有3年多了，在护士长及科主任的正确领导下，在科室同事的密切配合和支持下，我本着“以病人为中心”的临床服务理念，发扬救死扶伤的革命精神，踏踏实实做好护理工作，认真地完成了_年度的任务，并且在个人思想政治素质和业务工作能力都取得了一定的进步。</w:t>
      </w:r>
      <w:r>
        <w:rPr>
          <w:lang w:eastAsia="zh-CN"/>
        </w:rPr>
        <w:br/>
      </w:r>
      <w:r>
        <w:rPr>
          <w:lang w:eastAsia="zh-CN"/>
        </w:rPr>
        <w:t>　　一、政治思想方面</w:t>
      </w:r>
      <w:r>
        <w:rPr>
          <w:lang w:eastAsia="zh-CN"/>
        </w:rPr>
        <w:br/>
      </w:r>
      <w:r>
        <w:rPr>
          <w:lang w:eastAsia="zh-CN"/>
        </w:rPr>
        <w:t>　　坚持以病人为中心，以质量为核心的护理服务理念适应新的护理模式，社会发展的新形势，积极参加一切政治活动，以服务病人奉献社会为宗旨，以病人满意为标准，全心全意为病人服务。</w:t>
      </w:r>
      <w:r>
        <w:rPr>
          <w:lang w:eastAsia="zh-CN"/>
        </w:rPr>
        <w:br/>
      </w:r>
      <w:r>
        <w:rPr>
          <w:lang w:eastAsia="zh-CN"/>
        </w:rPr>
        <w:t>　　二、在业务方面</w:t>
      </w:r>
      <w:r>
        <w:rPr>
          <w:lang w:eastAsia="zh-CN"/>
        </w:rPr>
        <w:br/>
      </w:r>
      <w:r>
        <w:rPr>
          <w:lang w:eastAsia="zh-CN"/>
        </w:rPr>
        <w:t>　　在这半年里本人能自觉遵守医院的各项规章制度，服从科室领导的各项安排，认真履行自己的岗位职责，完成各项护理操作，学会认真对待每一件事情，在用心的同时更能细心的帮助病人解决每一件事情，认真接待每一位病人，把每一位病人都当成自己的朋友，亲人。认真做好医疗文书的书写工作，认真学习科室文件书写规范，认真书写一般护理记录，危重护理记录及抢救记录，对于自己的工作，严格要求自己，三查七对，牢记三基。</w:t>
      </w:r>
      <w:r>
        <w:rPr>
          <w:lang w:eastAsia="zh-CN"/>
        </w:rPr>
        <w:br/>
      </w:r>
      <w:r>
        <w:rPr>
          <w:lang w:eastAsia="zh-CN"/>
        </w:rPr>
        <w:t>　　三、增强法律意识</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0"/>
          <w:cols w:space="425"/>
          <w:titlePg w:val="0"/>
          <w:docGrid w:type="lines" w:linePitch="312"/>
        </w:sectPr>
      </w:pPr>
      <w:r>
        <w:rPr>
          <w:lang w:eastAsia="zh-CN"/>
        </w:rPr>
        <w:t>　　认真学习《护士条例》及其它法律法规，积极参于医院组织的_。意识到，社会主义市场经济体制的建立，法律制度日益完善，人民群众法制观念不断增强，依法办事、依法维护自身的合法权益已成为人们的共识，现代护理质量观念是全方位、全过程的让病人满意，这是人们对护理服务提出更高、更新的需求，因而要丰富法律知识，增强安全保护意识，懂法、用法，依法保护自己。</w:t>
      </w:r>
      <w:r>
        <w:rPr>
          <w:lang w:eastAsia="zh-CN"/>
        </w:rPr>
        <w:br/>
      </w:r>
      <w:r>
        <w:rPr>
          <w:lang w:eastAsia="zh-CN"/>
        </w:rPr>
        <w:t>　　在_年的护理工作中，我的体会是“三分治疗，七分护理”，于是我越来越能够感觉出护理工作的重要性。曾经有人说过：“拉开人生帷幕的人是护士，拉上人生帷幕的人也是护士。”是啊，在人的一生当中有谁会不需要护士的细致关心和悉心照顾呢?“护理工作是一门精细的艺术”。“护士要有一颗同情的心，要有一双愿意工作的手。”我会用我的爱心耐心，细心和责任心解除病人的病痛，用无私的奉献支撑起无力的生命，重新扬起生的风帆，让痛苦的脸上重绽笑颜，让一个个家庭都重现欢声笑语。在今后的工作中一定努力提高自己的技术，提高微笑服务，把每一位病人都当成自己的朋友，亲人，经常换位思考别人的难处，端正工作态度，我希望通过自己的努力获得病员广泛好评的同时，也得到各级领导、护士长的认可。</w:t>
      </w:r>
      <w:r>
        <w:rPr>
          <w:lang w:eastAsia="zh-CN"/>
        </w:rPr>
        <w:br/>
      </w:r>
      <w:r>
        <w:rPr>
          <w:lang w:eastAsia="zh-CN"/>
        </w:rPr>
        <w:t>　　我觉得护理事业是一项崇高而神圣的事业，我为自己是护士队伍中的一员而自豪，在今后工作中，我将加倍努力，为人类的护理事业做出自己应有的贡献。</w:t>
      </w:r>
      <w:r>
        <w:rPr>
          <w:lang w:eastAsia="zh-CN"/>
        </w:rPr>
        <w:br/>
      </w:r>
      <w:r>
        <w:rPr>
          <w:lang w:eastAsia="zh-CN"/>
        </w:rPr>
        <w:t xml:space="preserve">    护士上半年工作总结报告 篇14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1"/>
          <w:cols w:space="425"/>
          <w:titlePg w:val="0"/>
          <w:docGrid w:type="lines" w:linePitch="312"/>
        </w:sectPr>
      </w:pPr>
      <w:r>
        <w:rPr>
          <w:lang w:eastAsia="zh-CN"/>
        </w:rPr>
        <w:t>　　转眼，--上半年过去了。我来到医院工作已有3年多了，在护士长及科主任的正确领导下，在科室同事的密切配合和支持下，我本着“以病人为中心”的临床服务理念，发扬救死扶伤的革命精神，踏踏实实做好护理工作，认真地完成了上半年的工作任务，并且在个人思想政治素质和业务工作能力都取得了一定的进步。</w:t>
      </w:r>
      <w:r>
        <w:rPr>
          <w:lang w:eastAsia="zh-CN"/>
        </w:rPr>
        <w:br/>
      </w:r>
      <w:r>
        <w:rPr>
          <w:lang w:eastAsia="zh-CN"/>
        </w:rPr>
        <w:t>　　一、政治思想方面：</w:t>
      </w:r>
      <w:r>
        <w:rPr>
          <w:lang w:eastAsia="zh-CN"/>
        </w:rPr>
        <w:br/>
      </w:r>
      <w:r>
        <w:rPr>
          <w:lang w:eastAsia="zh-CN"/>
        </w:rPr>
        <w:t>　　坚持以病人为中心，以质量为核心的护理服务理念适应新的护理模式，社会发展的新形势，积极参加一切政治活动，以服务病人奉献社会为宗旨，以病人满意为标准，全心全意为病人服务。</w:t>
      </w:r>
      <w:r>
        <w:rPr>
          <w:lang w:eastAsia="zh-CN"/>
        </w:rPr>
        <w:br/>
      </w:r>
      <w:r>
        <w:rPr>
          <w:lang w:eastAsia="zh-CN"/>
        </w:rPr>
        <w:t>　　二、业务方面：</w:t>
      </w:r>
      <w:r>
        <w:rPr>
          <w:lang w:eastAsia="zh-CN"/>
        </w:rPr>
        <w:br/>
      </w:r>
      <w:r>
        <w:rPr>
          <w:lang w:eastAsia="zh-CN"/>
        </w:rPr>
        <w:t>　　在这半年里本人能自觉遵守医院的各项规章制度，服从科室领导的各项安排，认真履行自己的岗位职责，完成各项护理操作，学会认真对待每一件事情，在用心的同时更能细心的帮助病人解决每一件事情，认真接待每一位病人，把每一位病人都当成自己的朋友，亲人。认真做好医疗文书的书写工作，认真学习科室文件书写规范，认真书写一般护理记录，危重护理记录及抢救记录，对于自己的工作，严格要求自己，三查七对，牢记三基。--上半年护士工作总结</w:t>
      </w:r>
      <w:r>
        <w:rPr>
          <w:lang w:eastAsia="zh-CN"/>
        </w:rPr>
        <w:br/>
      </w:r>
      <w:r>
        <w:rPr>
          <w:lang w:eastAsia="zh-CN"/>
        </w:rPr>
        <w:t>　　三、增强法律意识</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2"/>
          <w:cols w:space="425"/>
          <w:titlePg w:val="0"/>
          <w:docGrid w:type="lines" w:linePitch="312"/>
        </w:sectPr>
      </w:pPr>
      <w:r>
        <w:rPr>
          <w:lang w:eastAsia="zh-CN"/>
        </w:rPr>
        <w:t>　　认真学习《护士条例》及其它法律法规，积极参于医院组织的学习班。意识到，社会主义市场经济体制的建立，法律制度日益完善，人民群众法制观念不断增强，依法办事、依法维护自身的合法权益已成为人们的共识，现代护理质量观念是全方位、全过程的让病人满意，这是人们对护理服务提出更高、更新的需求，因而要丰富法律知识，增强安全保护意识，懂法、用法，依法保护自己。</w:t>
      </w:r>
      <w:r>
        <w:rPr>
          <w:lang w:eastAsia="zh-CN"/>
        </w:rPr>
        <w:br/>
      </w:r>
      <w:r>
        <w:rPr>
          <w:lang w:eastAsia="zh-CN"/>
        </w:rPr>
        <w:t>　　在这3年多的护理工作中，我的体会是“三分治疗，七分护理”，于是我越来越能够感觉出护理工作的重要性。曾经有人说过：“拉开人生帷幕的人是护士，拉上人生帷幕的人也是护士。”是啊，在人的一生当中有谁会不需要护士的细致关心和悉心照顾呢?“护理工作是一门精细的艺术”。“护士要有一颗同情的心，要有一双愿意工作的手。”我会用我的爱心耐心，细心和责任心解除病人的病痛，用无私的奉献支撑起无力的生命，重新扬起生的风帆，让痛苦的脸上重绽笑颜，让一个个家庭都重现欢声笑语。在今后的工作中一定努力提高自己的技术，提高微笑服务，把每一位病人都当成自己的朋友，亲人，经常换位思考别人的难处，端正工作态度，我希望通过自己的努力获得病员广泛好评的同时，也得到各级领导、护士长的认可。</w:t>
      </w:r>
      <w:r>
        <w:rPr>
          <w:lang w:eastAsia="zh-CN"/>
        </w:rPr>
        <w:br/>
      </w:r>
      <w:r>
        <w:rPr>
          <w:lang w:eastAsia="zh-CN"/>
        </w:rPr>
        <w:t>　　我觉得护理事业是一项崇高而神圣的事业，我为自己是护士队伍中的一员而自豪，在下半年的工作中，我将加倍努力，为人类的护理事业做出自己应有的贡献。</w:t>
      </w:r>
      <w:r>
        <w:rPr>
          <w:lang w:eastAsia="zh-CN"/>
        </w:rPr>
        <w:br/>
      </w:r>
      <w:r>
        <w:rPr>
          <w:lang w:eastAsia="zh-CN"/>
        </w:rPr>
        <w:t>　　护士上半年个人工作总结5</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3"/>
          <w:cols w:space="425"/>
          <w:titlePg w:val="0"/>
          <w:docGrid w:type="lines" w:linePitch="312"/>
        </w:sectPr>
      </w:pPr>
      <w:r>
        <w:rPr>
          <w:lang w:eastAsia="zh-CN"/>
        </w:rPr>
        <w:t>　　光阴似箭!一晃眼，从我加入人民医院——救死扶伤的护士，工作已有半年多了。在过去半年里，在院领导、科主任及护士长的正确领导下，我坚持“以病人为中心”的临床服务理念，发扬救死扶伤的革命人道主义精神，并认真严谨的态度和积极的热情投身于学习和工作中，虽然有成功的泪水，也有失败的辛酸，但是日益激烈的社会竟争也使我充分地认识到成为一名德智体全面发展的国优国标护士的重要性。在踏实地学习与医疗护理工作中，获得广泛病员好评的同时，也得到各级领导、护士长的认可。顺利完成了20--年上半年的工作任务。其具体工作总结如下：</w:t>
      </w:r>
      <w:r>
        <w:rPr>
          <w:lang w:eastAsia="zh-CN"/>
        </w:rPr>
        <w:br/>
      </w:r>
      <w:r>
        <w:rPr>
          <w:lang w:eastAsia="zh-CN"/>
        </w:rPr>
        <w:t>　　(一)思想道德、政治品质方面：</w:t>
      </w:r>
      <w:r>
        <w:rPr>
          <w:lang w:eastAsia="zh-CN"/>
        </w:rPr>
        <w:br/>
      </w:r>
      <w:r>
        <w:rPr>
          <w:lang w:eastAsia="zh-CN"/>
        </w:rPr>
        <w:t>　　能够认真贯彻党的基本路线方针政策，通过报纸、杂志、书籍积极学习政治理论;遵纪守法，认真学习法律知识;爱岗敬业，具有强烈的责任感和事业心，积极主动认真的学习护士专业知识，工作态度端正，认真负责，树立了正确的人生观和价值观。在医疗护理实践过程中，服从命令，听众指挥。能严格遵守医院的各项规章制度的，遵守医德规范，规范操作。能积极参加医院和科室组织的各项活动并能尊敬领导，团结同事。</w:t>
      </w:r>
      <w:r>
        <w:rPr>
          <w:lang w:eastAsia="zh-CN"/>
        </w:rPr>
        <w:br/>
      </w:r>
      <w:r>
        <w:rPr>
          <w:lang w:eastAsia="zh-CN"/>
        </w:rPr>
        <w:t>　　(二)专业知识、工作能力方面：</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4"/>
          <w:cols w:space="425"/>
          <w:titlePg w:val="0"/>
          <w:docGrid w:type="lines" w:linePitch="312"/>
        </w:sectPr>
      </w:pPr>
      <w:r>
        <w:rPr>
          <w:lang w:eastAsia="zh-CN"/>
        </w:rPr>
        <w:t>　　我本着“把工作做的更好”这样一个目标，开拓创新意识，积极圆满的完成了以下本职工作：协助护士长做好病房的管理工作及医疗文书的整理工作。认真接待每一位病人，把每一位病人都当成自己的朋友，亲人，经常换位思考别人的苦处。认真做好医疗文书的书写工作，医疗文书的书写需要认真负责，态度端正、头脑清晰。我课件下载认真学习科室文件书写规范，认真书写一般护理记录，危重护理记录及抢救记录。遵守规章制度，牢记三基(基础理论、基本知识和基本技能)三严(严肃的态度、严格的要求、严密的方法)。护理部为了提高每位护士的`理论和操作水平，每月进行理论及操作考试，对于自己的工作要高要求严标准。工作态度要端正，“医者父母心”，本人以千方百计解除病人的疾苦为己任。我希望所有的患者都能尽快的康复，于是每次当我进入病房时，我都利用有限的时间不遗余力的鼓励他们，耐心的帮他们了解疾病、建立战胜疾病的信心，当看到病人康复时，觉得是非常幸福的事情。</w:t>
      </w:r>
      <w:r>
        <w:rPr>
          <w:lang w:eastAsia="zh-CN"/>
        </w:rPr>
        <w:br/>
      </w:r>
      <w:r>
        <w:rPr>
          <w:lang w:eastAsia="zh-CN"/>
        </w:rPr>
        <w:t>　　(三)在态度、学习方面：</w:t>
      </w:r>
      <w:r>
        <w:rPr>
          <w:lang w:eastAsia="zh-CN"/>
        </w:rPr>
        <w:br/>
      </w:r>
      <w:r>
        <w:rPr>
          <w:lang w:eastAsia="zh-CN"/>
        </w:rPr>
        <w:t>　　严格要求自己，凭着对成为一名国优国标白衣天使的目标和知识的强烈追求，刻苦钻研，勤奋好学，态度端正，目标明确，基本上牢固的掌握了一些专业知识和技能，作到了理论联系实际;除了专业知识的学习外，还注意各方面知识的扩展，广泛的涉猎其他学科的知识，从而提高了自身的思想文化素质。</w:t>
      </w:r>
      <w:r>
        <w:rPr>
          <w:lang w:eastAsia="zh-CN"/>
        </w:rPr>
        <w:br/>
      </w:r>
      <w:r>
        <w:rPr>
          <w:lang w:eastAsia="zh-CN"/>
        </w:rPr>
        <w:t>　　(四)在生活方面：</w:t>
      </w:r>
      <w:r>
        <w:rPr>
          <w:lang w:eastAsia="zh-CN"/>
        </w:rPr>
        <w:br/>
      </w:r>
      <w:r>
        <w:rPr>
          <w:lang w:eastAsia="zh-CN"/>
        </w:rPr>
        <w:t>　　养成了良好的生活习惯，生活充实而有条理，有严谨的生活态度和良好的生活态度和生活作风，为人热情大方，诚实守信，乐于助人，拥有自己的良好出事原则，能与同事们和睦相处;积极参加各项课外活动，从而不断的丰富自己的阅历。</w:t>
      </w:r>
      <w:r>
        <w:rPr>
          <w:lang w:eastAsia="zh-CN"/>
        </w:rPr>
        <w:br/>
      </w:r>
      <w:r>
        <w:rPr>
          <w:lang w:eastAsia="zh-CN"/>
        </w:rPr>
        <w:t>　　今后的目标：</w:t>
      </w:r>
      <w:r>
        <w:rPr>
          <w:lang w:eastAsia="zh-CN"/>
        </w:rPr>
        <w:br/>
      </w:r>
      <w:r>
        <w:rPr>
          <w:lang w:eastAsia="zh-CN"/>
        </w:rPr>
        <w:t>　　我决心进一步振奋精神，加强个人世界观的改造，努力克服自己存在的问题，做到：</w:t>
      </w:r>
      <w:r>
        <w:rPr>
          <w:lang w:eastAsia="zh-CN"/>
        </w:rPr>
        <w:br/>
      </w:r>
      <w:r>
        <w:rPr>
          <w:lang w:eastAsia="zh-CN"/>
        </w:rPr>
        <w:t>　　(1)扎实抓好理论学习，保持政治上的坚定性。</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5"/>
          <w:cols w:space="425"/>
          <w:titlePg w:val="0"/>
          <w:docGrid w:type="lines" w:linePitch="312"/>
        </w:sectPr>
      </w:pPr>
      <w:r>
        <w:rPr>
          <w:lang w:eastAsia="zh-CN"/>
        </w:rPr>
        <w:t>　　(2)在院领导、科主任的关心和指导下，顺利完成医疗护理工作任务，认真履行职责，爱岗敬业。</w:t>
      </w:r>
      <w:r>
        <w:rPr>
          <w:lang w:eastAsia="zh-CN"/>
        </w:rPr>
        <w:br/>
      </w:r>
      <w:r>
        <w:rPr>
          <w:lang w:eastAsia="zh-CN"/>
        </w:rPr>
        <w:t>　　(3)以科室为家，工作积极主动，对待病员热情、耐心，满足病人的需求。</w:t>
      </w:r>
      <w:r>
        <w:rPr>
          <w:lang w:eastAsia="zh-CN"/>
        </w:rPr>
        <w:br/>
      </w:r>
      <w:r>
        <w:rPr>
          <w:lang w:eastAsia="zh-CN"/>
        </w:rPr>
        <w:t>　　护理工作是平凡的工作，然而，我们却用真诚的爱去抚平病人心灵的创伤，用火一样的热情去点燃患者战胜疾病的勇气。</w:t>
      </w:r>
      <w:r>
        <w:rPr>
          <w:lang w:eastAsia="zh-CN"/>
        </w:rPr>
        <w:br/>
      </w:r>
      <w:r>
        <w:rPr>
          <w:lang w:eastAsia="zh-CN"/>
        </w:rPr>
        <w:t>　　人总是在不断成熟与长大，如果说昨天的自己还有那么些浮躁那么些飘摇，那今天的自己则更加成熟更加稳健，对护理工作也有了崭新的诠释，更加明白自己的职责和重担，也能更好更用心地为每一个病人服务。只是在这样的过程中，病人虽然比天大，但他们不是上帝!而我们的工作也不是单纯的服务行业。护士同样有她们的尊严!我们可以流汗可以流血，但我们不要流泪!我们卑微但决不卑贱!在上帝面前，我们每个人都是平等的!</w:t>
      </w:r>
      <w:r>
        <w:rPr>
          <w:lang w:eastAsia="zh-CN"/>
        </w:rPr>
        <w:br/>
      </w:r>
      <w:r>
        <w:rPr>
          <w:lang w:eastAsia="zh-CN"/>
        </w:rPr>
        <w:t>　　在过去的半年中，我感谢每一位和我共事的同事。感谢你们的善待，感谢和你们有这样相逢相知相处的缘分，感谢你们的善良和美好，感谢你们让我生活在这样一个温暖的大家庭!希望来年，我们仍然能够荣辱与共，共同感觉感受生命和生活的美好美丽，共同去创造一个更加灿烂的未来!</w:t>
      </w:r>
      <w:r>
        <w:rPr>
          <w:lang w:eastAsia="zh-CN"/>
        </w:rPr>
        <w:br/>
      </w:r>
      <w:r>
        <w:rPr>
          <w:lang w:eastAsia="zh-CN"/>
        </w:rPr>
        <w:t xml:space="preserve">    护士上半年工作总结报告 篇15 </w:t>
      </w:r>
      <w:r>
        <w:rPr>
          <w:lang w:eastAsia="zh-CN"/>
        </w:rPr>
        <w:br/>
      </w:r>
    </w:p>
    <w:p w:rsidR="001B1F19" w14:textId="27C3F48A">
      <w:pPr>
        <w:rPr>
          <w:rFonts w:hint="eastAsia"/>
          <w:lang w:eastAsia="zh-CN"/>
        </w:rPr>
      </w:pPr>
      <w:r>
        <w:rPr>
          <w:lang w:eastAsia="zh-CN"/>
        </w:rPr>
        <w:t>　　时光荏苒，20_年即将过去了，回首过去的半年，内心不禁感慨万千，在半年里，我在院领导和护士长的关心与直接领导下及同事们的关心与帮助下，本着一切以病人为中心，一切为病人的服务宗旨，刻苦钻研业务知识，努力提高理论知识和熟练地掌握了各项临床操作技能。较好的完成了各级院领导布置的各项护理工作，在同志们的关心、支持和帮助下，思想、学习和工作等方面取得了新的进步，现总结如下：</w:t>
      </w:r>
      <w:r>
        <w:rPr>
          <w:lang w:eastAsia="zh-CN"/>
        </w:rPr>
        <w:br/>
      </w:r>
      <w:r>
        <w:rPr>
          <w:lang w:eastAsia="zh-CN"/>
        </w:rPr>
        <w:t>　　一.严于律已，自觉加强党性锻炼，党性修养和政治思想觉悟进一步提高</w:t>
      </w:r>
      <w:r>
        <w:rPr>
          <w:lang w:eastAsia="zh-CN"/>
        </w:rPr>
        <w:br/>
      </w:r>
      <w:r>
        <w:rPr>
          <w:lang w:eastAsia="zh-CN"/>
        </w:rPr>
        <w:t>　　半年来，坚持正确的世界观、人生观、价值观，用正确的世界观、人生观、价值观指导自己的学习、工作和生活实践，热爱祖国，热爱中国_，对社会主义充满必胜的信心。认真贯彻执行党的路线、方针、政策，为加快社会主义建设事业认真做好本职工作。工作积极主动，勤奋努力，不畏艰难，尽职尽责，在平凡的工作岗位上做出力所能及的贡献。</w:t>
      </w:r>
      <w:r>
        <w:rPr>
          <w:lang w:eastAsia="zh-CN"/>
        </w:rPr>
        <w:br/>
      </w:r>
      <w:r>
        <w:rPr>
          <w:lang w:eastAsia="zh-CN"/>
        </w:rPr>
        <w:t>　　二、强化理论和业务学习，不断提高自身综合素质</w:t>
      </w:r>
      <w:r>
        <w:rPr>
          <w:lang w:eastAsia="zh-CN"/>
        </w:rPr>
        <w:br/>
      </w:r>
      <w:r>
        <w:rPr>
          <w:rFonts w:hint="eastAsia"/>
          <w:lang w:eastAsia="zh-CN"/>
        </w:rPr>
        <w:br/>
      </w:r>
      <w:r>
        <w:rPr>
          <w:rFonts w:hint="eastAsia"/>
          <w:lang w:eastAsia="zh-CN"/>
        </w:rP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https://d.book118.com/345102134323011113</w:t>
        </w:r>
      </w:hyperlink>
    </w:p>
    <w:p w:rsidR="001B1F19">
      <w:pPr>
        <w:rPr>
          <w:rFonts w:hint="eastAsia"/>
          <w:lang w:eastAsia="zh-CN"/>
        </w:rPr>
      </w:pPr>
    </w:p>
    <w:sectPr>
      <w:type w:val="nextPage"/>
      <w:pgSz w:w="11906" w:h="16838"/>
      <w:pgMar w:top="1440" w:right="1800" w:bottom="1440" w:left="1800" w:header="851" w:footer="992" w:gutter="0"/>
      <w:pgNumType w:start="36"/>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w:panose1 w:val="02070409020205020404"/>
    <w:charset w:val="00"/>
    <w:family w:val="modern"/>
    <w:pitch w:val="fixed"/>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49D07D03"/>
    <w:multiLevelType w:val="multilevel"/>
    <w:tmpl w:val="3AE4B26C"/>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820273113">
    <w:abstractNumId w:val="0"/>
  </w:num>
  <w:num w:numId="2" w16cid:durableId="14996911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022227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250009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4842747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23348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F19"/>
    <w:rsid w:val="00012D24"/>
    <w:rsid w:val="000B76DB"/>
    <w:rsid w:val="001B1F19"/>
    <w:rsid w:val="002E2E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08D8A34"/>
  <w15:docId w15:val="{83B6B1C2-FF47-43CC-85A6-22B37870D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1"/>
    <w:uiPriority w:val="9"/>
    <w:qFormat/>
    <w:rsid w:val="00FC693F"/>
    <w:pPr>
      <w:keepNext/>
      <w:keepLines/>
      <w:spacing w:before="480" w:after="0"/>
      <w:outlineLvl w:val="0"/>
    </w:pPr>
    <w:rPr>
      <w:rFonts w:asciiTheme="majorHAnsi" w:eastAsiaTheme="majorEastAsia" w:hAnsiTheme="majorHAnsi" w:cstheme="majorBidi"/>
      <w:b/>
      <w:bCs/>
      <w:color w:val="2F5496" w:themeColor="accent1" w:themeShade="BF"/>
      <w:szCs w:val="28"/>
    </w:rPr>
  </w:style>
  <w:style w:type="paragraph" w:styleId="Heading2">
    <w:name w:val="heading 2"/>
    <w:basedOn w:val="Normal"/>
    <w:next w:val="Normal"/>
    <w:link w:val="2"/>
    <w:uiPriority w:val="9"/>
    <w:unhideWhenUsed/>
    <w:qFormat/>
    <w:rsid w:val="00FC693F"/>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3"/>
    <w:uiPriority w:val="9"/>
    <w:unhideWhenUsed/>
    <w:qFormat/>
    <w:rsid w:val="00FC693F"/>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4"/>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5"/>
    <w:uiPriority w:val="9"/>
    <w:semiHidden/>
    <w:unhideWhenUsed/>
    <w:qFormat/>
    <w:rsid w:val="00FC693F"/>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6"/>
    <w:uiPriority w:val="9"/>
    <w:semiHidden/>
    <w:unhideWhenUsed/>
    <w:qFormat/>
    <w:rsid w:val="00FC693F"/>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7"/>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8"/>
    <w:uiPriority w:val="9"/>
    <w:semiHidden/>
    <w:unhideWhenUsed/>
    <w:qFormat/>
    <w:rsid w:val="00FC693F"/>
    <w:pPr>
      <w:keepNext/>
      <w:keepLines/>
      <w:spacing w:before="200" w:after="0"/>
      <w:outlineLvl w:val="7"/>
    </w:pPr>
    <w:rPr>
      <w:rFonts w:asciiTheme="majorHAnsi" w:eastAsiaTheme="majorEastAsia" w:hAnsiTheme="majorHAnsi" w:cstheme="majorBidi"/>
      <w:color w:val="4472C4" w:themeColor="accent1"/>
      <w:sz w:val="20"/>
      <w:szCs w:val="20"/>
    </w:rPr>
  </w:style>
  <w:style w:type="paragraph" w:styleId="Heading9">
    <w:name w:val="heading 9"/>
    <w:basedOn w:val="Normal"/>
    <w:next w:val="Normal"/>
    <w:link w:val="9"/>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618BF"/>
    <w:pPr>
      <w:tabs>
        <w:tab w:val="center" w:pos="4680"/>
        <w:tab w:val="right" w:pos="9360"/>
      </w:tabs>
      <w:spacing w:after="0" w:line="240" w:lineRule="auto"/>
    </w:pPr>
  </w:style>
  <w:style w:type="character" w:customStyle="1" w:styleId="a">
    <w:name w:val="页眉 字符"/>
    <w:basedOn w:val="DefaultParagraphFont"/>
    <w:link w:val="Header"/>
    <w:uiPriority w:val="99"/>
    <w:rsid w:val="00E618BF"/>
  </w:style>
  <w:style w:type="paragraph" w:styleId="Footer">
    <w:name w:val="footer"/>
    <w:basedOn w:val="Normal"/>
    <w:link w:val="a0"/>
    <w:uiPriority w:val="99"/>
    <w:unhideWhenUsed/>
    <w:rsid w:val="00E618BF"/>
    <w:pPr>
      <w:tabs>
        <w:tab w:val="center" w:pos="4680"/>
        <w:tab w:val="right" w:pos="9360"/>
      </w:tabs>
      <w:spacing w:after="0" w:line="240" w:lineRule="auto"/>
    </w:pPr>
  </w:style>
  <w:style w:type="character" w:customStyle="1" w:styleId="a0">
    <w:name w:val="页脚 字符"/>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1">
    <w:name w:val="标题 1 字符"/>
    <w:basedOn w:val="DefaultParagraphFont"/>
    <w:link w:val="Heading1"/>
    <w:uiPriority w:val="9"/>
    <w:rsid w:val="00FC693F"/>
    <w:rPr>
      <w:rFonts w:asciiTheme="majorHAnsi" w:eastAsiaTheme="majorEastAsia" w:hAnsiTheme="majorHAnsi" w:cstheme="majorBidi"/>
      <w:b/>
      <w:bCs/>
      <w:color w:val="2F5496" w:themeColor="accent1" w:themeShade="BF"/>
      <w:sz w:val="28"/>
      <w:szCs w:val="28"/>
    </w:rPr>
  </w:style>
  <w:style w:type="character" w:customStyle="1" w:styleId="2">
    <w:name w:val="标题 2 字符"/>
    <w:basedOn w:val="DefaultParagraphFont"/>
    <w:link w:val="Heading2"/>
    <w:uiPriority w:val="9"/>
    <w:rsid w:val="00FC693F"/>
    <w:rPr>
      <w:rFonts w:asciiTheme="majorHAnsi" w:eastAsiaTheme="majorEastAsia" w:hAnsiTheme="majorHAnsi" w:cstheme="majorBidi"/>
      <w:b/>
      <w:bCs/>
      <w:color w:val="4472C4" w:themeColor="accent1"/>
      <w:sz w:val="26"/>
      <w:szCs w:val="26"/>
    </w:rPr>
  </w:style>
  <w:style w:type="character" w:customStyle="1" w:styleId="3">
    <w:name w:val="标题 3 字符"/>
    <w:basedOn w:val="DefaultParagraphFont"/>
    <w:link w:val="Heading3"/>
    <w:uiPriority w:val="9"/>
    <w:rsid w:val="00FC693F"/>
    <w:rPr>
      <w:rFonts w:asciiTheme="majorHAnsi" w:eastAsiaTheme="majorEastAsia" w:hAnsiTheme="majorHAnsi" w:cstheme="majorBidi"/>
      <w:b/>
      <w:bCs/>
      <w:color w:val="4472C4" w:themeColor="accent1"/>
    </w:rPr>
  </w:style>
  <w:style w:type="paragraph" w:styleId="Title">
    <w:name w:val="Title"/>
    <w:basedOn w:val="Normal"/>
    <w:next w:val="Normal"/>
    <w:link w:val="a1"/>
    <w:uiPriority w:val="10"/>
    <w:qFormat/>
    <w:rsid w:val="00FC693F"/>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1">
    <w:name w:val="标题 字符"/>
    <w:basedOn w:val="DefaultParagraphFont"/>
    <w:link w:val="Title"/>
    <w:uiPriority w:val="10"/>
    <w:rsid w:val="00FC693F"/>
    <w:rPr>
      <w:rFonts w:asciiTheme="majorHAnsi" w:eastAsiaTheme="majorEastAsia" w:hAnsiTheme="majorHAnsi" w:cstheme="majorBidi"/>
      <w:color w:val="323E4F" w:themeColor="text2" w:themeShade="BF"/>
      <w:spacing w:val="5"/>
      <w:kern w:val="28"/>
      <w:sz w:val="52"/>
      <w:szCs w:val="52"/>
    </w:rPr>
  </w:style>
  <w:style w:type="paragraph" w:styleId="Subtitle">
    <w:name w:val="Subtitle"/>
    <w:basedOn w:val="Normal"/>
    <w:next w:val="Normal"/>
    <w:link w:val="a2"/>
    <w:uiPriority w:val="11"/>
    <w:qFormat/>
    <w:rsid w:val="00FC693F"/>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2">
    <w:name w:val="副标题 字符"/>
    <w:basedOn w:val="DefaultParagraphFont"/>
    <w:link w:val="Subtitle"/>
    <w:uiPriority w:val="11"/>
    <w:rsid w:val="00FC693F"/>
    <w:rPr>
      <w:rFonts w:asciiTheme="majorHAnsi" w:eastAsiaTheme="majorEastAsia" w:hAnsiTheme="majorHAnsi" w:cstheme="majorBidi"/>
      <w:i/>
      <w:iCs/>
      <w:color w:val="4472C4"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a3"/>
    <w:uiPriority w:val="99"/>
    <w:unhideWhenUsed/>
    <w:rsid w:val="00AA1D8D"/>
    <w:pPr>
      <w:spacing w:after="120"/>
    </w:pPr>
  </w:style>
  <w:style w:type="character" w:customStyle="1" w:styleId="a3">
    <w:name w:val="正文文本 字符"/>
    <w:basedOn w:val="DefaultParagraphFont"/>
    <w:link w:val="BodyText"/>
    <w:uiPriority w:val="99"/>
    <w:rsid w:val="00AA1D8D"/>
  </w:style>
  <w:style w:type="paragraph" w:styleId="BodyText2">
    <w:name w:val="Body Text 2"/>
    <w:basedOn w:val="Normal"/>
    <w:link w:val="20"/>
    <w:uiPriority w:val="99"/>
    <w:unhideWhenUsed/>
    <w:rsid w:val="00AA1D8D"/>
    <w:pPr>
      <w:spacing w:after="120" w:line="480" w:lineRule="auto"/>
    </w:pPr>
  </w:style>
  <w:style w:type="character" w:customStyle="1" w:styleId="20">
    <w:name w:val="正文文本 2 字符"/>
    <w:basedOn w:val="DefaultParagraphFont"/>
    <w:link w:val="BodyText2"/>
    <w:uiPriority w:val="99"/>
    <w:rsid w:val="00AA1D8D"/>
  </w:style>
  <w:style w:type="paragraph" w:styleId="BodyText3">
    <w:name w:val="Body Text 3"/>
    <w:basedOn w:val="Normal"/>
    <w:link w:val="30"/>
    <w:uiPriority w:val="99"/>
    <w:unhideWhenUsed/>
    <w:rsid w:val="00AA1D8D"/>
    <w:pPr>
      <w:spacing w:after="120"/>
    </w:pPr>
    <w:rPr>
      <w:sz w:val="16"/>
      <w:szCs w:val="16"/>
    </w:rPr>
  </w:style>
  <w:style w:type="character" w:customStyle="1" w:styleId="30">
    <w:name w:val="正文文本 3 字符"/>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tabs>
        <w:tab w:val="num" w:pos="720"/>
      </w:tabs>
      <w:ind w:left="720" w:hanging="720"/>
      <w:contextualSpacing/>
    </w:pPr>
  </w:style>
  <w:style w:type="paragraph" w:styleId="ListBullet3">
    <w:name w:val="List Bullet 3"/>
    <w:basedOn w:val="Normal"/>
    <w:uiPriority w:val="99"/>
    <w:unhideWhenUsed/>
    <w:rsid w:val="00326F90"/>
    <w:pPr>
      <w:tabs>
        <w:tab w:val="num" w:pos="720"/>
      </w:tabs>
      <w:ind w:left="720" w:hanging="720"/>
      <w:contextualSpacing/>
    </w:pPr>
  </w:style>
  <w:style w:type="paragraph" w:styleId="ListNumber">
    <w:name w:val="List Number"/>
    <w:basedOn w:val="Normal"/>
    <w:uiPriority w:val="99"/>
    <w:unhideWhenUsed/>
    <w:rsid w:val="00326F90"/>
    <w:pPr>
      <w:tabs>
        <w:tab w:val="num" w:pos="720"/>
      </w:tabs>
      <w:ind w:left="720" w:hanging="720"/>
      <w:contextualSpacing/>
    </w:pPr>
  </w:style>
  <w:style w:type="paragraph" w:styleId="ListNumber2">
    <w:name w:val="List Number 2"/>
    <w:basedOn w:val="Normal"/>
    <w:uiPriority w:val="99"/>
    <w:unhideWhenUsed/>
    <w:rsid w:val="0029639D"/>
    <w:pPr>
      <w:tabs>
        <w:tab w:val="num" w:pos="720"/>
      </w:tabs>
      <w:ind w:left="720" w:hanging="720"/>
      <w:contextualSpacing/>
    </w:pPr>
  </w:style>
  <w:style w:type="paragraph" w:styleId="ListNumber3">
    <w:name w:val="List Number 3"/>
    <w:basedOn w:val="Normal"/>
    <w:uiPriority w:val="99"/>
    <w:unhideWhenUsed/>
    <w:rsid w:val="0029639D"/>
    <w:pPr>
      <w:tabs>
        <w:tab w:val="num" w:pos="720"/>
      </w:tabs>
      <w:ind w:left="720" w:hanging="720"/>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a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4">
    <w:name w:val="宏文本 字符"/>
    <w:basedOn w:val="DefaultParagraphFont"/>
    <w:link w:val="Macro"/>
    <w:uiPriority w:val="99"/>
    <w:rsid w:val="0029639D"/>
    <w:rPr>
      <w:rFonts w:ascii="Courier" w:hAnsi="Courier"/>
      <w:sz w:val="20"/>
      <w:szCs w:val="20"/>
    </w:rPr>
  </w:style>
  <w:style w:type="paragraph" w:styleId="Quote">
    <w:name w:val="Quote"/>
    <w:basedOn w:val="Normal"/>
    <w:next w:val="Normal"/>
    <w:link w:val="a5"/>
    <w:uiPriority w:val="29"/>
    <w:qFormat/>
    <w:rsid w:val="00FC693F"/>
    <w:rPr>
      <w:i/>
      <w:iCs/>
      <w:color w:val="000000" w:themeColor="text1"/>
    </w:rPr>
  </w:style>
  <w:style w:type="character" w:customStyle="1" w:styleId="a5">
    <w:name w:val="引用 字符"/>
    <w:basedOn w:val="DefaultParagraphFont"/>
    <w:link w:val="Quote"/>
    <w:uiPriority w:val="29"/>
    <w:rsid w:val="00FC693F"/>
    <w:rPr>
      <w:i/>
      <w:iCs/>
      <w:color w:val="000000" w:themeColor="text1"/>
    </w:rPr>
  </w:style>
  <w:style w:type="character" w:customStyle="1" w:styleId="4">
    <w:name w:val="标题 4 字符"/>
    <w:basedOn w:val="DefaultParagraphFont"/>
    <w:link w:val="Heading4"/>
    <w:uiPriority w:val="9"/>
    <w:semiHidden/>
    <w:rsid w:val="00FC693F"/>
    <w:rPr>
      <w:rFonts w:asciiTheme="majorHAnsi" w:eastAsiaTheme="majorEastAsia" w:hAnsiTheme="majorHAnsi" w:cstheme="majorBidi"/>
      <w:b/>
      <w:bCs/>
      <w:i/>
      <w:iCs/>
      <w:color w:val="4472C4" w:themeColor="accent1"/>
    </w:rPr>
  </w:style>
  <w:style w:type="character" w:customStyle="1" w:styleId="5">
    <w:name w:val="标题 5 字符"/>
    <w:basedOn w:val="DefaultParagraphFont"/>
    <w:link w:val="Heading5"/>
    <w:uiPriority w:val="9"/>
    <w:semiHidden/>
    <w:rsid w:val="00FC693F"/>
    <w:rPr>
      <w:rFonts w:asciiTheme="majorHAnsi" w:eastAsiaTheme="majorEastAsia" w:hAnsiTheme="majorHAnsi" w:cstheme="majorBidi"/>
      <w:color w:val="1F3763" w:themeColor="accent1" w:themeShade="7F"/>
    </w:rPr>
  </w:style>
  <w:style w:type="character" w:customStyle="1" w:styleId="6">
    <w:name w:val="标题 6 字符"/>
    <w:basedOn w:val="DefaultParagraphFont"/>
    <w:link w:val="Heading6"/>
    <w:uiPriority w:val="9"/>
    <w:semiHidden/>
    <w:rsid w:val="00FC693F"/>
    <w:rPr>
      <w:rFonts w:asciiTheme="majorHAnsi" w:eastAsiaTheme="majorEastAsia" w:hAnsiTheme="majorHAnsi" w:cstheme="majorBidi"/>
      <w:i/>
      <w:iCs/>
      <w:color w:val="1F3763" w:themeColor="accent1" w:themeShade="7F"/>
    </w:rPr>
  </w:style>
  <w:style w:type="character" w:customStyle="1" w:styleId="7">
    <w:name w:val="标题 7 字符"/>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8">
    <w:name w:val="标题 8 字符"/>
    <w:basedOn w:val="DefaultParagraphFont"/>
    <w:link w:val="Heading8"/>
    <w:uiPriority w:val="9"/>
    <w:semiHidden/>
    <w:rsid w:val="00FC693F"/>
    <w:rPr>
      <w:rFonts w:asciiTheme="majorHAnsi" w:eastAsiaTheme="majorEastAsia" w:hAnsiTheme="majorHAnsi" w:cstheme="majorBidi"/>
      <w:color w:val="4472C4" w:themeColor="accent1"/>
      <w:sz w:val="20"/>
      <w:szCs w:val="20"/>
    </w:rPr>
  </w:style>
  <w:style w:type="character" w:customStyle="1" w:styleId="9">
    <w:name w:val="标题 9 字符"/>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472C4"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a6"/>
    <w:uiPriority w:val="30"/>
    <w:qFormat/>
    <w:rsid w:val="00FC693F"/>
    <w:pPr>
      <w:pBdr>
        <w:bottom w:val="single" w:sz="4" w:space="4" w:color="4472C4" w:themeColor="accent1"/>
      </w:pBdr>
      <w:spacing w:before="200" w:after="280"/>
      <w:ind w:left="936" w:right="936"/>
    </w:pPr>
    <w:rPr>
      <w:b/>
      <w:bCs/>
      <w:i/>
      <w:iCs/>
      <w:color w:val="4472C4" w:themeColor="accent1"/>
    </w:rPr>
  </w:style>
  <w:style w:type="character" w:customStyle="1" w:styleId="a6">
    <w:name w:val="明显引用 字符"/>
    <w:basedOn w:val="DefaultParagraphFont"/>
    <w:link w:val="IntenseQuote"/>
    <w:uiPriority w:val="30"/>
    <w:rsid w:val="00FC693F"/>
    <w:rPr>
      <w:b/>
      <w:bCs/>
      <w:i/>
      <w:iCs/>
      <w:color w:val="4472C4"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472C4" w:themeColor="accent1"/>
    </w:rPr>
  </w:style>
  <w:style w:type="character" w:styleId="SubtleReference">
    <w:name w:val="Subtle Reference"/>
    <w:basedOn w:val="DefaultParagraphFont"/>
    <w:uiPriority w:val="31"/>
    <w:qFormat/>
    <w:rsid w:val="00FC693F"/>
    <w:rPr>
      <w:smallCaps/>
      <w:color w:val="ED7D31" w:themeColor="accent2"/>
      <w:u w:val="single"/>
    </w:rPr>
  </w:style>
  <w:style w:type="character" w:styleId="IntenseReference">
    <w:name w:val="Intense Reference"/>
    <w:basedOn w:val="DefaultParagraphFont"/>
    <w:uiPriority w:val="32"/>
    <w:qFormat/>
    <w:rsid w:val="00FC693F"/>
    <w:rPr>
      <w:b/>
      <w:bCs/>
      <w:smallCaps/>
      <w:color w:val="ED7D31"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LightShadingAccent2">
    <w:name w:val="Light Shading Accent 2"/>
    <w:basedOn w:val="TableNormal"/>
    <w:uiPriority w:val="60"/>
    <w:rsid w:val="00FC693F"/>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rsid w:val="00FC693F"/>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rsid w:val="00FC693F"/>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rsid w:val="00FC693F"/>
    <w:pPr>
      <w:spacing w:after="0" w:line="240" w:lineRule="auto"/>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rsid w:val="00FC693F"/>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345102134323011113"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46</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Leslie Kang</cp:lastModifiedBy>
  <cp:revision>5</cp:revision>
  <dcterms:created xsi:type="dcterms:W3CDTF">2024-01-11T00:28:00Z</dcterms:created>
  <dcterms:modified xsi:type="dcterms:W3CDTF">2024-01-11T07:22:00Z</dcterms:modified>
</cp:coreProperties>
</file>