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班主任教学2024个人工作计划（31篇）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班主任教学2024个人工作计划（通用31篇）</w:t>
      </w:r>
      <w:r>
        <w:rPr>
          <w:lang w:eastAsia="zh-CN"/>
        </w:rPr>
        <w:br/>
      </w:r>
      <w:r>
        <w:rPr>
          <w:lang w:eastAsia="zh-CN"/>
        </w:rPr>
        <w:t xml:space="preserve">    班主任教学2024个人工作计划 篇1 </w:t>
      </w:r>
      <w:r>
        <w:rPr>
          <w:lang w:eastAsia="zh-CN"/>
        </w:rPr>
        <w:br/>
      </w:r>
      <w:r>
        <w:rPr>
          <w:lang w:eastAsia="zh-CN"/>
        </w:rPr>
        <w:t>　　一、指导思想：</w:t>
      </w:r>
      <w:r>
        <w:rPr>
          <w:lang w:eastAsia="zh-CN"/>
        </w:rPr>
        <w:br/>
      </w:r>
      <w:r>
        <w:rPr>
          <w:lang w:eastAsia="zh-CN"/>
        </w:rPr>
        <w:t>　　以区教学工作会议精神为指南，以提高教学质量为中心，以培养学生能力最终目标，以教学管理机制改革为动力，树立全面的质量观，科学发展，以人为本，全面提升学校办学水平。</w:t>
      </w:r>
      <w:r>
        <w:rPr>
          <w:lang w:eastAsia="zh-CN"/>
        </w:rPr>
        <w:br/>
      </w:r>
      <w:r>
        <w:rPr>
          <w:lang w:eastAsia="zh-CN"/>
        </w:rPr>
        <w:t>　　二、工作目标：</w:t>
      </w:r>
      <w:r>
        <w:rPr>
          <w:lang w:eastAsia="zh-CN"/>
        </w:rPr>
        <w:br/>
      </w:r>
      <w:r>
        <w:rPr>
          <w:lang w:eastAsia="zh-CN"/>
        </w:rPr>
        <w:t>　　加强教学常规管理工作，实现管理增效。</w:t>
      </w:r>
      <w:r>
        <w:rPr>
          <w:lang w:eastAsia="zh-CN"/>
        </w:rPr>
        <w:br/>
      </w:r>
      <w:r>
        <w:rPr>
          <w:lang w:eastAsia="zh-CN"/>
        </w:rPr>
        <w:t>　　加快课程改革步伐，实现课堂高效。</w:t>
      </w:r>
      <w:r>
        <w:rPr>
          <w:lang w:eastAsia="zh-CN"/>
        </w:rPr>
        <w:br/>
      </w:r>
      <w:r>
        <w:rPr>
          <w:lang w:eastAsia="zh-CN"/>
        </w:rPr>
        <w:t>　　加强校本教研，实现活动增效。</w:t>
      </w:r>
      <w:r>
        <w:rPr>
          <w:lang w:eastAsia="zh-CN"/>
        </w:rPr>
        <w:br/>
      </w:r>
      <w:r>
        <w:rPr>
          <w:lang w:eastAsia="zh-CN"/>
        </w:rPr>
        <w:t>　　关注竞赛活动，实现活动增效。</w:t>
      </w:r>
      <w:r>
        <w:rPr>
          <w:lang w:eastAsia="zh-CN"/>
        </w:rPr>
        <w:br/>
      </w:r>
      <w:r>
        <w:rPr>
          <w:lang w:eastAsia="zh-CN"/>
        </w:rPr>
        <w:t>　　启动强化教师学习，实现优师增效。</w:t>
      </w:r>
      <w:r>
        <w:rPr>
          <w:lang w:eastAsia="zh-CN"/>
        </w:rPr>
        <w:br/>
      </w:r>
      <w:r>
        <w:rPr>
          <w:lang w:eastAsia="zh-CN"/>
        </w:rPr>
        <w:t>　　三、工作措施：</w:t>
      </w:r>
      <w:r>
        <w:rPr>
          <w:lang w:eastAsia="zh-CN"/>
        </w:rPr>
        <w:br/>
      </w:r>
      <w:r>
        <w:rPr>
          <w:lang w:eastAsia="zh-CN"/>
        </w:rPr>
        <w:t>　　(一)精细常规，求规范要质量。</w:t>
      </w:r>
      <w:r>
        <w:rPr>
          <w:lang w:eastAsia="zh-CN"/>
        </w:rPr>
        <w:br/>
      </w:r>
      <w:r>
        <w:rPr>
          <w:lang w:eastAsia="zh-CN"/>
        </w:rPr>
        <w:t>　　备课：严格备课理：本学期备课思路是集体备课和个人独立备课相结合，集体备课时，主备人要说明设计依据、意图和思路，重点阐释教学过程与教学方法，备课组成员要从培养</w:t>
      </w:r>
      <w:r>
        <w:rPr>
          <w:lang w:eastAsia="zh-CN"/>
        </w:rPr>
        <w:br/>
      </w:r>
    </w:p>
    <w:p w:rsidR="001B1F19" w14:textId="0AE8485B">
      <w:pPr>
        <w:pStyle w:val="Heading1"/>
        <w:jc w:val="center"/>
        <w:rPr>
          <w:rFonts w:hint="eastAsia"/>
          <w:lang w:eastAsia="zh-CN"/>
        </w:rPr>
      </w:pPr>
      <w:r>
        <w:rPr>
          <w:sz w:val="44"/>
          <w:lang w:eastAsia="zh-CN"/>
        </w:rPr>
        <w:t>班主任教学2024个人工作计划（31篇）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班主任教学2024个人工作计划（通用31篇）</w:t>
      </w:r>
      <w:r>
        <w:rPr>
          <w:lang w:eastAsia="zh-CN"/>
        </w:rPr>
        <w:br/>
      </w:r>
      <w:r>
        <w:rPr>
          <w:lang w:eastAsia="zh-CN"/>
        </w:rPr>
        <w:t xml:space="preserve">    班主任教学2024个人工作计划 篇1 </w:t>
      </w:r>
      <w:r>
        <w:rPr>
          <w:lang w:eastAsia="zh-CN"/>
        </w:rPr>
        <w:br/>
      </w:r>
      <w:r>
        <w:rPr>
          <w:lang w:eastAsia="zh-CN"/>
        </w:rPr>
        <w:t>　　一、指导思想：</w:t>
      </w:r>
      <w:r>
        <w:rPr>
          <w:lang w:eastAsia="zh-CN"/>
        </w:rPr>
        <w:br/>
      </w:r>
      <w:r>
        <w:rPr>
          <w:lang w:eastAsia="zh-CN"/>
        </w:rPr>
        <w:t>　　以区教学工作会议精神为指南，以提高教学质量为中心，以培养学生能力最终目标，以教学管理机制改革为动力，树立全面的质量观，科学发展，以人为本，全面提升学校办学水平。</w:t>
      </w:r>
      <w:r>
        <w:rPr>
          <w:lang w:eastAsia="zh-CN"/>
        </w:rPr>
        <w:br/>
      </w:r>
      <w:r>
        <w:rPr>
          <w:lang w:eastAsia="zh-CN"/>
        </w:rPr>
        <w:t>　　二、工作目标：</w:t>
      </w:r>
      <w:r>
        <w:rPr>
          <w:lang w:eastAsia="zh-CN"/>
        </w:rPr>
        <w:br/>
      </w:r>
      <w:r>
        <w:rPr>
          <w:lang w:eastAsia="zh-CN"/>
        </w:rPr>
        <w:t>　　加强教学常规管理工作，实现管理增效。</w:t>
      </w:r>
      <w:r>
        <w:rPr>
          <w:lang w:eastAsia="zh-CN"/>
        </w:rPr>
        <w:br/>
      </w:r>
      <w:r>
        <w:rPr>
          <w:lang w:eastAsia="zh-CN"/>
        </w:rPr>
        <w:t>　　加快课程改革步伐，实现课堂高效。</w:t>
      </w:r>
      <w:r>
        <w:rPr>
          <w:lang w:eastAsia="zh-CN"/>
        </w:rPr>
        <w:br/>
      </w:r>
      <w:r>
        <w:rPr>
          <w:lang w:eastAsia="zh-CN"/>
        </w:rPr>
        <w:t>　　加强校本教研，实现活动增效。</w:t>
      </w:r>
      <w:r>
        <w:rPr>
          <w:lang w:eastAsia="zh-CN"/>
        </w:rPr>
        <w:br/>
      </w:r>
      <w:r>
        <w:rPr>
          <w:lang w:eastAsia="zh-CN"/>
        </w:rPr>
        <w:t>　　关注竞赛活动，实现活动增效。</w:t>
      </w:r>
      <w:r>
        <w:rPr>
          <w:lang w:eastAsia="zh-CN"/>
        </w:rPr>
        <w:br/>
      </w:r>
      <w:r>
        <w:rPr>
          <w:lang w:eastAsia="zh-CN"/>
        </w:rPr>
        <w:t>　　启动强化教师学习，实现优师增效。</w:t>
      </w:r>
      <w:r>
        <w:rPr>
          <w:lang w:eastAsia="zh-CN"/>
        </w:rPr>
        <w:br/>
      </w:r>
      <w:r>
        <w:rPr>
          <w:lang w:eastAsia="zh-CN"/>
        </w:rPr>
        <w:t>　　三、工作措施：</w:t>
      </w:r>
      <w:r>
        <w:rPr>
          <w:lang w:eastAsia="zh-CN"/>
        </w:rPr>
        <w:br/>
      </w:r>
      <w:r>
        <w:rPr>
          <w:lang w:eastAsia="zh-CN"/>
        </w:rPr>
        <w:t>　　(一)精细常规，求规范要质量。</w:t>
      </w:r>
      <w:r>
        <w:rPr>
          <w:lang w:eastAsia="zh-CN"/>
        </w:rPr>
        <w:br/>
      </w:r>
      <w:r>
        <w:rPr>
          <w:lang w:eastAsia="zh-CN"/>
        </w:rPr>
        <w:t>　　备课：严格备课理：本学期备课思路是集体备课和个人独立备课相结合，集体备课时，主备人要说明设计依据、意图和思路，重点阐释教学过程与教学方法，备课组成员要从培养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学生能力发展，优选教法、学法等方面进行研讨，充分发表见解，优化教学设计，形成集体备课教案和导学案，这是备课的第一步。第二步：由于集体备课的教案和导学案是集年组每个人的智慧，因此这个教案和学案将成为每个教师的主教案，每们教师要在这个主教案上结合自己的教学风格及所教班级的学情，进行个性化的二次备课(在空白处加批注)此教案完成后再由各年组长进行审核，最后上交教务处，包年组审核合格后再进行使用，学案是在教案中生成的，学案是为课堂教学服务。教务处来格执行检查制度，重点检查教学内容与导学案是否一致实效，二次备课是否突出实效性。</w:t>
      </w:r>
      <w:r>
        <w:rPr>
          <w:lang w:eastAsia="zh-CN"/>
        </w:rPr>
        <w:br/>
      </w:r>
      <w:r>
        <w:rPr>
          <w:lang w:eastAsia="zh-CN"/>
        </w:rPr>
        <w:t>　　上课：</w:t>
      </w:r>
      <w:r>
        <w:rPr>
          <w:lang w:eastAsia="zh-CN"/>
        </w:rPr>
        <w:br/>
      </w:r>
      <w:r>
        <w:rPr>
          <w:lang w:eastAsia="zh-CN"/>
        </w:rPr>
        <w:t>　　本学期教学管理的重点放在课堂教学上，教师要按教学计划完成教学任务，严格执行上课制度，上课目标是打造“高效课堂”。课堂要具有三个特征：自主性、丰富性、选择性，教师的作用主要发挥在对学习环境的营造，学习条件创设上，体现对学习困惑的“点化”、点拔上，课堂要遵循先学后“交”的思想。也就是体现主导而不是单纯的“教”。加强随堂听课与个别指导。教导处将不定期对教师进么随堂推门听课，加强对教师日常课堂教学质量的管理。</w:t>
      </w:r>
      <w:r>
        <w:rPr>
          <w:lang w:eastAsia="zh-CN"/>
        </w:rPr>
        <w:br/>
      </w:r>
      <w:r>
        <w:rPr>
          <w:lang w:eastAsia="zh-CN"/>
        </w:rPr>
        <w:t>　　辅导：</w:t>
      </w:r>
      <w:r>
        <w:rPr>
          <w:lang w:eastAsia="zh-CN"/>
        </w:rPr>
        <w:br/>
      </w:r>
      <w:r>
        <w:rPr>
          <w:lang w:eastAsia="zh-CN"/>
        </w:rPr>
        <w:t>　　教师要指导学生自学，帮助学生解答导学案中的疑难问题，帮助学生进一步理解课堂教学内容，辅导原则：注意差异，分类指导，以个别辅导分散辅导为主，讲求实效，实现轻负担、高质量，刘学生想学、会学、乐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听课：</w:t>
      </w:r>
      <w:r>
        <w:rPr>
          <w:lang w:eastAsia="zh-CN"/>
        </w:rPr>
        <w:br/>
      </w:r>
      <w:r>
        <w:rPr>
          <w:lang w:eastAsia="zh-CN"/>
        </w:rPr>
        <w:t>　　加强随堂听课力度，提升常态课教学质量。本学期随堂听课分为两种形式：听课一领导二教师。一是包年组领导要深入课堂，实行点课听课，了解掌握教师教学动态，学生的学习常态，进行有效的指导，提高教师课堂教学效率和学生学习效果，要求每节课都要高效，提高常态课的实效性。听课形式：听两节不同形式的课，随意课推门课、点课。校长、教务主任听课不少于60节，教师每周听课两节，一学期不少于30节，记好听课记录写出合理性建议或意见。</w:t>
      </w:r>
      <w:r>
        <w:rPr>
          <w:lang w:eastAsia="zh-CN"/>
        </w:rPr>
        <w:br/>
      </w:r>
      <w:r>
        <w:rPr>
          <w:lang w:eastAsia="zh-CN"/>
        </w:rPr>
        <w:t>　　作业批改，作文要求不变</w:t>
      </w:r>
      <w:r>
        <w:rPr>
          <w:lang w:eastAsia="zh-CN"/>
        </w:rPr>
        <w:br/>
      </w:r>
      <w:r>
        <w:rPr>
          <w:lang w:eastAsia="zh-CN"/>
        </w:rPr>
        <w:t>　　严格作业管理。作业的布置设计批、改力求科学、客观、有效，作业要在落实以“精选精讲精练精批”和“有发必收、有收必批、有改必评、有错必纠”上下功夫，作业批改要及时，书写与格式要规范，特别作文批改，8篇5详3略，10篇6详4略教务处安排，教务处每月月底进行检查作业，定期进行作业展览，以促进作业质量的提高，错批不允许严格杜绝。</w:t>
      </w:r>
      <w:r>
        <w:rPr>
          <w:lang w:eastAsia="zh-CN"/>
        </w:rPr>
        <w:br/>
      </w:r>
      <w:r>
        <w:rPr>
          <w:lang w:eastAsia="zh-CN"/>
        </w:rPr>
        <w:t>　　二、加强校本教研，实现研究增效</w:t>
      </w:r>
      <w:r>
        <w:rPr>
          <w:lang w:eastAsia="zh-CN"/>
        </w:rPr>
        <w:br/>
      </w:r>
      <w:r>
        <w:rPr>
          <w:lang w:eastAsia="zh-CN"/>
        </w:rPr>
        <w:t>　　校本教研是最直接，最能解决实际问题的教研形式，充分发挥备课作用。</w:t>
      </w:r>
      <w:r>
        <w:rPr>
          <w:lang w:eastAsia="zh-CN"/>
        </w:rPr>
        <w:br/>
      </w:r>
      <w:r>
        <w:rPr>
          <w:lang w:eastAsia="zh-CN"/>
        </w:rPr>
        <w:t>　　加强集体备课，发扬集体备课的研究功能，突出备课的绩效，主管领导深入备课组，参与交流，具体备课时间，每周二看护时间班主任，每周三上科任教师集体备课。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要求：按时参加，人员齐，年级组和学科组发挥班主任，学科责任人，年组教师的作用，形成提高质量的合力，要不断探讨不同年组的教学方式和方法。</w:t>
      </w:r>
      <w:r>
        <w:rPr>
          <w:lang w:eastAsia="zh-CN"/>
        </w:rPr>
        <w:br/>
      </w:r>
      <w:r>
        <w:rPr>
          <w:lang w:eastAsia="zh-CN"/>
        </w:rPr>
        <w:t>　　开展行之有效的教研活动</w:t>
      </w:r>
      <w:r>
        <w:rPr>
          <w:lang w:eastAsia="zh-CN"/>
        </w:rPr>
        <w:br/>
      </w:r>
      <w:r>
        <w:rPr>
          <w:lang w:eastAsia="zh-CN"/>
        </w:rPr>
        <w:t>　　课改的主阵地在课堂，本学期我校开展“新理念、新课程、新课堂”动。本学期教研活动按两个层面进行，1、师际联动课，典型教师与其他教师手拉手相互交流，共同发展，然后在典型的示范引领下教师每人上一节示范课。2、亮点展示课，在示范课基础上，发现典型为他们搭建平台，推出我校教师的亮点展示课，他们的课有自己独特的教学风格，有可以借鉴学习的地方，听后各位教师提出宝贵意见，这就是引路课。 (三)开好每一届教育教学年会，通过活动给教师搭建展示自我的舞台，多角度、多维度的提高教师的综合素质。</w:t>
      </w:r>
      <w:r>
        <w:rPr>
          <w:lang w:eastAsia="zh-CN"/>
        </w:rPr>
        <w:br/>
      </w:r>
      <w:r>
        <w:rPr>
          <w:lang w:eastAsia="zh-CN"/>
        </w:rPr>
        <w:t>　　三、关注竞赛活动，实现活动增效</w:t>
      </w:r>
      <w:r>
        <w:rPr>
          <w:lang w:eastAsia="zh-CN"/>
        </w:rPr>
        <w:br/>
      </w:r>
      <w:r>
        <w:rPr>
          <w:lang w:eastAsia="zh-CN"/>
        </w:rPr>
        <w:t>　　学生：</w:t>
      </w:r>
      <w:r>
        <w:rPr>
          <w:lang w:eastAsia="zh-CN"/>
        </w:rPr>
        <w:br/>
      </w:r>
      <w:r>
        <w:rPr>
          <w:lang w:eastAsia="zh-CN"/>
        </w:rPr>
        <w:t>　　1、计算能力测试</w:t>
      </w:r>
      <w:r>
        <w:rPr>
          <w:lang w:eastAsia="zh-CN"/>
        </w:rPr>
        <w:br/>
      </w:r>
      <w:r>
        <w:rPr>
          <w:lang w:eastAsia="zh-CN"/>
        </w:rPr>
        <w:t>　　2、朗读比赛</w:t>
      </w:r>
      <w:r>
        <w:rPr>
          <w:lang w:eastAsia="zh-CN"/>
        </w:rPr>
        <w:br/>
      </w:r>
      <w:r>
        <w:rPr>
          <w:lang w:eastAsia="zh-CN"/>
        </w:rPr>
        <w:t>　　3、语言表达能力测试</w:t>
      </w:r>
      <w:r>
        <w:rPr>
          <w:lang w:eastAsia="zh-CN"/>
        </w:rPr>
        <w:br/>
      </w:r>
      <w:r>
        <w:rPr>
          <w:lang w:eastAsia="zh-CN"/>
        </w:rPr>
        <w:t>　　4、阅读作文测试</w:t>
      </w:r>
      <w:r>
        <w:rPr>
          <w:lang w:eastAsia="zh-CN"/>
        </w:rPr>
        <w:br/>
      </w:r>
      <w:r>
        <w:rPr>
          <w:lang w:eastAsia="zh-CN"/>
        </w:rPr>
        <w:t>　　5、师生普通话测试</w:t>
      </w:r>
      <w:r>
        <w:rPr>
          <w:lang w:eastAsia="zh-CN"/>
        </w:rPr>
        <w:br/>
      </w:r>
      <w:r>
        <w:rPr>
          <w:lang w:eastAsia="zh-CN"/>
        </w:rPr>
        <w:t>　　6、写字比赛(1、2铅 3、钢4、5毛笔)</w:t>
      </w:r>
      <w:r>
        <w:rPr>
          <w:lang w:eastAsia="zh-CN"/>
        </w:rPr>
        <w:br/>
      </w:r>
      <w:r>
        <w:rPr>
          <w:lang w:eastAsia="zh-CN"/>
        </w:rPr>
        <w:t>　　教师：</w:t>
      </w:r>
      <w:r>
        <w:rPr>
          <w:lang w:eastAsia="zh-CN"/>
        </w:rPr>
        <w:br/>
      </w:r>
      <w:r>
        <w:rPr>
          <w:lang w:eastAsia="zh-CN"/>
        </w:rPr>
        <w:t>　　1、普通话测试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2、朗读比赛</w:t>
      </w:r>
      <w:r>
        <w:rPr>
          <w:lang w:eastAsia="zh-CN"/>
        </w:rPr>
        <w:br/>
      </w:r>
      <w:r>
        <w:rPr>
          <w:lang w:eastAsia="zh-CN"/>
        </w:rPr>
        <w:t>　　3、文化测</w:t>
      </w:r>
      <w:r>
        <w:rPr>
          <w:lang w:eastAsia="zh-CN"/>
        </w:rPr>
        <w:br/>
      </w:r>
      <w:r>
        <w:rPr>
          <w:lang w:eastAsia="zh-CN"/>
        </w:rPr>
        <w:t>　　4、作业展览</w:t>
      </w:r>
      <w:r>
        <w:rPr>
          <w:lang w:eastAsia="zh-CN"/>
        </w:rPr>
        <w:br/>
      </w:r>
      <w:r>
        <w:rPr>
          <w:lang w:eastAsia="zh-CN"/>
        </w:rPr>
        <w:t>　　5、教案展览</w:t>
      </w:r>
      <w:r>
        <w:rPr>
          <w:lang w:eastAsia="zh-CN"/>
        </w:rPr>
        <w:br/>
      </w:r>
      <w:r>
        <w:rPr>
          <w:lang w:eastAsia="zh-CN"/>
        </w:rPr>
        <w:t>　　四、加强教师学习，实现优师增效</w:t>
      </w:r>
      <w:r>
        <w:rPr>
          <w:lang w:eastAsia="zh-CN"/>
        </w:rPr>
        <w:br/>
      </w:r>
      <w:r>
        <w:rPr>
          <w:lang w:eastAsia="zh-CN"/>
        </w:rPr>
        <w:t>　　我们要通过校本培训使全体教师适应素质教育的要求，具有现代化教育理念和适应课程要求的教育教学技能，具有创新精神和开拓进取的意识，乐于奉献，并使一部分教师成为学者型教师。</w:t>
      </w:r>
      <w:r>
        <w:rPr>
          <w:lang w:eastAsia="zh-CN"/>
        </w:rPr>
        <w:br/>
      </w:r>
      <w:r>
        <w:rPr>
          <w:lang w:eastAsia="zh-CN"/>
        </w:rPr>
        <w:t>　　加强教师业务理论学习，要侧重于教育理论，现代教育思想，新课程理念等方面学习，切实转变自己的教育教学观念，并将观念转化为自觉行为，开展“各异”学活动“看”教育视频讲座，研读教育名著，钻研一个年级的新教材，参加业务培训，在全校开展好“与好书同行为生命阅读”，为主题的读书活动，加强业务理论学习，增强读书学习的自觉性和主动性，请大家记住：用力只能称职，用心才能优秀。在信息时代要想跟上学校发展的步伐，光用力已经不行，要研究科学的方法，寻找大面积提高教学质量的新途径，业务学习以自学为主，学习笔记间周一次，学习数、语基础知识，本学期定时举行业务培训讲座，定期开展个案分析，反思教学等形式的教学活动。</w:t>
      </w:r>
      <w:r>
        <w:rPr>
          <w:lang w:eastAsia="zh-CN"/>
        </w:rPr>
        <w:br/>
      </w:r>
      <w:r>
        <w:rPr>
          <w:lang w:eastAsia="zh-CN"/>
        </w:rPr>
        <w:t>　　强化文化学习，每月发数、语测试卷一套，自测及时上交，教务处及时讲评辅导，每月一次学校测试成绩纳入考核。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强化基本功培训，(1)坚持三笔一画练习(2)教师朗读练习以自主练习为主。</w:t>
      </w:r>
      <w:r>
        <w:rPr>
          <w:lang w:eastAsia="zh-CN"/>
        </w:rPr>
        <w:br/>
      </w:r>
      <w:r>
        <w:rPr>
          <w:lang w:eastAsia="zh-CN"/>
        </w:rPr>
        <w:t>　　总之，教学工作要精细化管理，从细、从实持之以恒，做好常规检查和反馈，不断改进工作，稳定和提升我校的教学质量。</w:t>
      </w:r>
      <w:r>
        <w:rPr>
          <w:lang w:eastAsia="zh-CN"/>
        </w:rPr>
        <w:br/>
      </w:r>
      <w:r>
        <w:rPr>
          <w:lang w:eastAsia="zh-CN"/>
        </w:rPr>
        <w:t>　　九月份(9月1日—9月30日)</w:t>
      </w:r>
      <w:r>
        <w:rPr>
          <w:lang w:eastAsia="zh-CN"/>
        </w:rPr>
        <w:br/>
      </w:r>
      <w:r>
        <w:rPr>
          <w:lang w:eastAsia="zh-CN"/>
        </w:rPr>
        <w:t>　　教研活动</w:t>
      </w:r>
      <w:r>
        <w:rPr>
          <w:lang w:eastAsia="zh-CN"/>
        </w:rPr>
        <w:br/>
      </w:r>
      <w:r>
        <w:rPr>
          <w:lang w:eastAsia="zh-CN"/>
        </w:rPr>
        <w:t>　　业务学习：如何进行合作学习</w:t>
      </w:r>
      <w:r>
        <w:rPr>
          <w:lang w:eastAsia="zh-CN"/>
        </w:rPr>
        <w:br/>
      </w:r>
      <w:r>
        <w:rPr>
          <w:lang w:eastAsia="zh-CN"/>
        </w:rPr>
        <w:t>　　检查教案作业，听课记录</w:t>
      </w:r>
      <w:r>
        <w:rPr>
          <w:lang w:eastAsia="zh-CN"/>
        </w:rPr>
        <w:br/>
      </w:r>
      <w:r>
        <w:rPr>
          <w:lang w:eastAsia="zh-CN"/>
        </w:rPr>
        <w:t>　　计算能力测试</w:t>
      </w:r>
      <w:r>
        <w:rPr>
          <w:lang w:eastAsia="zh-CN"/>
        </w:rPr>
        <w:br/>
      </w:r>
      <w:r>
        <w:rPr>
          <w:lang w:eastAsia="zh-CN"/>
        </w:rPr>
        <w:t>　　教案展览</w:t>
      </w:r>
      <w:r>
        <w:rPr>
          <w:lang w:eastAsia="zh-CN"/>
        </w:rPr>
        <w:br/>
      </w:r>
      <w:r>
        <w:rPr>
          <w:lang w:eastAsia="zh-CN"/>
        </w:rPr>
        <w:t>　　师生普通话测试</w:t>
      </w:r>
      <w:r>
        <w:rPr>
          <w:lang w:eastAsia="zh-CN"/>
        </w:rPr>
        <w:br/>
      </w:r>
      <w:r>
        <w:rPr>
          <w:lang w:eastAsia="zh-CN"/>
        </w:rPr>
        <w:t>　　十月份(10月8日—10月31日)</w:t>
      </w:r>
      <w:r>
        <w:rPr>
          <w:lang w:eastAsia="zh-CN"/>
        </w:rPr>
        <w:br/>
      </w:r>
      <w:r>
        <w:rPr>
          <w:lang w:eastAsia="zh-CN"/>
        </w:rPr>
        <w:t>　　检查教案、作业、听课记录</w:t>
      </w:r>
      <w:r>
        <w:rPr>
          <w:lang w:eastAsia="zh-CN"/>
        </w:rPr>
        <w:br/>
      </w:r>
      <w:r>
        <w:rPr>
          <w:lang w:eastAsia="zh-CN"/>
        </w:rPr>
        <w:t>　　学生写字比赛</w:t>
      </w:r>
      <w:r>
        <w:rPr>
          <w:lang w:eastAsia="zh-CN"/>
        </w:rPr>
        <w:br/>
      </w:r>
      <w:r>
        <w:rPr>
          <w:lang w:eastAsia="zh-CN"/>
        </w:rPr>
        <w:t>　　学生语言表达能力测试</w:t>
      </w:r>
      <w:r>
        <w:rPr>
          <w:lang w:eastAsia="zh-CN"/>
        </w:rPr>
        <w:br/>
      </w:r>
      <w:r>
        <w:rPr>
          <w:lang w:eastAsia="zh-CN"/>
        </w:rPr>
        <w:t>　　作业展览</w:t>
      </w:r>
      <w:r>
        <w:rPr>
          <w:lang w:eastAsia="zh-CN"/>
        </w:rPr>
        <w:br/>
      </w:r>
      <w:r>
        <w:rPr>
          <w:lang w:eastAsia="zh-CN"/>
        </w:rPr>
        <w:t>　　期中测试</w:t>
      </w:r>
      <w:r>
        <w:rPr>
          <w:lang w:eastAsia="zh-CN"/>
        </w:rPr>
        <w:br/>
      </w:r>
      <w:r>
        <w:rPr>
          <w:lang w:eastAsia="zh-CN"/>
        </w:rPr>
        <w:t>　　十一月份</w:t>
      </w:r>
      <w:r>
        <w:rPr>
          <w:lang w:eastAsia="zh-CN"/>
        </w:rPr>
        <w:br/>
      </w:r>
      <w:r>
        <w:rPr>
          <w:lang w:eastAsia="zh-CN"/>
        </w:rPr>
        <w:t>　　检查教案、作业、听课记录</w:t>
      </w:r>
      <w:r>
        <w:rPr>
          <w:lang w:eastAsia="zh-CN"/>
        </w:rPr>
        <w:br/>
      </w:r>
      <w:r>
        <w:rPr>
          <w:lang w:eastAsia="zh-CN"/>
        </w:rPr>
        <w:t>　　召开年会</w:t>
      </w:r>
      <w:r>
        <w:rPr>
          <w:lang w:eastAsia="zh-CN"/>
        </w:rPr>
        <w:br/>
      </w:r>
      <w:r>
        <w:rPr>
          <w:lang w:eastAsia="zh-CN"/>
        </w:rPr>
        <w:t>　　师生朗读比赛</w:t>
      </w:r>
      <w:r>
        <w:rPr>
          <w:lang w:eastAsia="zh-CN"/>
        </w:rPr>
        <w:br/>
      </w:r>
      <w:r>
        <w:rPr>
          <w:lang w:eastAsia="zh-CN"/>
        </w:rPr>
        <w:t>　　阅读作文测试</w:t>
      </w:r>
      <w:r>
        <w:rPr>
          <w:lang w:eastAsia="zh-CN"/>
        </w:rPr>
        <w:br/>
      </w:r>
      <w:r>
        <w:rPr>
          <w:lang w:eastAsia="zh-CN"/>
        </w:rPr>
        <w:t>　　十二月份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检查教案、作业、听课记录</w:t>
      </w:r>
      <w:r>
        <w:rPr>
          <w:lang w:eastAsia="zh-CN"/>
        </w:rPr>
        <w:br/>
      </w:r>
      <w:r>
        <w:rPr>
          <w:lang w:eastAsia="zh-CN"/>
        </w:rPr>
        <w:t>　　迎接教育局年终工作检查</w:t>
      </w:r>
      <w:r>
        <w:rPr>
          <w:lang w:eastAsia="zh-CN"/>
        </w:rPr>
        <w:br/>
      </w:r>
      <w:r>
        <w:rPr>
          <w:lang w:eastAsia="zh-CN"/>
        </w:rPr>
        <w:t>　　组织一至五看组学生期末测试工作</w:t>
      </w:r>
      <w:r>
        <w:rPr>
          <w:lang w:eastAsia="zh-CN"/>
        </w:rPr>
        <w:br/>
      </w:r>
      <w:r>
        <w:rPr>
          <w:lang w:eastAsia="zh-CN"/>
        </w:rPr>
        <w:t>　　质量分析</w:t>
      </w:r>
      <w:r>
        <w:rPr>
          <w:lang w:eastAsia="zh-CN"/>
        </w:rPr>
        <w:br/>
      </w:r>
      <w:r>
        <w:rPr>
          <w:lang w:eastAsia="zh-CN"/>
        </w:rPr>
        <w:t xml:space="preserve">    班主任教学2024个人工作计划 篇2 </w:t>
      </w:r>
      <w:r>
        <w:rPr>
          <w:lang w:eastAsia="zh-CN"/>
        </w:rPr>
        <w:br/>
      </w:r>
      <w:r>
        <w:rPr>
          <w:lang w:eastAsia="zh-CN"/>
        </w:rPr>
        <w:t>　　我有幸接任一年级(2)班，为了更好的做好从高段班主任到低段班主任角色的转换，为了能把本班建成具有“团结、活泼、严谨、求学”的班风，把学生培养成有理想、有道德、有文化、有纪律的一代新人，做一位合格的社会主义建设者和接班人。我做了一些准备工作，特制定20__年小学班主任工作计划：</w:t>
      </w:r>
      <w:r>
        <w:rPr>
          <w:lang w:eastAsia="zh-CN"/>
        </w:rPr>
        <w:br/>
      </w:r>
      <w:r>
        <w:rPr>
          <w:lang w:eastAsia="zh-CN"/>
        </w:rPr>
        <w:t>　　一、班级基本情况</w:t>
      </w:r>
      <w:r>
        <w:rPr>
          <w:lang w:eastAsia="zh-CN"/>
        </w:rPr>
        <w:br/>
      </w:r>
      <w:r>
        <w:rPr>
          <w:lang w:eastAsia="zh-CN"/>
        </w:rPr>
        <w:t>　　本班共有44名学生，其中有男生26人，女生18人。本班基本上是独生子女，比较娇气，再加之年龄比较小，自控能力比较弱，因此需要花比较多的时间去抓纪律。重点还有一个低能的学生需要重点抓好安全工作计划。</w:t>
      </w:r>
      <w:r>
        <w:rPr>
          <w:lang w:eastAsia="zh-CN"/>
        </w:rPr>
        <w:br/>
      </w:r>
      <w:r>
        <w:rPr>
          <w:lang w:eastAsia="zh-CN"/>
        </w:rPr>
        <w:t>　　二、本学期基本工作要点</w:t>
      </w:r>
      <w:r>
        <w:rPr>
          <w:lang w:eastAsia="zh-CN"/>
        </w:rPr>
        <w:br/>
      </w:r>
      <w:r>
        <w:rPr>
          <w:lang w:eastAsia="zh-CN"/>
        </w:rPr>
        <w:t>　　1、确立班级体的奋斗目标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本资.料来源于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r>
        <w:rPr>
          <w:lang w:eastAsia="zh-CN"/>
        </w:rPr>
        <w:br/>
      </w:r>
      <w:r>
        <w:rPr>
          <w:lang w:eastAsia="zh-CN"/>
        </w:rPr>
        <w:t>　　2、培养学生良好的学习习惯，学习态度</w:t>
      </w:r>
      <w:r>
        <w:rPr>
          <w:lang w:eastAsia="zh-CN"/>
        </w:rPr>
        <w:br/>
      </w:r>
      <w:r>
        <w:rPr>
          <w:lang w:eastAsia="zh-CN"/>
        </w:rPr>
        <w:t>　　这学期要通过各种方式，端正学生的学习动机和态度，指导他们掌握科学的学习方法和良好的学习习惯。利用水果栏，心情树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政治工作计划，使他们提高认识，不断上进。成绩、表现好的学生要经常鼓励，既要肯定成绩，也要不断督促，使他们不断取得进步。积极参加学校组织的各项活动，使学生在活动中受到教育。</w:t>
      </w:r>
      <w:r>
        <w:rPr>
          <w:lang w:eastAsia="zh-CN"/>
        </w:rPr>
        <w:br/>
      </w:r>
      <w:r>
        <w:rPr>
          <w:lang w:eastAsia="zh-CN"/>
        </w:rPr>
        <w:t>　　三、具体措施</w:t>
      </w:r>
      <w:r>
        <w:rPr>
          <w:lang w:eastAsia="zh-CN"/>
        </w:rPr>
        <w:br/>
      </w:r>
      <w:r>
        <w:rPr>
          <w:lang w:eastAsia="zh-CN"/>
        </w:rPr>
        <w:t>　　1、充分利用晨会、班会以及一切可以利用的时间对学生进行思想教育。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一年级学生由于年龄小，自控力差，纪律涣散。我要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r>
        <w:rPr>
          <w:lang w:eastAsia="zh-CN"/>
        </w:rPr>
        <w:br/>
      </w:r>
      <w:r>
        <w:rPr>
          <w:lang w:eastAsia="zh-CN"/>
        </w:rPr>
        <w:t>　　2、积极组织学生参加集体活动，培养学生的凝聚力、集体荣誉感</w:t>
      </w:r>
      <w:r>
        <w:rPr>
          <w:lang w:eastAsia="zh-CN"/>
        </w:rPr>
        <w:br/>
      </w:r>
      <w:r>
        <w:rPr>
          <w:lang w:eastAsia="zh-CN"/>
        </w:rPr>
        <w:t>　　班集体是培养学生个性的沃土，有了这块沃土，学生的个性才能百花争艳。集体活动，最能培养学生的凝聚力、集体荣誉感。本学期学校安排了如广播操比赛、跳绳比赛、讲故事比赛、口算比赛等，各种活动能让学生展示各方面的才能，发展个性。逐步形成一个健康向上、团结协作的班集体。</w:t>
      </w:r>
      <w:r>
        <w:rPr>
          <w:lang w:eastAsia="zh-CN"/>
        </w:rPr>
        <w:br/>
      </w:r>
      <w:r>
        <w:rPr>
          <w:lang w:eastAsia="zh-CN"/>
        </w:rPr>
        <w:t xml:space="preserve">    班主任教学2024个人工作计划 篇3 </w:t>
      </w:r>
      <w:r>
        <w:rPr>
          <w:lang w:eastAsia="zh-CN"/>
        </w:rPr>
        <w:br/>
      </w:r>
      <w:r>
        <w:rPr>
          <w:lang w:eastAsia="zh-CN"/>
        </w:rPr>
        <w:t>　　一、指导思想</w:t>
      </w:r>
      <w:r>
        <w:rPr>
          <w:lang w:eastAsia="zh-CN"/>
        </w:rPr>
        <w:br/>
      </w:r>
      <w:r>
        <w:rPr>
          <w:lang w:eastAsia="zh-CN"/>
        </w:rPr>
        <w:t>　　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r>
        <w:rPr>
          <w:lang w:eastAsia="zh-CN"/>
        </w:rPr>
        <w:br/>
      </w:r>
      <w:r>
        <w:rPr>
          <w:lang w:eastAsia="zh-CN"/>
        </w:rPr>
        <w:t>　　二、本班学生现状分析</w:t>
      </w:r>
      <w:r>
        <w:rPr>
          <w:lang w:eastAsia="zh-CN"/>
        </w:rPr>
        <w:br/>
      </w:r>
      <w:r>
        <w:rPr>
          <w:lang w:eastAsia="zh-CN"/>
        </w:rPr>
        <w:t>　　本班学生爱学习、守纪律。男生活泼、好动，爱表现;女生文静、可爱，不爱张扬。总的来说，班级特点比较稳，但稳中有活。</w:t>
      </w:r>
      <w:r>
        <w:rPr>
          <w:lang w:eastAsia="zh-CN"/>
        </w:rPr>
        <w:br/>
      </w:r>
      <w:r>
        <w:rPr>
          <w:lang w:eastAsia="zh-CN"/>
        </w:rPr>
        <w:t>　　三、班级工作重点及目标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重点加强行为规范的养成教育，培养学生良好的行为习惯，继续进行热爱班级的教育、团结同学的教育，搞好心理健康教育。</w:t>
      </w:r>
      <w:r>
        <w:rPr>
          <w:lang w:eastAsia="zh-CN"/>
        </w:rPr>
        <w:br/>
      </w:r>
      <w:r>
        <w:rPr>
          <w:lang w:eastAsia="zh-CN"/>
        </w:rPr>
        <w:t>　　具体工作：</w:t>
      </w:r>
      <w:r>
        <w:rPr>
          <w:lang w:eastAsia="zh-CN"/>
        </w:rPr>
        <w:br/>
      </w:r>
      <w:r>
        <w:rPr>
          <w:lang w:eastAsia="zh-CN"/>
        </w:rPr>
        <w:t>　　1、继续抓好四年级学生的常规养成教育，培养良好行为。</w:t>
      </w:r>
      <w:r>
        <w:rPr>
          <w:lang w:eastAsia="zh-CN"/>
        </w:rPr>
        <w:br/>
      </w:r>
      <w:r>
        <w:rPr>
          <w:lang w:eastAsia="zh-CN"/>
        </w:rPr>
        <w:t>　　2、搞好班级卫生工作管理、学生的日常行为培养，争创卫生文明示范班。</w:t>
      </w:r>
      <w:r>
        <w:rPr>
          <w:lang w:eastAsia="zh-CN"/>
        </w:rPr>
        <w:br/>
      </w:r>
      <w:r>
        <w:rPr>
          <w:lang w:eastAsia="zh-CN"/>
        </w:rPr>
        <w:t>　　3、搞好每位学生的自我保护教育，增强安全意识，形成一定的能力。</w:t>
      </w:r>
      <w:r>
        <w:rPr>
          <w:lang w:eastAsia="zh-CN"/>
        </w:rPr>
        <w:br/>
      </w:r>
      <w:r>
        <w:rPr>
          <w:lang w:eastAsia="zh-CN"/>
        </w:rPr>
        <w:t>　　4、搞好每位学生的心理健康教育，使其身心都能得到健康地发展。</w:t>
      </w:r>
      <w:r>
        <w:rPr>
          <w:lang w:eastAsia="zh-CN"/>
        </w:rPr>
        <w:br/>
      </w:r>
      <w:r>
        <w:rPr>
          <w:lang w:eastAsia="zh-CN"/>
        </w:rPr>
        <w:t>　　学生目标：</w:t>
      </w:r>
      <w:r>
        <w:rPr>
          <w:lang w:eastAsia="zh-CN"/>
        </w:rPr>
        <w:br/>
      </w:r>
      <w:r>
        <w:rPr>
          <w:lang w:eastAsia="zh-CN"/>
        </w:rPr>
        <w:t>　　1、形成健康向上的良好班风，增强集体凝聚力。</w:t>
      </w:r>
      <w:r>
        <w:rPr>
          <w:lang w:eastAsia="zh-CN"/>
        </w:rPr>
        <w:br/>
      </w:r>
      <w:r>
        <w:rPr>
          <w:lang w:eastAsia="zh-CN"/>
        </w:rPr>
        <w:t>　　2、争当学校的优秀班集体。</w:t>
      </w:r>
      <w:r>
        <w:rPr>
          <w:lang w:eastAsia="zh-CN"/>
        </w:rPr>
        <w:br/>
      </w:r>
      <w:r>
        <w:rPr>
          <w:lang w:eastAsia="zh-CN"/>
        </w:rPr>
        <w:t>　　3、发展个性特长，促进身心健康。</w:t>
      </w:r>
      <w:r>
        <w:rPr>
          <w:lang w:eastAsia="zh-CN"/>
        </w:rPr>
        <w:br/>
      </w:r>
      <w:r>
        <w:rPr>
          <w:lang w:eastAsia="zh-CN"/>
        </w:rPr>
        <w:t>　　四、德育工作措施</w:t>
      </w:r>
      <w:r>
        <w:rPr>
          <w:lang w:eastAsia="zh-CN"/>
        </w:rPr>
        <w:br/>
      </w:r>
      <w:r>
        <w:rPr>
          <w:lang w:eastAsia="zh-CN"/>
        </w:rPr>
        <w:t>　　在德育方面的工作，要处处与学校教育处保持一致。为此我制定以下措施：</w:t>
      </w:r>
      <w:r>
        <w:rPr>
          <w:lang w:eastAsia="zh-CN"/>
        </w:rPr>
        <w:br/>
      </w:r>
      <w:r>
        <w:rPr>
          <w:lang w:eastAsia="zh-CN"/>
        </w:rPr>
        <w:t>　　(1)搞好班级的育人环境，在班内张贴团结、勤奋、求实、创新的校风标语。让课程表、学生座次表、环境小卫士值勤表、作息时间表上墙。利用壁报栏展示学生的个性特长、美化环境，利用评比栏鼓励学生进步。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(2)培养班干部同学的责任心，号召他们积极帮助后进的同学。班主任本着抓两头，带中间的原则，不忽视中间学生，让他们同样受到老师的关心，有积极上进的动力，从而也成为优秀的学生。</w:t>
      </w:r>
      <w:r>
        <w:rPr>
          <w:lang w:eastAsia="zh-CN"/>
        </w:rPr>
        <w:br/>
      </w:r>
      <w:r>
        <w:rPr>
          <w:lang w:eastAsia="zh-CN"/>
        </w:rPr>
        <w:t>　　(3)班主任要学高为师，身正为范，时刻做学生的表率，身教重于言教。</w:t>
      </w:r>
      <w:r>
        <w:rPr>
          <w:lang w:eastAsia="zh-CN"/>
        </w:rPr>
        <w:br/>
      </w:r>
      <w:r>
        <w:rPr>
          <w:lang w:eastAsia="zh-CN"/>
        </w:rPr>
        <w:t>　　五、学生安全教育</w:t>
      </w:r>
      <w:r>
        <w:rPr>
          <w:lang w:eastAsia="zh-CN"/>
        </w:rPr>
        <w:br/>
      </w:r>
      <w:r>
        <w:rPr>
          <w:lang w:eastAsia="zh-CN"/>
        </w:rPr>
        <w:t>　　1、经常教育学生要要遵守《中小学生守则》，以及学校和班上的各项安全制度，告诉学生不要在楼道、阳台等处打闹、拥挤。</w:t>
      </w:r>
      <w:r>
        <w:rPr>
          <w:lang w:eastAsia="zh-CN"/>
        </w:rPr>
        <w:br/>
      </w:r>
      <w:r>
        <w:rPr>
          <w:lang w:eastAsia="zh-CN"/>
        </w:rPr>
        <w:t>　　2、特别要注意公路、铁路、水路方面的安全，坚决不准下河、塘、堰等处耍水及洗澡!部准玩危险器具等。要求学生每天准时到校学习，有事情等必须履行请假手续。</w:t>
      </w:r>
      <w:r>
        <w:rPr>
          <w:lang w:eastAsia="zh-CN"/>
        </w:rPr>
        <w:br/>
      </w:r>
      <w:r>
        <w:rPr>
          <w:lang w:eastAsia="zh-CN"/>
        </w:rPr>
        <w:t>　　3、学生要等放学后再离开学校。</w:t>
      </w:r>
      <w:r>
        <w:rPr>
          <w:lang w:eastAsia="zh-CN"/>
        </w:rPr>
        <w:br/>
      </w:r>
      <w:r>
        <w:rPr>
          <w:lang w:eastAsia="zh-CN"/>
        </w:rPr>
        <w:t>　　六、家访、来访工作</w:t>
      </w:r>
      <w:r>
        <w:rPr>
          <w:lang w:eastAsia="zh-CN"/>
        </w:rPr>
        <w:br/>
      </w:r>
      <w:r>
        <w:rPr>
          <w:lang w:eastAsia="zh-CN"/>
        </w:rPr>
        <w:t>　　本学期我打算对全班个别学生进行家访，利用双休日的上午或下班以后的时间进行。家访中，向家长汇报学生的在校表现，表扬孩子的优点，委婉地说出孩子存在的不足，并给予合理的建议。对于家长的来访，我会热情地接待。</w:t>
      </w:r>
      <w:r>
        <w:rPr>
          <w:lang w:eastAsia="zh-CN"/>
        </w:rPr>
        <w:br/>
      </w:r>
      <w:r>
        <w:rPr>
          <w:lang w:eastAsia="zh-CN"/>
        </w:rPr>
        <w:t>　　七、问题学生的转化工作</w:t>
      </w:r>
      <w:r>
        <w:rPr>
          <w:lang w:eastAsia="zh-CN"/>
        </w:rPr>
        <w:br/>
      </w:r>
      <w:r>
        <w:rPr>
          <w:lang w:eastAsia="zh-CN"/>
        </w:rPr>
        <w:t>　　本班有几位学生属于特别活泼好动的孩子，自制能力较差，上课注意力不够集中。能清楚地认识到自己的不足，但保持时间不长。针对上述情况，转化措施如下：</w:t>
      </w:r>
      <w:r>
        <w:rPr>
          <w:lang w:eastAsia="zh-CN"/>
        </w:rPr>
        <w:br/>
      </w:r>
      <w:r>
        <w:rPr>
          <w:lang w:eastAsia="zh-CN"/>
        </w:rPr>
        <w:t>　　1、班集体内形成比、学、赶、帮、超的良好氛围，用大多数学生良好行为来教育他们。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2、对于他们在行为上的不良之处，慢慢纠正，有进步时及时表扬。</w:t>
      </w:r>
      <w:r>
        <w:rPr>
          <w:lang w:eastAsia="zh-CN"/>
        </w:rPr>
        <w:br/>
      </w:r>
      <w:r>
        <w:rPr>
          <w:lang w:eastAsia="zh-CN"/>
        </w:rPr>
        <w:t>　　3、多给他们在同学面前展示自己的机会，以促进他们积极严格地要求自己。</w:t>
      </w:r>
      <w:r>
        <w:rPr>
          <w:lang w:eastAsia="zh-CN"/>
        </w:rPr>
        <w:br/>
      </w:r>
      <w:r>
        <w:rPr>
          <w:lang w:eastAsia="zh-CN"/>
        </w:rPr>
        <w:t>　　4、多与家长联系，了解他们在家的情况。与家长一同把孩子教育好。</w:t>
      </w:r>
      <w:r>
        <w:rPr>
          <w:lang w:eastAsia="zh-CN"/>
        </w:rPr>
        <w:br/>
      </w:r>
      <w:r>
        <w:rPr>
          <w:lang w:eastAsia="zh-CN"/>
        </w:rPr>
        <w:t xml:space="preserve">    班主任教学2024个人工作计划 篇4 </w:t>
      </w:r>
      <w:r>
        <w:rPr>
          <w:lang w:eastAsia="zh-CN"/>
        </w:rPr>
        <w:br/>
      </w:r>
      <w:r>
        <w:rPr>
          <w:lang w:eastAsia="zh-CN"/>
        </w:rPr>
        <w:t>　　一、提高学生信心</w:t>
      </w:r>
      <w:r>
        <w:rPr>
          <w:lang w:eastAsia="zh-CN"/>
        </w:rPr>
        <w:br/>
      </w:r>
      <w:r>
        <w:rPr>
          <w:lang w:eastAsia="zh-CN"/>
        </w:rPr>
        <w:t>　　1、设置了一个例子：比如自我修养，刻苦学习终端设备型号成大，敢于斗争，例如，居首位，下的结果后，终于跟上，并取得了伟人的例子很好的效果，名人，民间故事的模式，尤其是他们的校友已毕业的先进事迹。</w:t>
      </w:r>
      <w:r>
        <w:rPr>
          <w:lang w:eastAsia="zh-CN"/>
        </w:rPr>
        <w:br/>
      </w:r>
      <w:r>
        <w:rPr>
          <w:lang w:eastAsia="zh-CN"/>
        </w:rPr>
        <w:t>　　2、实事求是地指出学生的长处和短处，帮助他制定目标，互相学习。</w:t>
      </w:r>
      <w:r>
        <w:rPr>
          <w:lang w:eastAsia="zh-CN"/>
        </w:rPr>
        <w:br/>
      </w:r>
      <w:r>
        <w:rPr>
          <w:lang w:eastAsia="zh-CN"/>
        </w:rPr>
        <w:t>　　3、面对挫折实事求是地分析了失败的原因，指出了成功的道路，以及他与优势的条件时，激励自己的士气，强调不仅要重视对城市土地收益和损失，而应着眼于整个生活。明确了目前的良好的努力将不会立即返回结果，必要的长期努力。</w:t>
      </w:r>
      <w:r>
        <w:rPr>
          <w:lang w:eastAsia="zh-CN"/>
        </w:rPr>
        <w:br/>
      </w:r>
      <w:r>
        <w:rPr>
          <w:lang w:eastAsia="zh-CN"/>
        </w:rPr>
        <w:t>　　总之，班主任应鼓励在家唤起学生的自信，“自信是一种生命的一半成功之路”</w:t>
      </w:r>
      <w:r>
        <w:rPr>
          <w:lang w:eastAsia="zh-CN"/>
        </w:rPr>
        <w:br/>
      </w:r>
      <w:r>
        <w:rPr>
          <w:lang w:eastAsia="zh-CN"/>
        </w:rPr>
        <w:t>　　二、加强班级管理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r>
        <w:rPr>
          <w:lang w:eastAsia="zh-CN"/>
        </w:rPr>
        <w:br/>
      </w:r>
      <w:r>
        <w:rPr>
          <w:lang w:eastAsia="zh-CN"/>
        </w:rPr>
        <w:t>　　2、用心挑选班干部，大胆鼓励他们在班上开展活动，同时加强指导，让他们尽可能快的成熟，有力地管理班上。</w:t>
      </w:r>
      <w:r>
        <w:rPr>
          <w:lang w:eastAsia="zh-CN"/>
        </w:rPr>
        <w:br/>
      </w:r>
      <w:r>
        <w:rPr>
          <w:lang w:eastAsia="zh-CN"/>
        </w:rPr>
        <w:t>　　3、格纪律要求。班级管理要制度化，不体罚学生不等于不惩罚学生，要学生明白迟到了，早退了，旷课了，打牌，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r>
        <w:rPr>
          <w:lang w:eastAsia="zh-CN"/>
        </w:rPr>
        <w:br/>
      </w:r>
      <w:r>
        <w:rPr>
          <w:lang w:eastAsia="zh-CN"/>
        </w:rPr>
        <w:t>　　总之，班主任工作要从理想思想教育入手，以提高学习能力为核心，纪律管理为手段，全方位调动积极性。</w:t>
      </w:r>
      <w:r>
        <w:rPr>
          <w:lang w:eastAsia="zh-CN"/>
        </w:rPr>
        <w:br/>
      </w:r>
      <w:r>
        <w:rPr>
          <w:lang w:eastAsia="zh-CN"/>
        </w:rPr>
        <w:t>　　三、培养学生正确的学习方法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r>
        <w:rPr>
          <w:lang w:eastAsia="zh-CN"/>
        </w:rPr>
        <w:br/>
      </w:r>
      <w:r>
        <w:rPr>
          <w:lang w:eastAsia="zh-CN"/>
        </w:rPr>
        <w:t>　　2、强科学用脑的思想教育，个人心理调适，科学的休息法，记忆法，科学的身体煅炼，营养褡配，脑科学最新成果。</w:t>
      </w:r>
      <w:r>
        <w:rPr>
          <w:lang w:eastAsia="zh-CN"/>
        </w:rPr>
        <w:br/>
      </w:r>
      <w:r>
        <w:rPr>
          <w:lang w:eastAsia="zh-CN"/>
        </w:rPr>
        <w:t>　　3、造条件让差生补习，同学自愿，请教师补习或指导订阅辅导资料或购买VCD影碟，总之要让他感受到老师在同全班同学共同努力，营造一种努力争先，不畏艰难的氛围。</w:t>
      </w:r>
      <w:r>
        <w:rPr>
          <w:lang w:eastAsia="zh-CN"/>
        </w:rPr>
        <w:br/>
      </w:r>
      <w:r>
        <w:rPr>
          <w:lang w:eastAsia="zh-CN"/>
        </w:rPr>
        <w:t>　　4、织兴趣小组，作为学习扶贫小组，让学生教学生，提高其集体自力更生的能力，同时也让小组的同学在提高自身的同时让自已的能力也上一个新台阶。</w:t>
      </w:r>
      <w:r>
        <w:rPr>
          <w:lang w:eastAsia="zh-CN"/>
        </w:rPr>
        <w:br/>
      </w:r>
      <w:r>
        <w:rPr>
          <w:lang w:eastAsia="zh-CN"/>
        </w:rPr>
        <w:t>　　5、调学习时间的投入，基础差要追赶上来只有刻苦，只有艰苦的劳动才有巨大收获。</w:t>
      </w:r>
      <w:r>
        <w:rPr>
          <w:lang w:eastAsia="zh-CN"/>
        </w:rPr>
        <w:br/>
      </w:r>
      <w:r>
        <w:rPr>
          <w:lang w:eastAsia="zh-CN"/>
        </w:rPr>
        <w:t>　　6、强课外阅读指导，拓展学生的知识面。要教育学生既要重视课内知识的学习，又要重视课外知识的吸取，课堂内与课堂外的知识是相辅相成的。学习方法的养成是差生能否转化和学生学习能否进步的核心。</w:t>
      </w:r>
      <w:r>
        <w:rPr>
          <w:lang w:eastAsia="zh-CN"/>
        </w:rPr>
        <w:br/>
      </w:r>
      <w:r>
        <w:rPr>
          <w:lang w:eastAsia="zh-CN"/>
        </w:rPr>
        <w:t>　　四、学校教育与家庭教育相结合</w:t>
      </w:r>
      <w:r>
        <w:rPr>
          <w:lang w:eastAsia="zh-CN"/>
        </w:rPr>
        <w:br/>
      </w:r>
      <w:r>
        <w:rPr>
          <w:lang w:eastAsia="zh-CN"/>
        </w:rPr>
        <w:t>　　(1)结合每月考试成绩，开好每次的家长会，针对学生的现状，与家长共同探讨解决问题的方法，并对下一步工作做好安排，尽快形成家长、教师、学生三位一体的教育模式。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平时，把学生在校的各方面的表现反馈给家长，及时与家长沟通，使家长对孩子在校情况作到心中有数，请家长协助鼓励或帮助学生，作好学生的思想工作，同时，向家长了解学生在家的表现，及时找到问题所在，对症下药。</w:t>
      </w:r>
      <w:r>
        <w:rPr>
          <w:lang w:eastAsia="zh-CN"/>
        </w:rPr>
        <w:br/>
      </w:r>
      <w:r>
        <w:rPr>
          <w:lang w:eastAsia="zh-CN"/>
        </w:rPr>
        <w:t>　　五、帮助学生树立远大的人生理想，变“要我学”为“我要学”</w:t>
      </w:r>
      <w:r>
        <w:rPr>
          <w:lang w:eastAsia="zh-CN"/>
        </w:rPr>
        <w:br/>
      </w:r>
      <w:r>
        <w:rPr>
          <w:lang w:eastAsia="zh-CN"/>
        </w:rPr>
        <w:t>　　1、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r>
        <w:rPr>
          <w:lang w:eastAsia="zh-CN"/>
        </w:rPr>
        <w:br/>
      </w:r>
      <w:r>
        <w:rPr>
          <w:lang w:eastAsia="zh-CN"/>
        </w:rPr>
        <w:t>　　2、加强国家人才需求形势的教育。这既能让学生了解社会对不同人才的需求数量，类型，为今后确定志愿做准备，更能通过国家对人才要求的德与才教育，让学生感受到必需从个人修养和能力培养两方面努力，否则今后自已将落后于社会，就个人而言生活难以洒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特别要讲讲打工仔的生活和工资变迁，从只要打工就挣钱变迁到高学历打工挣大钱低学历打工挣钱少甚至不挣钱的事实说明人要不断的发展自已，一个时代有一个时代对人的要求，讲一讲下岗的原因，从国家的角度来说是因为生产力水平低下，产品在国际上缺少竞争力，于国家不仅不能为贡献反而是一种负担，下岗是为了减员增效，国家要的是高素质的人才，而不是普通的劳动力，适应社会的要求是时代的潮流。</w:t>
      </w:r>
      <w:r>
        <w:rPr>
          <w:lang w:eastAsia="zh-CN"/>
        </w:rPr>
        <w:br/>
      </w:r>
      <w:r>
        <w:rPr>
          <w:lang w:eastAsia="zh-CN"/>
        </w:rPr>
        <w:t>　　3、帮助学生分析自已的潜在优势或帮助寻找适合于他的人生道路。让他看到希望，让希望燃烧起光明，照亮他人生的路。</w:t>
      </w:r>
      <w:r>
        <w:rPr>
          <w:lang w:eastAsia="zh-CN"/>
        </w:rPr>
        <w:br/>
      </w:r>
      <w:r>
        <w:rPr>
          <w:lang w:eastAsia="zh-CN"/>
        </w:rPr>
        <w:t>　　这样将大道理同小道理与学生个人的切身利益挂勾，思想教育工作实在，有利于学生清醒头脑，树立远大而实际的人生理想。</w:t>
      </w:r>
      <w:r>
        <w:rPr>
          <w:lang w:eastAsia="zh-CN"/>
        </w:rPr>
        <w:br/>
      </w:r>
      <w:r>
        <w:rPr>
          <w:lang w:eastAsia="zh-CN"/>
        </w:rPr>
        <w:t>　　此外，班主任自身要做一个人格高尚的人，要宏杨正气，是非分明，立场坚定，用自身的人格力量感染学生，给学生以可信任感和可钦佩感，这是班主任工作的基础。</w:t>
      </w:r>
      <w:r>
        <w:rPr>
          <w:lang w:eastAsia="zh-CN"/>
        </w:rPr>
        <w:br/>
      </w:r>
      <w:r>
        <w:rPr>
          <w:lang w:eastAsia="zh-CN"/>
        </w:rPr>
        <w:t>　　总之，以上思想政治工作能极大帮助学生养成学习自觉性，主动性，和勇于探索的精神，思想政治工作是班主任工作的灵魂。</w:t>
      </w:r>
      <w:r>
        <w:rPr>
          <w:lang w:eastAsia="zh-CN"/>
        </w:rPr>
        <w:br/>
      </w:r>
      <w:r>
        <w:rPr>
          <w:lang w:eastAsia="zh-CN"/>
        </w:rPr>
        <w:t xml:space="preserve">    班主任教学2024个人工作计划 篇5 </w:t>
      </w:r>
      <w:r>
        <w:rPr>
          <w:lang w:eastAsia="zh-CN"/>
        </w:rPr>
        <w:br/>
      </w:r>
      <w:r>
        <w:rPr>
          <w:lang w:eastAsia="zh-CN"/>
        </w:rPr>
        <w:t>　　上半学期可以说我的班主任工作做得很不好，学生成绩不理想，我想这与我的管理有着非常大的关系，新学期我希望我的班级有新气象。所以我有以下几个设想：</w:t>
      </w:r>
      <w:r>
        <w:rPr>
          <w:lang w:eastAsia="zh-CN"/>
        </w:rPr>
        <w:br/>
      </w:r>
      <w:r>
        <w:rPr>
          <w:lang w:eastAsia="zh-CN"/>
        </w:rPr>
        <w:t>　　一、以理服人，以情感人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注重平日自己的身正为范，在日常教学中，要求学生做到的自己首先做到，与学生一起参与到学习活动中，与他们一起做题，一起打扫卫生等，课上我是一名严肃的老师，课后也与学生打成一片，赢得学生的信任与好感。为了更好地开展工作，课课件下载[_]后要经常与学校的老班主任交流，学习他们的管理方法和经验。努力以学生为主，以情感人，以理服人，遇事与其他老师协商解决，处理好每一件小事。工作中，关爱每一名学生，对一些调皮的男孩，要能和颜却又是严肃地批评教育他们，争取能在集体中教育他们，也用个别来影响他，得到学生的信任，让我班的学生在我的严肃中又受到关爱，</w:t>
      </w:r>
      <w:r>
        <w:rPr>
          <w:lang w:eastAsia="zh-CN"/>
        </w:rPr>
        <w:br/>
      </w:r>
      <w:r>
        <w:rPr>
          <w:lang w:eastAsia="zh-CN"/>
        </w:rPr>
        <w:t>　　二、保持学习上进心，提高学习成绩</w:t>
      </w:r>
      <w:r>
        <w:rPr>
          <w:lang w:eastAsia="zh-CN"/>
        </w:rPr>
        <w:br/>
      </w:r>
      <w:r>
        <w:rPr>
          <w:lang w:eastAsia="zh-CN"/>
        </w:rPr>
        <w:t>　　利用班会课等时间，教育学生正确对待学习与分数的关系，平时一定要养成良好的学习习惯。在平时的教学工作中，除了自己教学的功课以外，对其他功课成绩做到经常了解，与其他老师经常沟通，了解哪个学生进步了，哪个学生在行为习惯上需要注意。结合班会课进行思想教育，使每一个学生都有一颗上进的心，想要把自己的学习成绩搞好。让学生在班集里形成学习上的小团体，互相激励共同进步。对于学困生，我给他们不同的台阶登，让日常的教学中也给他们发言的机会，课后及时关心他们的学习情况，让同学帮助他们，让他们在一个学期中也觉得自己有了进步。</w:t>
      </w:r>
      <w:r>
        <w:rPr>
          <w:lang w:eastAsia="zh-CN"/>
        </w:rPr>
        <w:br/>
      </w:r>
      <w:r>
        <w:rPr>
          <w:lang w:eastAsia="zh-CN"/>
        </w:rPr>
        <w:t>　　三、做好任课教师的后勤工作</w:t>
      </w:r>
      <w:r>
        <w:rPr>
          <w:lang w:eastAsia="zh-CN"/>
        </w:rPr>
        <w:br/>
      </w:r>
      <w:r>
        <w:rPr>
          <w:lang w:eastAsia="zh-CN"/>
        </w:rPr>
        <w:t>　　对于班主任来说与学生工作同等重要的就是做好任课教师与学生间的深入交流和协调，在这学期的工作中我主要做好如下几项工作：</w:t>
      </w:r>
      <w:r>
        <w:rPr>
          <w:lang w:eastAsia="zh-CN"/>
        </w:rPr>
        <w:br/>
      </w:r>
      <w:r>
        <w:rPr>
          <w:lang w:eastAsia="zh-CN"/>
        </w:rPr>
        <w:t>　　1、班主任充分做好与任课老师的沟通工作。</w:t>
      </w:r>
      <w:r>
        <w:rPr>
          <w:lang w:eastAsia="zh-CN"/>
        </w:rPr>
        <w:br/>
      </w:r>
      <w:r>
        <w:rPr>
          <w:lang w:eastAsia="zh-CN"/>
        </w:rPr>
        <w:t>　　平时多与任课老师沟通、交流，及时了解班级学生的上课情况，课后作业完成情况，发现问题及时解决。并了解在各学科中，哪些学生进步了，哪些学生退步了，及时掌握学生学习动向。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2、使学生充分尊重教师。</w:t>
      </w:r>
      <w:r>
        <w:rPr>
          <w:lang w:eastAsia="zh-CN"/>
        </w:rPr>
        <w:br/>
      </w:r>
      <w:r>
        <w:rPr>
          <w:lang w:eastAsia="zh-CN"/>
        </w:rPr>
        <w:t>　　保证良好的课堂纪律和秩序是对老师劳动最基本的尊重，通过一个学期的努力，四年级同学已经基本形成了良好的课堂学习气氛，为课件教师工作任务的顺利完成提供了最基本的保障。引导学生学会从生活上做到切实地关心老师。</w:t>
      </w:r>
      <w:r>
        <w:rPr>
          <w:lang w:eastAsia="zh-CN"/>
        </w:rPr>
        <w:br/>
      </w:r>
      <w:r>
        <w:rPr>
          <w:lang w:eastAsia="zh-CN"/>
        </w:rPr>
        <w:t xml:space="preserve">    班主任教学2024个人工作计划 篇6 </w:t>
      </w:r>
      <w:r>
        <w:rPr>
          <w:lang w:eastAsia="zh-CN"/>
        </w:rPr>
        <w:br/>
      </w:r>
      <w:r>
        <w:rPr>
          <w:lang w:eastAsia="zh-CN"/>
        </w:rPr>
        <w:t>　　旧的学期已经结束，新学期也将迎来。对于过去的一学期，我在班主任工作里也有一点收获。那么面对临近的新学期，我是带着全新的希望迎接的，新学期我将更努力做好班主任这项工作。下面是我新学期的工作计划：</w:t>
      </w:r>
      <w:r>
        <w:rPr>
          <w:lang w:eastAsia="zh-CN"/>
        </w:rPr>
        <w:br/>
      </w:r>
      <w:r>
        <w:rPr>
          <w:lang w:eastAsia="zh-CN"/>
        </w:rPr>
        <w:t>　　一、建立新的班级体制</w:t>
      </w:r>
      <w:r>
        <w:rPr>
          <w:lang w:eastAsia="zh-CN"/>
        </w:rPr>
        <w:br/>
      </w:r>
      <w:r>
        <w:rPr>
          <w:lang w:eastAsia="zh-CN"/>
        </w:rPr>
        <w:t>　　新的学期，我将更换新的班级体制，尤其是管理体制。原来都是我这个班主任在管班级，这学期我将班级交给学生去管理，毕竟我现在带的这个班都已经是五年级了，该去锻炼他们的管理能力了。新学期，我把班级交由学生自主管理，我就退居后面进行监督。我打算重新让他们竞选班干部，通过他们自己推荐和自荐，这样也能让他们明白自己的职责。新体制可以帮助学生去培养他们对班级建设的重视。</w:t>
      </w:r>
      <w:r>
        <w:rPr>
          <w:lang w:eastAsia="zh-CN"/>
        </w:rPr>
        <w:br/>
      </w:r>
      <w:r>
        <w:rPr>
          <w:lang w:eastAsia="zh-CN"/>
        </w:rPr>
        <w:t>　　二、安全教育工作</w:t>
      </w:r>
      <w:r>
        <w:rPr>
          <w:lang w:eastAsia="zh-CN"/>
        </w:rPr>
        <w:br/>
      </w:r>
      <w:r>
        <w:rPr>
          <w:lang w:eastAsia="zh-CN"/>
        </w:rPr>
        <w:t>　　在新学期里，我对于学生的安全教育会加强。首先是每周五最后一节自习课作为班会，专门用做安全主题班会，让学生自己去主持会议</w:t>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xml:space="preserve"> ，让学生自己去搜集各种安全的资料，向大家去介绍生活中需要去注意的安全问题。加强学生对安全的意识，有助于他们注意自己身边的安全事故。同时，在开完班会后，会让他们写一篇安全心得体会，让他们去回忆班会中讲的安全知识点。之所以安全教育加强，是因为我注意到有学生对于安全意识太薄弱了，也是为防学生上下学不注意自身的安全。</w:t>
      </w:r>
      <w:r>
        <w:rPr>
          <w:lang w:eastAsia="zh-CN"/>
        </w:rPr>
        <w:br/>
      </w:r>
      <w:r>
        <w:rPr>
          <w:lang w:eastAsia="zh-CN"/>
        </w:rPr>
        <w:t>　　三、提高学生学习积极性</w:t>
      </w:r>
      <w:r>
        <w:rPr>
          <w:lang w:eastAsia="zh-CN"/>
        </w:rPr>
        <w:br/>
      </w:r>
      <w:r>
        <w:rPr>
          <w:lang w:eastAsia="zh-CN"/>
        </w:rPr>
        <w:t>　　在这一个学期，作为班主任，我要去提高他们对学习的积极性，让学生们在学习都下功夫，小学是最好打基础的好时候，也是最好去积累知识的阶段。那么为提高班级学生学习的积极，我将实行奖励制度，通过对成绩好的学生进行奖励，但对成绩一般和成绩差的学生不做惩罚，只给予鼓励。在以往带的班级中，我也是发现学生对于打击这种教学方式是排斥的，相反对他们多给予激励，他们的积极性还会更高。那么本学期将对成绩好和进步的学生进行不同程度的奖励，帮助他们把对学习的一个积极性提高起来。</w:t>
      </w:r>
      <w:r>
        <w:rPr>
          <w:lang w:eastAsia="zh-CN"/>
        </w:rPr>
        <w:br/>
      </w:r>
      <w:r>
        <w:rPr>
          <w:lang w:eastAsia="zh-CN"/>
        </w:rPr>
        <w:t>　　新学期，也是班级新的开始，我要对我带的五年级_班负责，努力去培养学生各方面能力的一个发展，把大家的学习给提高，让这群孩子在小学受到良好的教育。</w:t>
      </w:r>
      <w:r>
        <w:rPr>
          <w:lang w:eastAsia="zh-CN"/>
        </w:rPr>
        <w:br/>
      </w:r>
      <w:r>
        <w:rPr>
          <w:lang w:eastAsia="zh-CN"/>
        </w:rPr>
        <w:t xml:space="preserve">    班主任教学2024个人工作计划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本学期我将继续担任__年级班主任的工作，之前几年的磨合，我已经和学生们有了很深的默契，我想我在这个学期的工作将更加的好做，因为我已经对自己的工作有了更为明确的认识了，我知道了自己要做的时期了，我将更加努力的工作，相信自己一定能够做的更好，我会让我自己做的更好的。</w:t>
      </w:r>
      <w:r>
        <w:rPr>
          <w:lang w:eastAsia="zh-CN"/>
        </w:rPr>
        <w:br/>
      </w:r>
      <w:r>
        <w:rPr>
          <w:lang w:eastAsia="zh-CN"/>
        </w:rPr>
        <w:t>　　一、指导思想</w:t>
      </w:r>
      <w:r>
        <w:rPr>
          <w:lang w:eastAsia="zh-CN"/>
        </w:rPr>
        <w:br/>
      </w:r>
      <w:r>
        <w:rPr>
          <w:lang w:eastAsia="zh-CN"/>
        </w:rPr>
        <w:t>　　坚持德育为首位，以日常行为规范为准绳，以新的教育理念为中心，大力培养同学们的创新精神和实践能力，力争我班各方面的工作有新的突破。</w:t>
      </w:r>
      <w:r>
        <w:rPr>
          <w:lang w:eastAsia="zh-CN"/>
        </w:rPr>
        <w:br/>
      </w:r>
      <w:r>
        <w:rPr>
          <w:lang w:eastAsia="zh-CN"/>
        </w:rPr>
        <w:t>　　二、班级基本情况</w:t>
      </w:r>
      <w:r>
        <w:rPr>
          <w:lang w:eastAsia="zh-CN"/>
        </w:rPr>
        <w:br/>
      </w:r>
      <w:r>
        <w:rPr>
          <w:lang w:eastAsia="zh-CN"/>
        </w:rPr>
        <w:t>　　我班共有学生__人。每个孩子都活泼可爱，有着很强的上进心和集体荣誉感。他们纯洁善良，好奇心强，求知欲强。但是自制能力差，时常不能控制自己，上课时爱随便说话或者做小动作，个别学生迷恋网吧，很多行为习惯有待进一步培养。</w:t>
      </w:r>
      <w:r>
        <w:rPr>
          <w:lang w:eastAsia="zh-CN"/>
        </w:rPr>
        <w:br/>
      </w:r>
      <w:r>
        <w:rPr>
          <w:lang w:eastAsia="zh-CN"/>
        </w:rPr>
        <w:t>　　三、本期工作要点</w:t>
      </w:r>
      <w:r>
        <w:rPr>
          <w:lang w:eastAsia="zh-CN"/>
        </w:rPr>
        <w:br/>
      </w:r>
      <w:r>
        <w:rPr>
          <w:lang w:eastAsia="zh-CN"/>
        </w:rPr>
        <w:t>　　1、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r>
        <w:rPr>
          <w:lang w:eastAsia="zh-CN"/>
        </w:rPr>
        <w:br/>
      </w:r>
      <w:r>
        <w:rPr>
          <w:lang w:eastAsia="zh-CN"/>
        </w:rPr>
        <w:t>　　2、重视关怀教育：要关心学生的生活，体贴他们的冷暖，了解他们的心理，建立平等和谐的师生关系，做学生的知心朋友，以使班主任工作做的更好。</w:t>
      </w:r>
      <w:r>
        <w:rPr>
          <w:lang w:eastAsia="zh-CN"/>
        </w:rPr>
        <w:br/>
      </w:r>
      <w:r>
        <w:rPr>
          <w:lang w:eastAsia="zh-CN"/>
        </w:rPr>
        <w:t>　　3、继续做好安全教育工作。要求学生时时、事事、处处注意安全。努力提高学生的安全防范意识。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4、重视文体工作：教育学生上好所有学校开设的课程，积极参加体育锻炼，积极参与学校组织的文娱活动，重视各项比赛的积极参与，培养学生的参与意识。</w:t>
      </w:r>
      <w:r>
        <w:rPr>
          <w:lang w:eastAsia="zh-CN"/>
        </w:rPr>
        <w:br/>
      </w:r>
      <w:r>
        <w:rPr>
          <w:lang w:eastAsia="zh-CN"/>
        </w:rPr>
        <w:t>　　四、具体教育措施</w:t>
      </w:r>
      <w:r>
        <w:rPr>
          <w:lang w:eastAsia="zh-CN"/>
        </w:rPr>
        <w:br/>
      </w:r>
      <w:r>
        <w:rPr>
          <w:lang w:eastAsia="zh-CN"/>
        </w:rPr>
        <w:t>　　1、发挥班干部作用，提高班干部工作能力。</w:t>
      </w:r>
      <w:r>
        <w:rPr>
          <w:lang w:eastAsia="zh-CN"/>
        </w:rPr>
        <w:br/>
      </w:r>
      <w:r>
        <w:rPr>
          <w:lang w:eastAsia="zh-CN"/>
        </w:rPr>
        <w:t>　　班干部是班主任的好帮手，充分发挥班干部的作用，不仅利于教师把更多的经力投入到教学中，更利于班干部工作能力的培养。我们班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国旗下讲话、布置教室、出黑板报，搞班会活动等。</w:t>
      </w:r>
      <w:r>
        <w:rPr>
          <w:lang w:eastAsia="zh-CN"/>
        </w:rPr>
        <w:br/>
      </w:r>
      <w:r>
        <w:rPr>
          <w:lang w:eastAsia="zh-CN"/>
        </w:rPr>
        <w:t>　　2、加强常规教育。</w:t>
      </w:r>
      <w:r>
        <w:rPr>
          <w:lang w:eastAsia="zh-CN"/>
        </w:rPr>
        <w:br/>
      </w:r>
      <w:r>
        <w:rPr>
          <w:lang w:eastAsia="zh-CN"/>
        </w:rPr>
        <w:t>　　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本学期常规训练的内容我以《小学生日常行为规范》为主，同时结合课堂常规、集会和出操常规、卫生常规等，使学生无论在课堂上，出操集会上，都能保持良好的纪律，得到更多的收获。</w:t>
      </w:r>
      <w:r>
        <w:rPr>
          <w:lang w:eastAsia="zh-CN"/>
        </w:rPr>
        <w:br/>
      </w:r>
      <w:r>
        <w:rPr>
          <w:lang w:eastAsia="zh-CN"/>
        </w:rPr>
        <w:t>　　3、明确学习目标。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俗话说：有目标才有动力。这学期我打算让学生在期初，期中等时间拟定自己在学习、行为习惯、卫生等方面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w:t>
      </w:r>
      <w:r>
        <w:rPr>
          <w:lang w:eastAsia="zh-CN"/>
        </w:rPr>
        <w:br/>
      </w:r>
      <w:r>
        <w:rPr>
          <w:lang w:eastAsia="zh-CN"/>
        </w:rPr>
        <w:t>　　4、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w:t>
      </w:r>
      <w:r>
        <w:rPr>
          <w:lang w:eastAsia="zh-CN"/>
        </w:rPr>
        <w:br/>
      </w:r>
      <w:r>
        <w:rPr>
          <w:lang w:eastAsia="zh-CN"/>
        </w:rPr>
        <w:t>　　5、加强潜能生管理：面向全体学生，分类施教，加强对潜能生的辅导，课堂多关注，课后勤辅导。力争他们本期取得更大的进步。</w:t>
      </w:r>
      <w:r>
        <w:rPr>
          <w:lang w:eastAsia="zh-CN"/>
        </w:rPr>
        <w:br/>
      </w:r>
      <w:r>
        <w:rPr>
          <w:lang w:eastAsia="zh-CN"/>
        </w:rPr>
        <w:t>　　6、及时了解学情：准确把握学生对知识的掌握，因材施教，在重点难点上下工夫，以促进全班成绩的平稳、扎实地上升。</w:t>
      </w:r>
      <w:r>
        <w:rPr>
          <w:lang w:eastAsia="zh-CN"/>
        </w:rPr>
        <w:br/>
      </w:r>
      <w:r>
        <w:rPr>
          <w:lang w:eastAsia="zh-CN"/>
        </w:rPr>
        <w:t>　　7、家教结合：经常与学生家长联系，使学校教育和家庭教育有机地结合起来，本学期，召开家长会1次，力争把所有的家长走访一次，甚至多次。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在新的学期中，我会一如既往，继续努力，使班级工作再上新台阶。我相信自己会越做越好，只是现在的我还没有将学生的情况摸的很透，我还有好很多的工作要做，但是我相信，我一定会做好的，我一定会在不断的进步中得到更多的进步，我相信我会做到这一切的!</w:t>
      </w:r>
      <w:r>
        <w:rPr>
          <w:lang w:eastAsia="zh-CN"/>
        </w:rPr>
        <w:br/>
      </w:r>
      <w:r>
        <w:rPr>
          <w:lang w:eastAsia="zh-CN"/>
        </w:rPr>
        <w:t xml:space="preserve">    班主任教学2024个人工作计划 篇8 </w:t>
      </w:r>
      <w:r>
        <w:rPr>
          <w:lang w:eastAsia="zh-CN"/>
        </w:rPr>
        <w:br/>
      </w:r>
      <w:r>
        <w:rPr>
          <w:lang w:eastAsia="zh-CN"/>
        </w:rPr>
        <w:t>　　一，保育工作方面：</w:t>
      </w:r>
      <w:r>
        <w:rPr>
          <w:lang w:eastAsia="zh-CN"/>
        </w:rPr>
        <w:br/>
      </w:r>
      <w:r>
        <w:rPr>
          <w:lang w:eastAsia="zh-CN"/>
        </w:rPr>
        <w:t>　　在对幼儿的保育工作上，我们力求从每件小事做起，耐心细致周到，如：要求幼儿自己能做的事自己做，当幼儿做不到时，教师耐心地引导幼儿做，跟着手把手的教幼儿如何自理，鼓励幼儿你能行，增强了幼儿自我服务的信心。</w:t>
      </w:r>
      <w:r>
        <w:rPr>
          <w:lang w:eastAsia="zh-CN"/>
        </w:rPr>
        <w:br/>
      </w:r>
      <w:r>
        <w:rPr>
          <w:lang w:eastAsia="zh-CN"/>
        </w:rPr>
        <w:t>　　二、安全工作方面:</w:t>
      </w:r>
      <w:r>
        <w:rPr>
          <w:lang w:eastAsia="zh-CN"/>
        </w:rPr>
        <w:br/>
      </w:r>
      <w:r>
        <w:rPr>
          <w:lang w:eastAsia="zh-CN"/>
        </w:rPr>
        <w:t>　　1、做好晨午检的检查情况，确保每位幼儿的卫生良好。</w:t>
      </w:r>
      <w:r>
        <w:rPr>
          <w:lang w:eastAsia="zh-CN"/>
        </w:rPr>
        <w:br/>
      </w:r>
      <w:r>
        <w:rPr>
          <w:lang w:eastAsia="zh-CN"/>
        </w:rPr>
        <w:t>　　2、对活动室、桌椅、毛巾、小茶杯通过84消毒液、消毒柜等进行消毒。</w:t>
      </w:r>
      <w:r>
        <w:rPr>
          <w:lang w:eastAsia="zh-CN"/>
        </w:rPr>
        <w:br/>
      </w:r>
      <w:r>
        <w:rPr>
          <w:lang w:eastAsia="zh-CN"/>
        </w:rPr>
        <w:t>　　3、按时开窗通风，饭前便后要排队洗手，养成幼儿良好习惯。</w:t>
      </w:r>
      <w:r>
        <w:rPr>
          <w:lang w:eastAsia="zh-CN"/>
        </w:rPr>
        <w:br/>
      </w:r>
      <w:r>
        <w:rPr>
          <w:lang w:eastAsia="zh-CN"/>
        </w:rPr>
        <w:t>　　4、坚持在玩时，眼不离孩子，时刻注意孩子。</w:t>
      </w:r>
      <w:r>
        <w:rPr>
          <w:lang w:eastAsia="zh-CN"/>
        </w:rPr>
        <w:br/>
      </w:r>
      <w:r>
        <w:rPr>
          <w:lang w:eastAsia="zh-CN"/>
        </w:rPr>
        <w:t>　　5、不体罚或变相体罚幼儿，把安全工作放在第一位，并不能因为任何原因而放松警惕。</w:t>
      </w:r>
      <w:r>
        <w:rPr>
          <w:lang w:eastAsia="zh-CN"/>
        </w:rPr>
        <w:br/>
      </w:r>
      <w:r>
        <w:rPr>
          <w:lang w:eastAsia="zh-CN"/>
        </w:rPr>
        <w:t>　　三、家长工作方面：</w:t>
      </w:r>
      <w:r>
        <w:rPr>
          <w:lang w:eastAsia="zh-CN"/>
        </w:rPr>
        <w:br/>
      </w:r>
      <w:r>
        <w:rPr>
          <w:lang w:eastAsia="zh-CN"/>
        </w:rPr>
        <w:t>　　1、积极取得家长配合。</w:t>
      </w:r>
      <w:r>
        <w:rPr>
          <w:lang w:eastAsia="zh-CN"/>
        </w:rPr>
        <w:br/>
      </w:r>
      <w:r>
        <w:rPr>
          <w:lang w:eastAsia="zh-CN"/>
        </w:rPr>
        <w:t>　　2、加强家园联系，随时向家长反映幼儿在园情况，并了解幼儿在家庭中的具体情况。</w:t>
      </w:r>
      <w:r>
        <w:rPr>
          <w:lang w:eastAsia="zh-CN"/>
        </w:rPr>
        <w:br/>
      </w:r>
      <w:r>
        <w:rPr>
          <w:lang w:eastAsia="zh-CN"/>
        </w:rPr>
        <w:t>　　3、开展丰富多彩的亲子活动，吸引家长积极参与，并能出谋划策。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4、通过开家长会，让家长间能互相交流切磋育儿经验。</w:t>
      </w:r>
      <w:r>
        <w:rPr>
          <w:lang w:eastAsia="zh-CN"/>
        </w:rPr>
        <w:br/>
      </w:r>
      <w:r>
        <w:rPr>
          <w:lang w:eastAsia="zh-CN"/>
        </w:rPr>
        <w:t xml:space="preserve">    班主任教学2024个人工作计划 篇9 </w:t>
      </w:r>
      <w:r>
        <w:rPr>
          <w:lang w:eastAsia="zh-CN"/>
        </w:rPr>
        <w:br/>
      </w:r>
      <w:r>
        <w:rPr>
          <w:lang w:eastAsia="zh-CN"/>
        </w:rPr>
        <w:t>　　本学期以学校的工作计划为依据，结合本班的实际制定出相应的班计划，让学生学会学习、学会交往、学会创新。抓好班风、学风的建设，努力提高教育教学的质量，培养出一个明礼、守纪、诚实、好学的班集体。上学期经过大家的努力，我班的班级工作取得了一定成绩，但是这只代表着过去，在新的学期里，我和孩子们将继续努力，争取取得更优异的成绩。新的学期开始，为了更好的作好班级工作，我特制定二年级班主任工作计划如下：</w:t>
      </w:r>
      <w:r>
        <w:rPr>
          <w:lang w:eastAsia="zh-CN"/>
        </w:rPr>
        <w:br/>
      </w:r>
      <w:r>
        <w:rPr>
          <w:lang w:eastAsia="zh-CN"/>
        </w:rPr>
        <w:t>　　一、指导思想</w:t>
      </w:r>
      <w:r>
        <w:rPr>
          <w:lang w:eastAsia="zh-CN"/>
        </w:rPr>
        <w:br/>
      </w:r>
      <w:r>
        <w:rPr>
          <w:lang w:eastAsia="zh-CN"/>
        </w:rPr>
        <w:t>　　以学校德育教育的思路为指导，结合班级特点，以人为本，面向全体学生，全面贯彻教育方针，全面实施素质教育。创设和谐的学风，努力提高教育质量，培养德、智、体、美、劳全面发展的一代新人。</w:t>
      </w:r>
      <w:r>
        <w:rPr>
          <w:lang w:eastAsia="zh-CN"/>
        </w:rPr>
        <w:br/>
      </w:r>
      <w:r>
        <w:rPr>
          <w:lang w:eastAsia="zh-CN"/>
        </w:rPr>
        <w:t>　　二、学生情况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二年级的学生对于学校的日常生活和学习基本上已适应，但经过一个假期可能都已淡忘，为了使学生能够及早进入角色，这就要班主任向学生进行有针对性的常规教育，经过一年的学校生活，学生初步养成一定的行为习惯，但学生年纪毕竟比较小，自我监控能力、评价能力还是有点差，需时常提点、督促，教师又要以自身最佳的思想境界、精神状态和行为表现，积极的影响和教育学生，使他们健康地成长，在学生面前树起一座做人的丰碑。所以，作为一名班主任，我一定要起到模范带头作用，当好家长，做学生的表率。因此，我决定从以下几点入手：</w:t>
      </w:r>
      <w:r>
        <w:rPr>
          <w:lang w:eastAsia="zh-CN"/>
        </w:rPr>
        <w:br/>
      </w:r>
      <w:r>
        <w:rPr>
          <w:lang w:eastAsia="zh-CN"/>
        </w:rPr>
        <w:t>　　1.充分利用班队会时间再次组织学生学习《小学生日常行为规范》和思想道德教育，使学生养成良好的学习和生活习惯，并进行总结，通过小组长的汇报，及时的表扬。对表现不够好的学生，及时进行点拨，指导，加强教育。</w:t>
      </w:r>
      <w:r>
        <w:rPr>
          <w:lang w:eastAsia="zh-CN"/>
        </w:rPr>
        <w:br/>
      </w:r>
      <w:r>
        <w:rPr>
          <w:lang w:eastAsia="zh-CN"/>
        </w:rPr>
        <w:t>　　2.利用升旗仪式，重大节日，加强学生的德育教育。使学生懂得做人的道理，培养其爱国主义情感。</w:t>
      </w:r>
      <w:r>
        <w:rPr>
          <w:lang w:eastAsia="zh-CN"/>
        </w:rPr>
        <w:br/>
      </w:r>
      <w:r>
        <w:rPr>
          <w:lang w:eastAsia="zh-CN"/>
        </w:rPr>
        <w:t>　　3.对学生进行集体荣誉的教育，增强学生的荣誉感，使学生心中有他人，有集体。</w:t>
      </w:r>
      <w:r>
        <w:rPr>
          <w:lang w:eastAsia="zh-CN"/>
        </w:rPr>
        <w:br/>
      </w:r>
      <w:r>
        <w:rPr>
          <w:lang w:eastAsia="zh-CN"/>
        </w:rPr>
        <w:t xml:space="preserve">    班主任教学2024个人工作计划 篇10 </w:t>
      </w:r>
      <w:r>
        <w:rPr>
          <w:lang w:eastAsia="zh-CN"/>
        </w:rPr>
        <w:br/>
      </w:r>
      <w:r>
        <w:rPr>
          <w:lang w:eastAsia="zh-CN"/>
        </w:rPr>
        <w:t>　　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r>
        <w:rPr>
          <w:lang w:eastAsia="zh-CN"/>
        </w:rPr>
        <w:br/>
      </w:r>
      <w:r>
        <w:rPr>
          <w:lang w:eastAsia="zh-CN"/>
        </w:rPr>
        <w:t>　　2、加强后进生管理：面向全体学生，分类施教，加强对后进生的辅导，要从关心、爱护学生的角度出发，了解关心学生。及时了解学生的心理变化，掌握他们成长道路上的发展情况。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3、及时了解学情：准确把握学生对知识的掌握，因材施教，在重点难点上下工夫，以促进全班成绩的平稳、扎实地上升。</w:t>
      </w:r>
      <w:r>
        <w:rPr>
          <w:lang w:eastAsia="zh-CN"/>
        </w:rPr>
        <w:br/>
      </w:r>
      <w:r>
        <w:rPr>
          <w:lang w:eastAsia="zh-CN"/>
        </w:rPr>
        <w:t>　　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r>
        <w:rPr>
          <w:lang w:eastAsia="zh-CN"/>
        </w:rPr>
        <w:br/>
      </w:r>
      <w:r>
        <w:rPr>
          <w:lang w:eastAsia="zh-CN"/>
        </w:rPr>
        <w:t>　　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r>
        <w:rPr>
          <w:lang w:eastAsia="zh-CN"/>
        </w:rPr>
        <w:br/>
      </w:r>
      <w:r>
        <w:rPr>
          <w:lang w:eastAsia="zh-CN"/>
        </w:rPr>
        <w:t>　　6、重视关怀教育：要关心学生的生活，及时和家长联系，体贴他们的冷暖，了解他们的心理，建立平等和谐的师生关系，做学生的知心朋友，以使班主任工作做的更好。</w:t>
      </w:r>
      <w:r>
        <w:rPr>
          <w:lang w:eastAsia="zh-CN"/>
        </w:rPr>
        <w:br/>
      </w:r>
      <w:r>
        <w:rPr>
          <w:lang w:eastAsia="zh-CN"/>
        </w:rPr>
        <w:t>　　7、抓好少先队工作：班级工作的一个重要部分，就是班主任工作，是充分发挥学生特长、张扬学生个性的有效途径。本学学期将积极配合学校少先大队，结合实际搞好各项活动。</w:t>
      </w:r>
      <w:r>
        <w:rPr>
          <w:lang w:eastAsia="zh-CN"/>
        </w:rPr>
        <w:br/>
      </w:r>
      <w:r>
        <w:rPr>
          <w:lang w:eastAsia="zh-CN"/>
        </w:rPr>
        <w:t>　　8、重视文体工作：教育学生上好所有学校开设的.课程，积极参加体育锻炼，积极参与学校组织的文娱活动，重视各项比赛的积极参与，培养学生的参与意识。</w:t>
      </w:r>
      <w:r>
        <w:rPr>
          <w:lang w:eastAsia="zh-CN"/>
        </w:rPr>
        <w:br/>
      </w:r>
      <w:r>
        <w:rPr>
          <w:lang w:eastAsia="zh-CN"/>
        </w:rPr>
        <w:t xml:space="preserve">    班主任教学2024个人工作计划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初二年级是学生最容易产生两极分化的年级，我所担任的初二(_)班，经过一个学期的努力，班级的学风、班风都有了很大的进步，但还存在着很多不足，为作好这学期的班主任工作，特制定如下计划。</w:t>
      </w:r>
      <w:r>
        <w:rPr>
          <w:lang w:eastAsia="zh-CN"/>
        </w:rPr>
        <w:br/>
      </w:r>
      <w:r>
        <w:rPr>
          <w:lang w:eastAsia="zh-CN"/>
        </w:rPr>
        <w:t>　　一、继续重视学生的思想教育</w:t>
      </w:r>
      <w:r>
        <w:rPr>
          <w:lang w:eastAsia="zh-CN"/>
        </w:rPr>
        <w:br/>
      </w:r>
      <w:r>
        <w:rPr>
          <w:lang w:eastAsia="zh-CN"/>
        </w:rPr>
        <w:t>　　开展好学生的政治思想教育、道德教育、法制教育、心理健康教育，把学生培养观具有健全人格、美好心灵，具有创新精神和实践能力的学生。培养学生良好的行为规范，弘扬正气。</w:t>
      </w:r>
      <w:r>
        <w:rPr>
          <w:lang w:eastAsia="zh-CN"/>
        </w:rPr>
        <w:br/>
      </w:r>
      <w:r>
        <w:rPr>
          <w:lang w:eastAsia="zh-CN"/>
        </w:rPr>
        <w:t>　　二、培养良好的学习习惯和学习方法</w:t>
      </w:r>
      <w:r>
        <w:rPr>
          <w:lang w:eastAsia="zh-CN"/>
        </w:rPr>
        <w:br/>
      </w:r>
      <w:r>
        <w:rPr>
          <w:lang w:eastAsia="zh-CN"/>
        </w:rPr>
        <w:t>　　加强对学生的心理辅导，在现阶段就开始动起来，把一些有可能影响学生学习的因素减少到最少，由于我们本身的经验并不丰富，同时我们班的学生跟同年级的同学相比，他们也有共同之处，那么为了能够让他们学得更好、考得更好，我们也就只有一个办法：笨鸟先飞。对每一次考试成绩做好跟踪，及时找学生谈心，了解其思想学习情况。</w:t>
      </w:r>
      <w:r>
        <w:rPr>
          <w:lang w:eastAsia="zh-CN"/>
        </w:rPr>
        <w:br/>
      </w:r>
      <w:r>
        <w:rPr>
          <w:lang w:eastAsia="zh-CN"/>
        </w:rPr>
        <w:t>　　加强学生自我管理建设管理小组，由学习委员带头课代表、组长为骨干，全面负责班级学习工作;开展学习竞赛活动;开展学习结对，共同提高的互帮互助学习活动;加强师生对话建立师生联系制度，以周记形式有话就说，实话实说;建立师生结对活动，让学生走近老师、了解老师、激发热爱老师的热情，让老师走近学生，指导学生竖立更远大的理想、提供更科学地学习的方法、养成更好地生活态度。</w:t>
      </w:r>
      <w:r>
        <w:rPr>
          <w:lang w:eastAsia="zh-CN"/>
        </w:rPr>
        <w:br/>
      </w:r>
      <w:r>
        <w:rPr>
          <w:lang w:eastAsia="zh-CN"/>
        </w:rPr>
        <w:t>　　三、加强班干部队伍建设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建立一支工作能力强、实践经验足的常务班级干部队伍，为了让更多的同学得到锤炼，实行值日班干部负责制加强班级管理岗位责任制。设岗位，定人员，定工作，把班级工作分成若干岗位，每个岗位专人负责，使学生的实践能力、社会责任感得到提高。</w:t>
      </w:r>
      <w:r>
        <w:rPr>
          <w:lang w:eastAsia="zh-CN"/>
        </w:rPr>
        <w:br/>
      </w:r>
      <w:r>
        <w:rPr>
          <w:lang w:eastAsia="zh-CN"/>
        </w:rPr>
        <w:t>　　四、组织有益的活动，丰富学生的生活</w:t>
      </w:r>
      <w:r>
        <w:rPr>
          <w:lang w:eastAsia="zh-CN"/>
        </w:rPr>
        <w:br/>
      </w:r>
      <w:r>
        <w:rPr>
          <w:lang w:eastAsia="zh-CN"/>
        </w:rPr>
        <w:t>　　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r>
        <w:rPr>
          <w:lang w:eastAsia="zh-CN"/>
        </w:rPr>
        <w:br/>
      </w:r>
      <w:r>
        <w:rPr>
          <w:lang w:eastAsia="zh-CN"/>
        </w:rPr>
        <w:t xml:space="preserve">    班主任教学2024个人工作计划 篇12 </w:t>
      </w:r>
      <w:r>
        <w:rPr>
          <w:lang w:eastAsia="zh-CN"/>
        </w:rPr>
        <w:br/>
      </w:r>
      <w:r>
        <w:rPr>
          <w:lang w:eastAsia="zh-CN"/>
        </w:rPr>
        <w:t>　　总结上学期的工作情况，经验教训，根据本班实际情况，制定如下计划：</w:t>
      </w:r>
      <w:r>
        <w:rPr>
          <w:lang w:eastAsia="zh-CN"/>
        </w:rPr>
        <w:br/>
      </w:r>
      <w:r>
        <w:rPr>
          <w:lang w:eastAsia="zh-CN"/>
        </w:rPr>
        <w:t>　　充分利用网上资源，丰富学习手段</w:t>
      </w:r>
      <w:r>
        <w:rPr>
          <w:lang w:eastAsia="zh-CN"/>
        </w:rPr>
        <w:br/>
      </w:r>
      <w:r>
        <w:rPr>
          <w:lang w:eastAsia="zh-CN"/>
        </w:rPr>
        <w:t>　　目前，从中央到地方电大都非常重视网上资源建设，并将网络教学手段作为远程教育的重要方法，而且很多重要学习资料都在网上发布。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我班已完成了实名注册，学生可以非常方便地登录电大在线，天津电大网站。本学期，我将注重引导学生利用网上资源进行自学，增强学习的主动性和积极性。在抓好集中上网环节的基础上，鼓励学生利用业余时间在单位或家里上网。通过一段时间的学习，能够熟练掌握浏览，下载学习资料的方法，摒弃等，靠，要的想法，使网上资源确实对学生的学习，特别是自学产生良好的辅助作用。</w:t>
      </w:r>
      <w:r>
        <w:rPr>
          <w:lang w:eastAsia="zh-CN"/>
        </w:rPr>
        <w:br/>
      </w:r>
      <w:r>
        <w:rPr>
          <w:lang w:eastAsia="zh-CN"/>
        </w:rPr>
        <w:t>　　引导自学，探索规律</w:t>
      </w:r>
      <w:r>
        <w:rPr>
          <w:lang w:eastAsia="zh-CN"/>
        </w:rPr>
        <w:br/>
      </w:r>
      <w:r>
        <w:rPr>
          <w:lang w:eastAsia="zh-CN"/>
        </w:rPr>
        <w:t>　　开放教育强调自学的重要性，我校在压缩面授辅导时间方面也进行了有益的探索。实践证明，过分依赖面授辅导势必造成学生在学习方面对教师的过度依赖，从而造成学生只重视考试过关，不重视自主学习的不良后果。</w:t>
      </w:r>
      <w:r>
        <w:rPr>
          <w:lang w:eastAsia="zh-CN"/>
        </w:rPr>
        <w:br/>
      </w:r>
      <w:r>
        <w:rPr>
          <w:lang w:eastAsia="zh-CN"/>
        </w:rPr>
        <w:t>　　本学期，我将继续利用班会时间教育学生在听好辅导课的同时，更加注重自学，合理安排自学时间，结合小组学习，探索符合自身实际情况的自学方法。充分利用上网学习的手段，切实搞好预习和复习，注重自学的效果和质量。在学期末，让自学比较成功的学生与其他同学进行经验交流，使大家共同进步，共同提高。</w:t>
      </w:r>
      <w:r>
        <w:rPr>
          <w:lang w:eastAsia="zh-CN"/>
        </w:rPr>
        <w:br/>
      </w:r>
      <w:r>
        <w:rPr>
          <w:lang w:eastAsia="zh-CN"/>
        </w:rPr>
        <w:t>　　加强形成性考核的管理</w:t>
      </w:r>
      <w:r>
        <w:rPr>
          <w:lang w:eastAsia="zh-CN"/>
        </w:rPr>
        <w:br/>
      </w:r>
      <w:r>
        <w:rPr>
          <w:lang w:eastAsia="zh-CN"/>
        </w:rPr>
        <w:t>　　上学期，作业的批改和上交情况比较好，但也出现了个别同学不按时交作业的情况，表现出对作业的重视程度不足。对这样的同学，我进行了批评教育，并按学校要求扣减了形考分数。对出勤不好的同学，也严格按照出勤登记进行了相应扣减，较为严格地执行了学校的规定。</w:t>
      </w:r>
      <w:r>
        <w:rPr>
          <w:lang w:eastAsia="zh-CN"/>
        </w:rPr>
        <w:br/>
      </w:r>
      <w:r>
        <w:rPr>
          <w:lang w:eastAsia="zh-CN"/>
        </w:rPr>
        <w:t>　　本学期，仍将重点抓好对作业的管理，切实提高学生对作业的重视程度。对抄袭作业的学生予以大幅度扣减形考分数和发回重做的处理，使学生改变只注重作业分数的想法和应付差事的举动，做到认真，独立完成作业。使作业发挥应有的作用，对学生的学习能产生推动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加强课堂纪律管理</w:t>
      </w:r>
      <w:r>
        <w:rPr>
          <w:lang w:eastAsia="zh-CN"/>
        </w:rPr>
        <w:br/>
      </w:r>
      <w:r>
        <w:rPr>
          <w:lang w:eastAsia="zh-CN"/>
        </w:rPr>
        <w:t>　　从上学期的情况看，课堂纪律整体较好。但也存在学生上课接听手机等不良现象。</w:t>
      </w:r>
      <w:r>
        <w:rPr>
          <w:lang w:eastAsia="zh-CN"/>
        </w:rPr>
        <w:br/>
      </w:r>
      <w:r>
        <w:rPr>
          <w:lang w:eastAsia="zh-CN"/>
        </w:rPr>
        <w:t>　　电大学生基本上是在职学习，平常工作比较繁忙，手机在事务联系上发挥着重要作用。但课堂上接听手机干扰了课堂秩序，影响教师讲课思路，情绪，影响其他学生听课。本学期，我将利用班会时间对学生进行纪律教育，对经常违反纪律的同学进行个别谈心，要求他们遵守纪律，尊重教师和其他同学，避免类似行为的发生。</w:t>
      </w:r>
      <w:r>
        <w:rPr>
          <w:lang w:eastAsia="zh-CN"/>
        </w:rPr>
        <w:br/>
      </w:r>
      <w:r>
        <w:rPr>
          <w:lang w:eastAsia="zh-CN"/>
        </w:rPr>
        <w:t>　　总之，本学期将继续努力，完成学校交给的任务，全心全意为学生服务，克服困难，不断进步。</w:t>
      </w:r>
      <w:r>
        <w:rPr>
          <w:lang w:eastAsia="zh-CN"/>
        </w:rPr>
        <w:br/>
      </w:r>
      <w:r>
        <w:rPr>
          <w:lang w:eastAsia="zh-CN"/>
        </w:rPr>
        <w:t xml:space="preserve">    班主任教学2024个人工作计划 篇13 </w:t>
      </w:r>
      <w:r>
        <w:rPr>
          <w:lang w:eastAsia="zh-CN"/>
        </w:rPr>
        <w:br/>
      </w:r>
      <w:r>
        <w:rPr>
          <w:lang w:eastAsia="zh-CN"/>
        </w:rPr>
        <w:t>　　转眼间，一年就这样结束了，我一年的工作中，我平安的带领学生过来了，作为班主任来说，这才是最重要的。带领学生健康的成长才是我工作的最大前提，没有这个条件，我的工作也就无从开始，幸运的是我做到的。</w:t>
      </w:r>
      <w:r>
        <w:rPr>
          <w:lang w:eastAsia="zh-CN"/>
        </w:rPr>
        <w:br/>
      </w:r>
      <w:r>
        <w:rPr>
          <w:lang w:eastAsia="zh-CN"/>
        </w:rPr>
        <w:t>　　一年的工作中，我学到很多，也得到很多，总体来说收获大于付出，这是我幸运的，一个班主任能做到这样，我已经很出色了，但是这不是我停止前进的理由!</w:t>
      </w:r>
      <w:r>
        <w:rPr>
          <w:lang w:eastAsia="zh-CN"/>
        </w:rPr>
        <w:br/>
      </w:r>
      <w:r>
        <w:rPr>
          <w:lang w:eastAsia="zh-CN"/>
        </w:rPr>
        <w:t>　　初一年级是初中阶段的起始年级, 如果起始年级没有带好,就会留下不少后遗症,因此,我觉得初一班级管理工作是学校教育工作的基础,而良好的开端是创建优秀班集体的关键。</w:t>
      </w:r>
      <w:r>
        <w:rPr>
          <w:lang w:eastAsia="zh-CN"/>
        </w:rPr>
        <w:br/>
      </w:r>
      <w:r>
        <w:rPr>
          <w:lang w:eastAsia="zh-CN"/>
        </w:rPr>
        <w:t>　　一、理想来源于现实，但高于现实。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一个人如果没有理想,就好像大海上一艘迷失方向的船,飘到哪儿算哪儿,没有目标,就没有动力。学生刚进入初中学习阶段时,积极创造机会对他们进行理想教育。因为只有让学生明确了自己的奋斗目标,他才会把它转变成学习,生活的动力。 他们明白实际与理想之间存在的差距,但这差距并非不可逾越,而是可通过自己的努力去跨越,并要求学生制订学习计划,把对理想的追求转化为学习动力。(曾经讲过这样一个真实的故事：一个人要募捐10万美元，他很有头脑地计划：可以是十笔一万美金，二十笔五千美金，五十笔两千美金，100笔一千美金，二百笔五百美金，最终他采取了最后一种方式，结果不到半年就完成任务。由此可见只要有计划的实施，任何事情都可以攻克，学习也不例外。)</w:t>
      </w:r>
      <w:r>
        <w:rPr>
          <w:lang w:eastAsia="zh-CN"/>
        </w:rPr>
        <w:br/>
      </w:r>
      <w:r>
        <w:rPr>
          <w:lang w:eastAsia="zh-CN"/>
        </w:rPr>
        <w:t>　　二、理论联系实际,借鉴他人经验</w:t>
      </w:r>
      <w:r>
        <w:rPr>
          <w:lang w:eastAsia="zh-CN"/>
        </w:rPr>
        <w:br/>
      </w:r>
      <w:r>
        <w:rPr>
          <w:lang w:eastAsia="zh-CN"/>
        </w:rPr>
        <w:t>　　要搞好班主任工作，就得多学习借鉴别人的经验，在实践中不断的完善工作方法，并且不断完善班级管理制度。在班主任工作上，我的经验不是很丰富。所以，遇到自己不容易解决的问题时，我会虚心地求教其他的班主任，借鉴别人的做法;一些对人生、对学习会有所启发的文章，能丰富思想，帮助我们在向学生说明某个问题时，有理有据，令学生信服;还有一些指导班主任工作的书籍，例如《班主任之友》，《新时期班主任工作难题解决经典案例》等书籍，每一次阅读后我都大有收获，</w:t>
      </w:r>
      <w:r>
        <w:rPr>
          <w:lang w:eastAsia="zh-CN"/>
        </w:rPr>
        <w:br/>
      </w:r>
      <w:r>
        <w:rPr>
          <w:lang w:eastAsia="zh-CN"/>
        </w:rPr>
        <w:t>　　而且将其中一些能指导自己工作的方法加以实施。这些理论和经验对我的班主任工作帮助极大。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三、精心设计与琐碎管理同行――班级管理</w:t>
      </w:r>
      <w:r>
        <w:rPr>
          <w:lang w:eastAsia="zh-CN"/>
        </w:rPr>
        <w:br/>
      </w:r>
      <w:r>
        <w:rPr>
          <w:lang w:eastAsia="zh-CN"/>
        </w:rPr>
        <w:t>　　1)开学初，我努力培养共享智慧共创辉煌的班集体，力图希望班级中的每一个同学都如兄弟姐妹般互助互爱。为此，我在班级的管理中，努力将自己的爱心和班集体普遍的友爱倾注给表现较差的后进生，给他们以更多的关注、更多的投入。在班集体中，我总精心营造一种平等、和谐、友爱的气氛，让他们体验集体的温暖和同学的友谊，让他们感受到班级中主人翁的责任感。为此，开学初，我大胆吸收这些后进生参与班级管理，让他们在管理中克服自身的不良的行为习惯。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进步。</w:t>
      </w:r>
      <w:r>
        <w:rPr>
          <w:lang w:eastAsia="zh-CN"/>
        </w:rPr>
        <w:br/>
      </w:r>
      <w:r>
        <w:rPr>
          <w:lang w:eastAsia="zh-CN"/>
        </w:rPr>
        <w:t>　　2)在活动中选拔班干部。选拔和培养好班干部,使之形成坚强的集体核心,是班集体建设的一件大事。一个班级成员只有在实践活动中表现出良好的品质和出众的才能并得到学生群体认可时,才可能被拥戴为干部。在军训和班级活动中，我通过义务劳动，预设问题让大家“想办法”等活动,从中发现并挖掘有头脑,有能力,有口才,有吃苦精神,有自信心,有主人翁意识的人才,</w:t>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xml:space="preserve"> 然后,让他们自己竞职演讲,选择班干部的职位。这样选出来的班干部才有工作热情,责任心强,有强烈的竞争意识,在特殊时刻能表现出解决问题的能力。在整个管理班级的过程中,我还有一点体会，就是班级的事情，尽量让学生自己去做。在军训时，我基本上是什么事情都自己来管，生怕学生出差错，但是后来，我发现这样不仅自己累，而且学生养成了依赖性，大事小事都要找老师。于是，我开始思考怎样来提高学生的自主能力。在民主地对待他们的同时,充分发挥他们的自主性，适当的时候加以引导。班委会成立之后,尽快使他们明确自己的职责,把一些具体事务派下去,建立层次分明的立体型管理体系。一方面,给予指导监督。这样,班干部的工作能力有了很大的提高,更重要的是培养了他们的主人翁意识和责任心。另一方面,我有效地利用每周日的班会课开展一些专题性的活动,例如,学习经验交流会,习惯养成教育等,这些活动大大地促进良好的学风,班风的形成。使我班在学校的各项考试和管理评比中都取得了良好的成绩。</w:t>
      </w:r>
      <w:r>
        <w:rPr>
          <w:lang w:eastAsia="zh-CN"/>
        </w:rPr>
        <w:br/>
      </w:r>
      <w:r>
        <w:rPr>
          <w:lang w:eastAsia="zh-CN"/>
        </w:rPr>
        <w:t>　　四、谆谆教导与外严内慈双管齐下――做好学生思想工作</w:t>
      </w:r>
      <w:r>
        <w:rPr>
          <w:lang w:eastAsia="zh-CN"/>
        </w:rPr>
        <w:br/>
      </w:r>
      <w:r>
        <w:rPr>
          <w:lang w:eastAsia="zh-CN"/>
        </w:rPr>
        <w:t>　　想让学生切实按照老师的要求做，就必须在思想上让他们相通, 思想工作做好了，其它问题也就迎刃而解了。我深感思想教育是非常重要的，在这方面，</w:t>
      </w:r>
      <w:r>
        <w:rPr>
          <w:lang w:eastAsia="zh-CN"/>
        </w:rPr>
        <w:br/>
      </w:r>
      <w:r>
        <w:rPr>
          <w:lang w:eastAsia="zh-CN"/>
        </w:rPr>
        <w:t xml:space="preserve">    班主任教学2024个人工作计划 篇14 </w:t>
      </w:r>
      <w:r>
        <w:rPr>
          <w:lang w:eastAsia="zh-CN"/>
        </w:rPr>
        <w:br/>
      </w:r>
      <w:r>
        <w:rPr>
          <w:lang w:eastAsia="zh-CN"/>
        </w:rPr>
        <w:t>　　班主任的教学计划</w:t>
      </w:r>
      <w:r>
        <w:rPr>
          <w:lang w:eastAsia="zh-CN"/>
        </w:rPr>
        <w:br/>
      </w:r>
      <w:r>
        <w:rPr>
          <w:lang w:eastAsia="zh-CN"/>
        </w:rPr>
        <w:t>　　时间过得真快，转眼之间新的一学期又开始了。送走了一届学生，本学期又被任命接手五年级的班主任工作，为了更好的做好班主任工作，特制定计划如下：</w:t>
      </w:r>
      <w:r>
        <w:rPr>
          <w:lang w:eastAsia="zh-CN"/>
        </w:rPr>
        <w:br/>
      </w:r>
      <w:r>
        <w:rPr>
          <w:lang w:eastAsia="zh-CN"/>
        </w:rPr>
        <w:t>　　一、了解学生的状况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为了尽快的了解学生，有利于开展工作。开学初我打算有计划地利用班会课与学生交谈，通过召开学生座谈会、召开班干部会议等方式来了解学生情况，增加师生感情消除学生与教师之间的隔膜。还要利用课余时间进行家庭访问、召开家长会，通过与学生父母的对话，了解小学生在家庭、社会等方面的表现情况，争取家长对我工作的配合。</w:t>
      </w:r>
      <w:r>
        <w:rPr>
          <w:lang w:eastAsia="zh-CN"/>
        </w:rPr>
        <w:br/>
      </w:r>
      <w:r>
        <w:rPr>
          <w:lang w:eastAsia="zh-CN"/>
        </w:rPr>
        <w:t>　　二、抓好班主任的日常工作</w:t>
      </w:r>
      <w:r>
        <w:rPr>
          <w:lang w:eastAsia="zh-CN"/>
        </w:rPr>
        <w:br/>
      </w:r>
      <w:r>
        <w:rPr>
          <w:lang w:eastAsia="zh-CN"/>
        </w:rPr>
        <w:t>　　1、组织好学生参加升旗和做操。组织学生参加每一周的升国旗，是对学生进行形象具体的爱国主义教育，通过这种形式可以激发学生热爱中国共产党、热爱社会主义祖国和人民解放军的情感，进一步把自己的学习、生活与祖国的前途、命运联系起来。</w:t>
      </w:r>
      <w:r>
        <w:rPr>
          <w:lang w:eastAsia="zh-CN"/>
        </w:rPr>
        <w:br/>
      </w:r>
      <w:r>
        <w:rPr>
          <w:lang w:eastAsia="zh-CN"/>
        </w:rPr>
        <w:t>　　2、检查本班学生值日生工作。</w:t>
      </w:r>
      <w:r>
        <w:rPr>
          <w:lang w:eastAsia="zh-CN"/>
        </w:rPr>
        <w:br/>
      </w:r>
      <w:r>
        <w:rPr>
          <w:lang w:eastAsia="zh-CN"/>
        </w:rPr>
        <w:t>　　班级的值日工作是培养小学生良好道德品质和自治自理能力的重要途径。目前班级中独生子女的比重越来越大，在他们的身上不可避免地会具有独生子女在性格上的弱点。我通过班级的值日工作，对他们进行关心他人，关心集体，热爱劳动，培养劳动习惯等方面的教育，都有着重要的现实意义。</w:t>
      </w:r>
      <w:r>
        <w:rPr>
          <w:lang w:eastAsia="zh-CN"/>
        </w:rPr>
        <w:br/>
      </w:r>
    </w:p>
    <w:p w:rsidR="001B1F19" w14:textId="27C3F48A">
      <w:pPr>
        <w:rPr>
          <w:rFonts w:hint="eastAsia"/>
          <w:lang w:eastAsia="zh-CN"/>
        </w:rPr>
      </w:pPr>
      <w:r>
        <w:rPr>
          <w:lang w:eastAsia="zh-CN"/>
        </w:rPr>
        <w:t>　　3、组织和培养班集体。首先确立共同的奋斗目标、培养良好的班风。共同的目标是班集体形成和发展的动力。我向全班学生提出本学期的前进目标“争创最佳优秀班集体”，鼓励全班学生努力去实现奋斗目标。一个优秀的班集体还应该有良好的班风，好的班风对学生有很大的教育作用。为此，我继续培养良好的班风，选拔、培养和使用班干部，班干部定期轮换，让更多的学生有得到锻炼的机会，同时也培养了学生既能当领导，又能被领导的适应能力。</w:t>
      </w:r>
      <w:r>
        <w:rPr>
          <w:lang w:eastAsia="zh-CN"/>
        </w:rPr>
        <w:br/>
      </w:r>
      <w:r>
        <w:rPr>
          <w:lang w:eastAsia="zh-CN"/>
        </w:rPr>
        <w:t>　　4、做好个别学生的教育工作。对于个别学生的教育，我要做到思想上不要歧视，感情上不要厌恶，态度上不能粗暴。对后进生要一分为二，善于发现后进生身上的积极因素，特别是要注意培养后进生的自尊心和自信心，做到动之以情，深于父母，晓之以理，细如雨丝。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生不能一概而论为差生，要区别对待，对症下药，因材施教。</w:t>
      </w:r>
      <w:r>
        <w:rPr>
          <w:lang w:eastAsia="zh-CN"/>
        </w:rPr>
        <w:br/>
      </w:r>
      <w:r>
        <w:rPr>
          <w:lang w:eastAsia="zh-CN"/>
        </w:rPr>
        <w:t>　　三、狠抓养成教育。</w:t>
      </w:r>
      <w:r>
        <w:rPr>
          <w:lang w:eastAsia="zh-CN"/>
        </w:rPr>
        <w:br/>
      </w:r>
      <w:r>
        <w:rPr>
          <w:lang w:eastAsia="zh-CN"/>
        </w:rPr>
        <w:t>　　1、本学期对于新接触的班级，我打算从守纪律、站好队、做好操扫好地、讲卫生、有礼貌等基础行为入手，狠抓常规管理，培养学生良好的行为习惯、学习习惯和生活习惯，逐步使学生从“要我这样做“转变为“我应该这样做“，使良好的行为习惯内化为学生的自觉行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https://d.book118.com/346230222112010043</w:t>
        </w:r>
      </w:hyperlink>
    </w:p>
    <w:p w:rsidR="001B1F19">
      <w:pPr>
        <w:rPr>
          <w:rFonts w:hint="eastAsia"/>
          <w:lang w:eastAsia="zh-CN"/>
        </w:rPr>
      </w:pPr>
    </w:p>
    <w:sectPr>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46230222112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