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教师读书心得2024（33篇）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教师读书心得2024（精选33篇）</w:t>
      </w:r>
      <w:r>
        <w:rPr>
          <w:lang w:eastAsia="zh-CN"/>
        </w:rPr>
        <w:br/>
      </w:r>
      <w:r>
        <w:rPr>
          <w:lang w:eastAsia="zh-CN"/>
        </w:rPr>
        <w:t xml:space="preserve">    教师读书心得2024 篇1 </w:t>
      </w:r>
      <w:r>
        <w:rPr>
          <w:lang w:eastAsia="zh-CN"/>
        </w:rPr>
        <w:br/>
      </w:r>
      <w:r>
        <w:rPr>
          <w:lang w:eastAsia="zh-CN"/>
        </w:rPr>
        <w:t>　　闲暇时，我拜读了前苏联著名教育家苏霍姆林斯基的《给教师的建议》一书，受益匪浅。其中教给儿童利用自由支配的时间一建议给我印象深刻。</w:t>
      </w:r>
      <w:r>
        <w:rPr>
          <w:lang w:eastAsia="zh-CN"/>
        </w:rPr>
        <w:br/>
      </w:r>
      <w:r>
        <w:rPr>
          <w:lang w:eastAsia="zh-CN"/>
        </w:rPr>
        <w:t>　　卢梭的寓教于乐总让 我困惑，我常常思考：究竟怎样才能让学生在学习中感到快乐，在快乐中学习呢?纵观今天背负着升重点，考大学沉重包袱。孩子们，他们哪还有心思去玩，哪里还有 时间去乐呀!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一个人在求学时代最宝贵的财富就是自由支配的时间，虽然减负已不再是一个新鲜的话题，但我们仍能听到许多学生埋怨的声音，细问起来，原来，每天做完老师布置的家庭作业，回家还得完成家长的若干作业。邻居家的小男孩，放学回家很少出门活动，就连寒暑假也不例外，每天都关在小房间里做妈妈布置的什么《江苏正卷》、《课外补充阅读题》等习题集，碰到难题(特别是些联系生活谈感受的题目)必过来问我，细看一下整本习题集，无非是些常见的题目，好些题目与学校统一的练习册雷同，甚至一模一样，而真正能开发智力的题目寥寥无几，孩子就在这样每天练了又练的习题中荒废了自己美好的童年时光。最宝贵的财富也在不知不觉中浪费了。</w:t>
      </w:r>
      <w:r>
        <w:rPr>
          <w:lang w:eastAsia="zh-CN"/>
        </w:rPr>
        <w:br/>
      </w:r>
      <w:r>
        <w:rPr>
          <w:lang w:eastAsia="zh-CN"/>
        </w:rPr>
        <w:t>　　每每想到这儿，初为人母的我都会发誓将来要让自己的女儿从繁重的家作中解放出来，我会和她做游戏，看她画画，欣赏她唱歌跳舞，引导她读书明理，带着她去看路边艺人奇妙的手艺带着她认识大自然，认识社会学习在学校中看不到学不到的知识。</w:t>
      </w:r>
      <w:r>
        <w:rPr>
          <w:lang w:eastAsia="zh-CN"/>
        </w:rPr>
        <w:br/>
      </w:r>
      <w:r>
        <w:rPr>
          <w:lang w:eastAsia="zh-CN"/>
        </w:rPr>
        <w:t>　　在社会要求学校给学生减负的同时，我们也呼吁各位家长给孩子减负。现在正是他们对世界充满好奇的年纪，正是他们好动好玩的年纪，如果每一位家长都能正确对待他们稚嫩的问题，欣赏他们童趣十足的举动，多给他们最宝贵的财富，我相信每个童年在记忆中都会是五彩缤纷的。</w:t>
      </w:r>
      <w:r>
        <w:rPr>
          <w:lang w:eastAsia="zh-CN"/>
        </w:rPr>
        <w:br/>
      </w:r>
      <w:r>
        <w:rPr>
          <w:lang w:eastAsia="zh-CN"/>
        </w:rPr>
        <w:t xml:space="preserve">    教师读书心得2024 篇2 </w:t>
      </w:r>
      <w:r>
        <w:rPr>
          <w:lang w:eastAsia="zh-CN"/>
        </w:rPr>
        <w:br/>
      </w:r>
      <w:r>
        <w:rPr>
          <w:lang w:eastAsia="zh-CN"/>
        </w:rPr>
        <w:t>　　《美丽的女教师》读书心得体会</w:t>
      </w:r>
      <w:r>
        <w:rPr>
          <w:lang w:eastAsia="zh-CN"/>
        </w:rPr>
        <w:br/>
      </w:r>
      <w:r>
        <w:rPr>
          <w:lang w:eastAsia="zh-CN"/>
        </w:rPr>
        <w:t>　　当我阅读《美丽的女教师》这篇文章后，会让我如此感动。</w:t>
      </w:r>
      <w:r>
        <w:rPr>
          <w:lang w:eastAsia="zh-CN"/>
        </w:rPr>
        <w:br/>
      </w:r>
      <w:r>
        <w:rPr>
          <w:lang w:eastAsia="zh-CN"/>
        </w:rPr>
        <w:t>　　当别人细心阅读，最容易理解题目中的答案。我阅读怎么老是不会全对呢?原来我只是囫囵吞枣的阅读，理解有点陌生。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我读了这篇文章，从周汝兰老师冒着生命危险救出了所有的孩子的故事中得到了感悟，也有了感动。当时，5月12日下午2时28分，周老师知道这时候该地震了，第一次就警告孩子：快往门外跑，孩子们!结果，这一招很管用，一会儿跑出了30多个孩子，剩下了10多个孩子，可孩子着了慌不听话，周老师想出了第二招，严重的警告孩子，她还一手拉一个孩子，终于有几名孩子随后跟了出来。周老师觉得房子快倒塌了，瓦片也快碎了，周老师仍在坚持，又使出了第三招，他立即跑回了学校，迅速把两个孩子救出了门外，但最后一个孩子怎么办呢?老师不愿意让孩子出事，她还是用伟大的力量救出了最后一个孩子，52个孩子已经安全得救了。</w:t>
      </w:r>
      <w:r>
        <w:rPr>
          <w:lang w:eastAsia="zh-CN"/>
        </w:rPr>
        <w:br/>
      </w:r>
      <w:r>
        <w:rPr>
          <w:lang w:eastAsia="zh-CN"/>
        </w:rPr>
        <w:t>　　老师的爱竟然这么伟大，不光是母爱伟大，但老师的爱也是美好的。世上的这种师生之间的爱也是让我们铭记在心的。</w:t>
      </w:r>
      <w:r>
        <w:rPr>
          <w:lang w:eastAsia="zh-CN"/>
        </w:rPr>
        <w:br/>
      </w:r>
      <w:r>
        <w:rPr>
          <w:lang w:eastAsia="zh-CN"/>
        </w:rPr>
        <w:t xml:space="preserve">    教师读书心得2024 篇3 </w:t>
      </w:r>
      <w:r>
        <w:rPr>
          <w:lang w:eastAsia="zh-CN"/>
        </w:rPr>
        <w:br/>
      </w:r>
      <w:r>
        <w:rPr>
          <w:lang w:eastAsia="zh-CN"/>
        </w:rPr>
        <w:t>　　近段时间，一直在读书，在思考经验与理论之间的关系。从事教学工作已经有二十多年了。不能不说也积累了一些经验，并且依仗经验也基本能应付得了日常工作。</w:t>
      </w:r>
      <w:r>
        <w:rPr>
          <w:lang w:eastAsia="zh-CN"/>
        </w:rPr>
        <w:br/>
      </w:r>
      <w:r>
        <w:rPr>
          <w:lang w:eastAsia="zh-CN"/>
        </w:rPr>
        <w:t>　　闲暇之余，也读一些书，如《听王荣生教授评课》、于漪《教育的魅力》、王崧舟《诗意语文》等等。经常翻的是《语文教学通讯》，每每为书中精彩的教学案例而折服，为余映潮老师的教学艺术而惊叹，为王君老师的青春语文的喝彩，他给我打开了一扇窗，让我看到了语文教学的精彩世界，我默默的记录着、摘抄者，实践者，把这些经验化作我的血肉，就这样一路走来，也有了一些收获。</w:t>
      </w:r>
      <w:r>
        <w:rPr>
          <w:lang w:eastAsia="zh-CN"/>
        </w:rPr>
        <w:br/>
      </w:r>
      <w:r>
        <w:rPr>
          <w:lang w:eastAsia="zh-CN"/>
        </w:rPr>
        <w:t>　　但是就在近期，苦恼烦闷的情绪漫上心头，因为感觉业务总是难以有所突破，只在模仿，模仿，再模仿，囿于模仿之中难以自拔！借用英国诗人和评论家柯勒律治的话就是：对大多数人来说，经验犹如航船上的尾灯，只照亮已经驶过的航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我日益感觉到单凭经验是难以走远的，平日里向教育名家们习得的经验，只是丰富教学策略，让你在教学中多一些手段，多一些方法。一堂课下来你会感到满足，你会在心里默念：这种方式真好，学生的朗读更投入了，对课文的解读更深刻了……</w:t>
      </w:r>
      <w:r>
        <w:rPr>
          <w:lang w:eastAsia="zh-CN"/>
        </w:rPr>
        <w:br/>
      </w:r>
      <w:r>
        <w:rPr>
          <w:lang w:eastAsia="zh-CN"/>
        </w:rPr>
        <w:t>　　却不曾想过：余映潮老师为什么要这样设计教学而不那样设计？王君老师解读《丑小鸭》为什么要从“世界”、“丑”、“逃、”“好”四个词语来引领课文的学习？郑桂华老师讲《安塞腰鼓》她的设计思路是什么，为什么语文味那么浓？</w:t>
      </w:r>
      <w:r>
        <w:rPr>
          <w:lang w:eastAsia="zh-CN"/>
        </w:rPr>
        <w:br/>
      </w:r>
      <w:r>
        <w:rPr>
          <w:lang w:eastAsia="zh-CN"/>
        </w:rPr>
        <w:t>　　经验丰富的人，往往只知其然而不知其所以然（海德格尔），大概就是这样吧。拥有经验能胜任工作，囿于经验又让人裹足不前。教师缺少理论支撑只能是一个教书匠，不可能在教育教学的道路上走的更远。对于我这样一个上一世纪九十年代的中师毕业生来讲，更是难乎其难了，底子薄，起点低，在学校里所学习的那点东西应付日常教学工作还马马虎虎，要走向成名成家的道路却又怎么可能？</w:t>
      </w:r>
      <w:r>
        <w:rPr>
          <w:lang w:eastAsia="zh-CN"/>
        </w:rPr>
        <w:br/>
      </w:r>
      <w:r>
        <w:rPr>
          <w:lang w:eastAsia="zh-CN"/>
        </w:rPr>
        <w:t>　　我经常把苏霍姆林斯基教育名言“学习是减轻工作的唯一途径”挂在嘴上，正因为学习让我在教学岗位上游刃有余。我想学习也能让我在业务成长的道路上愈走愈远。在省骨干教师集训的时候，开封市第二十七中学的高冉老师给我做了榜样，一个充满激情的小女子，有着超乎寻常的大能量，钻研教材，研究试题，为了准确把握中考动向，她竟研究了十二年来河南省中考试题，一个四分的名著阅读她写出了十几万字的研究笔记。作为一名班主任，她一轮三年的十二次班会课有声有色，组织活动也总能令人耳目一新。常年的研究，激情的学习，在开封市招聘语文教研员的时候，她也顺理成章的考上了。高老师热爱学习收获了专业成长的硕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作为一名已过不惑之年的我，也不能停下学习的脚步，多学习些理论知识，丰厚自己的理论素养，让它照亮自己前行的专业成长的道路！</w:t>
      </w:r>
      <w:r>
        <w:rPr>
          <w:lang w:eastAsia="zh-CN"/>
        </w:rPr>
        <w:br/>
      </w:r>
      <w:r>
        <w:rPr>
          <w:lang w:eastAsia="zh-CN"/>
        </w:rPr>
        <w:t xml:space="preserve">    教师读书心得2024 篇4 </w:t>
      </w:r>
      <w:r>
        <w:rPr>
          <w:lang w:eastAsia="zh-CN"/>
        </w:rPr>
        <w:br/>
      </w:r>
      <w:r>
        <w:rPr>
          <w:lang w:eastAsia="zh-CN"/>
        </w:rPr>
        <w:t>　　近日有幸阅读了《现代教师读本》这本书，对于“要保持水源的的清洁”一节颇有感触。</w:t>
      </w:r>
      <w:r>
        <w:rPr>
          <w:lang w:eastAsia="zh-CN"/>
        </w:rPr>
        <w:br/>
      </w:r>
      <w:r>
        <w:rPr>
          <w:lang w:eastAsia="zh-CN"/>
        </w:rPr>
        <w:t>　　文中用“水源”来形容人的心灵和思想，用清洁的水源来说明纯净的心灵对学生成长的重要作用。我想，教师的心灵正如泉源，而学生犹如溪水，泉源丰盈，溪流自然活泼而昼夜不息。我们可以想像，如果泉源污浊，那么涓涓的小溪怎么可能清澈，而如果是无比清澈的泉源呢？那是一种惬意，一种难以言语的温馨。正如心灵的纯洁，会激起高尚的行为，积极向上的学习热情和生活动力。教师和学生正如泉源和溪水，问渠哪得清如许，惟有源头活水来。</w:t>
      </w:r>
      <w:r>
        <w:rPr>
          <w:lang w:eastAsia="zh-CN"/>
        </w:rPr>
        <w:br/>
      </w:r>
      <w:r>
        <w:rPr>
          <w:lang w:eastAsia="zh-CN"/>
        </w:rPr>
        <w:t>　　文中苏霍姆林斯基用朴实的语言描述了一位19岁的青年，在公园一条狭小的路上相遇一位素不相识的16岁青年，仅仅由于对方不愿让路，他竟动了刀子，把对方杀死，继而捅伤了急速奔过来的16岁青年的母亲。而更令苏霍姆林斯基倍感震惊的是，当他读着这位19岁青年写来的信时，信中流露出的竟然只有慌乱和恐惧，没有忏悔，更没有对罪行的认识。</w:t>
      </w:r>
      <w:r>
        <w:rPr>
          <w:lang w:eastAsia="zh-CN"/>
        </w:rPr>
        <w:br/>
      </w:r>
      <w:r>
        <w:rPr>
          <w:lang w:eastAsia="zh-CN"/>
        </w:rPr>
        <w:t>　　苏霍姆林斯基认为导致青少年犯罪的是他们内心的“精神空虚”。他说：“可怕的精神空虚，不懂得生命是一种宝贵的财富。</w:t>
      </w:r>
      <w:r>
        <w:rPr>
          <w:lang w:eastAsia="zh-CN"/>
        </w:rPr>
        <w:br/>
      </w:r>
      <w:r>
        <w:rPr>
          <w:lang w:eastAsia="zh-CN"/>
        </w:rPr>
        <w:t xml:space="preserve">    教师读书心得2024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书是知识的海洋，读书对每个人来说都非常重要，它甚至可以影响人的一生。读书能够改变一个人的品德，提升一个人的思想，铸造一个人的灵魂。通过读书，让我们学会了本领，掌握了技能，得以在这个世界上有了生存的资本，通过读书，让我们懂得了做人的道理，陶冶了情操。书是我们的良师益友。</w:t>
      </w:r>
      <w:r>
        <w:rPr>
          <w:lang w:eastAsia="zh-CN"/>
        </w:rPr>
        <w:br/>
      </w:r>
      <w:r>
        <w:rPr>
          <w:lang w:eastAsia="zh-CN"/>
        </w:rPr>
        <w:t>　　读书是一种享受；读书是一种情怀。坚持读书是教师最起码的职业底线。尤其是处在这样一个学习社会化的时代，只有读书，才能不断完善自己，提升人生品位，促进专业发展，超出“匠”的局限。</w:t>
      </w:r>
      <w:r>
        <w:rPr>
          <w:lang w:eastAsia="zh-CN"/>
        </w:rPr>
        <w:br/>
      </w:r>
      <w:r>
        <w:rPr>
          <w:lang w:eastAsia="zh-CN"/>
        </w:rPr>
        <w:t>　　读书，能够促进教师的精神生长。人，最可怕的是灵魂空虚和精神萎缩。由于生存的压力和物质利益的诱惑，大家都把眼光和精力投向外部世界，不再关注自己的内心世界。其结果是灵魂日益萎缩和空虚，只剩下了一个在世界上忙碌不止的躯体。对于一个人来说，没有比这更可悲的事情了。避免陷入这种“更可悲”状况的最可行的办法唯有读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书籍会使教师不再自甘平庸、俗不可耐。读书，才能够消除“职业倦怠”、生命衰微，使教师具有充实的灵魂和不断生长的精神。书籍中，那些大师充满生命激情和智慧的言语，超脱的情怀，会使我们变得特别开阔、灵动、开放、乐观、旷达。一个对书籍敬而远之的人，不管他怎样刻意包装，总是难以潇洒起来的，惟有经过书卷的浸润，才有可能超越自我、发展自我。当我们独处的时候，享受读书的乐趣；当我们交往的时候享受读书带来的文雅和气度；当我们创造教学生活和生命的时候享受读书而获得的魅力。这时候，就会产生一种奇异的感觉：书中那金子般的思想和奇妙的灵智是支持生活和生命的一部分。苏霍姆林斯基说过：“无限相信书籍的力量，是我的教育信仰的真谛之一。”从某种意义上说，一个教育家的成长历史，就是他的读书的历史。教师作为传承文化的使者，必须伴随着读书而发展而超越自我。</w:t>
      </w:r>
      <w:r>
        <w:rPr>
          <w:lang w:eastAsia="zh-CN"/>
        </w:rPr>
        <w:br/>
      </w:r>
      <w:r>
        <w:rPr>
          <w:lang w:eastAsia="zh-CN"/>
        </w:rPr>
        <w:t>　　读书，能使教师不断增长职业智慧。读书是课改的需要。新课程的实施，对教师的素质提出了尖锐而有力的挑战。新课程不再像传统课程那样统一机械、墨守成规，很少变通，而是具有许多不确定性：多元智力和多元价值取向，决定了教学目标和结果的不确定性；个别化教学决定了教学对象的不确定性；综合性的加大决定了教学内容的不确定；师生共同探讨新知决定了教学过程的不确定性；教师作为课程具有的自主性决定了教学方法的不确定性；……教学的多样性、变动性决定了教师必须是个娴熟而高超的教育教学设计者、决策者、支配者、智者、专业知识的发展者和创造者。</w:t>
      </w:r>
      <w:r>
        <w:rPr>
          <w:lang w:eastAsia="zh-CN"/>
        </w:rPr>
        <w:br/>
      </w:r>
      <w:r>
        <w:rPr>
          <w:lang w:eastAsia="zh-CN"/>
        </w:rPr>
        <w:t>　　不读书，就不知道当今教育观念变化之大，教育形势发展之快，也不知道自己的教学观念落后到什么地步，自己过去的教学是多么可悲、可笑。只要一读，就会有“柳暗花明又一村”的感觉，心里就会敞亮多了。</w:t>
      </w:r>
      <w:r>
        <w:rPr>
          <w:lang w:eastAsia="zh-CN"/>
        </w:rPr>
        <w:br/>
      </w:r>
      <w:r>
        <w:rPr>
          <w:lang w:eastAsia="zh-CN"/>
        </w:rPr>
        <w:t>　　要读教育改革的理论，读优秀教师的教学经验总结，读哲学，读文学，读历史，读科学……在与大师、优秀教师的对话中反思自己的理念，反思自己的教育教学实践，将读与思，读与教，读与研等结合起来。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书读多了，认识提高了，实践也就有了方向，有了信心，有了力量，就能够使自己的教学闪耀着睿智的光彩，充满着创造的神奇。教育需要知识渊博的教师，教育要培养出智慧的人材，而只有知识渊博的教师才能够培养出智慧的学生</w:t>
      </w:r>
      <w:r>
        <w:rPr>
          <w:lang w:eastAsia="zh-CN"/>
        </w:rPr>
        <w:br/>
      </w:r>
      <w:r>
        <w:rPr>
          <w:lang w:eastAsia="zh-CN"/>
        </w:rPr>
        <w:t>　　让书的精髓融入我们的生活、融入我们的生命，让我们的生命之花开得更加绚丽多彩、富有活力，那就让我们多读书吧。</w:t>
      </w:r>
      <w:r>
        <w:rPr>
          <w:lang w:eastAsia="zh-CN"/>
        </w:rPr>
        <w:br/>
      </w:r>
      <w:r>
        <w:rPr>
          <w:lang w:eastAsia="zh-CN"/>
        </w:rPr>
        <w:t xml:space="preserve">    教师读书心得2024 篇6 </w:t>
      </w:r>
      <w:r>
        <w:rPr>
          <w:lang w:eastAsia="zh-CN"/>
        </w:rPr>
        <w:br/>
      </w:r>
      <w:r>
        <w:rPr>
          <w:lang w:eastAsia="zh-CN"/>
        </w:rPr>
        <w:t>　　此书介绍了8位美国当代名师的精神档案，他们工作起来都是兢兢业业，全身心投入工作，并且，每位名师都有各自的风格，8位名师的故事，深深打动了我，他们有用不完的智慧和惊人的创造力，为他们各自的教育教学工作默默奉献自己的青春。这8位名师中，让我感受最深的当数号称“美国最好的老师”莱福。艾斯奎斯。</w:t>
      </w:r>
      <w:r>
        <w:rPr>
          <w:lang w:eastAsia="zh-CN"/>
        </w:rPr>
        <w:br/>
      </w:r>
      <w:r>
        <w:rPr>
          <w:lang w:eastAsia="zh-CN"/>
        </w:rPr>
        <w:t>　　当一名教师倾其精力、美德与创造力时，他能为学生做什么?如果知道美国传奇教师莱福。艾斯奎斯的故事，你就有了答案。在美国众多的名师中，很难有人如莱福。艾斯奎斯一般给人震撼与惊叹——他在同一所学校听同一间教室，年复一年地教同一个年龄段学生长达20多年，获得的荣誉不计其数，给他提供捐助的人也不计其数。他就是一个人在最小的空间里创造出最大的奇迹的名师。</w:t>
      </w:r>
      <w:r>
        <w:rPr>
          <w:lang w:eastAsia="zh-CN"/>
        </w:rPr>
        <w:br/>
      </w:r>
      <w:r>
        <w:rPr>
          <w:lang w:eastAsia="zh-CN"/>
        </w:rPr>
        <w:t>　　他每天工作12小时，除了完成学校规定的课程外，他还主动教学生高等数学，让学生阅读原版文学名著，给学生排练《莎士比亚》戏剧，甚至在课间教学生弹吉他、打篮球和棒球!他总是把一天的时间安排得满满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这让我想起了我们学校的行政老师，他们的工作是非常繁忙的，往往是不分8小时工作时段的，8小时之外，他们同样做着学校里的千头万绪的事情。寒暑假和双休日对老师们来说是最好的休息时间，可是对他们来说，却是最好的干工作的时间。我在暑假，经常来学校锻炼身体，看到学校行政和部分老师，几乎是天天来校工作，尤其是我们的陈校长，在暑假里他是每天必到的，每天都有干不完的工作，而且他是来得早，回得晚。真的是超强付出，同书里的美国名师莱福。艾斯奎斯是一样的!学校行政这么超付出的工作电影，他们不分时间的默默付出，是为了学校的明天更美好，为了保证开学后教师能更好地开展教育教学工作、为了学生在新学期里能更好地学习与成长。他们是我们广大教师学习的好榜样，我想，在今后的教育教学工作中，如果能有超强的付出，有这种争分夺秒的时间观，我们肯定能做出更多的成绩来的。正如艾斯奎斯所说的“成功无捷径”、“卓越不是轻而易举就能实现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艾斯奎斯曾经“头发着火还在教”!在一堂化学课上，一个学生点不着酒精灯，其它同学都要求进行下一步实验，艾斯奎斯不想把她落下，亲自帮她点，但无意中把自己的头发给点燃了，要不是孩子们叫了起来，艾斯奎斯还不知道。他说，“虽然这样很可笑，但我真的认为，作为一名教师，我的大方向是对的——孩子们是你唯一操心的，其他任何事都必须忽略。”这让我更进一步明白了做教师的意义，教师要真正热爱你的学生，就作文要全心全意地为学生服务，要放下教师的架子，而不是走过场，假惺惺地说要帮学生，心里却不太情愿。我们只有源自内心地帮助学生，努力达到象艾斯奎斯这样的境界，这样，我们将会是真正全心全意地为学生服务的，也会成为一名极其优秀的、学生都喜爱的好老师。</w:t>
      </w:r>
      <w:r>
        <w:rPr>
          <w:lang w:eastAsia="zh-CN"/>
        </w:rPr>
        <w:br/>
      </w:r>
      <w:r>
        <w:rPr>
          <w:lang w:eastAsia="zh-CN"/>
        </w:rPr>
        <w:t>　　艾斯奎斯说：“在小学阶段，对儿童发展最关键的因素是各年级的教师”，因为他们在小学阶段跟老师相处的时间是最多的，甚至超过了家长。所以，为了儿童最好地成长，我们当教师的，就应起着最好的、最关键的作用。教师应该提升自身素质，同时要加强职业操守，全身心地工作，发挥各自的岗位作用，为教育事业多多奉献出自身力量。</w:t>
      </w:r>
      <w:r>
        <w:rPr>
          <w:lang w:eastAsia="zh-CN"/>
        </w:rPr>
        <w:br/>
      </w:r>
      <w:r>
        <w:rPr>
          <w:lang w:eastAsia="zh-CN"/>
        </w:rPr>
        <w:t xml:space="preserve">    教师读书心得2024 篇7 </w:t>
      </w:r>
      <w:r>
        <w:rPr>
          <w:lang w:eastAsia="zh-CN"/>
        </w:rPr>
        <w:br/>
      </w:r>
      <w:r>
        <w:rPr>
          <w:lang w:eastAsia="zh-CN"/>
        </w:rPr>
        <w:t>　　教师是人类灵魂的工程师，肩负着为祖国的建设与发展培养人才的历史使命。怎样才能不辜负人类灵魂工程师这一光荣的称号，怎样才能完成党赋予的培养人才的责任，这是每个教师必须认真对待并要用实践作出回答的问题。</w:t>
      </w:r>
      <w:r>
        <w:rPr>
          <w:lang w:eastAsia="zh-CN"/>
        </w:rPr>
        <w:br/>
      </w:r>
      <w:r>
        <w:rPr>
          <w:lang w:eastAsia="zh-CN"/>
        </w:rPr>
        <w:t>　　我认为，好教师首先必须有敬业精神，要毕生忠诚党的教育事业。要做到这一点，就应充分认识教师工作的意义，从而深深地热爱教育事业。 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学生的教育中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师者，所以传道、授业、解惑也。教师的具体工作在于传道、授业、解惑，也就是说教师要通过自身的教学实践，给学生传授知识，培养学生的实践能力，使学生懂得、各种事理。这就要求教师应具有学而不厌，悔人不倦来开拓学生的知识视野，丰富学生的知识储备，并在此基础上，培养学生运用知识解决实际问题的能力。与此同时，教师要有崇高的理想，完善的道德情操，坚定的信念，顽强的意志品质，并用它们对学生进行浅够默化的影响和熏陶。这样，才能培养出祖国需要的，全面发展的，能适应竞争形势的有用之才。</w:t>
      </w:r>
      <w:r>
        <w:rPr>
          <w:lang w:eastAsia="zh-CN"/>
        </w:rPr>
        <w:br/>
      </w:r>
      <w:r>
        <w:rPr>
          <w:lang w:eastAsia="zh-CN"/>
        </w:rPr>
        <w:t>　　通过这次培训，我感触很深，受益匪浅，自己感觉就像和所有的老师融合在一起，翱翔在知识海洋中，陶醉不已，流连忘返。不仅教育教学水平提高了，师德师风也得了升华。为此，我代表所有的教师衷心地感这次培训我们的 专家、教授、名师，也希望以后类似的培训机会延续下去。更希望我市的教育大业在市委、市政府的指引下，日新月异，与时俱进，大放光彩!</w:t>
      </w:r>
      <w:r>
        <w:rPr>
          <w:lang w:eastAsia="zh-CN"/>
        </w:rPr>
        <w:br/>
      </w:r>
      <w:r>
        <w:rPr>
          <w:lang w:eastAsia="zh-CN"/>
        </w:rPr>
        <w:t xml:space="preserve">    教师读书心得2024 篇8 </w:t>
      </w:r>
      <w:r>
        <w:rPr>
          <w:lang w:eastAsia="zh-CN"/>
        </w:rPr>
        <w:br/>
      </w:r>
      <w:r>
        <w:rPr>
          <w:lang w:eastAsia="zh-CN"/>
        </w:rPr>
        <w:t>　　在目前一些领域道德失范，道德愿望与行为、道德投入与产出相差甚远的情况下，怎样的道德教育才能让道德律走进孩子们的心灵呢?读刘铁芳教授的《守望教育》一书，令我们有了豁然开朗的感觉。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书中对道德教育的阐述，用的标题虽然是“教化的困惑”，体现了作者对道德教育沉重的忧思和对教育问题复杂性思考的审慎，但实实在在是以一个学者的思想为我们解了惑。在“关注我们时代的伦理觉悟”、“走向人对人的理解”、“道德教育：从尊重日常生活的德性品格开始”等篇目中，我们看到了作者想要阐述的：道德教育是以人为本的教育，教育目标要下移、内容要贴近实际、采取的方式要适合孩子。特别是他提到的以美德故事唤醒孩子的道德情感的方法，值得我们借鉴。</w:t>
      </w:r>
      <w:r>
        <w:rPr>
          <w:lang w:eastAsia="zh-CN"/>
        </w:rPr>
        <w:br/>
      </w:r>
      <w:r>
        <w:rPr>
          <w:lang w:eastAsia="zh-CN"/>
        </w:rPr>
        <w:t>　　每个人的童年，都应该是被故事浸润着的。阅读故事可以让孩子们掌握知识，获得日常生活中不一定能够拥有的情感体验，同时，他们也必然地从中获取人生的启蒙，教化的熏陶。一个成年人，他可能不是文学爱好者，没有读过多少成人的名著，可是他不会不知道安徒生、格林兄弟、王尔德……一代代儿童通过阅读童话完成了自己的精神成长，而这些大家的作品也在孩子们的阅读中成了经典，成了不褪色的永恒。</w:t>
      </w:r>
      <w:r>
        <w:rPr>
          <w:lang w:eastAsia="zh-CN"/>
        </w:rPr>
        <w:br/>
      </w:r>
      <w:r>
        <w:rPr>
          <w:lang w:eastAsia="zh-CN"/>
        </w:rPr>
        <w:t>　　“美德故事也许不如道学家的‘道德推理’来得严密、系统、深刻，但却能够比‘道德推理’更加直截了当、更简明易懂、更亲切可心。”“优美叙事的伦理是让人去体验、感受、关切于一种真实的伦理境遇，而不是如规范的伦理让人被动地接受道德律令。”置身于多元时代中的道德教育，怎样走出现实的泥沼、在缺憾中不断前行，是目前急待解决的问题。而其中的关键，应该是让德育从神坛走向下界，回到人间，走进孩子们的心灵世界。美丽温情的美德故事，应该是这路途中的一把钥匙。因为，任何一个人，或许会反感以讲道理为主的规范德育，但却无法拒绝美德故事对心灵的关照和沐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教育就是爱，爱就是教育。爱心是人类的一种高级情感，但是又和人类的理智、道德、审美、人格相互关联。“爱心育人”不仅是一般的职业素养和职业要求，更是教育人道主义的体现。教育是培养生命的事业，世界上还有比生命更重要的吗?作为教师，最可贵的是能够保持高尚的人道主义情怀。让我们把对孩子发自肺腑的爱寄托在故事中，让孩子去触摸、感受这个世界的美丽、快乐与芬芳，从而成长得更健康、更茁壮吧!</w:t>
      </w:r>
      <w:r>
        <w:rPr>
          <w:lang w:eastAsia="zh-CN"/>
        </w:rPr>
        <w:br/>
      </w:r>
      <w:r>
        <w:rPr>
          <w:lang w:eastAsia="zh-CN"/>
        </w:rPr>
        <w:t xml:space="preserve">    教师读书心得2024 篇9 </w:t>
      </w:r>
      <w:r>
        <w:rPr>
          <w:lang w:eastAsia="zh-CN"/>
        </w:rPr>
        <w:br/>
      </w:r>
      <w:r>
        <w:rPr>
          <w:lang w:eastAsia="zh-CN"/>
        </w:rPr>
        <w:t>　　在假期里我读了陶继新写的《做一个幸福的教师》演讲录，在反复研读，细细品味中，让我们感受到的是做一个教师真的很幸福，而这种幸福的感受从何而来，来源于那一种长期的修身养性，来源于精神上不断超越，超越自我，逐渐达到一种忘我的境界，不断打造幸福的人生，陶老师将这种高尚的追求化为一种行动就是不断地读书，读古人圣贤书，读经典的文本，在古人经典的思想里遨游，做一个幸福的教师。自己的心情又豁然开朗了许多，在忙碌的现实生活中，能如陶先生那样，用一份淡定的心情去潜心研学，从容应世。使人能更深刻地理解生命的意义与生存的价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陶老师说，“在我的记忆里，就一直没有和书疏离过”“以书为伴，以读为乐”“让读书成为生活的必需，甚至成了审美追求，特别是高品位的阅读，甚至是背诵，几乎没有停止过。”陶老师特别注重了对孔子精神的研究，也正是因为数十年不断地对经典作品的广泛涉猎，潜心地钻研，陶老师才具有了温温尔雅的大师一样的儒家风范，除此之外，陶老师对自己所从事的编辑记者工作的热爱，更是养成了一种优秀的品格，宠辱不惊，泰然自若。</w:t>
      </w:r>
      <w:r>
        <w:rPr>
          <w:lang w:eastAsia="zh-CN"/>
        </w:rPr>
        <w:br/>
      </w:r>
      <w:r>
        <w:rPr>
          <w:lang w:eastAsia="zh-CN"/>
        </w:rPr>
        <w:t>　　这本书是陶老师的讲演录，共分三部分，按主要内容我把它归纳为三个大问题，即为什么要读书?读什么书?怎样读书?最主要谈谈怎样读书。</w:t>
      </w:r>
      <w:r>
        <w:rPr>
          <w:lang w:eastAsia="zh-CN"/>
        </w:rPr>
        <w:br/>
      </w:r>
      <w:r>
        <w:rPr>
          <w:lang w:eastAsia="zh-CN"/>
        </w:rPr>
        <w:t>　　首先读书得与教学联系在一起。古人云“教学相长”，这学就包括读书。我们很多教师在备课上花了很多时间，可效果并不理想。原因就是教师只关注教材文本与教参文本，“没有超越教材和教参的属于自己精神文化的东西”。我们是不是有这样的经验，特级教师的教案我们原封不动地拿来，可课堂上却往往捉襟见肘，破绽百出。什么原因?就是我们本身的文化素养不够，不能尽得其妙矣。而一个文化积淀很厚的教师，他也会看教材和教参，但“他更关注课外更大范围的文化”。由于读书他有了属于自己的话语和思想，就能够“旁征博引，纵横捭阖，进入教学如有神”的境界。无论是特级教师还是教坛新星都是把读书与教学联系在一起，用深厚的文化素养来滋养教学，从而使他们的教学也登堂入室。</w:t>
      </w:r>
      <w:r>
        <w:rPr>
          <w:lang w:eastAsia="zh-CN"/>
        </w:rPr>
        <w:br/>
      </w:r>
      <w:r>
        <w:rPr>
          <w:lang w:eastAsia="zh-CN"/>
        </w:rPr>
        <w:t>　　其次读书要和写作结合起来。用陶老师的话说就是“让读写成为生命成长之双翼”。从某种意义上来说，读写是相互促进的。大量的阅读能为写作积累大量的素材，而时常练笔则能更快更好更多地内化阅读的内容，二者相互作用，使阅读更有品位，使写作更有思想和深度第三</w:t>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教师要把读书和思考结合起来.子曰：“学而不思则罔，死而不学则殆”，就是要提醒大家读书不能看热闹，要学会思考。陶老师认为，“深度思想的介入，是阅读主体和作者的心灵对话”。只有把读书和思考结合起来，才能让阅读深入我们的内心，渗入我们的灵魂和血液，这样的阅读才算得上是真正的阅读。</w:t>
      </w:r>
      <w:r>
        <w:rPr>
          <w:lang w:eastAsia="zh-CN"/>
        </w:rPr>
        <w:br/>
      </w:r>
      <w:r>
        <w:rPr>
          <w:lang w:eastAsia="zh-CN"/>
        </w:rPr>
        <w:t>　　但是光读是不行的，还必须有自己的思考，甚至是“深入的思考”。因为“没有思考或很少思考的阅读，仅仅是在表面行走，难以抵达心灵的深处”，也就难以融入我们的灵魂和血脉之中。</w:t>
      </w:r>
      <w:r>
        <w:rPr>
          <w:lang w:eastAsia="zh-CN"/>
        </w:rPr>
        <w:br/>
      </w:r>
      <w:r>
        <w:rPr>
          <w:lang w:eastAsia="zh-CN"/>
        </w:rPr>
        <w:t>　　在这个物欲横流的五彩世间中，需要做一名真正的幸福教师，就要如陶继新老师那样，在我们的生命中多一份从容和淡定，少一点名利和纷争。这样你的灵魂才能安静，只有灵魂安静的人才会真正拥有幸福，才会做出骄人的成绩。</w:t>
      </w:r>
      <w:r>
        <w:rPr>
          <w:lang w:eastAsia="zh-CN"/>
        </w:rPr>
        <w:br/>
      </w:r>
      <w:r>
        <w:rPr>
          <w:lang w:eastAsia="zh-CN"/>
        </w:rPr>
        <w:t xml:space="preserve">    教师读书心得2024 篇10 </w:t>
      </w:r>
      <w:r>
        <w:rPr>
          <w:lang w:eastAsia="zh-CN"/>
        </w:rPr>
        <w:br/>
      </w:r>
      <w:r>
        <w:rPr>
          <w:lang w:eastAsia="zh-CN"/>
        </w:rPr>
        <w:t>　　今天，我们班的老师要给我们讲一篇文章，名字叫做《出色的老师》。我读了一遍，觉得里面有很深的道理。</w:t>
      </w:r>
      <w:r>
        <w:rPr>
          <w:lang w:eastAsia="zh-CN"/>
        </w:rPr>
        <w:br/>
      </w:r>
      <w:r>
        <w:rPr>
          <w:lang w:eastAsia="zh-CN"/>
        </w:rPr>
        <w:t>　　黑人同学因为道德，把表还给了我;也应为道德，举报了我。</w:t>
      </w:r>
      <w:r>
        <w:rPr>
          <w:lang w:eastAsia="zh-CN"/>
        </w:rPr>
        <w:br/>
      </w:r>
      <w:r>
        <w:rPr>
          <w:lang w:eastAsia="zh-CN"/>
        </w:rPr>
        <w:t>　　有的同学为了求近路，不惜践踏绿油油的草坪;在校园的地板上还时常见到垃圾;班级里的墙上、桌上，密密麻麻地刻满、画满了各种各样的涂鸦;有些同学课件时追追打打，弄坏了垃圾桶、桌子、椅子、门但是不管这些事情是否是有意的，这些行为都给别的同学的学习与生活造成了不便之处与麻烦，也给学校增加了不必要的维修费用。更别说是在更广大的社会上了。每每看到这些无公德的事，我便会情不自禁地嘟哝一句：真缺德!是啊，他们就是缺少了人们最最重要的公德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人无德不立，国无德不兴。社会公德是多么重要啊!还有一个学校的校风是否端正的问题;而从大处讲，是体现了一个民族乃至国家的品德素质的高低。是的，让我们从自己本身做起，弘扬社会公德!</w:t>
      </w:r>
      <w:r>
        <w:rPr>
          <w:lang w:eastAsia="zh-CN"/>
        </w:rPr>
        <w:br/>
      </w:r>
      <w:r>
        <w:rPr>
          <w:lang w:eastAsia="zh-CN"/>
        </w:rPr>
        <w:t>　　读完了这篇文章，我知道了，只要人人都遵守公德，世界上，就没人在不讲公德的啦也就没有小偷，强盗世界将永远是和平、美好的!</w:t>
      </w:r>
      <w:r>
        <w:rPr>
          <w:lang w:eastAsia="zh-CN"/>
        </w:rPr>
        <w:br/>
      </w:r>
      <w:r>
        <w:rPr>
          <w:lang w:eastAsia="zh-CN"/>
        </w:rPr>
        <w:t xml:space="preserve">    教师读书心得2024 篇11 </w:t>
      </w:r>
      <w:r>
        <w:rPr>
          <w:lang w:eastAsia="zh-CN"/>
        </w:rPr>
        <w:br/>
      </w:r>
      <w:r>
        <w:rPr>
          <w:lang w:eastAsia="zh-CN"/>
        </w:rPr>
        <w:t>　　这学期，当我读的是《做最好的老师》这本书，感受了李镇西老师的与众不同，从他自己的身边的故事举例说起，真实自然，每一节都让人感动。</w:t>
      </w:r>
      <w:r>
        <w:rPr>
          <w:lang w:eastAsia="zh-CN"/>
        </w:rPr>
        <w:br/>
      </w:r>
      <w:r>
        <w:rPr>
          <w:lang w:eastAsia="zh-CN"/>
        </w:rPr>
        <w:t>　　爱学生，说起来容易做起来却很难。我们很多老师都是爱学生的，但是为什么还会不被一些学生喜欢呢?爱学生要有一颗爱孩子的心，首先就应该要有一颗与孩子一样的童心，这句话给了我很大的启示，也许只有童心才能滋润童心。当我们拥有一颗童心时，我们就更容易的去理解学生，当我们有了童心和爱心之后，自然我们就会很容易的走进学生的心灵世界，和他们一块来分享快乐与烦恼，学生就会把你当做他们的知心朋友，对你的爱自然也就会流露出来，因为学生是最单纯、最可爱的，他们也是最容易感动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我们要爱学生，但是不能凭借自己的感情只爱那些自己认可的学生，我们应该一视同仁，把目光投向每一个学生，老师的一个关切的眼神和一个微笑就能个一个学生莫大的动力，让他感受到老师是关心他的，让每个学生都感受到温暖，作为老师，我们更要注意观察去发现每个学生的闪光点，肯定学生，赏识他们，相信每一个学生都是优秀的，至少我们关注的优点是发现学生的亮点和好的一面，而不是盯着他们的缺点和短处，只要你能相信你的学生是优秀的，相信他能做的更好。李老师说得对，因为有爱，我们才会关心;因为有爱，我们才会和同学心贴心;因为有爱，才有崇高的灵魂和蓬勃的朝气。当学生喜欢你的时候，他很自然的也就会喜欢你的课，这就是所谓的爱屋及乌吧。</w:t>
      </w:r>
      <w:r>
        <w:rPr>
          <w:lang w:eastAsia="zh-CN"/>
        </w:rPr>
        <w:br/>
      </w:r>
      <w:r>
        <w:rPr>
          <w:lang w:eastAsia="zh-CN"/>
        </w:rPr>
        <w:t>　　合上《做最好的老师》体会到：做一个有爱心的老师很难，教育上的爱是一种思想，一种情感，一种氛围。今后，要把自己的爱很自然的贯穿在我教育过程的每一个环节。</w:t>
      </w:r>
      <w:r>
        <w:rPr>
          <w:lang w:eastAsia="zh-CN"/>
        </w:rPr>
        <w:br/>
      </w:r>
      <w:r>
        <w:rPr>
          <w:lang w:eastAsia="zh-CN"/>
        </w:rPr>
        <w:t xml:space="preserve">    教师读书心得2024 篇12 </w:t>
      </w:r>
      <w:r>
        <w:rPr>
          <w:lang w:eastAsia="zh-CN"/>
        </w:rPr>
        <w:br/>
      </w:r>
      <w:r>
        <w:rPr>
          <w:lang w:eastAsia="zh-CN"/>
        </w:rPr>
        <w:t>　　读苏霍姆林斯基《给教师的建议》这本书，感受颇深.他精练的语言，闪光的思想，针对教师的苦恼与困惑娓娓道来.作为教育理论家和实践家的苏霍姆林斯基</w:t>
      </w:r>
      <w:r>
        <w:rPr>
          <w:lang w:eastAsia="zh-CN"/>
        </w:rPr>
        <w:br/>
      </w:r>
      <w:r>
        <w:rPr>
          <w:lang w:eastAsia="zh-CN"/>
        </w:rPr>
        <w:t>　　苏霍姆林斯基给教师建议的第一条就是：请记住：没有也不可能有抽象的学生.本书一开始就提出了这样一个让教师值得深思的问题：为什么早在一年的确是教育思想的集大成者，他的教育实践鼓舞着千百万教师.他相信孩子，尊重孩子，用心灵去塑造心灵的思想是教育思想宝库中的瑰宝.</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级就会出现一些落伍的，考不及格的学生，而到二，三年级有时候还会遇到落伍得无可救药的，因而教师干脆对他放弃不管的学生呢是这些同学们太笨，还是他们上课没有专心听讲，还是应该从我们教师自己身上找某些原因其实，学生学习也是在从事一种脑力活动，本书中有一个很形象的比喻：有的孩子能打20桶水却不费吹灰之力，而有的孩子只打了5桶水也累得筋疲力尽了;同样一道题，有的同学只需5分钟就能解答出来，而有的孩子需花半个小时以上，脑力活动和体力活动一样，也应因人而异，个别对待.对后一种孩子应以特别的关照，了解他们的日常生活习惯，脾气，家庭背景等原因，从而在课堂上为不同的学生创造设计出能发挥他们自身能力的学习情景，这也是教学和教育的目的之所在，让他们真正享受到脑力劳动中的成功乐趣，让他们也感觉到自己也是在一点一滴的进步中.要做到这一点，确实不是很容易的.它不仅需要教师付出辛勤的劳动，更需要一定的教育技巧，掌握一定的教育艺术，就像苏氏在文中提到的那位数学教师的数学课.他认为不存在什么对学生都一律适用的在学习上取得成就的先决条件.教学和教育的技巧和艺术就在于，要使每一个儿童的力量和可能性发挥出来，使他享受到脑力劳动中的成功的乐趣.如果教师善于把学生引进一种力所能及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向他们预示着并且使他们得到成功的脑力劳动中去，就连那些调皮捣蛋的学生也能多么勤奋地，专心致志地学习啊!在学习中取得成就&amp;&amp;这一点，形象地说，乃是通往儿童心灵中点燃着想成为一个好人的火花的那个角落的一条蹊径，教师要爱护这条蹊径和这点火花.对于苏霍姆林斯基的这段经典论述，对于这一点我感触很深.在我的课堂上，对于学生的能动性，个性化注意的不够，尤其是大师文中提到的分层教学法，分层作业法，我在教学中很少运用，觉得麻烦，大量的时间是在对一部分学生讲课，而对于学习没有困难或是学生困难的学生关注不足.由此，使我想到教师角色的定位，不应是固定的，在适当的时候，把指挥棒也交给学生，更能发挥学生的主体性与能动性，使每一位学生都成为积极主动的学习主体，让每一位学生不仅参与学习，而且都有机会参与学习有关的活动中去.在活动中轻松，愉快地掌握知识，增长本领，从而达到乐学，会学的境界.因此，教师在了解每个学生的基础上，应给学生多提供成功的机会，创造成功的条件.使他们获得成功的满足感，会促进他们不断取得进步.</w:t>
      </w:r>
      <w:r>
        <w:rPr>
          <w:lang w:eastAsia="zh-CN"/>
        </w:rPr>
        <w:br/>
      </w:r>
      <w:r>
        <w:rPr>
          <w:lang w:eastAsia="zh-CN"/>
        </w:rPr>
        <w:t>　　苏霍姆林斯基在谈到教师怎样使学生注意力集中时，很形象地把学生的注意力比作一根丝线.他在带领孩子们上完一堂有趣的植物课后这样写道：要让所有的孩子都围拢来看这些植物，我就得用注意力这根很细的丝线把孩子们都栓在我的身边来，这就好比是一根无形的缰绳，只要一个儿童的注意力转到一件有趣的事物上，那根丝线就断了，于是我给他讲的和所指给他要看的东西，他就再也不看，不听了&amp;&amp;思想开了小差.</w:t>
      </w:r>
      <w:r>
        <w:rPr>
          <w:lang w:eastAsia="zh-CN"/>
        </w:rPr>
        <w:br/>
      </w:r>
      <w:r>
        <w:rPr>
          <w:lang w:eastAsia="zh-CN"/>
        </w:rPr>
        <w:t>　　我在教育教学中体会到，教师这个人类灵魂的工程师要做到教书育人，持续稳定地提高教育教学质量，不仅要连通学生在课堂上的注意力这根丝线，使用好这根缰绳，而且要在课堂内外连通师生之间的情感这根丝线，通过这根丝线来培养和尊重每个学生的人格，发展每个学生的个性，创建新型的师生关系，使教师与学生在亲切，和谐，彼此信任的氛围中教学相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本书一开始就提出了这样一个让教师值得深思的问题：为什么早在一年级就会出现一些落伍的，考不及格的学生，而到二，三年级有时候还会遇到落伍得无可救药的，因而教师干脆对他放弃不管的学生呢是这些同学们太笨，还是他们上课没有专心听讲，还是应该从我们教师自己身上找某些原因</w:t>
      </w:r>
      <w:r>
        <w:rPr>
          <w:lang w:eastAsia="zh-CN"/>
        </w:rPr>
        <w:br/>
      </w:r>
      <w:r>
        <w:rPr>
          <w:lang w:eastAsia="zh-CN"/>
        </w:rPr>
        <w:t>　　因为班里也有遮这样的一些大将，所以这更使我陷入了深深的沉思中.作为教育者，我们是否做到了教育的公平是否做到了关爱每一位孩子特别是弱势群体.学生再幼稚，也有他的个人思想和感情，有他独特的思维和心灵，他们不是我们施恩或者显示个人魅力的对象，更不是被动等待我们去塑造的苍白魂灵，我们应该多一份关爱，多洒一份阳光，给那些无药可救的后进生.苏霍姆林斯基提到，对于那些学习困难的学生，应走到这些学生的跟前去，看看他们遇到什么困难，提出专门为他们准备好的作业题.有时候在课堂上就能看出，有必要给某个学生布置一点家庭作业，那么有经验的教师通常就当堂布置给他.学习较差的学生脑力劳动的效果如何，千万不要让他光是听别的学生的流利的回答，把黑板上的东西抄下来.一定要设法让他独立思考，因为在思考的过程中就已经包含着运用知识的因素，要促使他在每一节课上，在脑力劳动中取得哪怕一点点的进步也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说说容易做做难，我不知道有多少老师，能做到这一点，反正我觉得我还没有很好的做到.因为我给学生上着同样的课，提着同样的问题，做着同样的作业，考着同样的一张卷子.即使做错后教育的方式也是一样的.虽然有时也想改变，比如在给一些后进生布置作业时，也减少了阅读，写作方面的作业，但这恐怕离苏霍姆林斯基的要求差的太远了.我想，我做不到这些，大概就和我缺少教育素养有关吧</w:t>
      </w:r>
      <w:r>
        <w:rPr>
          <w:lang w:eastAsia="zh-CN"/>
        </w:rPr>
        <w:br/>
      </w:r>
      <w:r>
        <w:rPr>
          <w:lang w:eastAsia="zh-CN"/>
        </w:rPr>
        <w:t>　　而苏霍姆林斯基在《谈谈教师的教育素养》中恰恰提到了，教师获得教育素养的主要途径就是读书，读书，再读书.读书应该成为教师的精神需要.而我呢大多数时候都忙着批改作业，教育孩子，上课，听课，有多少时间在煞有其事地捧着教育名著或教育杂志在阅读呢只有在写论文，写计划，总结或上公开课时，才想起找一点书来，看看有没有可以借鉴的文章，有没有可以参考的教案.真是太可悲了.一个成功的老师应该是一个会读书会思考的人，我想今后我要从繁重的教学中抬起头来，多看，多想，多实践.这样，才能有更大的进步.</w:t>
      </w:r>
      <w:r>
        <w:rPr>
          <w:lang w:eastAsia="zh-CN"/>
        </w:rPr>
        <w:br/>
      </w:r>
      <w:r>
        <w:rPr>
          <w:lang w:eastAsia="zh-CN"/>
        </w:rPr>
        <w:t>　　读着《给教师建议》这部教育著作，并不断地把其理论和精华有选择地应用到自己的教学实践中，努力提高自己的教学技巧，形成一套自己的教学风格.正像苏霍姆林斯基所说，每天不断地读书，跟书籍结下终生的友谊.潺潺小溪，每日不断，注入思想的大河.读书不是为了应付明天的课，而是出自内心的需要和对知识的渴求.这样有更多的空闲时间，不至于把备课变成单调乏味的死抠教科书，那就要读学术著作.在你的科学知识的大海里，你所教给学生的教科书里那点基础知识，应当只是沧海之一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给教师建议》让我爱不释手，是因为它真正能够让我掩卷沉思时反省自己，使自己看到不足.因为，苏霍姆林斯基，他正像一面镜子，他对教育事业的热爱，忠诚与执着，他深爱着每一个学生，他关怀着每一个成长的生命，他勤奋地分析研究着每一个看似细节的教育现象.我想，当你了解他那无私奉献自己的人生，领略他的卓越成就，你也同样会产生敬仰之情，他可以是良师也是益友，他是一面镜子，也是一本教科书.相信每一位爱教育的人，都会爱上这本书的.</w:t>
      </w:r>
      <w:r>
        <w:rPr>
          <w:lang w:eastAsia="zh-CN"/>
        </w:rPr>
        <w:br/>
      </w:r>
      <w:r>
        <w:rPr>
          <w:lang w:eastAsia="zh-CN"/>
        </w:rPr>
        <w:t xml:space="preserve">    教师读书心得2024 篇13 </w:t>
      </w:r>
      <w:r>
        <w:rPr>
          <w:lang w:eastAsia="zh-CN"/>
        </w:rPr>
        <w:br/>
      </w:r>
      <w:r>
        <w:rPr>
          <w:lang w:eastAsia="zh-CN"/>
        </w:rPr>
        <w:t>　　读了苏霍姆林斯基的著作《给教师的建议》，我受到了深深感触。的确,这些建议使作为教师的我们有了更明确的方向，给了我们极大的帮助，它就象一盏指路明灯一样。</w:t>
      </w:r>
      <w:r>
        <w:rPr>
          <w:lang w:eastAsia="zh-CN"/>
        </w:rPr>
        <w:br/>
      </w:r>
      <w:r>
        <w:rPr>
          <w:lang w:eastAsia="zh-CN"/>
        </w:rPr>
        <w:t>　　尽管今天的教育形势比之苏霍姆林斯基所写书的年代有了很大的变化，但他的闪光的思想、精练的语言，对今天的教育工作者来说，丝毫不显过时，它仍像一场及时雨，滋润着一颗颗干渴的灵魂。它像与教师面对面一样，针对着教师的苦恼与困惑娓娓道来。在读到教师的时间从哪里来一段时，确实让我产生了很大的共鸣。作为一名年轻教师，的确发现时间总是不够用，每天总是备课、制作教具、上课、写反思等，仰望时钟，一天时间却又过去，可收获却不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给教师的建议》这本书给了我们一个很好的建议：那就是读书，每天不间断地读书，跟书籍结下终生的友谊。他还在书中举了一个例子：一天，一位老教师上了一堂非常精彩的公开课，她的风采吸引了在场的所有老师。当别人问她：你花了多少时间来准备这节课时，这位老教师说：对这节课，我准备了一辈子，而且，对每一节课，我都是用终生的时间来准备的!感动之余，我也豁然开朗。我们总在抱怨着时间的流逝如水似箭，可老天总是最公平的，它给我们每个人都是一天24小时，问题还是出在疲于应付上，整天是事情在后面追着自己而没有主动去做是事。</w:t>
      </w:r>
      <w:r>
        <w:rPr>
          <w:lang w:eastAsia="zh-CN"/>
        </w:rPr>
        <w:br/>
      </w:r>
      <w:r>
        <w:rPr>
          <w:lang w:eastAsia="zh-CN"/>
        </w:rPr>
        <w:t xml:space="preserve">    教师读书心得2024 篇14 </w:t>
      </w:r>
      <w:r>
        <w:rPr>
          <w:lang w:eastAsia="zh-CN"/>
        </w:rPr>
        <w:br/>
      </w:r>
      <w:r>
        <w:rPr>
          <w:lang w:eastAsia="zh-CN"/>
        </w:rPr>
        <w:t>　　闲暇之余，我读起了《幼儿园教育指导纲要（试行）》，里面讲到关于小班语言领域目标的定位，在小班工作的我受到很大启发，想与大家一起分享。</w:t>
      </w:r>
      <w:r>
        <w:rPr>
          <w:lang w:eastAsia="zh-CN"/>
        </w:rPr>
        <w:br/>
      </w:r>
      <w:r>
        <w:rPr>
          <w:lang w:eastAsia="zh-CN"/>
        </w:rPr>
        <w:t>　　小班语言教学目标定位为：1、乐意与人交谈。2、注意倾听对方讲话，能理解日常用语。3、能清楚地说出自己想说的事。4、喜欢听故事，看图书。5、能听懂和会说普通话。小班孩子刚来到幼儿园，对人和事物，环境都感到陌生，不乐意与人交谈，不愿意说出自己想说的话，不注意倾听小朋友或者是老师讲话，甚至有些小朋友不愿意说出自己想做的事情。因此，给我们的工作带来很大的不便。</w:t>
      </w:r>
      <w:r>
        <w:rPr>
          <w:lang w:eastAsia="zh-CN"/>
        </w:rPr>
        <w:br/>
      </w:r>
      <w:r>
        <w:rPr>
          <w:lang w:eastAsia="zh-CN"/>
        </w:rPr>
        <w:t>　　所以，在工作中，我们应该为幼儿创造一个自由、宽松的`语言交往环境，支持、鼓励幼儿大胆，清楚地表达自己的想法和感受，使他们想说、敢说、喜欢说，有机会说并能得到积极应答，促进幼儿语言的发展。</w:t>
      </w:r>
      <w:r>
        <w:rPr>
          <w:lang w:eastAsia="zh-CN"/>
        </w:rPr>
        <w:br/>
      </w:r>
      <w:r>
        <w:rPr>
          <w:lang w:eastAsia="zh-CN"/>
        </w:rPr>
        <w:t xml:space="preserve">    教师读书心得2024 篇15 </w:t>
      </w:r>
      <w:r>
        <w:rPr>
          <w:lang w:eastAsia="zh-CN"/>
        </w:rPr>
        <w:br/>
      </w:r>
      <w:r>
        <w:rPr>
          <w:lang w:eastAsia="zh-CN"/>
        </w:rPr>
        <w:t>　　《追求卓越--教师专业发展案例研究》读书心得体会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追求卓越--教师专业发展案例研究》以传记的形式陈述了玛丽娜，艾娃，婧和珍妮四位英语老师的成长历程，分析了形成和影响专家知能发展的因素，并阐明了教师在教学中如何发挥他们的专家知能。事迹中有失败的经历也有成功的奋斗，其中，不仅可以看到一些新教师常见的，还可以看到不同的观念，不同的奋斗过程使得她们在走向专家知能的道路不同!一开始看这些事迹时，我感觉非常真实亲切，因为她们刚开始投入教师这个工作时所遇到的问题和困惑能引起我的共鸣：这不就是我这一个多月以来苦苦探索想要解决的问题吗?从她们对自身所处的环境的不一样的回应中可以更加明确怎样对待教师工作才能尽快走出自我怀疑 阶段，走向专家知能：玛丽娜和艾娃能从学校的支持文化中获益，并能看到在当前尚存局限的环境中教和学的可能性;而婧却难以敞开心扉与同事交流，因而没能超越这些局限。面对同一个问题，她们有不同的处理方法，而且她们自己所选择的需要正面对待的问题也有所不同。</w:t>
      </w:r>
      <w:r>
        <w:rPr>
          <w:lang w:eastAsia="zh-CN"/>
        </w:rPr>
        <w:br/>
      </w:r>
      <w:r>
        <w:rPr>
          <w:lang w:eastAsia="zh-CN"/>
        </w:rPr>
        <w:t>　　遇到教学中的困难，艾娃和玛丽娜会进行探讨和试验，看到学生学习上的进步，她们会有一种满足感，这使得她们对教学有了更大的热情，也促进了她们继续从事教学工作;婧进行的尝试性活动相对较少，她尤其在意的是课堂秩序和纪律玛丽娜的探索和试验以及她对教师工作性质认识上的变化，得益于理论的输入和个人实践经验之间的互动!</w:t>
      </w:r>
      <w:r>
        <w:rPr>
          <w:lang w:eastAsia="zh-CN"/>
        </w:rPr>
        <w:br/>
      </w:r>
      <w:r>
        <w:rPr>
          <w:lang w:eastAsia="zh-CN"/>
        </w:rPr>
        <w:t>　　其中对我帮助最大的是有关课堂管理和学习组织这方面：</w:t>
      </w:r>
      <w:r>
        <w:rPr>
          <w:lang w:eastAsia="zh-CN"/>
        </w:rPr>
        <w:br/>
      </w:r>
    </w:p>
    <w:p w:rsidR="001B1F19" w14:textId="27C3F48A">
      <w:pPr>
        <w:rPr>
          <w:rFonts w:hint="eastAsia"/>
          <w:lang w:eastAsia="zh-CN"/>
        </w:rPr>
      </w:pPr>
      <w:r>
        <w:rPr>
          <w:lang w:eastAsia="zh-CN"/>
        </w:rPr>
        <w:t>　　一些有关教师的课堂管理有效与无效的研究指出，两者的差异不在于教师处理学生不良行为的方式，而在于采取什么样的方式去阻止不良行为的发生和管理课堂，促进学习的重要方式。所谓的规约是指明确规定了学生的哪些行为可以接受而哪些行为不可以接受的准则;而常规是在较长的时间内建立起来的，控制和协调行为的具体步骤或程序。</w:t>
      </w:r>
      <w:r>
        <w:rPr>
          <w:lang w:eastAsia="zh-CN"/>
        </w:rPr>
        <w:br/>
      </w:r>
      <w:r>
        <w:rPr>
          <w:lang w:eastAsia="zh-CN"/>
        </w:rPr>
        <w:t xml:space="preserve">    教师读书心得2024 篇16 </w:t>
      </w:r>
      <w:r>
        <w:rPr>
          <w:lang w:eastAsia="zh-CN"/>
        </w:rPr>
        <w:br/>
      </w:r>
      <w:r>
        <w:rPr>
          <w:lang w:eastAsia="zh-CN"/>
        </w:rPr>
        <w:t>　　自古以来，人们获取知识的途径多种多样，而读书作为其中一种既普通又直接但却非常有效的求知方法沿用至今。作为教师，从书本中获取知识就显得尤其重要。人类创造的知识财富，如同浩瀚的海洋，博大精深。作为我们教师需要加强各方面的修养来提高自己。所以我们理应多读书，用书来净化心灵，用书中的知识充实自己。</w:t>
      </w:r>
      <w:r>
        <w:rPr>
          <w:lang w:eastAsia="zh-CN"/>
        </w:rPr>
        <w:br/>
      </w:r>
      <w:r>
        <w:rPr>
          <w:lang w:eastAsia="zh-CN"/>
        </w:rPr>
        <w:t>　　不仅仅老师要读书，每一个想提高学识的人都要读书。在这短暂的一个学期里，我读到了平时没看过的书。读书成了我日常生活的一部分。在这一个学期里，我感觉收获颇丰。以下就是我这一学期来读书的心得。</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https://d.book118.com/348011067013006041</w:t>
        </w:r>
      </w:hyperlink>
    </w:p>
    <w:p w:rsidR="001B1F19">
      <w:pPr>
        <w:rPr>
          <w:rFonts w:hint="eastAsia"/>
          <w:lang w:eastAsia="zh-CN"/>
        </w:rPr>
      </w:pPr>
    </w:p>
    <w:sectPr>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4801106701300604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