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2024教师培训感言范文（31篇）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2024教师培训感言范文（通用31篇）</w:t>
      </w:r>
      <w:r>
        <w:rPr>
          <w:lang w:eastAsia="zh-CN"/>
        </w:rPr>
        <w:br/>
      </w:r>
      <w:r>
        <w:rPr>
          <w:lang w:eastAsia="zh-CN"/>
        </w:rPr>
        <w:t xml:space="preserve">    2024教师培训感言范文 篇1 </w:t>
      </w:r>
      <w:r>
        <w:rPr>
          <w:lang w:eastAsia="zh-CN"/>
        </w:rPr>
        <w:br/>
      </w:r>
      <w:r>
        <w:rPr>
          <w:lang w:eastAsia="zh-CN"/>
        </w:rPr>
        <w:t>　　__年12月25日，我有幸在河北师大参加了教育部组织的中西部农村中小学骨干教师培训班的学习。</w:t>
      </w:r>
      <w:r>
        <w:rPr>
          <w:lang w:eastAsia="zh-CN"/>
        </w:rPr>
        <w:br/>
      </w:r>
      <w:r>
        <w:rPr>
          <w:lang w:eastAsia="zh-CN"/>
        </w:rPr>
        <w:t>　　首先感谢河北师大为我们搭建这样一次难得的学习和交流的平台;其次感谢我们高中化学班的班主任刘敬华老师和王晓宁老师以及各位指导老师周到细心地工作，使我们各位学员的每一天都觉得收获很大。</w:t>
      </w:r>
      <w:r>
        <w:rPr>
          <w:lang w:eastAsia="zh-CN"/>
        </w:rPr>
        <w:br/>
      </w:r>
      <w:r>
        <w:rPr>
          <w:lang w:eastAsia="zh-CN"/>
        </w:rPr>
        <w:t>　　这次培训的内容丰富，形式多样，有网上培训、集中听专家培训、深入一线老师课堂培训，有学员间的互动交流、培训成果展示(说课比赛、教学设计、课例展示)等。</w:t>
      </w:r>
      <w:r>
        <w:rPr>
          <w:lang w:eastAsia="zh-CN"/>
        </w:rPr>
        <w:br/>
      </w:r>
      <w:r>
        <w:rPr>
          <w:lang w:eastAsia="zh-CN"/>
        </w:rPr>
        <w:t>　　这次培训，使我充分享受到了自身充电带给我的精神上的富足和愉悦，亲身体验了在专家引领和伙伴互助下的学习过程是多么的丰富多彩。</w:t>
      </w:r>
      <w:r>
        <w:rPr>
          <w:lang w:eastAsia="zh-CN"/>
        </w:rPr>
        <w:br/>
      </w:r>
      <w:r>
        <w:rPr>
          <w:lang w:eastAsia="zh-CN"/>
        </w:rPr>
        <w:t>　　让我进一步掌握了新课程改革的理念和要求，教师学习的重要性，教师职业倦怠的原因以及改进方法。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给我提供了这个再学习、再提高的机会，通过学习和聆听专家讲座，使我收获很多，眼界也开阔了，思考问题能站在更高的境界，许多疑问得到了解决或者启发。</w:t>
      </w:r>
      <w:r>
        <w:rPr>
          <w:lang w:eastAsia="zh-CN"/>
        </w:rPr>
        <w:br/>
      </w:r>
      <w:r>
        <w:rPr>
          <w:lang w:eastAsia="zh-CN"/>
        </w:rPr>
        <w:t>　　我不仅学到了丰富的知识，也进一步提高了业务素质。</w:t>
      </w:r>
      <w:r>
        <w:rPr>
          <w:lang w:eastAsia="zh-CN"/>
        </w:rPr>
        <w:br/>
      </w:r>
      <w:r>
        <w:rPr>
          <w:lang w:eastAsia="zh-CN"/>
        </w:rPr>
        <w:t>　　同时深刻感到学习理论知识的重要性，特别是在新课程改革下如何做一名合格的教师。</w:t>
      </w:r>
      <w:r>
        <w:rPr>
          <w:lang w:eastAsia="zh-CN"/>
        </w:rPr>
        <w:br/>
      </w:r>
      <w:r>
        <w:rPr>
          <w:lang w:eastAsia="zh-CN"/>
        </w:rPr>
        <w:t>　　通过理论学习与实践，让我从思想上又有了更深一层次的认识，作为一位高中化学教师，必须具有渊博的学科知识，熟练的操作技能，良好的思想品质，特别是骨干教师，更应当掌握现代教育教学理论、掌握现代教育教学技术。</w:t>
      </w:r>
      <w:r>
        <w:rPr>
          <w:lang w:eastAsia="zh-CN"/>
        </w:rPr>
        <w:br/>
      </w:r>
      <w:r>
        <w:rPr>
          <w:lang w:eastAsia="zh-CN"/>
        </w:rPr>
        <w:t>　　教育理念要提升，理念的更新随之带来的是教育教学方式的变革，未来教育需要“专家型”的教师,而不是“教书匠”，所以我们教师，既不能脱离教学实际又要为解决教学中的问题而进行的研究，也不是在书斋中进行的研究，而是在教学活动中的研究。</w:t>
      </w:r>
      <w:r>
        <w:rPr>
          <w:lang w:eastAsia="zh-CN"/>
        </w:rPr>
        <w:br/>
      </w:r>
      <w:r>
        <w:rPr>
          <w:lang w:eastAsia="zh-CN"/>
        </w:rPr>
        <w:t>　　以下是我对自己参加骨干教师培训学习的几点心得：</w:t>
      </w:r>
      <w:r>
        <w:rPr>
          <w:lang w:eastAsia="zh-CN"/>
        </w:rPr>
        <w:br/>
      </w:r>
      <w:r>
        <w:rPr>
          <w:lang w:eastAsia="zh-CN"/>
        </w:rPr>
        <w:t>　　1、思想认识得到了提高，灵魂得到了净化。</w:t>
      </w:r>
      <w:r>
        <w:rPr>
          <w:lang w:eastAsia="zh-CN"/>
        </w:rPr>
        <w:br/>
      </w:r>
      <w:r>
        <w:rPr>
          <w:lang w:eastAsia="zh-CN"/>
        </w:rPr>
        <w:t>　　通过培训，让我能以更宽阔的视野去看待我们的教育工作，让我学到了更多提高自身素质和教育教学水平的方法和捷径。</w:t>
      </w:r>
      <w:r>
        <w:rPr>
          <w:lang w:eastAsia="zh-CN"/>
        </w:rPr>
        <w:br/>
      </w:r>
      <w:r>
        <w:rPr>
          <w:lang w:eastAsia="zh-CN"/>
        </w:rPr>
        <w:t>　　我知道了怎样去定位、去思考、去摸索、去创新，让我的课堂充满激情;我知道了怎样让我的学生真正的喜欢上化学，真正的让每个学生能多样的、持续的发展;我知道了“爱”是教育永恒的主题，怎样更好地去爱我们的学生，怎样让我们的学生在更好的环境下健康的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实施素质教育推进新课改形势下的教育教学本质是把握社会发展对人的发展的基本需要，确立培养目标，把握学生年龄个性特点。</w:t>
      </w:r>
      <w:r>
        <w:rPr>
          <w:lang w:eastAsia="zh-CN"/>
        </w:rPr>
        <w:br/>
      </w:r>
      <w:r>
        <w:rPr>
          <w:lang w:eastAsia="zh-CN"/>
        </w:rPr>
        <w:t>　　重于观察、勤于了解、乐于交流、善于沟通。</w:t>
      </w:r>
      <w:r>
        <w:rPr>
          <w:lang w:eastAsia="zh-CN"/>
        </w:rPr>
        <w:br/>
      </w:r>
      <w:r>
        <w:rPr>
          <w:lang w:eastAsia="zh-CN"/>
        </w:rPr>
        <w:t>　　细心培养，精心塑造，耐心转换，爱心评价。</w:t>
      </w:r>
      <w:r>
        <w:rPr>
          <w:lang w:eastAsia="zh-CN"/>
        </w:rPr>
        <w:br/>
      </w:r>
      <w:r>
        <w:rPr>
          <w:lang w:eastAsia="zh-CN"/>
        </w:rPr>
        <w:t>　　要善于差异评价，提倡无错评价。</w:t>
      </w:r>
      <w:r>
        <w:rPr>
          <w:lang w:eastAsia="zh-CN"/>
        </w:rPr>
        <w:br/>
      </w:r>
      <w:r>
        <w:rPr>
          <w:lang w:eastAsia="zh-CN"/>
        </w:rPr>
        <w:t>　　要领会课程标准，激活教材内容。</w:t>
      </w:r>
      <w:r>
        <w:rPr>
          <w:lang w:eastAsia="zh-CN"/>
        </w:rPr>
        <w:br/>
      </w:r>
      <w:r>
        <w:rPr>
          <w:lang w:eastAsia="zh-CN"/>
        </w:rPr>
        <w:t>　　要娴于技能、胜于调控、精于启发、善于表达。</w:t>
      </w:r>
      <w:r>
        <w:rPr>
          <w:lang w:eastAsia="zh-CN"/>
        </w:rPr>
        <w:br/>
      </w:r>
      <w:r>
        <w:rPr>
          <w:lang w:eastAsia="zh-CN"/>
        </w:rPr>
        <w:t>　　语言表达要准确规范、朴实、风趣。</w:t>
      </w:r>
      <w:r>
        <w:rPr>
          <w:lang w:eastAsia="zh-CN"/>
        </w:rPr>
        <w:br/>
      </w:r>
      <w:r>
        <w:rPr>
          <w:lang w:eastAsia="zh-CN"/>
        </w:rPr>
        <w:t>　　课后要体现知识再认识、方法再改进、过程再体验，体现后再提升。</w:t>
      </w:r>
      <w:r>
        <w:rPr>
          <w:lang w:eastAsia="zh-CN"/>
        </w:rPr>
        <w:br/>
      </w:r>
      <w:r>
        <w:rPr>
          <w:lang w:eastAsia="zh-CN"/>
        </w:rPr>
        <w:t>　　在目标上关注个体潜能发挥;在模式上关注个体主动探究和情感体验;在策略上，关注自主学习与受导学习统一。</w:t>
      </w:r>
      <w:r>
        <w:rPr>
          <w:lang w:eastAsia="zh-CN"/>
        </w:rPr>
        <w:br/>
      </w:r>
      <w:r>
        <w:rPr>
          <w:lang w:eastAsia="zh-CN"/>
        </w:rPr>
        <w:t>　　教育由以本为本变为以人为本，教师由控制者、评判者转向参与者、引导者，学生由接受型转向探究型与接受型相结合。</w:t>
      </w:r>
      <w:r>
        <w:rPr>
          <w:lang w:eastAsia="zh-CN"/>
        </w:rPr>
        <w:br/>
      </w:r>
      <w:r>
        <w:rPr>
          <w:lang w:eastAsia="zh-CN"/>
        </w:rPr>
        <w:t>　　培养学生的创新意识，发展学生的创新精神，是时代赋予我们的艰巨任务，所以在教学过程中，一定要优化学生的学习氛围，给他们更多的时间和空间，让他们自己去发现问题，研究问题并解决问题，从而培养他们的创新意识和创新精神。</w:t>
      </w:r>
      <w:r>
        <w:rPr>
          <w:lang w:eastAsia="zh-CN"/>
        </w:rPr>
        <w:br/>
      </w:r>
      <w:r>
        <w:rPr>
          <w:lang w:eastAsia="zh-CN"/>
        </w:rPr>
        <w:t>　　我也会在教材的研究上多下功夫，在新课程改革的带动下，转变教育思想，改变教学模式，实施主体性的教学，有意识地培养学生的创新精神和创造能力，努力成为一名新型的研究型教师。</w:t>
      </w:r>
      <w:r>
        <w:rPr>
          <w:lang w:eastAsia="zh-CN"/>
        </w:rPr>
        <w:br/>
      </w:r>
      <w:r>
        <w:rPr>
          <w:lang w:eastAsia="zh-CN"/>
        </w:rPr>
        <w:t>　　2、积极加强课程改革，做课程改革的实践者。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实践课程改革的途径是课堂，课堂教学的更新，是对教师这个实践者的严峻考验。</w:t>
      </w:r>
      <w:r>
        <w:rPr>
          <w:lang w:eastAsia="zh-CN"/>
        </w:rPr>
        <w:br/>
      </w:r>
      <w:r>
        <w:rPr>
          <w:lang w:eastAsia="zh-CN"/>
        </w:rPr>
        <w:t>　　在课堂教学中，教师要给学生充分的自学提问、讨论、读书、作业的时间。</w:t>
      </w:r>
      <w:r>
        <w:rPr>
          <w:lang w:eastAsia="zh-CN"/>
        </w:rPr>
        <w:br/>
      </w:r>
      <w:r>
        <w:rPr>
          <w:lang w:eastAsia="zh-CN"/>
        </w:rPr>
        <w:t>　　学生读懂的问题，教师不需要讲解;学生似懂非懂的问题，教师要引导学生读书领悟，让学生分析;学生有问题可随时发问，有不同见解要随时发表;学生实在不懂的问题，教师要给予适当的点播，点评，指导或精湛的讲解。</w:t>
      </w:r>
      <w:r>
        <w:rPr>
          <w:lang w:eastAsia="zh-CN"/>
        </w:rPr>
        <w:br/>
      </w:r>
      <w:r>
        <w:rPr>
          <w:lang w:eastAsia="zh-CN"/>
        </w:rPr>
        <w:t>　　3、在教学活动中，教师要当好组织者。</w:t>
      </w:r>
      <w:r>
        <w:rPr>
          <w:lang w:eastAsia="zh-CN"/>
        </w:rPr>
        <w:br/>
      </w:r>
      <w:r>
        <w:rPr>
          <w:lang w:eastAsia="zh-CN"/>
        </w:rPr>
        <w:t>　　教师要充分信任学生，相信学生完全有学习的能力。</w:t>
      </w:r>
      <w:r>
        <w:rPr>
          <w:lang w:eastAsia="zh-CN"/>
        </w:rPr>
        <w:br/>
      </w:r>
      <w:r>
        <w:rPr>
          <w:lang w:eastAsia="zh-CN"/>
        </w:rPr>
        <w:t>　　把机会交给学生。</w:t>
      </w:r>
      <w:r>
        <w:rPr>
          <w:lang w:eastAsia="zh-CN"/>
        </w:rPr>
        <w:br/>
      </w:r>
      <w:r>
        <w:rPr>
          <w:lang w:eastAsia="zh-CN"/>
        </w:rPr>
        <w:t>　　俯下身子看学生的生活，平等参与学生的研究。</w:t>
      </w:r>
      <w:r>
        <w:rPr>
          <w:lang w:eastAsia="zh-CN"/>
        </w:rPr>
        <w:br/>
      </w:r>
      <w:r>
        <w:rPr>
          <w:lang w:eastAsia="zh-CN"/>
        </w:rPr>
        <w:t>　　教师把探究的机会交给学生，学生就能充分展示自己学习的过程，教师也就可以自如地开展教学活动。</w:t>
      </w:r>
      <w:r>
        <w:rPr>
          <w:lang w:eastAsia="zh-CN"/>
        </w:rPr>
        <w:br/>
      </w:r>
      <w:r>
        <w:rPr>
          <w:lang w:eastAsia="zh-CN"/>
        </w:rPr>
        <w:t>　　这种方式的改变，将导致师生关系的改变，使教师长期以来的高高在上的“传道、授业、解惑”的地位发生变化，教师从“知识的权威”转变到“平等地参与学生的研究”，从“知识的传递者”转变成“学生科学探究的促进者、组织者和指导者”。</w:t>
      </w:r>
      <w:r>
        <w:rPr>
          <w:lang w:eastAsia="zh-CN"/>
        </w:rPr>
        <w:br/>
      </w:r>
      <w:r>
        <w:rPr>
          <w:lang w:eastAsia="zh-CN"/>
        </w:rPr>
        <w:t>　　注重课堂实践和资源整合，运用专家的教育智慧补己之短，通过运用信息技术整合教育内容，推动教育教学的行为的变化。</w:t>
      </w:r>
      <w:r>
        <w:rPr>
          <w:lang w:eastAsia="zh-CN"/>
        </w:rPr>
        <w:br/>
      </w:r>
      <w:r>
        <w:rPr>
          <w:lang w:eastAsia="zh-CN"/>
        </w:rPr>
        <w:t>　　4、在教学活动中，教师要做一个成功的引路人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一堂新课开始，教师可通过新课导入的设计、学习氛围的创设，教材所蕴含的兴趣教学因素、课堂内外的各种资源来唤起学生对新知识的兴趣，让学生产生学习的意愿和动力。</w:t>
      </w:r>
      <w:r>
        <w:rPr>
          <w:lang w:eastAsia="zh-CN"/>
        </w:rPr>
        <w:br/>
      </w:r>
      <w:r>
        <w:rPr>
          <w:lang w:eastAsia="zh-CN"/>
        </w:rPr>
        <w:t>　　然后，教给学生探索、发现的方法，让学生会探索、会发现。</w:t>
      </w:r>
      <w:r>
        <w:rPr>
          <w:lang w:eastAsia="zh-CN"/>
        </w:rPr>
        <w:br/>
      </w:r>
      <w:r>
        <w:rPr>
          <w:lang w:eastAsia="zh-CN"/>
        </w:rPr>
        <w:t>　　教师除了必须把动手实践、自主探索与合作交流作为课堂教学的重要步骤外，还需有梯度地精心设计每一个教学目标所涉及的练习题。</w:t>
      </w:r>
      <w:r>
        <w:rPr>
          <w:lang w:eastAsia="zh-CN"/>
        </w:rPr>
        <w:br/>
      </w:r>
      <w:r>
        <w:rPr>
          <w:lang w:eastAsia="zh-CN"/>
        </w:rPr>
        <w:t>　　落实知识和技能的基本要求，着眼于全体学生素质的提高;突出学生的探究活动，注重方法训练;书中包含许多开放性的问题和实践性课题；要联系实际，注重知识的应用，扩大知识面;注意人文精神的渗透;形式生动、活泼。</w:t>
      </w:r>
      <w:r>
        <w:rPr>
          <w:lang w:eastAsia="zh-CN"/>
        </w:rPr>
        <w:br/>
      </w:r>
      <w:r>
        <w:rPr>
          <w:lang w:eastAsia="zh-CN"/>
        </w:rPr>
        <w:t>　　5、教师要学会终身学习。</w:t>
      </w:r>
      <w:r>
        <w:rPr>
          <w:lang w:eastAsia="zh-CN"/>
        </w:rPr>
        <w:br/>
      </w:r>
      <w:r>
        <w:rPr>
          <w:lang w:eastAsia="zh-CN"/>
        </w:rPr>
        <w:t>　　新时代、新知识、新课程都要求教师树立终身学习的目标，实现自身的可持续发展。</w:t>
      </w:r>
      <w:r>
        <w:rPr>
          <w:lang w:eastAsia="zh-CN"/>
        </w:rPr>
        <w:br/>
      </w:r>
      <w:r>
        <w:rPr>
          <w:lang w:eastAsia="zh-CN"/>
        </w:rPr>
        <w:t>　　学习不仅仅只专业方面，要扩充到各个领域，不断的提升自身的修养和素质。</w:t>
      </w:r>
      <w:r>
        <w:rPr>
          <w:lang w:eastAsia="zh-CN"/>
        </w:rPr>
        <w:br/>
      </w:r>
      <w:r>
        <w:rPr>
          <w:lang w:eastAsia="zh-CN"/>
        </w:rPr>
        <w:t>　　首先必须树立终身学习的意识，把不断学习作为自身发展的源泉和动力。</w:t>
      </w:r>
      <w:r>
        <w:rPr>
          <w:lang w:eastAsia="zh-CN"/>
        </w:rPr>
        <w:br/>
      </w:r>
      <w:r>
        <w:rPr>
          <w:lang w:eastAsia="zh-CN"/>
        </w:rPr>
        <w:t>　　其次，教师应把学习贯彻在自己的教学实践中，将学习与实际教学结合起来，努力探索新的教育教学方法。</w:t>
      </w:r>
      <w:r>
        <w:rPr>
          <w:lang w:eastAsia="zh-CN"/>
        </w:rPr>
        <w:br/>
      </w:r>
      <w:r>
        <w:rPr>
          <w:lang w:eastAsia="zh-CN"/>
        </w:rPr>
        <w:t>　　再次，在丰富自身专业知识的同时，广泛涉猎各种社会科学和自然科学知识，从而更好地适应教学的需要，通过总结经验，提高自身，向更完善的目标努力。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最后，要充分利用现代信息通讯技术，不断扩大学习资源和学习空间，及时了解专业领域以及其他领域的最新发展动态，注重与其他教师和专家的合作探讨，教师要秉承终身学习和教育理念，以适应教育改革的浪潮。</w:t>
      </w:r>
      <w:r>
        <w:rPr>
          <w:lang w:eastAsia="zh-CN"/>
        </w:rPr>
        <w:br/>
      </w:r>
      <w:r>
        <w:rPr>
          <w:lang w:eastAsia="zh-CN"/>
        </w:rPr>
        <w:t>　　二十多天的培训很快结束了，再次感谢各位领导给我这次自我提升的机会。</w:t>
      </w:r>
      <w:r>
        <w:rPr>
          <w:lang w:eastAsia="zh-CN"/>
        </w:rPr>
        <w:br/>
      </w:r>
      <w:r>
        <w:rPr>
          <w:lang w:eastAsia="zh-CN"/>
        </w:rPr>
        <w:t>　　虽然这次培训的时间不长，但是这的学习生活我没有虚度，我过得很充实。</w:t>
      </w:r>
      <w:r>
        <w:rPr>
          <w:lang w:eastAsia="zh-CN"/>
        </w:rPr>
        <w:br/>
      </w:r>
      <w:r>
        <w:rPr>
          <w:lang w:eastAsia="zh-CN"/>
        </w:rPr>
        <w:t>　　在今后的工作、生活中我将从以下几个方面努力：</w:t>
      </w:r>
      <w:r>
        <w:rPr>
          <w:lang w:eastAsia="zh-CN"/>
        </w:rPr>
        <w:br/>
      </w:r>
      <w:r>
        <w:rPr>
          <w:lang w:eastAsia="zh-CN"/>
        </w:rPr>
        <w:t>　　1、不断的学习，提升自我。</w:t>
      </w:r>
      <w:r>
        <w:rPr>
          <w:lang w:eastAsia="zh-CN"/>
        </w:rPr>
        <w:br/>
      </w:r>
      <w:r>
        <w:rPr>
          <w:lang w:eastAsia="zh-CN"/>
        </w:rPr>
        <w:t>　　作为一个教师，要有终身学习的意识，不断了解新事物、学习新知识，不断更新和拓宽自己的知识结构，使自己具备与教学适应的多元化的知识结构。</w:t>
      </w:r>
      <w:r>
        <w:rPr>
          <w:lang w:eastAsia="zh-CN"/>
        </w:rPr>
        <w:br/>
      </w:r>
      <w:r>
        <w:rPr>
          <w:lang w:eastAsia="zh-CN"/>
        </w:rPr>
        <w:t>　　在当今时代，教师真正需要的是虚怀若谷的态度,要敢于承认自己在某些知识和经历方面的欠缺，虚心向自己的教育对象学习。</w:t>
      </w:r>
      <w:r>
        <w:rPr>
          <w:lang w:eastAsia="zh-CN"/>
        </w:rPr>
        <w:br/>
      </w:r>
      <w:r>
        <w:rPr>
          <w:lang w:eastAsia="zh-CN"/>
        </w:rPr>
        <w:t>　　争取通过不断的学习，无论是专业技术还是思想意识都与时代同步。</w:t>
      </w:r>
      <w:r>
        <w:rPr>
          <w:lang w:eastAsia="zh-CN"/>
        </w:rPr>
        <w:br/>
      </w:r>
      <w:r>
        <w:rPr>
          <w:lang w:eastAsia="zh-CN"/>
        </w:rPr>
        <w:t>　　2、以学生的发展为核心。</w:t>
      </w:r>
      <w:r>
        <w:rPr>
          <w:lang w:eastAsia="zh-CN"/>
        </w:rPr>
        <w:br/>
      </w:r>
      <w:r>
        <w:rPr>
          <w:lang w:eastAsia="zh-CN"/>
        </w:rPr>
        <w:t>　　在教学过程中，教师不是把知识灌输给学生，而是引导学生把握学习方法，让学生自己去探究、去尝试，在探索、尝试的过程中获取知识，长进能力。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教学过程中，强调人的主体性的弘扬，注重形成人的精神力量，充分调动学生学习积极性，真正落实学生在教学中的主体地位，这正是现代教育的发展方向。</w:t>
      </w:r>
      <w:r>
        <w:rPr>
          <w:lang w:eastAsia="zh-CN"/>
        </w:rPr>
        <w:br/>
      </w:r>
      <w:r>
        <w:rPr>
          <w:lang w:eastAsia="zh-CN"/>
        </w:rPr>
        <w:t>　　3、教育中注重个性、因材施教。</w:t>
      </w:r>
      <w:r>
        <w:rPr>
          <w:lang w:eastAsia="zh-CN"/>
        </w:rPr>
        <w:br/>
      </w:r>
      <w:r>
        <w:rPr>
          <w:lang w:eastAsia="zh-CN"/>
        </w:rPr>
        <w:t>　　现代教育不主张使每个都做到全面发展，但是应该鼓励学生发现和发扬自己的长处，不用同一把尺子来衡量和评价学生的优劣，鼓励学生向自己能够成功的方向努力。</w:t>
      </w:r>
      <w:r>
        <w:rPr>
          <w:lang w:eastAsia="zh-CN"/>
        </w:rPr>
        <w:br/>
      </w:r>
      <w:r>
        <w:rPr>
          <w:lang w:eastAsia="zh-CN"/>
        </w:rPr>
        <w:t>　　因此，对学习成绩落后的学生，不但不应当嘲笑，还应当反思自己的责任。</w:t>
      </w:r>
      <w:r>
        <w:rPr>
          <w:lang w:eastAsia="zh-CN"/>
        </w:rPr>
        <w:br/>
      </w:r>
      <w:r>
        <w:rPr>
          <w:lang w:eastAsia="zh-CN"/>
        </w:rPr>
        <w:t>　　注重个性、因材施教，还需要教师有正确的“人才”观。</w:t>
      </w:r>
      <w:r>
        <w:rPr>
          <w:lang w:eastAsia="zh-CN"/>
        </w:rPr>
        <w:br/>
      </w:r>
      <w:r>
        <w:rPr>
          <w:lang w:eastAsia="zh-CN"/>
        </w:rPr>
        <w:t>　　新时期的人才观，是以培养学生的创新精神和实践能力为重点，使他们有职业理想、有道德、有专业知识、有组织纪律。</w:t>
      </w:r>
      <w:r>
        <w:rPr>
          <w:lang w:eastAsia="zh-CN"/>
        </w:rPr>
        <w:br/>
      </w:r>
      <w:r>
        <w:rPr>
          <w:lang w:eastAsia="zh-CN"/>
        </w:rPr>
        <w:t>　　我必须矫正自己的人才观，以提高每一个学生的全面素质为己任，不拘一格育人才。</w:t>
      </w:r>
      <w:r>
        <w:rPr>
          <w:lang w:eastAsia="zh-CN"/>
        </w:rPr>
        <w:br/>
      </w:r>
      <w:r>
        <w:rPr>
          <w:lang w:eastAsia="zh-CN"/>
        </w:rPr>
        <w:t>　　4、加强反思。</w:t>
      </w:r>
      <w:r>
        <w:rPr>
          <w:lang w:eastAsia="zh-CN"/>
        </w:rPr>
        <w:br/>
      </w:r>
      <w:r>
        <w:rPr>
          <w:lang w:eastAsia="zh-CN"/>
        </w:rPr>
        <w:t>　　教师要利用各种机会对自己的教育、教学、科研活动等进行反思。</w:t>
      </w:r>
      <w:r>
        <w:rPr>
          <w:lang w:eastAsia="zh-CN"/>
        </w:rPr>
        <w:br/>
      </w:r>
      <w:r>
        <w:rPr>
          <w:lang w:eastAsia="zh-CN"/>
        </w:rPr>
        <w:t>　　教师在自我进修、自我学习的基础上，以自己的教育教学活动过程为思考对象，来对自己所做出的行为、决策，以及由此所产生的结果进行审视和分析。</w:t>
      </w:r>
      <w:r>
        <w:rPr>
          <w:lang w:eastAsia="zh-CN"/>
        </w:rPr>
        <w:br/>
      </w:r>
      <w:r>
        <w:rPr>
          <w:lang w:eastAsia="zh-CN"/>
        </w:rPr>
        <w:t>　　教师既是培训对象，又是培训者。</w:t>
      </w:r>
      <w:r>
        <w:rPr>
          <w:lang w:eastAsia="zh-CN"/>
        </w:rPr>
        <w:br/>
      </w:r>
      <w:r>
        <w:rPr>
          <w:lang w:eastAsia="zh-CN"/>
        </w:rPr>
        <w:t>　　教师应通过不断地自学反思，促进自身的专业化发展，要不断地加强理论学习，把自己的教育教学工作作为研究对象，学会反思技术，进行反思性教学，并让反思成为习惯，成为一名科研型教师。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这次培训，为我们营造了一个崭新的学习环境，从根本上改变了原先的传统学习模式，更给我带来了新的学习观念、学习方式和教学理念，为我今后的人生开辟了新环境。</w:t>
      </w:r>
      <w:r>
        <w:rPr>
          <w:lang w:eastAsia="zh-CN"/>
        </w:rPr>
        <w:br/>
      </w:r>
      <w:r>
        <w:rPr>
          <w:lang w:eastAsia="zh-CN"/>
        </w:rPr>
        <w:t>　　我要把汲取到的先进理念、思想运用到工作中行动起来，让此次远程教育的价值在我们的工作中得到最大的体现。</w:t>
      </w:r>
      <w:r>
        <w:rPr>
          <w:lang w:eastAsia="zh-CN"/>
        </w:rPr>
        <w:br/>
      </w:r>
      <w:r>
        <w:rPr>
          <w:lang w:eastAsia="zh-CN"/>
        </w:rPr>
        <w:t>　　短暂的学习虽然结束了，但我相信远程教育将是不断探究，不断发展，不断完善自我的永远研修平台。</w:t>
      </w:r>
      <w:r>
        <w:rPr>
          <w:lang w:eastAsia="zh-CN"/>
        </w:rPr>
        <w:br/>
      </w:r>
      <w:r>
        <w:rPr>
          <w:lang w:eastAsia="zh-CN"/>
        </w:rPr>
        <w:t>　　最后，我衷心的希望，今后能为我们广大教师提供更有利的交流平台，使大家在交流中成长，互动中提高。</w:t>
      </w:r>
      <w:r>
        <w:rPr>
          <w:lang w:eastAsia="zh-CN"/>
        </w:rPr>
        <w:br/>
      </w:r>
      <w:r>
        <w:rPr>
          <w:lang w:eastAsia="zh-CN"/>
        </w:rPr>
        <w:t xml:space="preserve">    2024教师培训感言范文 篇2 </w:t>
      </w:r>
      <w:r>
        <w:rPr>
          <w:lang w:eastAsia="zh-CN"/>
        </w:rPr>
        <w:br/>
      </w:r>
      <w:r>
        <w:rPr>
          <w:lang w:eastAsia="zh-CN"/>
        </w:rPr>
        <w:t>　　3月21日，我参加了携手助学的学习培训,这次的.学习与培训不同与以往的培训，在形式上完全是教师登陆微软助学网站进行在线交流学习，携手助学培训心得。互动性更强,学习的内容更加广泛和具体。网站上的课程都是微软公司通过与国内外教育专家的合作,并由微软开发编写，这次学习让我受益匪浅。从中学到了很多有意义有价值的知识，真正把学到的知识应用到了具体的教学之中，为自己的教学提供了强有力的技术支持和帮助。</w:t>
      </w:r>
      <w:r>
        <w:rPr>
          <w:lang w:eastAsia="zh-CN"/>
        </w:rPr>
        <w:br/>
      </w:r>
      <w:r>
        <w:rPr>
          <w:lang w:eastAsia="zh-CN"/>
        </w:rPr>
        <w:t>　　网络这一词已经成为今天电脑的代名词，尤其是在学校这样的环境下网络已经成为了教育教学不可缺少的媒介与资源交流平台，无论是课堂教学还是办公都离不开网络。通过这次培训，我体会颇深：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首先，我认为这次培训的形式是新颖的，内容是务实的，收获是丰富的。许多老师反映，自己参加过大大小小的许多次培训，而像这次这样务实的，这样有收获的却不多，心得体会《携手助学培训心得》。通过这种形式的培训，大家在小组交流中，互相学习，互相帮助，在和谐而热烈的气氛中快乐的学习，能够真正的学到知识与方法。</w:t>
      </w:r>
      <w:r>
        <w:rPr>
          <w:lang w:eastAsia="zh-CN"/>
        </w:rPr>
        <w:br/>
      </w:r>
      <w:r>
        <w:rPr>
          <w:lang w:eastAsia="zh-CN"/>
        </w:rPr>
        <w:t>　　其次，通过这些培训，我学到了更多新的方法和策略。在实际工作中，我们会经常遇到各种各样的问题。通过这次的培训学习，观看光盘和网上求教，我学到了许多解决这些问题的方法，了解了循序渐进的查找问题、解决问题的步骤，许多以前不能解决的问题都能迎刃而解。在办公操作方面，原以为自己的计算机知识至少是够用了，Office办公方面应该不会存在什么问题，感觉没有多少东西可以学习了，但是通过学习，我才认识到了自己的不足，认为还是学到了很多以前不知道的知识。比如应用可视化工具、Frontpage等软件的应用，把这些运用到教学当中，既方便，又快捷。</w:t>
      </w:r>
      <w:r>
        <w:rPr>
          <w:lang w:eastAsia="zh-CN"/>
        </w:rPr>
        <w:br/>
      </w:r>
      <w:r>
        <w:rPr>
          <w:lang w:eastAsia="zh-CN"/>
        </w:rPr>
        <w:t>　　在携手助学网站上有一个教师共享天地的交流区，我感觉特别的实用。在共享天地里，有优秀课件，素材，课堂教学资源，这些资源都是宝贵的资源。</w:t>
      </w:r>
      <w:r>
        <w:rPr>
          <w:lang w:eastAsia="zh-CN"/>
        </w:rPr>
        <w:br/>
      </w:r>
      <w:r>
        <w:rPr>
          <w:lang w:eastAsia="zh-CN"/>
        </w:rPr>
        <w:t>　　本次的培训还有许多学习的地方，自己也在一步一个脚印，如饥似渴地吸取着丰富的教学资源。这里的每一节内容都让我感觉是全新，更是无价的，因为它确实是一笔财富，为自己的教育教学发展始终提供着坚实的知识保障。</w:t>
      </w:r>
      <w:r>
        <w:rPr>
          <w:lang w:eastAsia="zh-CN"/>
        </w:rPr>
        <w:br/>
      </w:r>
      <w:r>
        <w:rPr>
          <w:lang w:eastAsia="zh-CN"/>
        </w:rPr>
        <w:t xml:space="preserve">    2024教师培训感言范文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为期三天的新教师集体培训圆满结束了，这已是我以新教师的身份参加的第三次培训了。每次培训都让我获得不同的收获，让我不断的提高自己的教学能力和业务水平。</w:t>
      </w:r>
      <w:r>
        <w:rPr>
          <w:lang w:eastAsia="zh-CN"/>
        </w:rPr>
        <w:br/>
      </w:r>
      <w:r>
        <w:rPr>
          <w:lang w:eastAsia="zh-CN"/>
        </w:rPr>
        <w:t>　　这次培训的最大的感受就是收获是实实在在的。前两次的培训主要注重教育理论方面的传授，而这次却完全围绕我们日常最常规工作需求而展开的一次培训。</w:t>
      </w:r>
      <w:r>
        <w:rPr>
          <w:lang w:eastAsia="zh-CN"/>
        </w:rPr>
        <w:br/>
      </w:r>
      <w:r>
        <w:rPr>
          <w:lang w:eastAsia="zh-CN"/>
        </w:rPr>
        <w:t>　　前两天的培训是围绕“三笔字”所进行的，这对我来说无疑是一场及时雨。虽已在讲台上执教有半年多了，但我对自己的粉笔字和硬笔书法总不是很自信。在教学过程中用一手漂亮的板书往往能更好的吸引学生的注意力，更好的完成教学目标。平时虽也有意识的去练习，但由于缺乏专业的指导，一直没什么大的提高。通过这次培训，一方面让我有了一次练习的机会;另一方面经过授课老师的指导，让我懂得了怎样去设计好课堂板书，也让我认识到我身上所存在的问题以及改进的方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培训的最后一天主要是教我们怎样去写教学论文。鲍校长结合他自身的经验给我们带来了一堂精彩的讲座。以前总认为写论文离我很远，一直认为那是资深教师和专家所做之事。通过这次培训，让我认识到想成为一名优秀的教师，不但要会教书，还要多看书，多写感想，给我印象最深的是：鲍校长的书房里有四千多本书，不管是听一首歌还是看一篇文章，他都能用最真最朴实的语言记录下自己的感想，或许正因为这样，他在教育教学上才能有如此大的成就。鲍校长还给我们讲授了怎样去给论文确定题目，论文的格式等。这些对我今后的教学生涯都具有重要意义，无疑给我今后的教学指明了一条路。最后，他送给全体新教师四句话：在积淀中成长---多一份感恩；在坚持中磨练---少一份急躁；在反思中创新---多一些理性；在实践中提升---少一些感性。为了生活的快乐，幸福而努力。</w:t>
      </w:r>
      <w:r>
        <w:rPr>
          <w:lang w:eastAsia="zh-CN"/>
        </w:rPr>
        <w:br/>
      </w:r>
      <w:r>
        <w:rPr>
          <w:lang w:eastAsia="zh-CN"/>
        </w:rPr>
        <w:t>　　值得一说的是，这次培训的最后半天，进修学校给我们进行了一次考试。考试的题目主要是三次培训的内容和一些教学过程中最常见的问题。这是很有意义的，一方面说明了教育局对我们这届新教师的重视；另一方面也让我们更加认清自己身上所存在的不足之处。让我们感觉到压力，能够更自觉的在平时空闲时间去加强学习，去提升自我。</w:t>
      </w:r>
      <w:r>
        <w:rPr>
          <w:lang w:eastAsia="zh-CN"/>
        </w:rPr>
        <w:br/>
      </w:r>
      <w:r>
        <w:rPr>
          <w:lang w:eastAsia="zh-CN"/>
        </w:rPr>
        <w:t>　　经过这三次的新教师培训，我深刻领悟到，身为一名人民教师要进行不断地学习，不断地自我提升。只有这样，我们才能对得起我们所教的每个学生，才能配得上“教师”这个光荣称号。</w:t>
      </w:r>
      <w:r>
        <w:rPr>
          <w:lang w:eastAsia="zh-CN"/>
        </w:rPr>
        <w:br/>
      </w:r>
      <w:r>
        <w:rPr>
          <w:lang w:eastAsia="zh-CN"/>
        </w:rPr>
        <w:t xml:space="preserve">    2024教师培训感言范文 篇4 </w:t>
      </w:r>
      <w:r>
        <w:rPr>
          <w:lang w:eastAsia="zh-CN"/>
        </w:rPr>
        <w:br/>
      </w:r>
      <w:r>
        <w:rPr>
          <w:lang w:eastAsia="zh-CN"/>
        </w:rPr>
        <w:t>　　通过这次学习和培训，我受益很大。</w:t>
      </w:r>
      <w:r>
        <w:rPr>
          <w:lang w:eastAsia="zh-CN"/>
        </w:rPr>
        <w:br/>
      </w:r>
      <w:r>
        <w:rPr>
          <w:lang w:eastAsia="zh-CN"/>
        </w:rPr>
        <w:t>　　一、 丰富了我们的理论知识。</w:t>
      </w:r>
      <w:r>
        <w:rPr>
          <w:lang w:eastAsia="zh-CN"/>
        </w:rPr>
        <w:br/>
      </w:r>
      <w:r>
        <w:rPr>
          <w:lang w:eastAsia="zh-CN"/>
        </w:rPr>
        <w:t>　　在学习的过程中，我明白了幼儿语言教育的意义有4点：</w:t>
      </w:r>
      <w:r>
        <w:rPr>
          <w:lang w:eastAsia="zh-CN"/>
        </w:rPr>
        <w:br/>
      </w:r>
      <w:r>
        <w:rPr>
          <w:lang w:eastAsia="zh-CN"/>
        </w:rPr>
        <w:t>　　1、幼儿期是语言发展的关键期;</w:t>
      </w:r>
      <w:r>
        <w:rPr>
          <w:lang w:eastAsia="zh-CN"/>
        </w:rPr>
        <w:br/>
      </w:r>
      <w:r>
        <w:rPr>
          <w:lang w:eastAsia="zh-CN"/>
        </w:rPr>
        <w:t>　　2、促进语言的发展;</w:t>
      </w:r>
      <w:r>
        <w:rPr>
          <w:lang w:eastAsia="zh-CN"/>
        </w:rPr>
        <w:br/>
      </w:r>
      <w:r>
        <w:rPr>
          <w:lang w:eastAsia="zh-CN"/>
        </w:rPr>
        <w:t>　　3、促进幼儿认知的发展;</w:t>
      </w:r>
      <w:r>
        <w:rPr>
          <w:lang w:eastAsia="zh-CN"/>
        </w:rPr>
        <w:br/>
      </w:r>
      <w:r>
        <w:rPr>
          <w:lang w:eastAsia="zh-CN"/>
        </w:rPr>
        <w:t>　　4、促进幼儿的社会性发展。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在卫生保健方面，知道了幼儿骨的成分和特征及工作和生活对幼儿进行保教工作。</w:t>
      </w:r>
      <w:r>
        <w:rPr>
          <w:lang w:eastAsia="zh-CN"/>
        </w:rPr>
        <w:br/>
      </w:r>
      <w:r>
        <w:rPr>
          <w:lang w:eastAsia="zh-CN"/>
        </w:rPr>
        <w:t>　　美术方面，清楚明了地理解孝中、大班幼儿的生理特征、绘画特征及如何指导他们绘画。</w:t>
      </w:r>
      <w:r>
        <w:rPr>
          <w:lang w:eastAsia="zh-CN"/>
        </w:rPr>
        <w:br/>
      </w:r>
      <w:r>
        <w:rPr>
          <w:lang w:eastAsia="zh-CN"/>
        </w:rPr>
        <w:t>　　科学教育方面：知道了幼儿园科学教育的价值。</w:t>
      </w:r>
      <w:r>
        <w:rPr>
          <w:lang w:eastAsia="zh-CN"/>
        </w:rPr>
        <w:br/>
      </w:r>
      <w:r>
        <w:rPr>
          <w:lang w:eastAsia="zh-CN"/>
        </w:rPr>
        <w:t>　　内容与要求及如何指导幼儿的科学运动等，游戏方面：懂得游戏的不同类型及指导，最重要的是理解游戏对孩子的作用。</w:t>
      </w:r>
      <w:r>
        <w:rPr>
          <w:lang w:eastAsia="zh-CN"/>
        </w:rPr>
        <w:br/>
      </w:r>
      <w:r>
        <w:rPr>
          <w:lang w:eastAsia="zh-CN"/>
        </w:rPr>
        <w:t>　　二、 实践方面</w:t>
      </w:r>
      <w:r>
        <w:rPr>
          <w:lang w:eastAsia="zh-CN"/>
        </w:rPr>
        <w:br/>
      </w:r>
      <w:r>
        <w:rPr>
          <w:lang w:eastAsia="zh-CN"/>
        </w:rPr>
        <w:t>　　__老师像对待自己孩子一样手把手教我们练习键盘，通过老师的耐心指导，在这次学习中我终于学会了左手伴奏，真的很高兴。</w:t>
      </w:r>
      <w:r>
        <w:rPr>
          <w:lang w:eastAsia="zh-CN"/>
        </w:rPr>
        <w:br/>
      </w:r>
      <w:r>
        <w:rPr>
          <w:lang w:eastAsia="zh-CN"/>
        </w:rPr>
        <w:t>　　_老师在课堂上通过幽默、诙谐的语言组织课堂使我们在快乐的课堂中学会了几十首实用的幼儿歌曲。</w:t>
      </w:r>
      <w:r>
        <w:rPr>
          <w:lang w:eastAsia="zh-CN"/>
        </w:rPr>
        <w:br/>
      </w:r>
      <w:r>
        <w:rPr>
          <w:lang w:eastAsia="zh-CN"/>
        </w:rPr>
        <w:t>　　_老师带大家画呀、剪呀，培养了我们的动手能力。</w:t>
      </w:r>
      <w:r>
        <w:rPr>
          <w:lang w:eastAsia="zh-CN"/>
        </w:rPr>
        <w:br/>
      </w:r>
      <w:r>
        <w:rPr>
          <w:lang w:eastAsia="zh-CN"/>
        </w:rPr>
        <w:t>　　夏老师用谨慎认真的态度教会我们二十多实用的舞蹈，真的很开心。</w:t>
      </w:r>
      <w:r>
        <w:rPr>
          <w:lang w:eastAsia="zh-CN"/>
        </w:rPr>
        <w:br/>
      </w:r>
      <w:r>
        <w:rPr>
          <w:lang w:eastAsia="zh-CN"/>
        </w:rPr>
        <w:t>　　总之这次学习，我们大家都很认真，积极，我们感觉到教育要质量，培训老师要先行，这次学习我们满载而归，谢谢各级领导和市教师进修学校的专家和老师们给我们提供了这样一次难得的机会，谢谢邱老师和曹老师对我们生活上和学习上的关心。</w:t>
      </w:r>
      <w:r>
        <w:rPr>
          <w:lang w:eastAsia="zh-CN"/>
        </w:rPr>
        <w:br/>
      </w:r>
      <w:r>
        <w:rPr>
          <w:lang w:eastAsia="zh-CN"/>
        </w:rPr>
        <w:t xml:space="preserve">    2024教师培训感言范文 篇5 </w:t>
      </w:r>
      <w:r>
        <w:rPr>
          <w:lang w:eastAsia="zh-CN"/>
        </w:rPr>
        <w:br/>
      </w:r>
      <w:r>
        <w:rPr>
          <w:lang w:eastAsia="zh-CN"/>
        </w:rPr>
        <w:t>　　两天的团队合作训练，心灵与思想不断地受到震撼，静心梳理，简言以下几点。</w:t>
      </w:r>
      <w:r>
        <w:rPr>
          <w:lang w:eastAsia="zh-CN"/>
        </w:rPr>
        <w:br/>
      </w:r>
      <w:r>
        <w:rPr>
          <w:lang w:eastAsia="zh-CN"/>
        </w:rPr>
        <w:t>　　一、成功源于坚定的信念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面对二十八条胳膊杂乱的纠结在一起的时候，我对是否能回到刚才大家有序的左右手拉手产生了怀疑；面对训练无素的青年女子必须做300个俯卧撑时，我觉得简直是“惨无人道”；面对悬在半空边长不足半米的正方形“电网”，却要让全体老师不能丝毫触网地通过的指令，我情不自禁的连连摇头……但在培训老师的鼓励下，在队友们不断的尝试下，最后居然都成功了。事实让我再一次笃信“信心是成功的一半”。是的，没有成功信念的支持，怎会有成功结果的到来。</w:t>
      </w:r>
      <w:r>
        <w:rPr>
          <w:lang w:eastAsia="zh-CN"/>
        </w:rPr>
        <w:br/>
      </w:r>
      <w:r>
        <w:rPr>
          <w:lang w:eastAsia="zh-CN"/>
        </w:rPr>
        <w:t>　　二、成功立于周密的计划</w:t>
      </w:r>
      <w:r>
        <w:rPr>
          <w:lang w:eastAsia="zh-CN"/>
        </w:rPr>
        <w:br/>
      </w:r>
      <w:r>
        <w:rPr>
          <w:lang w:eastAsia="zh-CN"/>
        </w:rPr>
        <w:t>　　凡事“预则立，不预则废”。这道理早就知道，但经过了几个主题活动之后，大有“纸上得来终觉浅，绝知此事要躬行”之感。七个人在黑暗中合作画出“美丽的脸”，没有拥有光明时的周密计划，是不可能完成的。制定一个既有时限，又要周密可行，行之有效的完善的计划，于获得高人一筹的成绩是至关重要的。而计划的制定，既需要众人的智慧，更需要决策者的定度和精细地安排实施。</w:t>
      </w:r>
      <w:r>
        <w:rPr>
          <w:lang w:eastAsia="zh-CN"/>
        </w:rPr>
        <w:br/>
      </w:r>
      <w:r>
        <w:rPr>
          <w:lang w:eastAsia="zh-CN"/>
        </w:rPr>
        <w:t>　　三、成功成于细节的严谨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因为两个人的尺度不一样，致使眼睛长在眉毛上；因为一个队友忍不住说了半句话，致使七八个人已经通过“电网”的活动重新开始；因为力量稍稍不均横，致使集体“翻船”跌入海中……“细节决定成败”的箴言，一次一次响在耳边，使我们不禁又想到这样一个故事：上海地铁一号线是由德国人设计的，看上去并没有什么特别的地方，直到中国设计师设计的二号线投入运营，才发现其中有那么多的细节被二号线忽略了。结果二号线运营成本远远高于一号线，至今尚未实现收支平衡。细节决定成败。想做大事的人很多，但愿意把小事做细的人很少；我们不缺少各类管理规章制度，缺少的是规章条款不折不扣的执行。我们必须改变心浮气躁、浅尝辄止的毛病，注重细节，追求成功。</w:t>
      </w:r>
      <w:r>
        <w:rPr>
          <w:lang w:eastAsia="zh-CN"/>
        </w:rPr>
        <w:br/>
      </w:r>
      <w:r>
        <w:rPr>
          <w:lang w:eastAsia="zh-CN"/>
        </w:rPr>
        <w:t xml:space="preserve">    2024教师培训感言范文 篇6 </w:t>
      </w:r>
      <w:r>
        <w:rPr>
          <w:lang w:eastAsia="zh-CN"/>
        </w:rPr>
        <w:br/>
      </w:r>
      <w:r>
        <w:rPr>
          <w:lang w:eastAsia="zh-CN"/>
        </w:rPr>
        <w:t>　　为期三天的新教师集体培训圆满结束了，这已是我以新教师的身份参加的第三次培训了。</w:t>
      </w:r>
      <w:r>
        <w:rPr>
          <w:lang w:eastAsia="zh-CN"/>
        </w:rPr>
        <w:br/>
      </w:r>
      <w:r>
        <w:rPr>
          <w:lang w:eastAsia="zh-CN"/>
        </w:rPr>
        <w:t>　　每次培训都让我获得不同的收获，让我不断的提高自己的教学能力和业务水平。</w:t>
      </w:r>
      <w:r>
        <w:rPr>
          <w:lang w:eastAsia="zh-CN"/>
        </w:rPr>
        <w:br/>
      </w:r>
      <w:r>
        <w:rPr>
          <w:lang w:eastAsia="zh-CN"/>
        </w:rPr>
        <w:t>　　这次培训的最大的感受就是收获是实实在在的。</w:t>
      </w:r>
      <w:r>
        <w:rPr>
          <w:lang w:eastAsia="zh-CN"/>
        </w:rPr>
        <w:br/>
      </w:r>
      <w:r>
        <w:rPr>
          <w:lang w:eastAsia="zh-CN"/>
        </w:rPr>
        <w:t>　　前两次的培训主要注重教育理论方面的传授，而这次却完全围绕我们日常最常规工作需求而展开的一次培训。</w:t>
      </w:r>
      <w:r>
        <w:rPr>
          <w:lang w:eastAsia="zh-CN"/>
        </w:rPr>
        <w:br/>
      </w:r>
      <w:r>
        <w:rPr>
          <w:lang w:eastAsia="zh-CN"/>
        </w:rPr>
        <w:t>　　前两天的培训是围绕“三笔字”所进行的，这对我来说无疑是一场及时雨。</w:t>
      </w:r>
      <w:r>
        <w:rPr>
          <w:lang w:eastAsia="zh-CN"/>
        </w:rPr>
        <w:br/>
      </w:r>
      <w:r>
        <w:rPr>
          <w:lang w:eastAsia="zh-CN"/>
        </w:rPr>
        <w:t>　　虽已在讲台上执教有半年多了，但我对自己的粉笔字和硬笔书法总不是很自信。</w:t>
      </w:r>
      <w:r>
        <w:rPr>
          <w:lang w:eastAsia="zh-CN"/>
        </w:rPr>
        <w:br/>
      </w:r>
      <w:r>
        <w:rPr>
          <w:lang w:eastAsia="zh-CN"/>
        </w:rPr>
        <w:t>　　在教学过程中用一手漂亮的板书往往能更好的吸引学生的注意力，更好的完成教学目标。</w:t>
      </w:r>
      <w:r>
        <w:rPr>
          <w:lang w:eastAsia="zh-CN"/>
        </w:rPr>
        <w:br/>
      </w:r>
      <w:r>
        <w:rPr>
          <w:lang w:eastAsia="zh-CN"/>
        </w:rPr>
        <w:t>　　平时虽也有意识的去练习，但由于缺乏专业的指导，一直没什么大的提高。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通过这次培训，一方面让我有了一次练习的机会;另一方面经过授课老师的指导，让我懂得了怎样去设计好课堂板书，也让我认识到我身上所存在的问题以及改进的方向。</w:t>
      </w:r>
      <w:r>
        <w:rPr>
          <w:lang w:eastAsia="zh-CN"/>
        </w:rPr>
        <w:br/>
      </w:r>
      <w:r>
        <w:rPr>
          <w:lang w:eastAsia="zh-CN"/>
        </w:rPr>
        <w:t>　　培训的最后一天主要是教我们怎样去写教学论文。</w:t>
      </w:r>
      <w:r>
        <w:rPr>
          <w:lang w:eastAsia="zh-CN"/>
        </w:rPr>
        <w:br/>
      </w:r>
      <w:r>
        <w:rPr>
          <w:lang w:eastAsia="zh-CN"/>
        </w:rPr>
        <w:t>　　鲍校长结合他自身的经验给我们带来了一堂精彩的讲座。</w:t>
      </w:r>
      <w:r>
        <w:rPr>
          <w:lang w:eastAsia="zh-CN"/>
        </w:rPr>
        <w:br/>
      </w:r>
      <w:r>
        <w:rPr>
          <w:lang w:eastAsia="zh-CN"/>
        </w:rPr>
        <w:t>　　以前总认为写论文离我很远，一直认为那是资深教师和专家所做之事。</w:t>
      </w:r>
      <w:r>
        <w:rPr>
          <w:lang w:eastAsia="zh-CN"/>
        </w:rPr>
        <w:br/>
      </w:r>
      <w:r>
        <w:rPr>
          <w:lang w:eastAsia="zh-CN"/>
        </w:rPr>
        <w:t>　　通过这次培训，让我认识到想成为一名优秀的教师，不但要会教书，还要多看书，多写感想，给我印象最深的是：鲍校长的书房里有四千多本书，不管是听一首歌还是看一篇文章，他都能用最真最朴实的语言记录下自己的感想，或许正因为这样，他在教育教学上才能有如此大的成就。</w:t>
      </w:r>
      <w:r>
        <w:rPr>
          <w:lang w:eastAsia="zh-CN"/>
        </w:rPr>
        <w:br/>
      </w:r>
      <w:r>
        <w:rPr>
          <w:lang w:eastAsia="zh-CN"/>
        </w:rPr>
        <w:t>　　鲍校长还给我们讲授了怎样去给论文确定题目，论文的格式等。</w:t>
      </w:r>
      <w:r>
        <w:rPr>
          <w:lang w:eastAsia="zh-CN"/>
        </w:rPr>
        <w:br/>
      </w:r>
      <w:r>
        <w:rPr>
          <w:lang w:eastAsia="zh-CN"/>
        </w:rPr>
        <w:t>　　这些对我今后的教学生涯都具有重要意义，无疑给我今后的教学指明了一条路。</w:t>
      </w:r>
      <w:r>
        <w:rPr>
          <w:lang w:eastAsia="zh-CN"/>
        </w:rPr>
        <w:br/>
      </w:r>
      <w:r>
        <w:rPr>
          <w:lang w:eastAsia="zh-CN"/>
        </w:rPr>
        <w:t>　　最后，他送给全体新教师四句话：在积淀中成长---多一份感恩;在坚持中磨练---少一份急躁;在反思中创新---多一些理性;在实践中提升---少一些感性。</w:t>
      </w:r>
      <w:r>
        <w:rPr>
          <w:lang w:eastAsia="zh-CN"/>
        </w:rPr>
        <w:br/>
      </w:r>
      <w:r>
        <w:rPr>
          <w:lang w:eastAsia="zh-CN"/>
        </w:rPr>
        <w:t>　　为了生活的快乐，幸福而努力。</w:t>
      </w:r>
      <w:r>
        <w:rPr>
          <w:lang w:eastAsia="zh-CN"/>
        </w:rPr>
        <w:br/>
      </w:r>
      <w:r>
        <w:rPr>
          <w:lang w:eastAsia="zh-CN"/>
        </w:rPr>
        <w:t>　　值得一说的是，这次培训的最后半天，进修学校给我们进行了一次考试。</w:t>
      </w:r>
      <w:r>
        <w:rPr>
          <w:lang w:eastAsia="zh-CN"/>
        </w:rPr>
        <w:br/>
      </w:r>
      <w:r>
        <w:rPr>
          <w:lang w:eastAsia="zh-CN"/>
        </w:rPr>
        <w:t>　　考试的题目主要是三次培训的内容和一些教学过程中最常见的问题。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这是很有意义的，一方面说明了教育局对我们这届新教师的重视;另一方面也让我们更加认清自己身上所存在的不足之处。</w:t>
      </w:r>
      <w:r>
        <w:rPr>
          <w:lang w:eastAsia="zh-CN"/>
        </w:rPr>
        <w:br/>
      </w:r>
      <w:r>
        <w:rPr>
          <w:lang w:eastAsia="zh-CN"/>
        </w:rPr>
        <w:t>　　让我们感觉到压力，能够更自觉的在平时空闲时间去加强学习，去提升自我。</w:t>
      </w:r>
      <w:r>
        <w:rPr>
          <w:lang w:eastAsia="zh-CN"/>
        </w:rPr>
        <w:br/>
      </w:r>
      <w:r>
        <w:rPr>
          <w:lang w:eastAsia="zh-CN"/>
        </w:rPr>
        <w:t>　　经过这三次的新教师培训，我深刻领悟到，身为一名人民教师要进行不断地学习，不断地自我提升。</w:t>
      </w:r>
      <w:r>
        <w:rPr>
          <w:lang w:eastAsia="zh-CN"/>
        </w:rPr>
        <w:br/>
      </w:r>
      <w:r>
        <w:rPr>
          <w:lang w:eastAsia="zh-CN"/>
        </w:rPr>
        <w:t>　　只有这样，我们才能对得起我们所教的每个学生，才能配得上“教师”这个光荣称号。</w:t>
      </w:r>
      <w:r>
        <w:rPr>
          <w:lang w:eastAsia="zh-CN"/>
        </w:rPr>
        <w:br/>
      </w:r>
      <w:r>
        <w:rPr>
          <w:lang w:eastAsia="zh-CN"/>
        </w:rPr>
        <w:t>　　拥抱今天，放飞明天。</w:t>
      </w:r>
      <w:r>
        <w:rPr>
          <w:lang w:eastAsia="zh-CN"/>
        </w:rPr>
        <w:br/>
      </w:r>
      <w:r>
        <w:rPr>
          <w:lang w:eastAsia="zh-CN"/>
        </w:rPr>
        <w:t xml:space="preserve">    2024教师培训感言范文 篇7 </w:t>
      </w:r>
      <w:r>
        <w:rPr>
          <w:lang w:eastAsia="zh-CN"/>
        </w:rPr>
        <w:br/>
      </w:r>
      <w:r>
        <w:rPr>
          <w:lang w:eastAsia="zh-CN"/>
        </w:rPr>
        <w:t>　　12月9日，我参加了学校组织的教师团队合作培训，在两天的培训中,我感到非常的充实，也很有新意，但带给我更多的是体会与思考。</w:t>
      </w:r>
      <w:r>
        <w:rPr>
          <w:lang w:eastAsia="zh-CN"/>
        </w:rPr>
        <w:br/>
      </w:r>
      <w:r>
        <w:rPr>
          <w:lang w:eastAsia="zh-CN"/>
        </w:rPr>
        <w:t>　　一、细节决定成败</w:t>
      </w:r>
      <w:r>
        <w:rPr>
          <w:lang w:eastAsia="zh-CN"/>
        </w:rPr>
        <w:br/>
      </w:r>
      <w:r>
        <w:rPr>
          <w:lang w:eastAsia="zh-CN"/>
        </w:rPr>
        <w:t>　　在9日的“画头像”活动中,我们“美女与野兽队”经过讨论计划后自以为可高枕无忧,胜券在握,早早的便谈笑风生。可结果出来的时候，我们自己对我们的作品也只有强词夺理。因为我们没注意细节，我们只是凭空的猜想着事情的大体进展。当我笑着看着我搞笑的一笔时，我知道细节在我懊悔的心上扎根了。</w:t>
      </w:r>
      <w:r>
        <w:rPr>
          <w:lang w:eastAsia="zh-CN"/>
        </w:rPr>
        <w:br/>
      </w:r>
      <w:r>
        <w:rPr>
          <w:lang w:eastAsia="zh-CN"/>
        </w:rPr>
        <w:t>　　二、拥抱比话语更亲切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当所有的队友围成两圈，对面的队友可以彼此选择一次利用动作交流的机会时，我对所有的人选择了“三个手指”，当我多次地成功的拥抱我的同事时，我的内心震撼了，那是被快乐与幸福碰撞出的振动；那时我感到我的同事就是最可爱的人；那时我真地感到一个拥抱真的真的胜过千言万语。</w:t>
      </w:r>
      <w:r>
        <w:rPr>
          <w:lang w:eastAsia="zh-CN"/>
        </w:rPr>
        <w:br/>
      </w:r>
      <w:r>
        <w:rPr>
          <w:lang w:eastAsia="zh-CN"/>
        </w:rPr>
        <w:t>　　三、信任是一种幸福</w:t>
      </w:r>
      <w:r>
        <w:rPr>
          <w:lang w:eastAsia="zh-CN"/>
        </w:rPr>
        <w:br/>
      </w:r>
      <w:r>
        <w:rPr>
          <w:lang w:eastAsia="zh-CN"/>
        </w:rPr>
        <w:t>　　当在玩“风”和“草”的游戏时，我切实的感受了信任、理解了信任。在做“草”时，当我相信我的队友，毫无顾忌的向后倒时，我感到那是一种享受；当我被我的队友信任时，看到我的队友倒向我时，我感到了无比的幸福。</w:t>
      </w:r>
      <w:r>
        <w:rPr>
          <w:lang w:eastAsia="zh-CN"/>
        </w:rPr>
        <w:br/>
      </w:r>
      <w:r>
        <w:rPr>
          <w:lang w:eastAsia="zh-CN"/>
        </w:rPr>
        <w:t>　　四、团队精神战无不胜</w:t>
      </w:r>
      <w:r>
        <w:rPr>
          <w:lang w:eastAsia="zh-CN"/>
        </w:rPr>
        <w:br/>
      </w:r>
      <w:r>
        <w:rPr>
          <w:lang w:eastAsia="zh-CN"/>
        </w:rPr>
        <w:t>　　在做绝处逢生这个游戏时，对我们队来说虽然难度系数较大，但是我们还是一直坚持，齐心合力，共度难关；当我和我的队友们在一起流汗的时候，当我和我的队友们在一起交流的时候，当我和我的队友们在一起庆祝的时候，我深深地感到团队的伟大；当我们的团队取得成功时，我就想到了一句话：团队精神战无不胜。</w:t>
      </w:r>
      <w:r>
        <w:rPr>
          <w:lang w:eastAsia="zh-CN"/>
        </w:rPr>
        <w:br/>
      </w:r>
      <w:r>
        <w:rPr>
          <w:lang w:eastAsia="zh-CN"/>
        </w:rPr>
        <w:t>　　五、人间最贵是真情</w:t>
      </w:r>
      <w:r>
        <w:rPr>
          <w:lang w:eastAsia="zh-CN"/>
        </w:rPr>
        <w:br/>
      </w:r>
      <w:r>
        <w:rPr>
          <w:lang w:eastAsia="zh-CN"/>
        </w:rPr>
        <w:t>　　当我画完了我人生的“大树”，听着王国梅老师的话语，我心里充满了愧疚，那时那刻我才发现，我对我所拥有的一切是那样的不懂得珍惜。当老师们交流各自的感想时，那发自内心的话语让我懂得了很多，感触到了很多（当然也狠狠的滋润了一次眼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总而言之，这次培训不仅使我进一步认识、提高了自己，同时更对团队有了更深的理解：团队，不是群体，一个优秀的团队具备的是团结、信任与协作、优势互补、有服务意识，团队是不会放弃每一个成员的。</w:t>
      </w:r>
      <w:r>
        <w:rPr>
          <w:lang w:eastAsia="zh-CN"/>
        </w:rPr>
        <w:br/>
      </w:r>
      <w:r>
        <w:rPr>
          <w:lang w:eastAsia="zh-CN"/>
        </w:rPr>
        <w:t xml:space="preserve">    2024教师培训感言范文 篇8 </w:t>
      </w:r>
      <w:r>
        <w:rPr>
          <w:lang w:eastAsia="zh-CN"/>
        </w:rPr>
        <w:br/>
      </w:r>
      <w:r>
        <w:rPr>
          <w:lang w:eastAsia="zh-CN"/>
        </w:rPr>
        <w:t>　　今年我非常有幸参加了市教育局培训中心主办的市级骨干教师培训，在7月26日&amp;&amp;8月8日这短短两个星期中我受益匪浅。</w:t>
      </w:r>
      <w:r>
        <w:rPr>
          <w:lang w:eastAsia="zh-CN"/>
        </w:rPr>
        <w:br/>
      </w:r>
      <w:r>
        <w:rPr>
          <w:lang w:eastAsia="zh-CN"/>
        </w:rPr>
        <w:t>　　在这十几天的培训中，让我最感折服的是培训班领导和所有讲座老师强烈的敬业精神，无论是市教育局长童学军的动员报告，还是讲课专家们的培训课及老师们活动等，他们都不顾天气的炎热，他们遵守授课时间，用精彩的授课方式为我们讲解、示范、指导，表现出了极强的事业心和责任感，这些天无不让我感到钦佩，并将时刻鞭策着我不断学习，不断进步。</w:t>
      </w:r>
      <w:r>
        <w:rPr>
          <w:lang w:eastAsia="zh-CN"/>
        </w:rPr>
        <w:br/>
      </w:r>
      <w:r>
        <w:rPr>
          <w:lang w:eastAsia="zh-CN"/>
        </w:rPr>
        <w:t>　　童学军局长在动员报告中首先向451名培训学员表示问候，接着针对此次培训工作提出了希望和要求，最后勉励大家要克服重重困难，高效率，认真听课，切实发挥本次培训的实效。听了童局长的动员报告，我们感到局领导对此项工作高度重视，让我们明确了培训是教师专业发展的必由之路，感受到了各级领导对教育的设计与展望。</w:t>
      </w:r>
      <w:r>
        <w:rPr>
          <w:lang w:eastAsia="zh-CN"/>
        </w:rPr>
        <w:br/>
      </w:r>
      <w:r>
        <w:rPr>
          <w:lang w:eastAsia="zh-CN"/>
        </w:rPr>
        <w:t>　　这十几天，既忙碌又充实!既疲惫又紧张。但值得欣慰的是，我们的收获是丰硕的：我们进一步把握了课标的精神，领会了教材特色、增强了解决问题的能力;我们观摩了名师教学，关注了有效课堂，提高了教学实践水平;协调了口语技巧与综合素质的关系，提高了口语表达水平;强化了我们的专业意识，阐明了我们专业发展的途径与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此次学习使我在教学理论和教育观念上得到了大量的补充。如：程爱兰老师的阅读教学价值观的解读、新理念下的习作教学新策略、情感态度价值观、阅读教学策略这几个专题，为教师们开辟了新视野，使我们改正并更新了头脑中原有的死板的教学思想的观念。同时体会到了作为一名教师教育教学时要侧重培养学生的创新思维和发散思维，注重学生的学习积极性的培养和调动。给孩子以充分的展示空间，锻炼提高孩子们的交流能力。注重实际能力培养，尊重学生个性阅读和多元化理解，充分挖掘学生潜力。开建老师的漫谈教师专业发展，从多角度多层次阐述了教师为什么要发展，怎样发展，让我们知道有行动就有发展，努力做个专业型教师、反思型教师、学术型教师。胡忠德老师的多媒体演示文稿的制作深入浅出，针对性辅导，让我们课件制作水平有了质的进步，还有赵吉老师的新课程理念下语文备课的再思考让明白了怎样备好课。</w:t>
      </w:r>
      <w:r>
        <w:rPr>
          <w:lang w:eastAsia="zh-CN"/>
        </w:rPr>
        <w:br/>
      </w:r>
      <w:r>
        <w:rPr>
          <w:lang w:eastAsia="zh-CN"/>
        </w:rPr>
        <w:t>　　培训已顺利结束，看一看自己记录的厚厚一本听课笔记，翻一翻自己随手记下的的批注，心中感到十分的高兴和充实。我深深地知道外在的知识要内化为自己的教学能力，就必须用理性的思维，挑战的眼光去审视、吸收、创新。本次培训老师们的点化和引领，就像教师成长道路上的那盏明灯，使本人豁然开朗，同时也为我本人准备成功指明方向。</w:t>
      </w:r>
      <w:r>
        <w:rPr>
          <w:lang w:eastAsia="zh-CN"/>
        </w:rPr>
        <w:br/>
      </w:r>
      <w:r>
        <w:rPr>
          <w:lang w:eastAsia="zh-CN"/>
        </w:rPr>
        <w:t xml:space="preserve">    2024教师培训感言范文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20__年9月，我非常荣幸参加了“20__国培计划—农村骨干教师远程学科教学能力提高培训”的学习，这次“国培计划”是落实全国教育工作会议和教育规划纲要启动的一个教育发展重大项目，是建设高素质专业化教师队伍的一项重大举措。这次远程培训学习无论对提高学习数学的兴趣，还是提高数学教学水平以及提升数学教学理念，都给我带来了很大的收获。</w:t>
      </w:r>
      <w:r>
        <w:rPr>
          <w:lang w:eastAsia="zh-CN"/>
        </w:rPr>
        <w:br/>
      </w:r>
      <w:r>
        <w:rPr>
          <w:lang w:eastAsia="zh-CN"/>
        </w:rPr>
        <w:t>　　本次培训，我认真观看了专家的视频讲座和课程资源，重新认识了教师的专业素养，领悟了学生的个体差异，尤其对小学数学教学上有特别大的帮助。这次培训学习使我们全面了解了小学不同学段、内容的特点，为科学施教找到了“指南针”。小学教学是一个系统工程，既要整体把握，又要分段了解、分析、探究。“国培”专家各从自己擅长的研究领域谈起，理论结合实例，既注重“言传”，又注重“身教”；让我们很好地把握了不同学段、内容的特征；为我们深入文本探究，科学“备课”，有效施教指明了方向。通过专家的理论讲解和老师的课堂实录让我们审视自己的课堂，反思自己的教学方法。但因为平时事务性工作繁杂，教学任务繁重，加之电脑知识的匮乏，所以在这次培训中，我虽心有余但却力不足，收看专家讲座，完成作业，书写教学感悟，都是挤出时间来完成的，在这里我要感谢各位同行老师所给予我的鼓励和启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要想给学生一碗水，自己就得有一桶水，不能满足于现状，边教书边学习，像这次国培就是很好的机会，专家精彩的点评、讲座，同行们热烈的、一针见血的评议都那么的有意思。而且我觉得，光靠死板的学习是不行的，还要善于总结、善于反自参加新课程远程培训以来，作为培训学员通过认真收看视频教学、撰写学习心得体会、参加班级交流和互评，从中我学到了专家和同行们的很多值得我参考和借鉴的经验和案例，我深感自己在思想观念上受到教育和启发，我的精神受到很大鼓舞。这些都都为我今后的教学工作中提供了指导和支持，催我奋进。</w:t>
      </w:r>
      <w:r>
        <w:rPr>
          <w:lang w:eastAsia="zh-CN"/>
        </w:rPr>
        <w:br/>
      </w:r>
      <w:r>
        <w:rPr>
          <w:lang w:eastAsia="zh-CN"/>
        </w:rPr>
        <w:t>　　这次“国培计划”在线学习，给我带来了理念上的更新，提高了认识，理清了思路，找到了自身的不足之处以及与一名优秀名师的差距所在，我将以此为起点，不断反思，不断成长。在今后的教育教学实践中，在教中学，在教中研，在教和研中走出自己的路子。</w:t>
      </w:r>
      <w:r>
        <w:rPr>
          <w:lang w:eastAsia="zh-CN"/>
        </w:rPr>
        <w:br/>
      </w:r>
      <w:r>
        <w:rPr>
          <w:lang w:eastAsia="zh-CN"/>
        </w:rPr>
        <w:t xml:space="preserve">    2024教师培训感言范文 篇10 </w:t>
      </w:r>
      <w:r>
        <w:rPr>
          <w:lang w:eastAsia="zh-CN"/>
        </w:rPr>
        <w:br/>
      </w:r>
      <w:r>
        <w:rPr>
          <w:lang w:eastAsia="zh-CN"/>
        </w:rPr>
        <w:t>　　两天的培训结束了，我感慨万千，在这两天的培训中，我们学到了很多的东西 。从分队报数中我们进一步了解到责任，我已是人到中年的人了，这个年龄段是人生中最累的，我上有老下有小，既要照顾年老多病的父亲，又要照顾家庭和与孩子，还要忙于学校的工作，我现在觉得我的责任太重了，学生人数逐渐增加，每天为了学生的一日三餐起早贪黑的奔波，回家时常常累的筋疲力尽，在这严寒的冬日里时常感冒，下班后才去打针，这些又有谁能理解呢？可能是因为年龄大的原因吧，我觉得有时候真的是力不从心了，我曾经在心里想过很多少次，我要放弃食堂这份工作，请领导选择一位年轻而有活力了的人来接任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我是一个做母亲的人，也是一个刚刚失去母亲的人。我懂得那份无私的爱，在工作中我用我的爱去爱护学生、感化后辈。并且还要积极的配合及支持领导的工作。深深的感触到身上肩负的责任实在太重，我愿意为大家服务，由于处于不获之年，怕未能使工作变的井然有序，又怕做不到领导的心坎里。但是在最后的心与心的交流中，当边校长把那一颗红彤彤的心送给我时，我内心激动的心情无法用语言来表达，不知道说些什么？我觉得那是一颗真诚而又温暖的心，这颗心温暖了我的心房，我觉得我所有的付出是有价值的，我付出的一切得到了校长的认可。</w:t>
      </w:r>
      <w:r>
        <w:rPr>
          <w:lang w:eastAsia="zh-CN"/>
        </w:rPr>
        <w:br/>
      </w:r>
      <w:r>
        <w:rPr>
          <w:lang w:eastAsia="zh-CN"/>
        </w:rPr>
        <w:t>　　我们是相亲相爱的一家人，我们要打造属于我们自己的和谐校园，和谐需要你、我、我们大家共同努力！只要我们团结起来，共同奋斗，我们附中的明天会更加的辉煌，这是我的工作，我愿意承受，我无怨无悔，我愿意为附中明天的辉煌献出我的余温、奉献自己的微薄之力！让我们携手感受团结的威力吧！</w:t>
      </w:r>
      <w:r>
        <w:rPr>
          <w:lang w:eastAsia="zh-CN"/>
        </w:rPr>
        <w:br/>
      </w:r>
      <w:r>
        <w:rPr>
          <w:lang w:eastAsia="zh-CN"/>
        </w:rPr>
        <w:t>　　感谢学校领导给我们提供的这次培训的机会，从中我们学到了很多的东西，重新给自己定位，认识了别人！</w:t>
      </w:r>
      <w:r>
        <w:rPr>
          <w:lang w:eastAsia="zh-CN"/>
        </w:rPr>
        <w:br/>
      </w:r>
      <w:r>
        <w:rPr>
          <w:lang w:eastAsia="zh-CN"/>
        </w:rPr>
        <w:t xml:space="preserve">    2024教师培训感言范文 篇11 </w:t>
      </w:r>
      <w:r>
        <w:rPr>
          <w:lang w:eastAsia="zh-CN"/>
        </w:rPr>
        <w:br/>
      </w:r>
      <w:r>
        <w:rPr>
          <w:lang w:eastAsia="zh-CN"/>
        </w:rPr>
        <w:t>　　_______年____月____日至____月____日，我参加了全省中学教师培训。透过_______天的培训，我对教师这个职业的内涵有了更深一层的了解。这次中学教师培训的资料十分丰富，理论上包括对教学规章制度、教学常规、师德、中学教育的常识和特点等诸多方面的系统学习，实践上包括观摩有着丰富教学经验的老教师的教学示范课和新教师的现场教学示范课。透过认真的培训和自我的学习，获得了很大的收获，现将自我的心得体会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透过对几种教育法规的学习，我了解作为一名教师最基本的义务&amp;&amp;教书育人。教师应无私地将知识传授给自我的学生，维护自我的学生，并关爱他们，以自我高尚的品行为学生树立起榜样。应对后进的学生，不能采用暴力或体罚等行为，而是就应用加倍的爱去帮忙他们进步，这不仅仅是从职业角度，更是从法律角度对教师的义务作出了规定。教育不仅仅是教，更是教与学互动的一个过程。一味地向学生灌输书本知识只是一个教书匠的水平。只有透过在教育中不断学习，在学生实际状况的基础上对教学有所创新，才能逐渐提高教学水平。</w:t>
      </w:r>
      <w:r>
        <w:rPr>
          <w:lang w:eastAsia="zh-CN"/>
        </w:rPr>
        <w:br/>
      </w:r>
      <w:r>
        <w:rPr>
          <w:lang w:eastAsia="zh-CN"/>
        </w:rPr>
        <w:t>　　在培训期间，最让我印象深刻的就是关于《教师职业道德》。谈到职业道德，其实每一项职业都要求具备必须的职业道德。但是对于教师这个职业而言，就显得尤为重要，且具有必须的特殊性。因为作为一名教师，一言一行都是学生眼中的榜样和标准。教师在学生心目中的地位是很高的，在某种年龄阶段，教师的形象之高大甚至超过他们的父母。所以，教师的言行直接影响和关系到学生未来的品德发展。教师务必具备高尚的职业道德，这一点十分重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我觉得教师的职业道德，集中体此刻教育职责感，关爱学生和工作效率上。教育事业关系着下一代的身心发展，关系着祖国建设的明天，是中国建设中举足轻重的一部分。教师的工作职责感就应是极其强烈的，只有强烈的职责感才能带动起工作的热情和动力，才能真正意识到自我职业的重要性而投入全部的精力。教师要时刻注意自我的言行并留意学生的反应和变化，为学生树立好的榜样，改正不良的习惯都是教师的基本职责。如果缺乏对学生负责的心态，又如何将工作热情融入自我的工作中呢?更别谈兢兢业业地为学生服务了。</w:t>
      </w:r>
      <w:r>
        <w:rPr>
          <w:lang w:eastAsia="zh-CN"/>
        </w:rPr>
        <w:br/>
      </w:r>
      <w:r>
        <w:rPr>
          <w:lang w:eastAsia="zh-CN"/>
        </w:rPr>
        <w:t>　　光有职责感还是不够的，教师不应只成为学生的导师和帮手，更就应是学生的朋友。所以关心、爱护学生是一个好教师最起码的道德，是强烈职责感的体现和升华。关爱学生首先应当是对学生人格的尊重，以公平客观的眼光去看待和评价每一个学生，不能以偏见、片面的态度对待他们。除了关心他们的学习以外，还应关注他们的心理健康，引导他们向着用心、乐观、上进的方向发展。除了关心他们在校的行为，还应了解他们课堂以外的生活，以便及时、适当、全面地帮忙和引导他们健康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教师的职业道德还体此刻工作效率上。教师最重要的职责就是教书育人。教师应无私地奉献自我的知识，传授学生先进的文化，提高工作效率，教育能够是一件普通的事，也能够是一件艰难的事，关键看一个老师如何看待。如果只是单调地将自我肚中的知识塞给学生，这就是件简单的事。如果要在知识传递的过程中，既能引导学生举一反三，学会学习，又能懂得思考，充分发挥主观能动性，这就是件艰难的事。优秀老师能在不一样的条件下，坚持不懈地研究教学方法，有所创新，有所成就，这是十分不容易的。也为我们新教师树立了楷模，时刻教育我们不能在工作中只积累经验，更要边教边思考，有所实践，有所创造。培训资料中，对加强师德师风建设这部分资料我也有很多感受。到底什么是师德师风?师德，是教师职业道德、师风，是教师的行为规范。师德师风对一个教师个性重要。因为，教师是学生行动的标杆。其身正，不令而行;其身不正，随令不行。爱岗敬业，教书育人，为人师表，诲人不倦。这些都是师德师风的体现。</w:t>
      </w:r>
      <w:r>
        <w:rPr>
          <w:lang w:eastAsia="zh-CN"/>
        </w:rPr>
        <w:br/>
      </w:r>
      <w:r>
        <w:rPr>
          <w:lang w:eastAsia="zh-CN"/>
        </w:rPr>
        <w:t>　　短短的几天的培训学习，令我的情绪久久不能平静，能够说是我近年来教学生涯中，一次难忘的学习交流。在学校这些勤恳敬业老师的发言中没有多少华丽的辞藻，却流露出大光华人的那种朴实真诚、谦虚好学，勤奋敬业的工作态度，让我在这次学习中受益匪浅，百听不厌，百学不倦。</w:t>
      </w:r>
      <w:r>
        <w:rPr>
          <w:lang w:eastAsia="zh-CN"/>
        </w:rPr>
        <w:br/>
      </w:r>
      <w:r>
        <w:rPr>
          <w:lang w:eastAsia="zh-CN"/>
        </w:rPr>
        <w:t>　　我想，作为教师，不仅仅是一个学者，她更就应是一个研究者，在教学育人的过程中，我们教师务必以局内人的身份进入生活本身，入乎其内，根据教学现场当时的内在真实，来展示教学的真实面貌。</w:t>
      </w:r>
      <w:r>
        <w:rPr>
          <w:lang w:eastAsia="zh-CN"/>
        </w:rPr>
        <w:br/>
      </w:r>
      <w:r>
        <w:rPr>
          <w:lang w:eastAsia="zh-CN"/>
        </w:rPr>
        <w:t>　　十年树木，百年树人，踏上了三尺讲台，也就意味着踏上了艰巨而漫长的育人之旅。怎样才能做一名好教师呢，透过培训，我认为，热爱学生，尊重学生是教师最基本的道德素养。经过培训学习，我更坚定了自我教书育人的思想，要逐步从以下几个方面努力去做：</w:t>
      </w:r>
      <w:r>
        <w:rPr>
          <w:lang w:eastAsia="zh-CN"/>
        </w:rPr>
        <w:br/>
      </w:r>
      <w:r>
        <w:rPr>
          <w:lang w:eastAsia="zh-CN"/>
        </w:rPr>
        <w:t>　　(一)做一天蜡烛，就要发一天光;做一只春蚕，就要吐一寸丝。</w:t>
      </w:r>
      <w:r>
        <w:rPr>
          <w:lang w:eastAsia="zh-CN"/>
        </w:rPr>
        <w:br/>
      </w:r>
      <w:r>
        <w:rPr>
          <w:lang w:eastAsia="zh-CN"/>
        </w:rPr>
        <w:t>　　这是我的教育观和思想观。我不会有当一天和尚撞一天钟的逍遥懈怠思想，有的就是一种教师的使命感。因为我深深地懂得：教师的工作是神圣的，也是艰苦的，教书育人需要感悟、时光、精力乃至全部心血的付出。这种付出是需要以强烈地使命感为基础的，是要以强烈的职责心做代价的。一个热爱教育事业的人，是要甘于辛劳，甘于付出，甘于无怨，这是师德的首要条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(二)要鼓励自我学无止境</w:t>
      </w:r>
      <w:r>
        <w:rPr>
          <w:lang w:eastAsia="zh-CN"/>
        </w:rPr>
        <w:br/>
      </w:r>
      <w:r>
        <w:rPr>
          <w:lang w:eastAsia="zh-CN"/>
        </w:rPr>
        <w:t>　　我要在新学年里，不断学习他人的新经验，使自我具有一桶源源不断的活水。如果不强化自育意识，力学苦练，做到问道在先术业有专攻恐非易事。</w:t>
      </w:r>
      <w:r>
        <w:rPr>
          <w:lang w:eastAsia="zh-CN"/>
        </w:rPr>
        <w:br/>
      </w:r>
      <w:r>
        <w:rPr>
          <w:lang w:eastAsia="zh-CN"/>
        </w:rPr>
        <w:t>　　(三)要热爱自我的学生</w:t>
      </w:r>
      <w:r>
        <w:rPr>
          <w:lang w:eastAsia="zh-CN"/>
        </w:rPr>
        <w:br/>
      </w:r>
      <w:r>
        <w:rPr>
          <w:lang w:eastAsia="zh-CN"/>
        </w:rPr>
        <w:t>　　教师务必关爱学生，尊重学生的人格，促进他们全面健康地发展。这种热爱，首先就应是温暖的，是充满情感和爱的事业。作为教师，就应多与学生进行情感上的交流，做学生的知心朋友、这种爱也需要教师对学生倾注相当的热情，对他们给予各方面的关注，从心灵上、思想上、身体上、学习上去关心、热爱、帮忙，把教学中存在的师生的我与你的关系，变成我们的关系。爱使教师与学生在相互依存中取得心灵的沟通，共同分享成功的喜悦，分担挫折的烦恼。</w:t>
      </w:r>
      <w:r>
        <w:rPr>
          <w:lang w:eastAsia="zh-CN"/>
        </w:rPr>
        <w:br/>
      </w:r>
      <w:r>
        <w:rPr>
          <w:lang w:eastAsia="zh-CN"/>
        </w:rPr>
        <w:t>　　透过培训，我懂得了怎样去爱学生。爱是一门艺术，能爱是一个层面，善爱则是另一个层面、作为教师，今后我要努力做到能爱、善爱，去关爱学生成长过程中的每一个微小的闪光点，要爱他们具有极大的可塑性，要爱他们在教育过程中的主体能动性，要爱他们成长过程中孕育出来的一串串的成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爱要以爱动其心，以严导其行;爱要以理解尊重，信任为基础;爱要一视同仁，持之以恒;爱要面向所有学生。在教育这个舞台上每一天发生着许许多多平凡的和不平凡的教学故事，这些在教育教学活动中所发生、出现、遭遇、处理过的各种事件，不是瞬间即逝，无足轻重，淡无痕迹的，它会长久的影响学生和教师的教育教学。从培训中老师所谈的这些亲身经历的事件中，我们能够学到很多东西，得到很多大启发，甚至会产生心灵的震撼。</w:t>
      </w:r>
      <w:r>
        <w:rPr>
          <w:lang w:eastAsia="zh-CN"/>
        </w:rPr>
        <w:br/>
      </w:r>
      <w:r>
        <w:rPr>
          <w:lang w:eastAsia="zh-CN"/>
        </w:rPr>
        <w:t>　　走近名师，感受名师，更使我明白了我们教师就应热爱学生，诲人不倦。爱，是教育的基础;没有爱，就没有真正的教育。在今后的教学中，我将针对自我的不足，以名师为榜样，研究他们的教学艺术和教学思想，为己所用，取人之长补己之短，争取使自我的教学更趋完美。</w:t>
      </w:r>
      <w:r>
        <w:rPr>
          <w:lang w:eastAsia="zh-CN"/>
        </w:rPr>
        <w:br/>
      </w:r>
      <w:r>
        <w:rPr>
          <w:lang w:eastAsia="zh-CN"/>
        </w:rPr>
        <w:t xml:space="preserve">    2024教师培训感言范文 篇12 </w:t>
      </w:r>
      <w:r>
        <w:rPr>
          <w:lang w:eastAsia="zh-CN"/>
        </w:rPr>
        <w:br/>
      </w:r>
      <w:r>
        <w:rPr>
          <w:lang w:eastAsia="zh-CN"/>
        </w:rPr>
        <w:t>　　15日我们全体小学语文教师参加了小学语文教材培训。走在回家的路上，那精辟的教材分析、可行的教学建议、 激烈的教学讨论不时地在脑海里浮现，那精彩的教学情景令人久久不能忘怀。如果用一个词语来概括参加本次活动的体会，那就是受益匪浅。</w:t>
      </w:r>
      <w:r>
        <w:rPr>
          <w:lang w:eastAsia="zh-CN"/>
        </w:rPr>
        <w:br/>
      </w:r>
      <w:r>
        <w:rPr>
          <w:lang w:eastAsia="zh-CN"/>
        </w:rPr>
        <w:t>　　1、在本次培训中，主讲老师从拼音与识字教学、识字与写字教学、阅读教学、口语交际等几方面的教学建议中，使我对人教版教材有了新的理解和把握。做为一名一线教师，我将根据新的语文能力实践系统，致力于学生语文综合素质的提高，促进语文课程的呈现方式和学生学习方式的转变，确立学生在学习中的主体地位，努力给学生创造一个有利于素质教育的空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2、教材培训建立了一个平台，同行与同行交流的平台，群策群力，把以前的“单打独斗”变成了齐心协力，把自己的闭门造车变成了资源共享，使教育资源得到优化，对新教师是一个学习的机会，对老教师是一个新的教学理念的学习与旧的教学理念碰撞与融合的机会。</w:t>
      </w:r>
      <w:r>
        <w:rPr>
          <w:lang w:eastAsia="zh-CN"/>
        </w:rPr>
        <w:br/>
      </w:r>
      <w:r>
        <w:rPr>
          <w:lang w:eastAsia="zh-CN"/>
        </w:rPr>
        <w:t>　　3、讲授新教材时应从整体上把握教材，弄清其编写意图、体系特点，弄清教材与《课程标准》、教科书各教程之间的内在联系，弄清教材各种编辑设计的意图和着力点，比较新教材与旧教材的区别和联系，有哪些改进，教法上有那些变化，有那些独到的进步和收获，以在备课和教学活动中准确设定教学的重点，找准达到《课程标准》提出的课程目标的落脚点，有效地实施语文教学。</w:t>
      </w:r>
      <w:r>
        <w:rPr>
          <w:lang w:eastAsia="zh-CN"/>
        </w:rPr>
        <w:br/>
      </w:r>
      <w:r>
        <w:rPr>
          <w:lang w:eastAsia="zh-CN"/>
        </w:rPr>
        <w:t>　　4、对于小学语文教学来说，既要转变教的方式又要转变学的方式，培养和形成“自主、合作、探究”的学习方式，在这两个转变中，教的方式转变是主要矛盾，教的方式一转变，学的方式也随之转变。学的方式转变可以理性地在课堂中呈现，证明教的方式转变，证明教师新理念的真正树立。课改实践告诉我们，没有坚定的新课程理念，真正意义上的教与学方式的转变是不可能的。老师只有真正地“放手”了，课堂才会充满生机。</w:t>
      </w:r>
      <w:r>
        <w:rPr>
          <w:lang w:eastAsia="zh-CN"/>
        </w:rPr>
        <w:br/>
      </w:r>
      <w:r>
        <w:rPr>
          <w:lang w:eastAsia="zh-CN"/>
        </w:rPr>
        <w:t>　　5、教学有法，教无定法。只有那些能够激发学生强烈的学习需要与兴趣的教学，只有那些能给学生足够自主的空间、足够活动的机会的教学，才能促进学生语文素养的发展，才能使学生的学习方式得到根本改变，使语文课堂成为探究课堂，充满生机，充满生命活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总之，这次小学语文教材培训为我们提供了难得的平台，我一定会珍惜本次学习培训的机会，认真学习，利用时间给自己“充电”，为将来更好的从事教学工作打好基矗</w:t>
      </w:r>
      <w:r>
        <w:rPr>
          <w:lang w:eastAsia="zh-CN"/>
        </w:rPr>
        <w:br/>
      </w:r>
      <w:r>
        <w:rPr>
          <w:lang w:eastAsia="zh-CN"/>
        </w:rPr>
        <w:t xml:space="preserve">    2024教师培训感言范文 篇13 </w:t>
      </w:r>
      <w:r>
        <w:rPr>
          <w:lang w:eastAsia="zh-CN"/>
        </w:rPr>
        <w:br/>
      </w:r>
      <w:r>
        <w:rPr>
          <w:lang w:eastAsia="zh-CN"/>
        </w:rPr>
        <w:t>　　20__年8月19日至20日，我有幸地参加了首师大附属回龙观育新学校举办的新教师培训会，作为一名刚刚调入这所学校的新教师，我对新的校园、新的工作任务、新的生活充满了热情和期待，由于对这所学校的人和事都不是很了解，迫切地希望能通过这次的教师培训更清楚的了解学校的一切。在每一节的培训课上，我都认真地聆听，及时地做好笔记，现在回头看看刚开学时的我，感觉自己收获颇多，更加深刻感受到教师责任的重大和使命的光荣。</w:t>
      </w:r>
      <w:r>
        <w:rPr>
          <w:lang w:eastAsia="zh-CN"/>
        </w:rPr>
        <w:br/>
      </w:r>
      <w:r>
        <w:rPr>
          <w:lang w:eastAsia="zh-CN"/>
        </w:rPr>
        <w:t>　　本次培训中学校里所有领导，各个科室都介绍了自己的工作范围和职能，使我能够快速的知道有什么问题应该找谁。而且培训的形式也丰富多样。有讲座、有拓展。是我们新教师不仅了解了学校的方方面面，同时教师与教师之间也拉近了距离，通过拓展游戏，同事之间相互认识，相互合作，相互信任。以后一起工作就不会有陌生感了。</w:t>
      </w:r>
      <w:r>
        <w:rPr>
          <w:lang w:eastAsia="zh-CN"/>
        </w:rPr>
        <w:br/>
      </w:r>
      <w:r>
        <w:rPr>
          <w:lang w:eastAsia="zh-CN"/>
        </w:rPr>
        <w:t>　　这次培训给我留下最深刻印象的是陈校长关于《龙腾课程图谱，思维课堂模式》的培训。如何建构课程体系？陈校长认为：</w:t>
      </w:r>
      <w:r>
        <w:rPr>
          <w:lang w:eastAsia="zh-CN"/>
        </w:rPr>
        <w:br/>
      </w:r>
      <w:r>
        <w:rPr>
          <w:lang w:eastAsia="zh-CN"/>
        </w:rPr>
        <w:t>　　“回”回归，改变———回归基础课程</w:t>
      </w:r>
      <w:r>
        <w:rPr>
          <w:lang w:eastAsia="zh-CN"/>
        </w:rPr>
        <w:br/>
      </w:r>
      <w:r>
        <w:rPr>
          <w:lang w:eastAsia="zh-CN"/>
        </w:rPr>
        <w:t>　　“龙”和；民族精神———龙腾引领型课程</w:t>
      </w:r>
      <w:r>
        <w:rPr>
          <w:lang w:eastAsia="zh-CN"/>
        </w:rPr>
        <w:br/>
      </w:r>
      <w:r>
        <w:rPr>
          <w:lang w:eastAsia="zh-CN"/>
        </w:rPr>
        <w:t>　　“观”观测，拓展———观测拓展型课堂</w:t>
      </w:r>
      <w:r>
        <w:rPr>
          <w:lang w:eastAsia="zh-CN"/>
        </w:rPr>
        <w:br/>
      </w:r>
      <w:r>
        <w:rPr>
          <w:lang w:eastAsia="zh-CN"/>
        </w:rPr>
        <w:t>　　“育”启智，扬善———育德树人型课堂</w:t>
      </w:r>
      <w:r>
        <w:rPr>
          <w:lang w:eastAsia="zh-CN"/>
        </w:rPr>
        <w:br/>
      </w:r>
      <w:r>
        <w:rPr>
          <w:lang w:eastAsia="zh-CN"/>
        </w:rPr>
        <w:t>　　“新”创新———创新探究型课程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这五种课堂模式，将是我以后上课的指导方向。</w:t>
      </w:r>
      <w:r>
        <w:rPr>
          <w:lang w:eastAsia="zh-CN"/>
        </w:rPr>
        <w:br/>
      </w:r>
      <w:r>
        <w:rPr>
          <w:lang w:eastAsia="zh-CN"/>
        </w:rPr>
        <w:t>　　陈校长还告诉我们思维课堂是什么？为什么？怎么做？首先要多实践，用理论指导实践；其次是勤实践，探索思维课堂的基本模式。还有“551”思维互动课堂模式：</w:t>
      </w:r>
      <w:r>
        <w:rPr>
          <w:lang w:eastAsia="zh-CN"/>
        </w:rPr>
        <w:br/>
      </w:r>
      <w:r>
        <w:rPr>
          <w:lang w:eastAsia="zh-CN"/>
        </w:rPr>
        <w:t>　　5有：有序——有趣——有效——有情——有用</w:t>
      </w:r>
      <w:r>
        <w:rPr>
          <w:lang w:eastAsia="zh-CN"/>
        </w:rPr>
        <w:br/>
      </w:r>
      <w:r>
        <w:rPr>
          <w:lang w:eastAsia="zh-CN"/>
        </w:rPr>
        <w:t>　　5思：创情启思——自探静思——合作辨思——训练反思</w:t>
      </w:r>
      <w:r>
        <w:rPr>
          <w:lang w:eastAsia="zh-CN"/>
        </w:rPr>
        <w:br/>
      </w:r>
      <w:r>
        <w:rPr>
          <w:lang w:eastAsia="zh-CN"/>
        </w:rPr>
        <w:t>　　1核心：以优化学生思维品质为核心。</w:t>
      </w:r>
      <w:r>
        <w:rPr>
          <w:lang w:eastAsia="zh-CN"/>
        </w:rPr>
        <w:br/>
      </w:r>
      <w:r>
        <w:rPr>
          <w:lang w:eastAsia="zh-CN"/>
        </w:rPr>
        <w:t>　　“551”思维互动课堂模式将是我以后上课的操作指南，用这种模式努力上好每一节课，让学生没一节课都有成长。</w:t>
      </w:r>
      <w:r>
        <w:rPr>
          <w:lang w:eastAsia="zh-CN"/>
        </w:rPr>
        <w:br/>
      </w:r>
      <w:r>
        <w:rPr>
          <w:lang w:eastAsia="zh-CN"/>
        </w:rPr>
        <w:t>　　作为一名新教师，日后工作的路还有很长，要学习的东西还有很多，碰到的困难会接踵而来，面对这些，我会继续迎难而上，积极进取，努力完善自己，提高自身的道德素养，严格要求工作，通过不断地学习和交流，用“三种心态”———归零心态、积极心态、感恩心态。“三种能力”———自理能力、消解能力、超越能力。“三种力量”———感情力量、责任力量、信念力量。来武装自己。努力使自己成为一名合格的育新人。</w:t>
      </w:r>
      <w:r>
        <w:rPr>
          <w:lang w:eastAsia="zh-CN"/>
        </w:rPr>
        <w:br/>
      </w:r>
      <w:r>
        <w:rPr>
          <w:lang w:eastAsia="zh-CN"/>
        </w:rPr>
        <w:t xml:space="preserve">    2024教师培训感言范文 篇14 </w:t>
      </w:r>
      <w:r>
        <w:rPr>
          <w:lang w:eastAsia="zh-CN"/>
        </w:rPr>
        <w:br/>
      </w:r>
      <w:r>
        <w:rPr>
          <w:lang w:eastAsia="zh-CN"/>
        </w:rPr>
        <w:t>　　今天,王霄月老师组织了一次名师工作室的教学观摩兼师徒结对子的活动,同时也感受到了音乐特级教师晶日老师对一生钟爱的音乐教育事业的执著追求和用爱、用力、用心的不懈努力，使我对本次教研活动有一些自己的收获和体会。</w:t>
      </w:r>
      <w:r>
        <w:rPr>
          <w:lang w:eastAsia="zh-CN"/>
        </w:rPr>
        <w:br/>
      </w:r>
      <w:r>
        <w:rPr>
          <w:lang w:eastAsia="zh-CN"/>
        </w:rPr>
        <w:t>　　1、活力与美在音乐中交织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第二次看薛金老师上课，再次感受到年轻的男教师那充满活力、热情，和学生之间自然的亲和之情，在音乐的学习过程中给人以很舒服惬意的感觉。这种体会除了来自于老师幽默的语言、变换的教学形式、教师的全方位素养、音乐课堂教学的研究以外，还有的就是来自于学生的音乐素养的呈现，学生对音乐要素的熟知、对歌曲流畅优美的声音表现、对歌曲感知程度的肢体表现、对音乐学习所表现出来的兴趣和探究的热情，都隐射了老师日常音乐教学的持久地训练功夫，认真上课的态度，对音乐教学用心研究的思想，使听者能在师生的学习互动中再次感受音乐的魅力和享受。</w:t>
      </w:r>
      <w:r>
        <w:rPr>
          <w:lang w:eastAsia="zh-CN"/>
        </w:rPr>
        <w:br/>
      </w:r>
      <w:r>
        <w:rPr>
          <w:lang w:eastAsia="zh-CN"/>
        </w:rPr>
        <w:t>　　2、对事业的追求是人终生的职业理想</w:t>
      </w:r>
      <w:r>
        <w:rPr>
          <w:lang w:eastAsia="zh-CN"/>
        </w:rPr>
        <w:br/>
      </w:r>
      <w:r>
        <w:rPr>
          <w:lang w:eastAsia="zh-CN"/>
        </w:rPr>
        <w:t>　　第一次听晶日老师讲座，第二次和晶日老师接触，感觉是相同的，就是在一个不起眼的“老头”身上有着一股对音乐教育事业那么情有独钟的追求和一种不可抗拒的坚持的理想。在讲座中，他的语言平实，举动平凡，却掷地有声地在唠家常一样的笑声中让我越来越肃然起敬。</w:t>
      </w:r>
      <w:r>
        <w:rPr>
          <w:lang w:eastAsia="zh-CN"/>
        </w:rPr>
        <w:br/>
      </w:r>
      <w:r>
        <w:rPr>
          <w:lang w:eastAsia="zh-CN"/>
        </w:rPr>
        <w:t>　　在他创作歌曲的过程讲解中，在他对待自我提高的学习态度上，在他对事业研究的教育思想中，我分明看到了一位真正的音乐教育工作的热爱者，一位平凡中尽显卓越的优秀教师形象。不由得想起第一次和晶日老师在瓦房店看课后聊天时说的话：一个人能够追求自己喜欢的事业是件幸福的事，人应该能静下心来真正投入地去做一件事，不被眼前的浮华所左右，这样一路走下来才觉得活着有意义，我就是这样走下来的，酸甜苦辣都有，但觉得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当一位用心地做着自己喜欢了一辈子的音乐教育教学工作的老师说出这样的话，他就不是在搬用套话，而是在心底中最深情地表达出对自己从事了一辈子的音乐教育教学工作并仍然爱着这份工作的执著之情，使当之无愧的特级教师的真实的写照，当然也令我正在从事这份教育教学工作的老师心中滋生出一份感慨，一份敬意！</w:t>
      </w:r>
      <w:r>
        <w:rPr>
          <w:lang w:eastAsia="zh-CN"/>
        </w:rPr>
        <w:br/>
      </w:r>
      <w:r>
        <w:rPr>
          <w:lang w:eastAsia="zh-CN"/>
        </w:rPr>
        <w:t xml:space="preserve">    2024教师培训感言范文 篇15 </w:t>
      </w:r>
      <w:r>
        <w:rPr>
          <w:lang w:eastAsia="zh-CN"/>
        </w:rPr>
        <w:br/>
      </w:r>
      <w:r>
        <w:rPr>
          <w:lang w:eastAsia="zh-CN"/>
        </w:rPr>
        <w:t>　　教师，是一个平凡而又伟大的职业，在经过了开学前的一次新教师培训之后我最后踏上讲台成为了一名教师。那时的兴奋难以言表正因最后能够站在讲台上去实现自己的人生价值，把自己所学的知识传授给学生。转眼间三个月过去了，我也渐渐体会到了作为一名教师的酸甜苦辣。</w:t>
      </w:r>
      <w:r>
        <w:rPr>
          <w:lang w:eastAsia="zh-CN"/>
        </w:rPr>
        <w:br/>
      </w:r>
      <w:r>
        <w:rPr>
          <w:lang w:eastAsia="zh-CN"/>
        </w:rPr>
        <w:t>　　这次组织的新教师培训，对我们都十分有好处，正因我盲作过了就能有切身的体会。短短的三天培训十分短暂宝贵，资料涉及很多：有新时期师德行为规范培训，教科研、班主任工作、少先队工作专题讲座，还有安吉县有效课堂规范年综述及学生心理辅导与家庭教育的讲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新的历史阶段，新的形式对我们小学教师队伍建设提出了更高的要求。作为新时代的教师，只有具备全面的素质，才能培养出适应21世纪需要的社会主义新人。透过新时期师德行为规范培训，我懂得了比学高为师，德高为范；更重要的，还是对自己所从事的职业的价值和好处的深刻认识和坚定信念，这是21世纪教师素质的最重要的方面。教师务必时刻牢记自己肩负的社会和历史职责，不断提高自身的素质修养，自觉维护教师职业道德，爱岗敬业、关爱学生、廉洁从教、精心育人、团结协作、勇于创新。</w:t>
      </w:r>
      <w:r>
        <w:rPr>
          <w:lang w:eastAsia="zh-CN"/>
        </w:rPr>
        <w:br/>
      </w:r>
      <w:r>
        <w:rPr>
          <w:lang w:eastAsia="zh-CN"/>
        </w:rPr>
        <w:t>　　关于教科研的讲座给我留下了很深的印象。教师教书是一方面但是科研也很重要，我们要学做一名研究型教师。对于我们新教师来说可能参与一个大的课题比较难，但是科研意识却不能忘记，它就应伴随着我们的成长。正因这种实践加理论的科学方法能够加快我们的成长速度。例如，我们的教后感。把每次的成功之处和不足、困惑记录下来。能够方便我们从中找到不足，总结经验。当然，不足要透过教育专著或者向专家、老教师请教解决。</w:t>
      </w:r>
      <w:r>
        <w:rPr>
          <w:lang w:eastAsia="zh-CN"/>
        </w:rPr>
        <w:br/>
      </w:r>
      <w:r>
        <w:rPr>
          <w:lang w:eastAsia="zh-CN"/>
        </w:rPr>
        <w:t>　　透过培训我也对班主任和少先队工作有了更深的认识。班主任工作在学校教育和管理中占据着十分重要的地位，它实通学校教育、家庭教育和社会教育的桥梁，是联系所有任课教师的纽带。汤校长给我们组织的分小组设计班级班徽、班歌、班名的活动，更是让我们从实践中了解到了一个班级团结凝聚的力量是无穷的。</w:t>
      </w:r>
      <w:r>
        <w:rPr>
          <w:lang w:eastAsia="zh-CN"/>
        </w:rPr>
        <w:br/>
      </w:r>
      <w:r>
        <w:rPr>
          <w:lang w:eastAsia="zh-CN"/>
        </w:rPr>
        <w:t>　　对于我们这些新老师来说如何与家长沟通是一个难题，学生心理辅导与家庭教育的讲座给我们带来了帮忙。使我们对家庭教育的好处有了进一步的认识，家庭教育并不事立的，它与学校教育、社会教育紧密配合，共同构成了我国社会主义的严密的教育体系。家庭教育是学校教育的基础，社会教育是学校教育的补充和继续，家庭教育亦有一种社会职能。</w:t>
      </w:r>
      <w:r>
        <w:rPr>
          <w:lang w:eastAsia="zh-CN"/>
        </w:rPr>
        <w:br/>
      </w:r>
      <w:r>
        <w:rPr>
          <w:lang w:eastAsia="zh-CN"/>
        </w:rPr>
        <w:t xml:space="preserve">    2024教师培训感言范文 篇16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8月9—16日，我有幸参加了市级骨干老师培训。在培训期间，我听了专家的讲座，观看了一堂孙老师上的优质课，并且与其他参加培训的骨干老师探讨交流。虽然培训只有短短的几天，但我获益匪浅。这次的培训不仅让我学到了先进的教育教学理论知识，对于今后我的实际工作有着指导的作用，更让我感到肩上责任的重大。</w:t>
      </w:r>
      <w:r>
        <w:rPr>
          <w:lang w:eastAsia="zh-CN"/>
        </w:rPr>
        <w:br/>
      </w:r>
      <w:r>
        <w:rPr>
          <w:lang w:eastAsia="zh-CN"/>
        </w:rPr>
        <w:t>　　作为老师，我们只有认真学习，转变观念，改进方法，不断提高自身素质，才能承担起培养人才的历史使命。下面就本次培训谈谈一些自己的体会与心得。</w:t>
      </w:r>
      <w:r>
        <w:rPr>
          <w:lang w:eastAsia="zh-CN"/>
        </w:rPr>
        <w:br/>
      </w:r>
      <w:r>
        <w:rPr>
          <w:lang w:eastAsia="zh-CN"/>
        </w:rPr>
        <w:t>　　一、更新观念，以新的观念作为指导思想</w:t>
      </w:r>
      <w:r>
        <w:rPr>
          <w:lang w:eastAsia="zh-CN"/>
        </w:rPr>
        <w:br/>
      </w:r>
      <w:r>
        <w:rPr>
          <w:lang w:eastAsia="zh-CN"/>
        </w:rPr>
        <w:t>　　1、转变老师观</w:t>
      </w:r>
      <w:r>
        <w:rPr>
          <w:lang w:eastAsia="zh-CN"/>
        </w:rPr>
        <w:br/>
      </w:r>
      <w:r>
        <w:rPr>
          <w:lang w:eastAsia="zh-CN"/>
        </w:rPr>
        <w:t>　　随着知识经济时代的到来，信息技术在教育领域广泛运用，“教书匠”式的老师已经不适应时代的需要了，必须具有现代教育观念，并将其运用于教育工作实践，不断思考、摸索，朝着教育家的方向努力。以老师为本的观念应当转为以学生为本，自觉让出主角地位，让学生成为主角，充分相信学生，积极评价学生。</w:t>
      </w:r>
      <w:r>
        <w:rPr>
          <w:lang w:eastAsia="zh-CN"/>
        </w:rPr>
        <w:br/>
      </w:r>
      <w:r>
        <w:rPr>
          <w:lang w:eastAsia="zh-CN"/>
        </w:rPr>
        <w:t>　　老师除了一方面有丰富的知识外，更多地应具有高尚的道德、情操与人格魅力，老师的言行对学生有直接的影响，老师要通过自身榜样的力量教给学生做人的道理，老师的价值应体现在道德情操与知识水平、教学能力完善统一上。</w:t>
      </w:r>
      <w:r>
        <w:rPr>
          <w:lang w:eastAsia="zh-CN"/>
        </w:rPr>
        <w:br/>
      </w:r>
      <w:r>
        <w:rPr>
          <w:lang w:eastAsia="zh-CN"/>
        </w:rPr>
        <w:t>　　2、转变学生观念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在现代社会里，必须教育民主化，老师与学生是平等的，老师有尊严、学生也有尊严。每一个学生不管成绩好坏，品德是否有缺陷都有他的尊严，应受到尊重。老师要发自内心地爱学生，努力发现学生多方面的优点，欣赏学生的每一点进步，学生只有感受到老师的爱和尊重，才能愉快地学习，健康的成长。在信息时代，老师很多方面的知识都可能不如学生，那么必须放下架子，与学生建立相互学习的伙伴朋友关系，真诚地向学生学习，教学相长、共同进步。</w:t>
      </w:r>
      <w:r>
        <w:rPr>
          <w:lang w:eastAsia="zh-CN"/>
        </w:rPr>
        <w:br/>
      </w:r>
      <w:r>
        <w:rPr>
          <w:lang w:eastAsia="zh-CN"/>
        </w:rPr>
        <w:t>　　3、转变教学观</w:t>
      </w:r>
      <w:r>
        <w:rPr>
          <w:lang w:eastAsia="zh-CN"/>
        </w:rPr>
        <w:br/>
      </w:r>
      <w:r>
        <w:rPr>
          <w:lang w:eastAsia="zh-CN"/>
        </w:rPr>
        <w:t>　　通过此次培训，我在教学观上有了一定的转变，不能为了教书而教书，叶圣陶先生说过：“教是为了不教”。为了达成这个目标，教学不光是简单的传授知识，要重在教学生掌握方法，学会学习，不能只让学生“学到什么”还让学生“学会学习”，学生掌握了方法，终身受用，可以自己获取知识，除了学习，还要注重启迪学生的智慧，给学生充分的空间、时间，发挥出他们的想象力和创造力。</w:t>
      </w:r>
      <w:r>
        <w:rPr>
          <w:lang w:eastAsia="zh-CN"/>
        </w:rPr>
        <w:br/>
      </w:r>
      <w:r>
        <w:rPr>
          <w:lang w:eastAsia="zh-CN"/>
        </w:rPr>
        <w:t>　　二、积极实践，不断提升完善</w:t>
      </w:r>
      <w:r>
        <w:rPr>
          <w:lang w:eastAsia="zh-CN"/>
        </w:rPr>
        <w:br/>
      </w:r>
      <w:r>
        <w:rPr>
          <w:lang w:eastAsia="zh-CN"/>
        </w:rPr>
        <w:t>　　1、首先要有终身学习的观点。当今社会、科技飞速发展，只有不断学习，才能与时俱进，以全新的眼光观察和指导自己的教学工作，时代对老师提出了非常高的要求，老师要学习的东西越来越多，多学科的知识都要涉及，无论是哪方面的知识都要懂一点才能胜任新时期的教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2、把学到的观念方法落实在教育教学工作中。帮助学生确定适当的学习目标，指导学生形成良好的学习习惯，掌握学习策略和发展能力，创设丰富的教学情境，激发学生的学习动机和学习兴趣，充分调动学生的积极性，为学生提供各种便利，为学生服务，建立一个民主、宽容的课堂气氛，与学生一起分享他们的情感体验和成功喜悦，能够承认过失和错误。</w:t>
      </w:r>
      <w:r>
        <w:rPr>
          <w:lang w:eastAsia="zh-CN"/>
        </w:rPr>
        <w:br/>
      </w:r>
      <w:r>
        <w:rPr>
          <w:lang w:eastAsia="zh-CN"/>
        </w:rPr>
        <w:t>　　三、提高教育教学能力：</w:t>
      </w:r>
      <w:r>
        <w:rPr>
          <w:lang w:eastAsia="zh-CN"/>
        </w:rPr>
        <w:br/>
      </w:r>
      <w:r>
        <w:rPr>
          <w:lang w:eastAsia="zh-CN"/>
        </w:rPr>
        <w:t>　　在新课改形势下的教育教学本质是把握社会发展对人的发展的基本需要，确立培养目标，把握学生年龄个性特点。</w:t>
      </w:r>
      <w:r>
        <w:rPr>
          <w:lang w:eastAsia="zh-CN"/>
        </w:rPr>
        <w:br/>
      </w:r>
      <w:r>
        <w:rPr>
          <w:lang w:eastAsia="zh-CN"/>
        </w:rPr>
        <w:t>　　1、教学能力：(1)课前设计能力。要领会课程标准、激活教材内容。(2)课堂驾驭能力;(3)课后反思能力，反思才能使老师提高教学水平。</w:t>
      </w:r>
      <w:r>
        <w:rPr>
          <w:lang w:eastAsia="zh-CN"/>
        </w:rPr>
        <w:br/>
      </w:r>
      <w:r>
        <w:rPr>
          <w:lang w:eastAsia="zh-CN"/>
        </w:rPr>
        <w:t>　　3、科研能力：(1)提高教科研能力是当务之急：在目标上关注个体潜能发挥;在模式上关注个体主动探究和情感体验;在策略上，关注自主学习与引导学习统一。以人为本，老师成为参与者、引导者，学生成为探究者。</w:t>
      </w:r>
      <w:r>
        <w:rPr>
          <w:lang w:eastAsia="zh-CN"/>
        </w:rPr>
        <w:br/>
      </w:r>
      <w:r>
        <w:rPr>
          <w:lang w:eastAsia="zh-CN"/>
        </w:rPr>
        <w:t>　　四、今后的工作目标</w:t>
      </w:r>
      <w:r>
        <w:rPr>
          <w:lang w:eastAsia="zh-CN"/>
        </w:rPr>
        <w:br/>
      </w:r>
      <w:r>
        <w:rPr>
          <w:lang w:eastAsia="zh-CN"/>
        </w:rPr>
        <w:t>　　学以致用，我会将在这里学到的新知识尽快地内化为自己的东西，运用到教育教学的过程中去，结合我校的实际情况，及时地为学校的建设和发展出谋献策，努力学习同行们的学习态度，求知精神，协作能力，加强平时的学习、“充电”，“他山之石，可以攻玉”，我一定将学到的知识运用到教育教学的实践中去，让培训的硕果在教育教学中大放异彩。</w:t>
      </w:r>
      <w:r>
        <w:rPr>
          <w:lang w:eastAsia="zh-CN"/>
        </w:rPr>
        <w:br/>
      </w:r>
      <w:r>
        <w:rPr>
          <w:lang w:eastAsia="zh-CN"/>
        </w:rPr>
        <w:t xml:space="preserve">    2024教师培训感言范文 篇17 </w:t>
      </w:r>
      <w:r>
        <w:rPr>
          <w:lang w:eastAsia="zh-CN"/>
        </w:rPr>
        <w:br/>
      </w:r>
      <w:r>
        <w:rPr>
          <w:lang w:eastAsia="zh-CN"/>
        </w:rPr>
        <w:t>　　一、更新了教育教学理念。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时代在不断进步，社会在不停前行。同样，教育教学理念也应与时俱进。埋头苦干是必须得，但抬头望头也是必要的。一味埋头苦干会迷失道路，偶尔抬头望天才能看清方向。特别是随着高中新课程改革的纵深发展，很多教育教学中的深层次问题不断地暴露，这时候更需要理论的指示与专家的引领。对于我个人而言，这次培训无疑是一场“及时雨”，不仅对理清新课改中的种种关系有帮助，而且对突破新时代教育教学中一些“瓶颈”问题提供新的解决思路与方法。</w:t>
      </w:r>
      <w:r>
        <w:rPr>
          <w:lang w:eastAsia="zh-CN"/>
        </w:rPr>
        <w:br/>
      </w:r>
      <w:r>
        <w:rPr>
          <w:lang w:eastAsia="zh-CN"/>
        </w:rPr>
        <w:t>　　又如：江西师大的'孙庆民教授讲的《对中国教育的批判与反思》，从德育与智育的辩证关系的角度当对下的高中教育进行解读。指出：中国教育的现状是教书为主，育人为辅；甚至是只教书，不育人。孙教授强调，育人比教书重要一百倍，因为教育的本质是对人的品质的塑造，而不是仅仅传授知识与培养技能的。接着引用孔子、老子、荀子、苏格拉底、洛克、蒙田、爱因斯坦等人的名言，最后得到结论：正确的教育理念是育人教书。此报告无疑是对当下教育弊端的一次警钟，更是对一线老师理念的一次纠正。</w:t>
      </w:r>
      <w:r>
        <w:rPr>
          <w:lang w:eastAsia="zh-CN"/>
        </w:rPr>
        <w:br/>
      </w:r>
      <w:r>
        <w:rPr>
          <w:lang w:eastAsia="zh-CN"/>
        </w:rPr>
        <w:t>　　总之，由于种种原因，我们现在的教育越来越偏离正常的轨道，越来越朝着急功就利与速成的方向。这些都需要在理念上纠正与更新，使我们的教育不离其本质。</w:t>
      </w:r>
      <w:r>
        <w:rPr>
          <w:lang w:eastAsia="zh-CN"/>
        </w:rPr>
        <w:br/>
      </w:r>
      <w:r>
        <w:rPr>
          <w:lang w:eastAsia="zh-CN"/>
        </w:rPr>
        <w:t>　　二、更新了教育教学知识。</w:t>
      </w:r>
      <w:r>
        <w:rPr>
          <w:lang w:eastAsia="zh-CN"/>
        </w:rPr>
        <w:br/>
      </w:r>
    </w:p>
    <w:p w:rsidR="001B1F19" w14:textId="27C3F48A">
      <w:pPr>
        <w:rPr>
          <w:rFonts w:hint="eastAsia"/>
          <w:lang w:eastAsia="zh-CN"/>
        </w:rPr>
      </w:pPr>
      <w:r>
        <w:rPr>
          <w:lang w:eastAsia="zh-CN"/>
        </w:rPr>
        <w:t>　　老师是一个永远新的职业。这里讲的“新”主要指知识的更新与教学艺术的更新。作为语文老师，他应始终站在时代文化前沿的号手，把住时代文化发展的脉博；他应是始终站在科学知识岸边的摆渡人，传承知识与文化；他应是学生灵魂的塑造师与精神垃圾的清道夫。所以，作为语文必须时时保持充电的状态，此次培训无疑是一次良好的机会。经过培训，就我个人而言，不仅在学科知识方面得到一次全面的补充，而且在教学艺术方面得一次新的补充。</w:t>
      </w:r>
      <w:r>
        <w:rPr>
          <w:lang w:eastAsia="zh-CN"/>
        </w:rPr>
        <w:br/>
      </w:r>
      <w:r>
        <w:rPr>
          <w:lang w:eastAsia="zh-CN"/>
        </w:rPr>
        <w:t>　　如江西师大熊大治教授讲的《语文教学艺术》专题报告。熊老师用幽默生动语言，借很多实在的教学实例形象生动地简述了教学过程中常用的一些方法与技巧。熊老师长期从事教学法研究，长期扎根一线研究，也常客串中学讲坛，有理论有实践。很多提法值得学习。熊老师讲语文教学要讲究艺术，语文老师不但要有高尚的情操，更要有高雅的格调与健康的思想。实在是太有道理了，我举双手赞同，因为我也是这样认为的。</w:t>
      </w:r>
      <w:r>
        <w:rPr>
          <w:lang w:eastAsia="zh-CN"/>
        </w:rPr>
        <w:br/>
      </w:r>
      <w:r>
        <w:rPr>
          <w:lang w:eastAsia="zh-CN"/>
        </w:rPr>
        <w:t xml:space="preserve">    2024教师培训感言范文 篇18 </w:t>
      </w:r>
      <w:r>
        <w:rPr>
          <w:lang w:eastAsia="zh-CN"/>
        </w:rPr>
        <w:br/>
      </w:r>
      <w:r>
        <w:rPr>
          <w:lang w:eastAsia="zh-CN"/>
        </w:rPr>
        <w:t>　　今年我非常有幸参加了市教育局培训中心主办的市级骨干教师培训，在7月26日——8月8日这短短两个星期中我受益匪浅。</w:t>
      </w:r>
      <w:r>
        <w:rPr>
          <w:lang w:eastAsia="zh-CN"/>
        </w:rPr>
        <w:br/>
      </w:r>
      <w:r>
        <w:rPr>
          <w:lang w:eastAsia="zh-CN"/>
        </w:rPr>
        <w:t>　　在这十几天的培训中，让我最感折服的是培训班领导和所有讲座老师强烈的敬业精神，无论是市教育局长童学军的动员报告，还是讲课专家们的培训课及老师们活动等，他们都不顾天气的炎热，他们遵守授课时间，用精彩的授课方式为我们讲解、示范、指导，表现出了极强的事业心和责任感，这些天无不让我感到钦佩，并将时刻鞭策着我不断学习，不断进步。</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https://d.book118.com/348031001111006033</w:t>
        </w:r>
      </w:hyperlink>
    </w:p>
    <w:p w:rsidR="001B1F19">
      <w:pPr>
        <w:rPr>
          <w:rFonts w:hint="eastAsia"/>
          <w:lang w:eastAsia="zh-CN"/>
        </w:rPr>
      </w:pPr>
    </w:p>
    <w:sectPr>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4803100111100603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